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B879F" w14:textId="77777777" w:rsidR="00EB0B06" w:rsidRDefault="00EB0B06">
      <w:pPr>
        <w:bidi/>
        <w:spacing w:after="80"/>
      </w:pPr>
    </w:p>
    <w:p w14:paraId="64CEE4E2" w14:textId="77777777" w:rsidR="00EB0B06" w:rsidRDefault="00E30BD4">
      <w:pPr>
        <w:keepNext/>
        <w:bidi/>
        <w:spacing w:after="120"/>
        <w:jc w:val="center"/>
      </w:pPr>
      <w:r>
        <w:rPr>
          <w:b/>
          <w:bCs/>
          <w:color w:val="052976"/>
          <w:sz w:val="40"/>
          <w:szCs w:val="40"/>
          <w:rtl/>
        </w:rPr>
        <w:t>استبيان التأهيل المسبق لمقاولي الباطن</w:t>
      </w:r>
    </w:p>
    <w:p w14:paraId="702F9155" w14:textId="77777777" w:rsidR="00EB0B06" w:rsidRDefault="00E30BD4">
      <w:pPr>
        <w:bidi/>
        <w:spacing w:after="80"/>
        <w:jc w:val="center"/>
      </w:pPr>
      <w:r>
        <w:rPr>
          <w:color w:val="5B6475"/>
          <w:rtl/>
        </w:rPr>
        <w:t>أعمال المباني: إنشائي ومدني، تشطيبات، كهروميكانيك، عزل مائي وحراري، واجهات</w:t>
      </w:r>
    </w:p>
    <w:p w14:paraId="6BE764E9" w14:textId="77777777" w:rsidR="00EB0B06" w:rsidRDefault="00E30BD4">
      <w:pPr>
        <w:bidi/>
        <w:spacing w:after="160"/>
        <w:jc w:val="center"/>
      </w:pPr>
      <w:r>
        <w:rPr>
          <w:color w:val="5B6475"/>
          <w:sz w:val="18"/>
          <w:szCs w:val="18"/>
          <w:rtl/>
        </w:rPr>
        <w:t>النموذج ACE-QMS-SUB-01  |  الإصدار v1  |  2026-10-05</w:t>
      </w:r>
    </w:p>
    <w:tbl>
      <w:tblPr>
        <w:tblStyle w:val="TableGrid"/>
        <w:bidiVisual/>
        <w:tblW w:w="0" w:type="auto"/>
        <w:jc w:val="center"/>
        <w:tblLayout w:type="fixed"/>
        <w:tblLook w:val="04A0" w:firstRow="1" w:lastRow="0" w:firstColumn="1" w:lastColumn="0" w:noHBand="0" w:noVBand="1"/>
      </w:tblPr>
      <w:tblGrid>
        <w:gridCol w:w="3175"/>
        <w:gridCol w:w="6917"/>
      </w:tblGrid>
      <w:tr w:rsidR="00EB0B06" w14:paraId="20DFCBAC" w14:textId="77777777">
        <w:trPr>
          <w:cantSplit/>
          <w:trHeight w:val="408"/>
          <w:jc w:val="center"/>
        </w:trPr>
        <w:tc>
          <w:tcPr>
            <w:tcW w:w="3175" w:type="dxa"/>
            <w:shd w:val="clear" w:color="auto" w:fill="EEF1FA"/>
            <w:vAlign w:val="center"/>
          </w:tcPr>
          <w:p w14:paraId="27172260" w14:textId="77777777" w:rsidR="00EB0B06" w:rsidRDefault="00E30BD4">
            <w:pPr>
              <w:bidi/>
              <w:spacing w:before="40" w:after="40" w:line="288" w:lineRule="auto"/>
            </w:pPr>
            <w:r>
              <w:rPr>
                <w:sz w:val="19"/>
                <w:szCs w:val="19"/>
                <w:rtl/>
              </w:rPr>
              <w:t>المشروع</w:t>
            </w:r>
          </w:p>
        </w:tc>
        <w:tc>
          <w:tcPr>
            <w:tcW w:w="6917" w:type="dxa"/>
            <w:vAlign w:val="center"/>
          </w:tcPr>
          <w:p w14:paraId="3D8E8DB9" w14:textId="77777777" w:rsidR="00EB0B06" w:rsidRDefault="00EB0B06">
            <w:pPr>
              <w:bidi/>
              <w:spacing w:before="40" w:after="40" w:line="288" w:lineRule="auto"/>
            </w:pPr>
          </w:p>
        </w:tc>
      </w:tr>
      <w:tr w:rsidR="00EB0B06" w14:paraId="7F5C06D1" w14:textId="77777777">
        <w:trPr>
          <w:cantSplit/>
          <w:trHeight w:val="408"/>
          <w:jc w:val="center"/>
        </w:trPr>
        <w:tc>
          <w:tcPr>
            <w:tcW w:w="3175" w:type="dxa"/>
            <w:shd w:val="clear" w:color="auto" w:fill="EEF1FA"/>
            <w:vAlign w:val="center"/>
          </w:tcPr>
          <w:p w14:paraId="44955AAE" w14:textId="77777777" w:rsidR="00EB0B06" w:rsidRDefault="00E30BD4">
            <w:pPr>
              <w:bidi/>
              <w:spacing w:before="40" w:after="40" w:line="288" w:lineRule="auto"/>
            </w:pPr>
            <w:r>
              <w:rPr>
                <w:sz w:val="19"/>
                <w:szCs w:val="19"/>
                <w:rtl/>
              </w:rPr>
              <w:t>المالك</w:t>
            </w:r>
          </w:p>
        </w:tc>
        <w:tc>
          <w:tcPr>
            <w:tcW w:w="6917" w:type="dxa"/>
            <w:vAlign w:val="center"/>
          </w:tcPr>
          <w:p w14:paraId="30C48CD8" w14:textId="77777777" w:rsidR="00EB0B06" w:rsidRDefault="00EB0B06">
            <w:pPr>
              <w:bidi/>
              <w:spacing w:before="40" w:after="40" w:line="288" w:lineRule="auto"/>
            </w:pPr>
          </w:p>
        </w:tc>
      </w:tr>
      <w:tr w:rsidR="00EB0B06" w14:paraId="6251B462" w14:textId="77777777">
        <w:trPr>
          <w:cantSplit/>
          <w:trHeight w:val="408"/>
          <w:jc w:val="center"/>
        </w:trPr>
        <w:tc>
          <w:tcPr>
            <w:tcW w:w="3175" w:type="dxa"/>
            <w:shd w:val="clear" w:color="auto" w:fill="EEF1FA"/>
            <w:vAlign w:val="center"/>
          </w:tcPr>
          <w:p w14:paraId="087E83A7" w14:textId="77777777" w:rsidR="00EB0B06" w:rsidRDefault="00E30BD4">
            <w:pPr>
              <w:bidi/>
              <w:spacing w:before="40" w:after="40" w:line="288" w:lineRule="auto"/>
            </w:pPr>
            <w:r>
              <w:rPr>
                <w:sz w:val="19"/>
                <w:szCs w:val="19"/>
                <w:rtl/>
              </w:rPr>
              <w:t>الاستشاري وإدارة المشروع</w:t>
            </w:r>
          </w:p>
        </w:tc>
        <w:tc>
          <w:tcPr>
            <w:tcW w:w="6917" w:type="dxa"/>
            <w:vAlign w:val="center"/>
          </w:tcPr>
          <w:p w14:paraId="788D5DBB" w14:textId="77777777" w:rsidR="00EB0B06" w:rsidRDefault="00E30BD4">
            <w:pPr>
              <w:bidi/>
              <w:spacing w:before="40" w:after="40" w:line="288" w:lineRule="auto"/>
            </w:pPr>
            <w:r>
              <w:rPr>
                <w:sz w:val="19"/>
                <w:szCs w:val="19"/>
                <w:rtl/>
              </w:rPr>
              <w:t>المبدعون العرب للاستشارات الهندسية ACE</w:t>
            </w:r>
          </w:p>
        </w:tc>
      </w:tr>
      <w:tr w:rsidR="00EB0B06" w14:paraId="4C939AD4" w14:textId="77777777">
        <w:trPr>
          <w:cantSplit/>
          <w:trHeight w:val="408"/>
          <w:jc w:val="center"/>
        </w:trPr>
        <w:tc>
          <w:tcPr>
            <w:tcW w:w="3175" w:type="dxa"/>
            <w:shd w:val="clear" w:color="auto" w:fill="EEF1FA"/>
            <w:vAlign w:val="center"/>
          </w:tcPr>
          <w:p w14:paraId="738211B4" w14:textId="77777777" w:rsidR="00EB0B06" w:rsidRDefault="00E30BD4">
            <w:pPr>
              <w:bidi/>
              <w:spacing w:before="40" w:after="40" w:line="288" w:lineRule="auto"/>
            </w:pPr>
            <w:r>
              <w:rPr>
                <w:sz w:val="19"/>
                <w:szCs w:val="19"/>
                <w:rtl/>
              </w:rPr>
              <w:t>حزمة الأعمال المتقدم لها</w:t>
            </w:r>
          </w:p>
        </w:tc>
        <w:tc>
          <w:tcPr>
            <w:tcW w:w="6917" w:type="dxa"/>
            <w:vAlign w:val="center"/>
          </w:tcPr>
          <w:p w14:paraId="5FEE1B21" w14:textId="77777777" w:rsidR="00EB0B06" w:rsidRDefault="00E30BD4">
            <w:pPr>
              <w:bidi/>
              <w:spacing w:before="40" w:after="40" w:line="288" w:lineRule="auto"/>
            </w:pPr>
            <w:r>
              <w:rPr>
                <w:sz w:val="19"/>
                <w:szCs w:val="19"/>
                <w:rtl/>
              </w:rPr>
              <w:t>☐ إنشائي ومدني   ☐ تشطيبات   ☐ كهروميكانيك MEP   ☐ عزل مائي وحراري   ☐ واجهات</w:t>
            </w:r>
          </w:p>
        </w:tc>
      </w:tr>
      <w:tr w:rsidR="00EB0B06" w14:paraId="32C0E1BE" w14:textId="77777777">
        <w:trPr>
          <w:cantSplit/>
          <w:trHeight w:val="408"/>
          <w:jc w:val="center"/>
        </w:trPr>
        <w:tc>
          <w:tcPr>
            <w:tcW w:w="3175" w:type="dxa"/>
            <w:shd w:val="clear" w:color="auto" w:fill="EEF1FA"/>
            <w:vAlign w:val="center"/>
          </w:tcPr>
          <w:p w14:paraId="55A788B0" w14:textId="77777777" w:rsidR="00EB0B06" w:rsidRDefault="00E30BD4">
            <w:pPr>
              <w:bidi/>
              <w:spacing w:before="40" w:after="40" w:line="288" w:lineRule="auto"/>
            </w:pPr>
            <w:r>
              <w:rPr>
                <w:sz w:val="19"/>
                <w:szCs w:val="19"/>
                <w:rtl/>
              </w:rPr>
              <w:t>دولة المشروع</w:t>
            </w:r>
          </w:p>
        </w:tc>
        <w:tc>
          <w:tcPr>
            <w:tcW w:w="6917" w:type="dxa"/>
            <w:vAlign w:val="center"/>
          </w:tcPr>
          <w:p w14:paraId="1733A154" w14:textId="77777777" w:rsidR="00EB0B06" w:rsidRDefault="00E30BD4">
            <w:pPr>
              <w:bidi/>
              <w:spacing w:before="40" w:after="40" w:line="288" w:lineRule="auto"/>
            </w:pPr>
            <w:r>
              <w:rPr>
                <w:sz w:val="19"/>
                <w:szCs w:val="19"/>
                <w:rtl/>
              </w:rPr>
              <w:t>☐ المملكة العربية السعودية   ☐ جمهورية مصر العربية</w:t>
            </w:r>
          </w:p>
        </w:tc>
      </w:tr>
      <w:tr w:rsidR="00EB0B06" w14:paraId="742D66F2" w14:textId="77777777">
        <w:trPr>
          <w:cantSplit/>
          <w:trHeight w:val="408"/>
          <w:jc w:val="center"/>
        </w:trPr>
        <w:tc>
          <w:tcPr>
            <w:tcW w:w="3175" w:type="dxa"/>
            <w:shd w:val="clear" w:color="auto" w:fill="EEF1FA"/>
            <w:vAlign w:val="center"/>
          </w:tcPr>
          <w:p w14:paraId="2CA101C7" w14:textId="77777777" w:rsidR="00EB0B06" w:rsidRDefault="00E30BD4">
            <w:pPr>
              <w:bidi/>
              <w:spacing w:before="40" w:after="40" w:line="288" w:lineRule="auto"/>
            </w:pPr>
            <w:r>
              <w:rPr>
                <w:sz w:val="19"/>
                <w:szCs w:val="19"/>
                <w:rtl/>
              </w:rPr>
              <w:t>آخر موعد لتسليم الاستبيان</w:t>
            </w:r>
          </w:p>
        </w:tc>
        <w:tc>
          <w:tcPr>
            <w:tcW w:w="6917" w:type="dxa"/>
            <w:vAlign w:val="center"/>
          </w:tcPr>
          <w:p w14:paraId="37CDFB45" w14:textId="77777777" w:rsidR="00EB0B06" w:rsidRDefault="00EB0B06">
            <w:pPr>
              <w:bidi/>
              <w:spacing w:before="40" w:after="40" w:line="288" w:lineRule="auto"/>
            </w:pPr>
          </w:p>
        </w:tc>
      </w:tr>
      <w:tr w:rsidR="00EB0B06" w14:paraId="303ACE31" w14:textId="77777777">
        <w:trPr>
          <w:cantSplit/>
          <w:trHeight w:val="408"/>
          <w:jc w:val="center"/>
        </w:trPr>
        <w:tc>
          <w:tcPr>
            <w:tcW w:w="3175" w:type="dxa"/>
            <w:shd w:val="clear" w:color="auto" w:fill="EEF1FA"/>
            <w:vAlign w:val="center"/>
          </w:tcPr>
          <w:p w14:paraId="0CD34CCD" w14:textId="77777777" w:rsidR="00EB0B06" w:rsidRDefault="00E30BD4">
            <w:pPr>
              <w:bidi/>
              <w:spacing w:before="40" w:after="40" w:line="288" w:lineRule="auto"/>
            </w:pPr>
            <w:r>
              <w:rPr>
                <w:sz w:val="19"/>
                <w:szCs w:val="19"/>
                <w:rtl/>
              </w:rPr>
              <w:t>رقم القيد لدى ACE (للاستخدام الداخلي)</w:t>
            </w:r>
          </w:p>
        </w:tc>
        <w:tc>
          <w:tcPr>
            <w:tcW w:w="6917" w:type="dxa"/>
            <w:vAlign w:val="center"/>
          </w:tcPr>
          <w:p w14:paraId="213603C1" w14:textId="77777777" w:rsidR="00EB0B06" w:rsidRDefault="00EB0B06">
            <w:pPr>
              <w:bidi/>
              <w:spacing w:before="40" w:after="40" w:line="288" w:lineRule="auto"/>
            </w:pPr>
          </w:p>
        </w:tc>
      </w:tr>
    </w:tbl>
    <w:p w14:paraId="5B0507CA" w14:textId="77777777" w:rsidR="00EB0B06" w:rsidRDefault="00E30BD4">
      <w:pPr>
        <w:keepNext/>
        <w:bidi/>
        <w:spacing w:after="120"/>
        <w:outlineLvl w:val="1"/>
      </w:pPr>
      <w:r>
        <w:rPr>
          <w:b/>
          <w:bCs/>
          <w:color w:val="052976"/>
          <w:sz w:val="25"/>
          <w:szCs w:val="25"/>
          <w:rtl/>
        </w:rPr>
        <w:t>تعليمات التعبئة</w:t>
      </w:r>
    </w:p>
    <w:p w14:paraId="6B08AFFD" w14:textId="77777777" w:rsidR="00EB0B06" w:rsidRDefault="00E30BD4">
      <w:pPr>
        <w:bidi/>
        <w:spacing w:after="40"/>
      </w:pPr>
      <w:r>
        <w:rPr>
          <w:sz w:val="20"/>
          <w:szCs w:val="20"/>
          <w:rtl/>
        </w:rPr>
        <w:t>1. تملأ جميع الحقول بدقة، وتكتب عبارة (لا ينطبق) أمام الحقل غير المنطبق بدلا من تركه فارغا.</w:t>
      </w:r>
    </w:p>
    <w:p w14:paraId="4754746C" w14:textId="77777777" w:rsidR="00EB0B06" w:rsidRDefault="00E30BD4">
      <w:pPr>
        <w:bidi/>
        <w:spacing w:after="40"/>
      </w:pPr>
      <w:r>
        <w:rPr>
          <w:sz w:val="20"/>
          <w:szCs w:val="20"/>
          <w:rtl/>
        </w:rPr>
        <w:t>2. ترفق صورة واضحة من كل مستند بقائمة المستندات، ويرقم الملف المرفق ويذكر رقم الصفحة أمام كل مستند.</w:t>
      </w:r>
    </w:p>
    <w:p w14:paraId="0E032249" w14:textId="77777777" w:rsidR="00EB0B06" w:rsidRDefault="00E30BD4">
      <w:pPr>
        <w:bidi/>
        <w:spacing w:after="40"/>
      </w:pPr>
      <w:r>
        <w:rPr>
          <w:sz w:val="20"/>
          <w:szCs w:val="20"/>
          <w:rtl/>
        </w:rPr>
        <w:t>3. المستندات المنتهية الصلاحية أو غير المرفقة في المعايير الإلزامية تؤدي إلى عدم التأهيل مهما كانت نتيجة باقي المعايير.</w:t>
      </w:r>
    </w:p>
    <w:p w14:paraId="29471633" w14:textId="77777777" w:rsidR="00EB0B06" w:rsidRDefault="00E30BD4">
      <w:pPr>
        <w:bidi/>
        <w:spacing w:after="40"/>
      </w:pPr>
      <w:r>
        <w:rPr>
          <w:sz w:val="20"/>
          <w:szCs w:val="20"/>
          <w:rtl/>
        </w:rPr>
        <w:t>4. يحق لـ ACE التحقق من صحة البيانات لدى الجهات المصدرة والملاك والاستشاريين السابقين، وزيارة مقر الشركة ومستودعاتها.</w:t>
      </w:r>
    </w:p>
    <w:p w14:paraId="272B678A" w14:textId="77777777" w:rsidR="00EB0B06" w:rsidRDefault="00E30BD4">
      <w:pPr>
        <w:bidi/>
        <w:spacing w:after="40"/>
      </w:pPr>
      <w:r>
        <w:rPr>
          <w:sz w:val="20"/>
          <w:szCs w:val="20"/>
          <w:rtl/>
        </w:rPr>
        <w:t>5. يقيم الاستبيان على مقياس من 0 إلى 5 لكل معيار بأوزان معتمدة لكل حزمة، وتبلغ النتيجة كتابيا: مؤهل، أو مؤهل بشروط، أو غير مؤهل.</w:t>
      </w:r>
    </w:p>
    <w:p w14:paraId="472FD7C6" w14:textId="77777777" w:rsidR="00EB0B06" w:rsidRDefault="00E30BD4">
      <w:pPr>
        <w:bidi/>
        <w:spacing w:after="40"/>
      </w:pPr>
      <w:r>
        <w:rPr>
          <w:sz w:val="20"/>
          <w:szCs w:val="20"/>
          <w:rtl/>
        </w:rPr>
        <w:t>6. تقديم الاستبيان لا يرتب أي التزام تعاقدي على المالك أو ACE.</w:t>
      </w:r>
    </w:p>
    <w:p w14:paraId="11759B14" w14:textId="77777777" w:rsidR="00EB0B06" w:rsidRDefault="00E30BD4">
      <w:pPr>
        <w:keepNext/>
        <w:pBdr>
          <w:bottom w:val="single" w:sz="8" w:space="1" w:color="2633FF"/>
        </w:pBdr>
        <w:bidi/>
        <w:spacing w:before="200" w:after="120"/>
        <w:outlineLvl w:val="0"/>
      </w:pPr>
      <w:r>
        <w:rPr>
          <w:b/>
          <w:bCs/>
          <w:color w:val="052976"/>
          <w:sz w:val="30"/>
          <w:szCs w:val="30"/>
          <w:rtl/>
        </w:rPr>
        <w:t>1. بيانات الشركة</w:t>
      </w:r>
    </w:p>
    <w:tbl>
      <w:tblPr>
        <w:tblStyle w:val="TableGrid"/>
        <w:bidiVisual/>
        <w:tblW w:w="0" w:type="auto"/>
        <w:jc w:val="center"/>
        <w:tblLayout w:type="fixed"/>
        <w:tblLook w:val="04A0" w:firstRow="1" w:lastRow="0" w:firstColumn="1" w:lastColumn="0" w:noHBand="0" w:noVBand="1"/>
      </w:tblPr>
      <w:tblGrid>
        <w:gridCol w:w="3175"/>
        <w:gridCol w:w="6917"/>
      </w:tblGrid>
      <w:tr w:rsidR="00EB0B06" w14:paraId="56CA7809" w14:textId="77777777">
        <w:trPr>
          <w:cantSplit/>
          <w:trHeight w:val="408"/>
          <w:jc w:val="center"/>
        </w:trPr>
        <w:tc>
          <w:tcPr>
            <w:tcW w:w="3175" w:type="dxa"/>
            <w:shd w:val="clear" w:color="auto" w:fill="EEF1FA"/>
            <w:vAlign w:val="center"/>
          </w:tcPr>
          <w:p w14:paraId="67CB0111" w14:textId="77777777" w:rsidR="00EB0B06" w:rsidRDefault="00E30BD4">
            <w:pPr>
              <w:bidi/>
              <w:spacing w:before="40" w:after="40" w:line="288" w:lineRule="auto"/>
            </w:pPr>
            <w:r>
              <w:rPr>
                <w:sz w:val="19"/>
                <w:szCs w:val="19"/>
                <w:rtl/>
              </w:rPr>
              <w:t>الاسم القانوني بالعربية</w:t>
            </w:r>
          </w:p>
        </w:tc>
        <w:tc>
          <w:tcPr>
            <w:tcW w:w="6917" w:type="dxa"/>
            <w:vAlign w:val="center"/>
          </w:tcPr>
          <w:p w14:paraId="71F4C8DB" w14:textId="77777777" w:rsidR="00EB0B06" w:rsidRDefault="00EB0B06">
            <w:pPr>
              <w:bidi/>
              <w:spacing w:before="40" w:after="40" w:line="288" w:lineRule="auto"/>
            </w:pPr>
          </w:p>
        </w:tc>
      </w:tr>
      <w:tr w:rsidR="00EB0B06" w14:paraId="6B1FBFBE" w14:textId="77777777">
        <w:trPr>
          <w:cantSplit/>
          <w:trHeight w:val="408"/>
          <w:jc w:val="center"/>
        </w:trPr>
        <w:tc>
          <w:tcPr>
            <w:tcW w:w="3175" w:type="dxa"/>
            <w:shd w:val="clear" w:color="auto" w:fill="EEF1FA"/>
            <w:vAlign w:val="center"/>
          </w:tcPr>
          <w:p w14:paraId="306BE27D" w14:textId="77777777" w:rsidR="00EB0B06" w:rsidRDefault="00E30BD4">
            <w:pPr>
              <w:bidi/>
              <w:spacing w:before="40" w:after="40" w:line="288" w:lineRule="auto"/>
            </w:pPr>
            <w:r>
              <w:rPr>
                <w:sz w:val="19"/>
                <w:szCs w:val="19"/>
                <w:rtl/>
              </w:rPr>
              <w:t>الاسم القانوني بالإنجليزية</w:t>
            </w:r>
          </w:p>
        </w:tc>
        <w:tc>
          <w:tcPr>
            <w:tcW w:w="6917" w:type="dxa"/>
            <w:vAlign w:val="center"/>
          </w:tcPr>
          <w:p w14:paraId="35DC9A7F" w14:textId="77777777" w:rsidR="00EB0B06" w:rsidRDefault="00EB0B06">
            <w:pPr>
              <w:bidi/>
              <w:spacing w:before="40" w:after="40" w:line="288" w:lineRule="auto"/>
            </w:pPr>
          </w:p>
        </w:tc>
      </w:tr>
      <w:tr w:rsidR="00EB0B06" w14:paraId="3FF918BD" w14:textId="77777777">
        <w:trPr>
          <w:cantSplit/>
          <w:trHeight w:val="408"/>
          <w:jc w:val="center"/>
        </w:trPr>
        <w:tc>
          <w:tcPr>
            <w:tcW w:w="3175" w:type="dxa"/>
            <w:shd w:val="clear" w:color="auto" w:fill="EEF1FA"/>
            <w:vAlign w:val="center"/>
          </w:tcPr>
          <w:p w14:paraId="3C0BD269" w14:textId="77777777" w:rsidR="00EB0B06" w:rsidRDefault="00E30BD4">
            <w:pPr>
              <w:bidi/>
              <w:spacing w:before="40" w:after="40" w:line="288" w:lineRule="auto"/>
            </w:pPr>
            <w:r>
              <w:rPr>
                <w:sz w:val="19"/>
                <w:szCs w:val="19"/>
                <w:rtl/>
              </w:rPr>
              <w:t>الشكل القانوني</w:t>
            </w:r>
          </w:p>
        </w:tc>
        <w:tc>
          <w:tcPr>
            <w:tcW w:w="6917" w:type="dxa"/>
            <w:vAlign w:val="center"/>
          </w:tcPr>
          <w:p w14:paraId="2C93DFAF" w14:textId="77777777" w:rsidR="00EB0B06" w:rsidRDefault="00E30BD4">
            <w:pPr>
              <w:bidi/>
              <w:spacing w:before="40" w:after="40" w:line="288" w:lineRule="auto"/>
            </w:pPr>
            <w:r>
              <w:rPr>
                <w:sz w:val="19"/>
                <w:szCs w:val="19"/>
                <w:rtl/>
              </w:rPr>
              <w:t>☐ مؤسسة فردية   ☐ شركة ذات مسؤولية محدودة   ☐ مساهمة   ☐ أخرى</w:t>
            </w:r>
          </w:p>
        </w:tc>
      </w:tr>
      <w:tr w:rsidR="00EB0B06" w14:paraId="072931F6" w14:textId="77777777">
        <w:trPr>
          <w:cantSplit/>
          <w:trHeight w:val="408"/>
          <w:jc w:val="center"/>
        </w:trPr>
        <w:tc>
          <w:tcPr>
            <w:tcW w:w="3175" w:type="dxa"/>
            <w:shd w:val="clear" w:color="auto" w:fill="EEF1FA"/>
            <w:vAlign w:val="center"/>
          </w:tcPr>
          <w:p w14:paraId="5236CE2B" w14:textId="77777777" w:rsidR="00EB0B06" w:rsidRDefault="00E30BD4">
            <w:pPr>
              <w:bidi/>
              <w:spacing w:before="40" w:after="40" w:line="288" w:lineRule="auto"/>
            </w:pPr>
            <w:r>
              <w:rPr>
                <w:sz w:val="19"/>
                <w:szCs w:val="19"/>
                <w:rtl/>
              </w:rPr>
              <w:t>سنة التأسيس</w:t>
            </w:r>
          </w:p>
        </w:tc>
        <w:tc>
          <w:tcPr>
            <w:tcW w:w="6917" w:type="dxa"/>
            <w:vAlign w:val="center"/>
          </w:tcPr>
          <w:p w14:paraId="1B903AB7" w14:textId="77777777" w:rsidR="00EB0B06" w:rsidRDefault="00EB0B06">
            <w:pPr>
              <w:bidi/>
              <w:spacing w:before="40" w:after="40" w:line="288" w:lineRule="auto"/>
            </w:pPr>
          </w:p>
        </w:tc>
      </w:tr>
      <w:tr w:rsidR="00EB0B06" w14:paraId="51F19D62" w14:textId="77777777">
        <w:trPr>
          <w:cantSplit/>
          <w:trHeight w:val="408"/>
          <w:jc w:val="center"/>
        </w:trPr>
        <w:tc>
          <w:tcPr>
            <w:tcW w:w="3175" w:type="dxa"/>
            <w:shd w:val="clear" w:color="auto" w:fill="EEF1FA"/>
            <w:vAlign w:val="center"/>
          </w:tcPr>
          <w:p w14:paraId="526E55AD" w14:textId="77777777" w:rsidR="00EB0B06" w:rsidRDefault="00E30BD4">
            <w:pPr>
              <w:bidi/>
              <w:spacing w:before="40" w:after="40" w:line="288" w:lineRule="auto"/>
            </w:pPr>
            <w:r>
              <w:rPr>
                <w:sz w:val="19"/>
                <w:szCs w:val="19"/>
                <w:rtl/>
              </w:rPr>
              <w:t>العنوان الوطني أو عنوان المقر الرئيسي</w:t>
            </w:r>
          </w:p>
        </w:tc>
        <w:tc>
          <w:tcPr>
            <w:tcW w:w="6917" w:type="dxa"/>
            <w:vAlign w:val="center"/>
          </w:tcPr>
          <w:p w14:paraId="6DD9A73C" w14:textId="77777777" w:rsidR="00EB0B06" w:rsidRDefault="00EB0B06">
            <w:pPr>
              <w:bidi/>
              <w:spacing w:before="40" w:after="40" w:line="288" w:lineRule="auto"/>
            </w:pPr>
          </w:p>
        </w:tc>
      </w:tr>
      <w:tr w:rsidR="00EB0B06" w14:paraId="07B8F92D" w14:textId="77777777">
        <w:trPr>
          <w:cantSplit/>
          <w:trHeight w:val="408"/>
          <w:jc w:val="center"/>
        </w:trPr>
        <w:tc>
          <w:tcPr>
            <w:tcW w:w="3175" w:type="dxa"/>
            <w:shd w:val="clear" w:color="auto" w:fill="EEF1FA"/>
            <w:vAlign w:val="center"/>
          </w:tcPr>
          <w:p w14:paraId="3D2FAAB8" w14:textId="77777777" w:rsidR="00EB0B06" w:rsidRDefault="00E30BD4">
            <w:pPr>
              <w:bidi/>
              <w:spacing w:before="40" w:after="40" w:line="288" w:lineRule="auto"/>
            </w:pPr>
            <w:r>
              <w:rPr>
                <w:sz w:val="19"/>
                <w:szCs w:val="19"/>
                <w:rtl/>
              </w:rPr>
              <w:t>الفروع والمستودعات</w:t>
            </w:r>
          </w:p>
        </w:tc>
        <w:tc>
          <w:tcPr>
            <w:tcW w:w="6917" w:type="dxa"/>
            <w:vAlign w:val="center"/>
          </w:tcPr>
          <w:p w14:paraId="68B520D2" w14:textId="77777777" w:rsidR="00EB0B06" w:rsidRDefault="00EB0B06">
            <w:pPr>
              <w:bidi/>
              <w:spacing w:before="40" w:after="40" w:line="288" w:lineRule="auto"/>
            </w:pPr>
          </w:p>
        </w:tc>
      </w:tr>
      <w:tr w:rsidR="00EB0B06" w14:paraId="4D2C314E" w14:textId="77777777">
        <w:trPr>
          <w:cantSplit/>
          <w:trHeight w:val="408"/>
          <w:jc w:val="center"/>
        </w:trPr>
        <w:tc>
          <w:tcPr>
            <w:tcW w:w="3175" w:type="dxa"/>
            <w:shd w:val="clear" w:color="auto" w:fill="EEF1FA"/>
            <w:vAlign w:val="center"/>
          </w:tcPr>
          <w:p w14:paraId="5E3BE181" w14:textId="77777777" w:rsidR="00EB0B06" w:rsidRDefault="00E30BD4">
            <w:pPr>
              <w:bidi/>
              <w:spacing w:before="40" w:after="40" w:line="288" w:lineRule="auto"/>
            </w:pPr>
            <w:r>
              <w:rPr>
                <w:sz w:val="19"/>
                <w:szCs w:val="19"/>
                <w:rtl/>
              </w:rPr>
              <w:t>الهاتف / الجوال</w:t>
            </w:r>
          </w:p>
        </w:tc>
        <w:tc>
          <w:tcPr>
            <w:tcW w:w="6917" w:type="dxa"/>
            <w:vAlign w:val="center"/>
          </w:tcPr>
          <w:p w14:paraId="3A46E782" w14:textId="77777777" w:rsidR="00EB0B06" w:rsidRDefault="00EB0B06">
            <w:pPr>
              <w:bidi/>
              <w:spacing w:before="40" w:after="40" w:line="288" w:lineRule="auto"/>
            </w:pPr>
          </w:p>
        </w:tc>
      </w:tr>
      <w:tr w:rsidR="00EB0B06" w14:paraId="7A610BFC" w14:textId="77777777">
        <w:trPr>
          <w:cantSplit/>
          <w:trHeight w:val="408"/>
          <w:jc w:val="center"/>
        </w:trPr>
        <w:tc>
          <w:tcPr>
            <w:tcW w:w="3175" w:type="dxa"/>
            <w:shd w:val="clear" w:color="auto" w:fill="EEF1FA"/>
            <w:vAlign w:val="center"/>
          </w:tcPr>
          <w:p w14:paraId="336C5753" w14:textId="77777777" w:rsidR="00EB0B06" w:rsidRDefault="00E30BD4">
            <w:pPr>
              <w:bidi/>
              <w:spacing w:before="40" w:after="40" w:line="288" w:lineRule="auto"/>
            </w:pPr>
            <w:r>
              <w:rPr>
                <w:sz w:val="19"/>
                <w:szCs w:val="19"/>
                <w:rtl/>
              </w:rPr>
              <w:t>البريد الإلكتروني الرسمي</w:t>
            </w:r>
          </w:p>
        </w:tc>
        <w:tc>
          <w:tcPr>
            <w:tcW w:w="6917" w:type="dxa"/>
            <w:vAlign w:val="center"/>
          </w:tcPr>
          <w:p w14:paraId="5E5EEAC2" w14:textId="77777777" w:rsidR="00EB0B06" w:rsidRDefault="00EB0B06">
            <w:pPr>
              <w:bidi/>
              <w:spacing w:before="40" w:after="40" w:line="288" w:lineRule="auto"/>
            </w:pPr>
          </w:p>
        </w:tc>
      </w:tr>
      <w:tr w:rsidR="00EB0B06" w14:paraId="4715FB4B" w14:textId="77777777">
        <w:trPr>
          <w:cantSplit/>
          <w:trHeight w:val="408"/>
          <w:jc w:val="center"/>
        </w:trPr>
        <w:tc>
          <w:tcPr>
            <w:tcW w:w="3175" w:type="dxa"/>
            <w:shd w:val="clear" w:color="auto" w:fill="EEF1FA"/>
            <w:vAlign w:val="center"/>
          </w:tcPr>
          <w:p w14:paraId="7815B7E2" w14:textId="77777777" w:rsidR="00EB0B06" w:rsidRDefault="00E30BD4">
            <w:pPr>
              <w:bidi/>
              <w:spacing w:before="40" w:after="40" w:line="288" w:lineRule="auto"/>
            </w:pPr>
            <w:r>
              <w:rPr>
                <w:sz w:val="19"/>
                <w:szCs w:val="19"/>
                <w:rtl/>
              </w:rPr>
              <w:t>الموقع الإلكتروني</w:t>
            </w:r>
          </w:p>
        </w:tc>
        <w:tc>
          <w:tcPr>
            <w:tcW w:w="6917" w:type="dxa"/>
            <w:vAlign w:val="center"/>
          </w:tcPr>
          <w:p w14:paraId="743C4452" w14:textId="77777777" w:rsidR="00EB0B06" w:rsidRDefault="00EB0B06">
            <w:pPr>
              <w:bidi/>
              <w:spacing w:before="40" w:after="40" w:line="288" w:lineRule="auto"/>
            </w:pPr>
          </w:p>
        </w:tc>
      </w:tr>
      <w:tr w:rsidR="00EB0B06" w14:paraId="1FEEC428" w14:textId="77777777">
        <w:trPr>
          <w:cantSplit/>
          <w:trHeight w:val="408"/>
          <w:jc w:val="center"/>
        </w:trPr>
        <w:tc>
          <w:tcPr>
            <w:tcW w:w="3175" w:type="dxa"/>
            <w:shd w:val="clear" w:color="auto" w:fill="EEF1FA"/>
            <w:vAlign w:val="center"/>
          </w:tcPr>
          <w:p w14:paraId="31564FAD" w14:textId="77777777" w:rsidR="00EB0B06" w:rsidRDefault="00E30BD4">
            <w:pPr>
              <w:bidi/>
              <w:spacing w:before="40" w:after="40" w:line="288" w:lineRule="auto"/>
            </w:pPr>
            <w:r>
              <w:rPr>
                <w:sz w:val="19"/>
                <w:szCs w:val="19"/>
                <w:rtl/>
              </w:rPr>
              <w:t>المفوض بالتوقيع (الاسم والصفة)</w:t>
            </w:r>
          </w:p>
        </w:tc>
        <w:tc>
          <w:tcPr>
            <w:tcW w:w="6917" w:type="dxa"/>
            <w:vAlign w:val="center"/>
          </w:tcPr>
          <w:p w14:paraId="573B7B1C" w14:textId="77777777" w:rsidR="00EB0B06" w:rsidRDefault="00EB0B06">
            <w:pPr>
              <w:bidi/>
              <w:spacing w:before="40" w:after="40" w:line="288" w:lineRule="auto"/>
            </w:pPr>
          </w:p>
        </w:tc>
      </w:tr>
      <w:tr w:rsidR="00EB0B06" w14:paraId="51C87365" w14:textId="77777777">
        <w:trPr>
          <w:cantSplit/>
          <w:trHeight w:val="408"/>
          <w:jc w:val="center"/>
        </w:trPr>
        <w:tc>
          <w:tcPr>
            <w:tcW w:w="3175" w:type="dxa"/>
            <w:shd w:val="clear" w:color="auto" w:fill="EEF1FA"/>
            <w:vAlign w:val="center"/>
          </w:tcPr>
          <w:p w14:paraId="25E7E3FC" w14:textId="77777777" w:rsidR="00EB0B06" w:rsidRDefault="00E30BD4">
            <w:pPr>
              <w:bidi/>
              <w:spacing w:before="40" w:after="40" w:line="288" w:lineRule="auto"/>
            </w:pPr>
            <w:r>
              <w:rPr>
                <w:sz w:val="19"/>
                <w:szCs w:val="19"/>
                <w:rtl/>
              </w:rPr>
              <w:t>مسؤول التواصل لهذا الاستبيان (الاسم والجوال)</w:t>
            </w:r>
          </w:p>
        </w:tc>
        <w:tc>
          <w:tcPr>
            <w:tcW w:w="6917" w:type="dxa"/>
            <w:vAlign w:val="center"/>
          </w:tcPr>
          <w:p w14:paraId="4C220FE4" w14:textId="77777777" w:rsidR="00EB0B06" w:rsidRDefault="00EB0B06">
            <w:pPr>
              <w:bidi/>
              <w:spacing w:before="40" w:after="40" w:line="288" w:lineRule="auto"/>
            </w:pPr>
          </w:p>
        </w:tc>
      </w:tr>
      <w:tr w:rsidR="00EB0B06" w14:paraId="76884E61" w14:textId="77777777">
        <w:trPr>
          <w:cantSplit/>
          <w:trHeight w:val="408"/>
          <w:jc w:val="center"/>
        </w:trPr>
        <w:tc>
          <w:tcPr>
            <w:tcW w:w="3175" w:type="dxa"/>
            <w:shd w:val="clear" w:color="auto" w:fill="EEF1FA"/>
            <w:vAlign w:val="center"/>
          </w:tcPr>
          <w:p w14:paraId="11FFD42B" w14:textId="77777777" w:rsidR="00EB0B06" w:rsidRDefault="00E30BD4">
            <w:pPr>
              <w:bidi/>
              <w:spacing w:before="40" w:after="40" w:line="288" w:lineRule="auto"/>
            </w:pPr>
            <w:r>
              <w:rPr>
                <w:sz w:val="19"/>
                <w:szCs w:val="19"/>
                <w:rtl/>
              </w:rPr>
              <w:t>الملاك والشركاء ونسبهم</w:t>
            </w:r>
          </w:p>
        </w:tc>
        <w:tc>
          <w:tcPr>
            <w:tcW w:w="6917" w:type="dxa"/>
            <w:vAlign w:val="center"/>
          </w:tcPr>
          <w:p w14:paraId="1E7B2D5F" w14:textId="77777777" w:rsidR="00EB0B06" w:rsidRDefault="00EB0B06">
            <w:pPr>
              <w:bidi/>
              <w:spacing w:before="40" w:after="40" w:line="288" w:lineRule="auto"/>
            </w:pPr>
          </w:p>
        </w:tc>
      </w:tr>
      <w:tr w:rsidR="00EB0B06" w14:paraId="11DF9EE3" w14:textId="77777777">
        <w:trPr>
          <w:cantSplit/>
          <w:trHeight w:val="408"/>
          <w:jc w:val="center"/>
        </w:trPr>
        <w:tc>
          <w:tcPr>
            <w:tcW w:w="3175" w:type="dxa"/>
            <w:shd w:val="clear" w:color="auto" w:fill="EEF1FA"/>
            <w:vAlign w:val="center"/>
          </w:tcPr>
          <w:p w14:paraId="6633DA45" w14:textId="77777777" w:rsidR="00EB0B06" w:rsidRDefault="00E30BD4">
            <w:pPr>
              <w:bidi/>
              <w:spacing w:before="40" w:after="40" w:line="288" w:lineRule="auto"/>
            </w:pPr>
            <w:r>
              <w:rPr>
                <w:sz w:val="19"/>
                <w:szCs w:val="19"/>
                <w:rtl/>
              </w:rPr>
              <w:t>الشركات الشقيقة أو التابعة</w:t>
            </w:r>
          </w:p>
        </w:tc>
        <w:tc>
          <w:tcPr>
            <w:tcW w:w="6917" w:type="dxa"/>
            <w:vAlign w:val="center"/>
          </w:tcPr>
          <w:p w14:paraId="6E496CCB" w14:textId="77777777" w:rsidR="00EB0B06" w:rsidRDefault="00EB0B06">
            <w:pPr>
              <w:bidi/>
              <w:spacing w:before="40" w:after="40" w:line="288" w:lineRule="auto"/>
            </w:pPr>
          </w:p>
        </w:tc>
      </w:tr>
    </w:tbl>
    <w:p w14:paraId="4ADF16BF" w14:textId="77777777" w:rsidR="00EB0B06" w:rsidRDefault="00E30BD4">
      <w:pPr>
        <w:keepNext/>
        <w:bidi/>
        <w:spacing w:after="120"/>
        <w:outlineLvl w:val="1"/>
      </w:pPr>
      <w:r>
        <w:rPr>
          <w:b/>
          <w:bCs/>
          <w:color w:val="052976"/>
          <w:sz w:val="25"/>
          <w:szCs w:val="25"/>
          <w:rtl/>
        </w:rPr>
        <w:lastRenderedPageBreak/>
        <w:t>1.1 التسجيل النظامي في المملكة العربية السعودية</w:t>
      </w:r>
    </w:p>
    <w:tbl>
      <w:tblPr>
        <w:tblStyle w:val="TableGrid"/>
        <w:bidiVisual/>
        <w:tblW w:w="0" w:type="auto"/>
        <w:jc w:val="center"/>
        <w:tblLayout w:type="fixed"/>
        <w:tblLook w:val="04A0" w:firstRow="1" w:lastRow="0" w:firstColumn="1" w:lastColumn="0" w:noHBand="0" w:noVBand="1"/>
      </w:tblPr>
      <w:tblGrid>
        <w:gridCol w:w="3628"/>
        <w:gridCol w:w="2381"/>
        <w:gridCol w:w="2041"/>
        <w:gridCol w:w="2041"/>
      </w:tblGrid>
      <w:tr w:rsidR="00EB0B06" w14:paraId="5AA2FBFD" w14:textId="77777777">
        <w:trPr>
          <w:cantSplit/>
          <w:trHeight w:val="408"/>
          <w:tblHeader/>
          <w:jc w:val="center"/>
        </w:trPr>
        <w:tc>
          <w:tcPr>
            <w:tcW w:w="3628" w:type="dxa"/>
            <w:shd w:val="clear" w:color="auto" w:fill="052976"/>
            <w:vAlign w:val="center"/>
          </w:tcPr>
          <w:p w14:paraId="6B7884A3" w14:textId="77777777" w:rsidR="00EB0B06" w:rsidRDefault="00E30BD4">
            <w:pPr>
              <w:bidi/>
              <w:spacing w:before="40" w:after="40" w:line="288" w:lineRule="auto"/>
              <w:jc w:val="center"/>
            </w:pPr>
            <w:r>
              <w:rPr>
                <w:b/>
                <w:bCs/>
                <w:color w:val="FFFFFF"/>
                <w:sz w:val="19"/>
                <w:szCs w:val="19"/>
                <w:rtl/>
              </w:rPr>
              <w:t>المستند</w:t>
            </w:r>
          </w:p>
        </w:tc>
        <w:tc>
          <w:tcPr>
            <w:tcW w:w="2381" w:type="dxa"/>
            <w:shd w:val="clear" w:color="auto" w:fill="052976"/>
            <w:vAlign w:val="center"/>
          </w:tcPr>
          <w:p w14:paraId="09854699" w14:textId="77777777" w:rsidR="00EB0B06" w:rsidRDefault="00E30BD4">
            <w:pPr>
              <w:bidi/>
              <w:spacing w:before="40" w:after="40" w:line="288" w:lineRule="auto"/>
              <w:jc w:val="center"/>
            </w:pPr>
            <w:r>
              <w:rPr>
                <w:b/>
                <w:bCs/>
                <w:color w:val="FFFFFF"/>
                <w:sz w:val="19"/>
                <w:szCs w:val="19"/>
                <w:rtl/>
              </w:rPr>
              <w:t>الرقم</w:t>
            </w:r>
          </w:p>
        </w:tc>
        <w:tc>
          <w:tcPr>
            <w:tcW w:w="2041" w:type="dxa"/>
            <w:shd w:val="clear" w:color="auto" w:fill="052976"/>
            <w:vAlign w:val="center"/>
          </w:tcPr>
          <w:p w14:paraId="58F205EA" w14:textId="77777777" w:rsidR="00EB0B06" w:rsidRDefault="00E30BD4">
            <w:pPr>
              <w:bidi/>
              <w:spacing w:before="40" w:after="40" w:line="288" w:lineRule="auto"/>
              <w:jc w:val="center"/>
            </w:pPr>
            <w:r>
              <w:rPr>
                <w:b/>
                <w:bCs/>
                <w:color w:val="FFFFFF"/>
                <w:sz w:val="19"/>
                <w:szCs w:val="19"/>
                <w:rtl/>
              </w:rPr>
              <w:t>تاريخ الإصدار</w:t>
            </w:r>
          </w:p>
        </w:tc>
        <w:tc>
          <w:tcPr>
            <w:tcW w:w="2041" w:type="dxa"/>
            <w:shd w:val="clear" w:color="auto" w:fill="052976"/>
            <w:vAlign w:val="center"/>
          </w:tcPr>
          <w:p w14:paraId="57D9D3E6" w14:textId="77777777" w:rsidR="00EB0B06" w:rsidRDefault="00E30BD4">
            <w:pPr>
              <w:bidi/>
              <w:spacing w:before="40" w:after="40" w:line="288" w:lineRule="auto"/>
              <w:jc w:val="center"/>
            </w:pPr>
            <w:r>
              <w:rPr>
                <w:b/>
                <w:bCs/>
                <w:color w:val="FFFFFF"/>
                <w:sz w:val="19"/>
                <w:szCs w:val="19"/>
                <w:rtl/>
              </w:rPr>
              <w:t>تاريخ الانتهاء</w:t>
            </w:r>
          </w:p>
        </w:tc>
      </w:tr>
      <w:tr w:rsidR="00EB0B06" w14:paraId="0178A206" w14:textId="77777777">
        <w:trPr>
          <w:cantSplit/>
          <w:trHeight w:val="408"/>
          <w:jc w:val="center"/>
        </w:trPr>
        <w:tc>
          <w:tcPr>
            <w:tcW w:w="3628" w:type="dxa"/>
            <w:vAlign w:val="center"/>
          </w:tcPr>
          <w:p w14:paraId="39AA0628" w14:textId="77777777" w:rsidR="00EB0B06" w:rsidRDefault="00E30BD4">
            <w:pPr>
              <w:bidi/>
              <w:spacing w:before="40" w:after="40" w:line="288" w:lineRule="auto"/>
            </w:pPr>
            <w:r>
              <w:rPr>
                <w:sz w:val="19"/>
                <w:szCs w:val="19"/>
                <w:rtl/>
              </w:rPr>
              <w:t>السجل التجاري</w:t>
            </w:r>
          </w:p>
        </w:tc>
        <w:tc>
          <w:tcPr>
            <w:tcW w:w="2381" w:type="dxa"/>
            <w:vAlign w:val="center"/>
          </w:tcPr>
          <w:p w14:paraId="4ABAFFED" w14:textId="77777777" w:rsidR="00EB0B06" w:rsidRDefault="00EB0B06">
            <w:pPr>
              <w:bidi/>
              <w:spacing w:before="40" w:after="40" w:line="288" w:lineRule="auto"/>
            </w:pPr>
          </w:p>
        </w:tc>
        <w:tc>
          <w:tcPr>
            <w:tcW w:w="2041" w:type="dxa"/>
            <w:vAlign w:val="center"/>
          </w:tcPr>
          <w:p w14:paraId="02F9074F" w14:textId="77777777" w:rsidR="00EB0B06" w:rsidRDefault="00EB0B06">
            <w:pPr>
              <w:bidi/>
              <w:spacing w:before="40" w:after="40" w:line="288" w:lineRule="auto"/>
            </w:pPr>
          </w:p>
        </w:tc>
        <w:tc>
          <w:tcPr>
            <w:tcW w:w="2041" w:type="dxa"/>
            <w:vAlign w:val="center"/>
          </w:tcPr>
          <w:p w14:paraId="269A1DDE" w14:textId="77777777" w:rsidR="00EB0B06" w:rsidRDefault="00EB0B06">
            <w:pPr>
              <w:bidi/>
              <w:spacing w:before="40" w:after="40" w:line="288" w:lineRule="auto"/>
            </w:pPr>
          </w:p>
        </w:tc>
      </w:tr>
      <w:tr w:rsidR="00EB0B06" w14:paraId="55F68018" w14:textId="77777777">
        <w:trPr>
          <w:cantSplit/>
          <w:trHeight w:val="408"/>
          <w:jc w:val="center"/>
        </w:trPr>
        <w:tc>
          <w:tcPr>
            <w:tcW w:w="3628" w:type="dxa"/>
            <w:vAlign w:val="center"/>
          </w:tcPr>
          <w:p w14:paraId="0BEC7887" w14:textId="77777777" w:rsidR="00EB0B06" w:rsidRDefault="00E30BD4">
            <w:pPr>
              <w:bidi/>
              <w:spacing w:before="40" w:after="40" w:line="288" w:lineRule="auto"/>
            </w:pPr>
            <w:r>
              <w:rPr>
                <w:sz w:val="19"/>
                <w:szCs w:val="19"/>
                <w:rtl/>
              </w:rPr>
              <w:t>شهادة تسجيل ضريبة القيمة المضافة</w:t>
            </w:r>
          </w:p>
        </w:tc>
        <w:tc>
          <w:tcPr>
            <w:tcW w:w="2381" w:type="dxa"/>
            <w:vAlign w:val="center"/>
          </w:tcPr>
          <w:p w14:paraId="09D89D4D" w14:textId="77777777" w:rsidR="00EB0B06" w:rsidRDefault="00EB0B06">
            <w:pPr>
              <w:bidi/>
              <w:spacing w:before="40" w:after="40" w:line="288" w:lineRule="auto"/>
            </w:pPr>
          </w:p>
        </w:tc>
        <w:tc>
          <w:tcPr>
            <w:tcW w:w="2041" w:type="dxa"/>
            <w:vAlign w:val="center"/>
          </w:tcPr>
          <w:p w14:paraId="5617522C" w14:textId="77777777" w:rsidR="00EB0B06" w:rsidRDefault="00EB0B06">
            <w:pPr>
              <w:bidi/>
              <w:spacing w:before="40" w:after="40" w:line="288" w:lineRule="auto"/>
            </w:pPr>
          </w:p>
        </w:tc>
        <w:tc>
          <w:tcPr>
            <w:tcW w:w="2041" w:type="dxa"/>
            <w:vAlign w:val="center"/>
          </w:tcPr>
          <w:p w14:paraId="57B85735" w14:textId="77777777" w:rsidR="00EB0B06" w:rsidRDefault="00EB0B06">
            <w:pPr>
              <w:bidi/>
              <w:spacing w:before="40" w:after="40" w:line="288" w:lineRule="auto"/>
            </w:pPr>
          </w:p>
        </w:tc>
      </w:tr>
      <w:tr w:rsidR="00EB0B06" w14:paraId="045EC9C3" w14:textId="77777777">
        <w:trPr>
          <w:cantSplit/>
          <w:trHeight w:val="408"/>
          <w:jc w:val="center"/>
        </w:trPr>
        <w:tc>
          <w:tcPr>
            <w:tcW w:w="3628" w:type="dxa"/>
            <w:vAlign w:val="center"/>
          </w:tcPr>
          <w:p w14:paraId="6C9CEB83" w14:textId="77777777" w:rsidR="00EB0B06" w:rsidRDefault="00E30BD4">
            <w:pPr>
              <w:bidi/>
              <w:spacing w:before="40" w:after="40" w:line="288" w:lineRule="auto"/>
            </w:pPr>
            <w:r>
              <w:rPr>
                <w:sz w:val="19"/>
                <w:szCs w:val="19"/>
                <w:rtl/>
              </w:rPr>
              <w:t>شهادة تصنيف المقاولين (المجال والدرجة)</w:t>
            </w:r>
          </w:p>
        </w:tc>
        <w:tc>
          <w:tcPr>
            <w:tcW w:w="2381" w:type="dxa"/>
            <w:vAlign w:val="center"/>
          </w:tcPr>
          <w:p w14:paraId="5B03F5C7" w14:textId="77777777" w:rsidR="00EB0B06" w:rsidRDefault="00EB0B06">
            <w:pPr>
              <w:bidi/>
              <w:spacing w:before="40" w:after="40" w:line="288" w:lineRule="auto"/>
            </w:pPr>
          </w:p>
        </w:tc>
        <w:tc>
          <w:tcPr>
            <w:tcW w:w="2041" w:type="dxa"/>
            <w:vAlign w:val="center"/>
          </w:tcPr>
          <w:p w14:paraId="41F8B06E" w14:textId="77777777" w:rsidR="00EB0B06" w:rsidRDefault="00EB0B06">
            <w:pPr>
              <w:bidi/>
              <w:spacing w:before="40" w:after="40" w:line="288" w:lineRule="auto"/>
            </w:pPr>
          </w:p>
        </w:tc>
        <w:tc>
          <w:tcPr>
            <w:tcW w:w="2041" w:type="dxa"/>
            <w:vAlign w:val="center"/>
          </w:tcPr>
          <w:p w14:paraId="7C953D54" w14:textId="77777777" w:rsidR="00EB0B06" w:rsidRDefault="00EB0B06">
            <w:pPr>
              <w:bidi/>
              <w:spacing w:before="40" w:after="40" w:line="288" w:lineRule="auto"/>
            </w:pPr>
          </w:p>
        </w:tc>
      </w:tr>
      <w:tr w:rsidR="00EB0B06" w14:paraId="71166F2E" w14:textId="77777777">
        <w:trPr>
          <w:cantSplit/>
          <w:trHeight w:val="408"/>
          <w:jc w:val="center"/>
        </w:trPr>
        <w:tc>
          <w:tcPr>
            <w:tcW w:w="3628" w:type="dxa"/>
            <w:vAlign w:val="center"/>
          </w:tcPr>
          <w:p w14:paraId="436EF643" w14:textId="77777777" w:rsidR="00EB0B06" w:rsidRDefault="00E30BD4">
            <w:pPr>
              <w:bidi/>
              <w:spacing w:before="40" w:after="40" w:line="288" w:lineRule="auto"/>
            </w:pPr>
            <w:r>
              <w:rPr>
                <w:sz w:val="19"/>
                <w:szCs w:val="19"/>
                <w:rtl/>
              </w:rPr>
              <w:t>عضوية الهيئة السعودية للمقاولين</w:t>
            </w:r>
          </w:p>
        </w:tc>
        <w:tc>
          <w:tcPr>
            <w:tcW w:w="2381" w:type="dxa"/>
            <w:vAlign w:val="center"/>
          </w:tcPr>
          <w:p w14:paraId="12EA3991" w14:textId="77777777" w:rsidR="00EB0B06" w:rsidRDefault="00EB0B06">
            <w:pPr>
              <w:bidi/>
              <w:spacing w:before="40" w:after="40" w:line="288" w:lineRule="auto"/>
            </w:pPr>
          </w:p>
        </w:tc>
        <w:tc>
          <w:tcPr>
            <w:tcW w:w="2041" w:type="dxa"/>
            <w:vAlign w:val="center"/>
          </w:tcPr>
          <w:p w14:paraId="3EAF1F41" w14:textId="77777777" w:rsidR="00EB0B06" w:rsidRDefault="00EB0B06">
            <w:pPr>
              <w:bidi/>
              <w:spacing w:before="40" w:after="40" w:line="288" w:lineRule="auto"/>
            </w:pPr>
          </w:p>
        </w:tc>
        <w:tc>
          <w:tcPr>
            <w:tcW w:w="2041" w:type="dxa"/>
            <w:vAlign w:val="center"/>
          </w:tcPr>
          <w:p w14:paraId="5F4EE790" w14:textId="77777777" w:rsidR="00EB0B06" w:rsidRDefault="00EB0B06">
            <w:pPr>
              <w:bidi/>
              <w:spacing w:before="40" w:after="40" w:line="288" w:lineRule="auto"/>
            </w:pPr>
          </w:p>
        </w:tc>
      </w:tr>
      <w:tr w:rsidR="00EB0B06" w14:paraId="1D77F89B" w14:textId="77777777">
        <w:trPr>
          <w:cantSplit/>
          <w:trHeight w:val="408"/>
          <w:jc w:val="center"/>
        </w:trPr>
        <w:tc>
          <w:tcPr>
            <w:tcW w:w="3628" w:type="dxa"/>
            <w:vAlign w:val="center"/>
          </w:tcPr>
          <w:p w14:paraId="04B418D2" w14:textId="77777777" w:rsidR="00EB0B06" w:rsidRDefault="00E30BD4">
            <w:pPr>
              <w:bidi/>
              <w:spacing w:before="40" w:after="40" w:line="288" w:lineRule="auto"/>
            </w:pPr>
            <w:r>
              <w:rPr>
                <w:sz w:val="19"/>
                <w:szCs w:val="19"/>
                <w:rtl/>
              </w:rPr>
              <w:t>شهادة التأمينات الاجتماعية GOSI</w:t>
            </w:r>
          </w:p>
        </w:tc>
        <w:tc>
          <w:tcPr>
            <w:tcW w:w="2381" w:type="dxa"/>
            <w:vAlign w:val="center"/>
          </w:tcPr>
          <w:p w14:paraId="0C28F35A" w14:textId="77777777" w:rsidR="00EB0B06" w:rsidRDefault="00EB0B06">
            <w:pPr>
              <w:bidi/>
              <w:spacing w:before="40" w:after="40" w:line="288" w:lineRule="auto"/>
            </w:pPr>
          </w:p>
        </w:tc>
        <w:tc>
          <w:tcPr>
            <w:tcW w:w="2041" w:type="dxa"/>
            <w:vAlign w:val="center"/>
          </w:tcPr>
          <w:p w14:paraId="1A0C8CFA" w14:textId="77777777" w:rsidR="00EB0B06" w:rsidRDefault="00EB0B06">
            <w:pPr>
              <w:bidi/>
              <w:spacing w:before="40" w:after="40" w:line="288" w:lineRule="auto"/>
            </w:pPr>
          </w:p>
        </w:tc>
        <w:tc>
          <w:tcPr>
            <w:tcW w:w="2041" w:type="dxa"/>
            <w:vAlign w:val="center"/>
          </w:tcPr>
          <w:p w14:paraId="6E891F05" w14:textId="77777777" w:rsidR="00EB0B06" w:rsidRDefault="00EB0B06">
            <w:pPr>
              <w:bidi/>
              <w:spacing w:before="40" w:after="40" w:line="288" w:lineRule="auto"/>
            </w:pPr>
          </w:p>
        </w:tc>
      </w:tr>
      <w:tr w:rsidR="00EB0B06" w14:paraId="4A8E18A3" w14:textId="77777777">
        <w:trPr>
          <w:cantSplit/>
          <w:trHeight w:val="408"/>
          <w:jc w:val="center"/>
        </w:trPr>
        <w:tc>
          <w:tcPr>
            <w:tcW w:w="3628" w:type="dxa"/>
            <w:vAlign w:val="center"/>
          </w:tcPr>
          <w:p w14:paraId="1E891A78" w14:textId="77777777" w:rsidR="00EB0B06" w:rsidRDefault="00E30BD4">
            <w:pPr>
              <w:bidi/>
              <w:spacing w:before="40" w:after="40" w:line="288" w:lineRule="auto"/>
            </w:pPr>
            <w:r>
              <w:rPr>
                <w:sz w:val="19"/>
                <w:szCs w:val="19"/>
                <w:rtl/>
              </w:rPr>
              <w:t>شهادة الزكاة والضريبة ZATCA</w:t>
            </w:r>
          </w:p>
        </w:tc>
        <w:tc>
          <w:tcPr>
            <w:tcW w:w="2381" w:type="dxa"/>
            <w:vAlign w:val="center"/>
          </w:tcPr>
          <w:p w14:paraId="0CC91E00" w14:textId="77777777" w:rsidR="00EB0B06" w:rsidRDefault="00EB0B06">
            <w:pPr>
              <w:bidi/>
              <w:spacing w:before="40" w:after="40" w:line="288" w:lineRule="auto"/>
            </w:pPr>
          </w:p>
        </w:tc>
        <w:tc>
          <w:tcPr>
            <w:tcW w:w="2041" w:type="dxa"/>
            <w:vAlign w:val="center"/>
          </w:tcPr>
          <w:p w14:paraId="1A90A684" w14:textId="77777777" w:rsidR="00EB0B06" w:rsidRDefault="00EB0B06">
            <w:pPr>
              <w:bidi/>
              <w:spacing w:before="40" w:after="40" w:line="288" w:lineRule="auto"/>
            </w:pPr>
          </w:p>
        </w:tc>
        <w:tc>
          <w:tcPr>
            <w:tcW w:w="2041" w:type="dxa"/>
            <w:vAlign w:val="center"/>
          </w:tcPr>
          <w:p w14:paraId="3A50D87D" w14:textId="77777777" w:rsidR="00EB0B06" w:rsidRDefault="00EB0B06">
            <w:pPr>
              <w:bidi/>
              <w:spacing w:before="40" w:after="40" w:line="288" w:lineRule="auto"/>
            </w:pPr>
          </w:p>
        </w:tc>
      </w:tr>
      <w:tr w:rsidR="00EB0B06" w14:paraId="72D0F308" w14:textId="77777777">
        <w:trPr>
          <w:cantSplit/>
          <w:trHeight w:val="408"/>
          <w:jc w:val="center"/>
        </w:trPr>
        <w:tc>
          <w:tcPr>
            <w:tcW w:w="3628" w:type="dxa"/>
            <w:vAlign w:val="center"/>
          </w:tcPr>
          <w:p w14:paraId="48540E44" w14:textId="77777777" w:rsidR="00EB0B06" w:rsidRDefault="00E30BD4">
            <w:pPr>
              <w:bidi/>
              <w:spacing w:before="40" w:after="40" w:line="288" w:lineRule="auto"/>
            </w:pPr>
            <w:r>
              <w:rPr>
                <w:sz w:val="19"/>
                <w:szCs w:val="19"/>
                <w:rtl/>
              </w:rPr>
              <w:t>شهادة الغرفة التجارية</w:t>
            </w:r>
          </w:p>
        </w:tc>
        <w:tc>
          <w:tcPr>
            <w:tcW w:w="2381" w:type="dxa"/>
            <w:vAlign w:val="center"/>
          </w:tcPr>
          <w:p w14:paraId="5BB41381" w14:textId="77777777" w:rsidR="00EB0B06" w:rsidRDefault="00EB0B06">
            <w:pPr>
              <w:bidi/>
              <w:spacing w:before="40" w:after="40" w:line="288" w:lineRule="auto"/>
            </w:pPr>
          </w:p>
        </w:tc>
        <w:tc>
          <w:tcPr>
            <w:tcW w:w="2041" w:type="dxa"/>
            <w:vAlign w:val="center"/>
          </w:tcPr>
          <w:p w14:paraId="265D1CAC" w14:textId="77777777" w:rsidR="00EB0B06" w:rsidRDefault="00EB0B06">
            <w:pPr>
              <w:bidi/>
              <w:spacing w:before="40" w:after="40" w:line="288" w:lineRule="auto"/>
            </w:pPr>
          </w:p>
        </w:tc>
        <w:tc>
          <w:tcPr>
            <w:tcW w:w="2041" w:type="dxa"/>
            <w:vAlign w:val="center"/>
          </w:tcPr>
          <w:p w14:paraId="5D21C009" w14:textId="77777777" w:rsidR="00EB0B06" w:rsidRDefault="00EB0B06">
            <w:pPr>
              <w:bidi/>
              <w:spacing w:before="40" w:after="40" w:line="288" w:lineRule="auto"/>
            </w:pPr>
          </w:p>
        </w:tc>
      </w:tr>
      <w:tr w:rsidR="00EB0B06" w14:paraId="2F43A34D" w14:textId="77777777">
        <w:trPr>
          <w:cantSplit/>
          <w:trHeight w:val="408"/>
          <w:jc w:val="center"/>
        </w:trPr>
        <w:tc>
          <w:tcPr>
            <w:tcW w:w="3628" w:type="dxa"/>
            <w:vAlign w:val="center"/>
          </w:tcPr>
          <w:p w14:paraId="55086AF9" w14:textId="77777777" w:rsidR="00EB0B06" w:rsidRDefault="00E30BD4">
            <w:pPr>
              <w:bidi/>
              <w:spacing w:before="40" w:after="40" w:line="288" w:lineRule="auto"/>
            </w:pPr>
            <w:r>
              <w:rPr>
                <w:sz w:val="19"/>
                <w:szCs w:val="19"/>
                <w:rtl/>
              </w:rPr>
              <w:t>شهادة نطاقات (فئة التوطين)</w:t>
            </w:r>
          </w:p>
        </w:tc>
        <w:tc>
          <w:tcPr>
            <w:tcW w:w="2381" w:type="dxa"/>
            <w:vAlign w:val="center"/>
          </w:tcPr>
          <w:p w14:paraId="3EFCB00B" w14:textId="77777777" w:rsidR="00EB0B06" w:rsidRDefault="00EB0B06">
            <w:pPr>
              <w:bidi/>
              <w:spacing w:before="40" w:after="40" w:line="288" w:lineRule="auto"/>
            </w:pPr>
          </w:p>
        </w:tc>
        <w:tc>
          <w:tcPr>
            <w:tcW w:w="2041" w:type="dxa"/>
            <w:vAlign w:val="center"/>
          </w:tcPr>
          <w:p w14:paraId="7EFA6AD0" w14:textId="77777777" w:rsidR="00EB0B06" w:rsidRDefault="00EB0B06">
            <w:pPr>
              <w:bidi/>
              <w:spacing w:before="40" w:after="40" w:line="288" w:lineRule="auto"/>
            </w:pPr>
          </w:p>
        </w:tc>
        <w:tc>
          <w:tcPr>
            <w:tcW w:w="2041" w:type="dxa"/>
            <w:vAlign w:val="center"/>
          </w:tcPr>
          <w:p w14:paraId="67E09F14" w14:textId="77777777" w:rsidR="00EB0B06" w:rsidRDefault="00EB0B06">
            <w:pPr>
              <w:bidi/>
              <w:spacing w:before="40" w:after="40" w:line="288" w:lineRule="auto"/>
            </w:pPr>
          </w:p>
        </w:tc>
      </w:tr>
      <w:tr w:rsidR="00EB0B06" w14:paraId="614A6504" w14:textId="77777777">
        <w:trPr>
          <w:cantSplit/>
          <w:trHeight w:val="408"/>
          <w:jc w:val="center"/>
        </w:trPr>
        <w:tc>
          <w:tcPr>
            <w:tcW w:w="3628" w:type="dxa"/>
            <w:vAlign w:val="center"/>
          </w:tcPr>
          <w:p w14:paraId="50DC7D10" w14:textId="77777777" w:rsidR="00EB0B06" w:rsidRDefault="00E30BD4">
            <w:pPr>
              <w:bidi/>
              <w:spacing w:before="40" w:after="40" w:line="288" w:lineRule="auto"/>
            </w:pPr>
            <w:r>
              <w:rPr>
                <w:sz w:val="19"/>
                <w:szCs w:val="19"/>
                <w:rtl/>
              </w:rPr>
              <w:t>رخصة البلدية للمقر</w:t>
            </w:r>
          </w:p>
        </w:tc>
        <w:tc>
          <w:tcPr>
            <w:tcW w:w="2381" w:type="dxa"/>
            <w:vAlign w:val="center"/>
          </w:tcPr>
          <w:p w14:paraId="35B6C294" w14:textId="77777777" w:rsidR="00EB0B06" w:rsidRDefault="00EB0B06">
            <w:pPr>
              <w:bidi/>
              <w:spacing w:before="40" w:after="40" w:line="288" w:lineRule="auto"/>
            </w:pPr>
          </w:p>
        </w:tc>
        <w:tc>
          <w:tcPr>
            <w:tcW w:w="2041" w:type="dxa"/>
            <w:vAlign w:val="center"/>
          </w:tcPr>
          <w:p w14:paraId="3F537398" w14:textId="77777777" w:rsidR="00EB0B06" w:rsidRDefault="00EB0B06">
            <w:pPr>
              <w:bidi/>
              <w:spacing w:before="40" w:after="40" w:line="288" w:lineRule="auto"/>
            </w:pPr>
          </w:p>
        </w:tc>
        <w:tc>
          <w:tcPr>
            <w:tcW w:w="2041" w:type="dxa"/>
            <w:vAlign w:val="center"/>
          </w:tcPr>
          <w:p w14:paraId="7F866129" w14:textId="77777777" w:rsidR="00EB0B06" w:rsidRDefault="00EB0B06">
            <w:pPr>
              <w:bidi/>
              <w:spacing w:before="40" w:after="40" w:line="288" w:lineRule="auto"/>
            </w:pPr>
          </w:p>
        </w:tc>
      </w:tr>
    </w:tbl>
    <w:p w14:paraId="7E1245DB" w14:textId="77777777" w:rsidR="00EB0B06" w:rsidRDefault="00E30BD4">
      <w:pPr>
        <w:keepNext/>
        <w:bidi/>
        <w:spacing w:after="120"/>
        <w:outlineLvl w:val="1"/>
      </w:pPr>
      <w:r>
        <w:rPr>
          <w:b/>
          <w:bCs/>
          <w:color w:val="052976"/>
          <w:sz w:val="25"/>
          <w:szCs w:val="25"/>
          <w:rtl/>
        </w:rPr>
        <w:t>1.2 التسجيل النظامي في جمهورية مصر العربية</w:t>
      </w:r>
    </w:p>
    <w:tbl>
      <w:tblPr>
        <w:tblStyle w:val="TableGrid"/>
        <w:bidiVisual/>
        <w:tblW w:w="0" w:type="auto"/>
        <w:jc w:val="center"/>
        <w:tblLayout w:type="fixed"/>
        <w:tblLook w:val="04A0" w:firstRow="1" w:lastRow="0" w:firstColumn="1" w:lastColumn="0" w:noHBand="0" w:noVBand="1"/>
      </w:tblPr>
      <w:tblGrid>
        <w:gridCol w:w="3628"/>
        <w:gridCol w:w="2381"/>
        <w:gridCol w:w="2041"/>
        <w:gridCol w:w="2041"/>
      </w:tblGrid>
      <w:tr w:rsidR="00EB0B06" w14:paraId="565658EE" w14:textId="77777777">
        <w:trPr>
          <w:cantSplit/>
          <w:trHeight w:val="408"/>
          <w:tblHeader/>
          <w:jc w:val="center"/>
        </w:trPr>
        <w:tc>
          <w:tcPr>
            <w:tcW w:w="3628" w:type="dxa"/>
            <w:shd w:val="clear" w:color="auto" w:fill="052976"/>
            <w:vAlign w:val="center"/>
          </w:tcPr>
          <w:p w14:paraId="1E0EE8FB" w14:textId="77777777" w:rsidR="00EB0B06" w:rsidRDefault="00E30BD4">
            <w:pPr>
              <w:bidi/>
              <w:spacing w:before="40" w:after="40" w:line="288" w:lineRule="auto"/>
              <w:jc w:val="center"/>
            </w:pPr>
            <w:r>
              <w:rPr>
                <w:b/>
                <w:bCs/>
                <w:color w:val="FFFFFF"/>
                <w:sz w:val="19"/>
                <w:szCs w:val="19"/>
                <w:rtl/>
              </w:rPr>
              <w:t>المستند</w:t>
            </w:r>
          </w:p>
        </w:tc>
        <w:tc>
          <w:tcPr>
            <w:tcW w:w="2381" w:type="dxa"/>
            <w:shd w:val="clear" w:color="auto" w:fill="052976"/>
            <w:vAlign w:val="center"/>
          </w:tcPr>
          <w:p w14:paraId="3D0CB9EE" w14:textId="77777777" w:rsidR="00EB0B06" w:rsidRDefault="00E30BD4">
            <w:pPr>
              <w:bidi/>
              <w:spacing w:before="40" w:after="40" w:line="288" w:lineRule="auto"/>
              <w:jc w:val="center"/>
            </w:pPr>
            <w:r>
              <w:rPr>
                <w:b/>
                <w:bCs/>
                <w:color w:val="FFFFFF"/>
                <w:sz w:val="19"/>
                <w:szCs w:val="19"/>
                <w:rtl/>
              </w:rPr>
              <w:t>الرقم</w:t>
            </w:r>
          </w:p>
        </w:tc>
        <w:tc>
          <w:tcPr>
            <w:tcW w:w="2041" w:type="dxa"/>
            <w:shd w:val="clear" w:color="auto" w:fill="052976"/>
            <w:vAlign w:val="center"/>
          </w:tcPr>
          <w:p w14:paraId="2C45A3A6" w14:textId="77777777" w:rsidR="00EB0B06" w:rsidRDefault="00E30BD4">
            <w:pPr>
              <w:bidi/>
              <w:spacing w:before="40" w:after="40" w:line="288" w:lineRule="auto"/>
              <w:jc w:val="center"/>
            </w:pPr>
            <w:r>
              <w:rPr>
                <w:b/>
                <w:bCs/>
                <w:color w:val="FFFFFF"/>
                <w:sz w:val="19"/>
                <w:szCs w:val="19"/>
                <w:rtl/>
              </w:rPr>
              <w:t>تاريخ الإصدار</w:t>
            </w:r>
          </w:p>
        </w:tc>
        <w:tc>
          <w:tcPr>
            <w:tcW w:w="2041" w:type="dxa"/>
            <w:shd w:val="clear" w:color="auto" w:fill="052976"/>
            <w:vAlign w:val="center"/>
          </w:tcPr>
          <w:p w14:paraId="06A3D606" w14:textId="77777777" w:rsidR="00EB0B06" w:rsidRDefault="00E30BD4">
            <w:pPr>
              <w:bidi/>
              <w:spacing w:before="40" w:after="40" w:line="288" w:lineRule="auto"/>
              <w:jc w:val="center"/>
            </w:pPr>
            <w:r>
              <w:rPr>
                <w:b/>
                <w:bCs/>
                <w:color w:val="FFFFFF"/>
                <w:sz w:val="19"/>
                <w:szCs w:val="19"/>
                <w:rtl/>
              </w:rPr>
              <w:t>تاريخ الانتهاء</w:t>
            </w:r>
          </w:p>
        </w:tc>
      </w:tr>
      <w:tr w:rsidR="00EB0B06" w14:paraId="3EA4ECF2" w14:textId="77777777">
        <w:trPr>
          <w:cantSplit/>
          <w:trHeight w:val="408"/>
          <w:jc w:val="center"/>
        </w:trPr>
        <w:tc>
          <w:tcPr>
            <w:tcW w:w="3628" w:type="dxa"/>
            <w:vAlign w:val="center"/>
          </w:tcPr>
          <w:p w14:paraId="499E7781" w14:textId="77777777" w:rsidR="00EB0B06" w:rsidRDefault="00E30BD4">
            <w:pPr>
              <w:bidi/>
              <w:spacing w:before="40" w:after="40" w:line="288" w:lineRule="auto"/>
            </w:pPr>
            <w:r>
              <w:rPr>
                <w:sz w:val="19"/>
                <w:szCs w:val="19"/>
                <w:rtl/>
              </w:rPr>
              <w:t>السجل التجاري</w:t>
            </w:r>
          </w:p>
        </w:tc>
        <w:tc>
          <w:tcPr>
            <w:tcW w:w="2381" w:type="dxa"/>
            <w:vAlign w:val="center"/>
          </w:tcPr>
          <w:p w14:paraId="5F5B6FEB" w14:textId="77777777" w:rsidR="00EB0B06" w:rsidRDefault="00EB0B06">
            <w:pPr>
              <w:bidi/>
              <w:spacing w:before="40" w:after="40" w:line="288" w:lineRule="auto"/>
            </w:pPr>
          </w:p>
        </w:tc>
        <w:tc>
          <w:tcPr>
            <w:tcW w:w="2041" w:type="dxa"/>
            <w:vAlign w:val="center"/>
          </w:tcPr>
          <w:p w14:paraId="51E18554" w14:textId="77777777" w:rsidR="00EB0B06" w:rsidRDefault="00EB0B06">
            <w:pPr>
              <w:bidi/>
              <w:spacing w:before="40" w:after="40" w:line="288" w:lineRule="auto"/>
            </w:pPr>
          </w:p>
        </w:tc>
        <w:tc>
          <w:tcPr>
            <w:tcW w:w="2041" w:type="dxa"/>
            <w:vAlign w:val="center"/>
          </w:tcPr>
          <w:p w14:paraId="53C4C420" w14:textId="77777777" w:rsidR="00EB0B06" w:rsidRDefault="00EB0B06">
            <w:pPr>
              <w:bidi/>
              <w:spacing w:before="40" w:after="40" w:line="288" w:lineRule="auto"/>
            </w:pPr>
          </w:p>
        </w:tc>
      </w:tr>
      <w:tr w:rsidR="00EB0B06" w14:paraId="796A9FD8" w14:textId="77777777">
        <w:trPr>
          <w:cantSplit/>
          <w:trHeight w:val="408"/>
          <w:jc w:val="center"/>
        </w:trPr>
        <w:tc>
          <w:tcPr>
            <w:tcW w:w="3628" w:type="dxa"/>
            <w:vAlign w:val="center"/>
          </w:tcPr>
          <w:p w14:paraId="5822DA47" w14:textId="77777777" w:rsidR="00EB0B06" w:rsidRDefault="00E30BD4">
            <w:pPr>
              <w:bidi/>
              <w:spacing w:before="40" w:after="40" w:line="288" w:lineRule="auto"/>
            </w:pPr>
            <w:r>
              <w:rPr>
                <w:sz w:val="19"/>
                <w:szCs w:val="19"/>
                <w:rtl/>
              </w:rPr>
              <w:t>البطاقة الضريبية</w:t>
            </w:r>
          </w:p>
        </w:tc>
        <w:tc>
          <w:tcPr>
            <w:tcW w:w="2381" w:type="dxa"/>
            <w:vAlign w:val="center"/>
          </w:tcPr>
          <w:p w14:paraId="4C1CB1E1" w14:textId="77777777" w:rsidR="00EB0B06" w:rsidRDefault="00EB0B06">
            <w:pPr>
              <w:bidi/>
              <w:spacing w:before="40" w:after="40" w:line="288" w:lineRule="auto"/>
            </w:pPr>
          </w:p>
        </w:tc>
        <w:tc>
          <w:tcPr>
            <w:tcW w:w="2041" w:type="dxa"/>
            <w:vAlign w:val="center"/>
          </w:tcPr>
          <w:p w14:paraId="03E0E7A6" w14:textId="77777777" w:rsidR="00EB0B06" w:rsidRDefault="00EB0B06">
            <w:pPr>
              <w:bidi/>
              <w:spacing w:before="40" w:after="40" w:line="288" w:lineRule="auto"/>
            </w:pPr>
          </w:p>
        </w:tc>
        <w:tc>
          <w:tcPr>
            <w:tcW w:w="2041" w:type="dxa"/>
            <w:vAlign w:val="center"/>
          </w:tcPr>
          <w:p w14:paraId="662375C9" w14:textId="77777777" w:rsidR="00EB0B06" w:rsidRDefault="00EB0B06">
            <w:pPr>
              <w:bidi/>
              <w:spacing w:before="40" w:after="40" w:line="288" w:lineRule="auto"/>
            </w:pPr>
          </w:p>
        </w:tc>
      </w:tr>
      <w:tr w:rsidR="00EB0B06" w14:paraId="0BC72773" w14:textId="77777777">
        <w:trPr>
          <w:cantSplit/>
          <w:trHeight w:val="408"/>
          <w:jc w:val="center"/>
        </w:trPr>
        <w:tc>
          <w:tcPr>
            <w:tcW w:w="3628" w:type="dxa"/>
            <w:vAlign w:val="center"/>
          </w:tcPr>
          <w:p w14:paraId="0A831D07" w14:textId="77777777" w:rsidR="00EB0B06" w:rsidRDefault="00E30BD4">
            <w:pPr>
              <w:bidi/>
              <w:spacing w:before="40" w:after="40" w:line="288" w:lineRule="auto"/>
            </w:pPr>
            <w:r>
              <w:rPr>
                <w:sz w:val="19"/>
                <w:szCs w:val="19"/>
                <w:rtl/>
              </w:rPr>
              <w:t>شهادة تسجيل ضريبة القيمة المضافة</w:t>
            </w:r>
          </w:p>
        </w:tc>
        <w:tc>
          <w:tcPr>
            <w:tcW w:w="2381" w:type="dxa"/>
            <w:vAlign w:val="center"/>
          </w:tcPr>
          <w:p w14:paraId="62FD5D3F" w14:textId="77777777" w:rsidR="00EB0B06" w:rsidRDefault="00EB0B06">
            <w:pPr>
              <w:bidi/>
              <w:spacing w:before="40" w:after="40" w:line="288" w:lineRule="auto"/>
            </w:pPr>
          </w:p>
        </w:tc>
        <w:tc>
          <w:tcPr>
            <w:tcW w:w="2041" w:type="dxa"/>
            <w:vAlign w:val="center"/>
          </w:tcPr>
          <w:p w14:paraId="2CEF3392" w14:textId="77777777" w:rsidR="00EB0B06" w:rsidRDefault="00EB0B06">
            <w:pPr>
              <w:bidi/>
              <w:spacing w:before="40" w:after="40" w:line="288" w:lineRule="auto"/>
            </w:pPr>
          </w:p>
        </w:tc>
        <w:tc>
          <w:tcPr>
            <w:tcW w:w="2041" w:type="dxa"/>
            <w:vAlign w:val="center"/>
          </w:tcPr>
          <w:p w14:paraId="6F9A4147" w14:textId="77777777" w:rsidR="00EB0B06" w:rsidRDefault="00EB0B06">
            <w:pPr>
              <w:bidi/>
              <w:spacing w:before="40" w:after="40" w:line="288" w:lineRule="auto"/>
            </w:pPr>
          </w:p>
        </w:tc>
      </w:tr>
      <w:tr w:rsidR="00EB0B06" w14:paraId="7E77C880" w14:textId="77777777">
        <w:trPr>
          <w:cantSplit/>
          <w:trHeight w:val="408"/>
          <w:jc w:val="center"/>
        </w:trPr>
        <w:tc>
          <w:tcPr>
            <w:tcW w:w="3628" w:type="dxa"/>
            <w:vAlign w:val="center"/>
          </w:tcPr>
          <w:p w14:paraId="7241148E" w14:textId="77777777" w:rsidR="00EB0B06" w:rsidRDefault="00E30BD4">
            <w:pPr>
              <w:bidi/>
              <w:spacing w:before="40" w:after="40" w:line="288" w:lineRule="auto"/>
            </w:pPr>
            <w:r>
              <w:rPr>
                <w:sz w:val="19"/>
                <w:szCs w:val="19"/>
                <w:rtl/>
              </w:rPr>
              <w:t>قيد الاتحاد المصري لمقاولي التشييد والبناء (الفئة)</w:t>
            </w:r>
          </w:p>
        </w:tc>
        <w:tc>
          <w:tcPr>
            <w:tcW w:w="2381" w:type="dxa"/>
            <w:vAlign w:val="center"/>
          </w:tcPr>
          <w:p w14:paraId="45BE8B1D" w14:textId="77777777" w:rsidR="00EB0B06" w:rsidRDefault="00EB0B06">
            <w:pPr>
              <w:bidi/>
              <w:spacing w:before="40" w:after="40" w:line="288" w:lineRule="auto"/>
            </w:pPr>
          </w:p>
        </w:tc>
        <w:tc>
          <w:tcPr>
            <w:tcW w:w="2041" w:type="dxa"/>
            <w:vAlign w:val="center"/>
          </w:tcPr>
          <w:p w14:paraId="39EBB75E" w14:textId="77777777" w:rsidR="00EB0B06" w:rsidRDefault="00EB0B06">
            <w:pPr>
              <w:bidi/>
              <w:spacing w:before="40" w:after="40" w:line="288" w:lineRule="auto"/>
            </w:pPr>
          </w:p>
        </w:tc>
        <w:tc>
          <w:tcPr>
            <w:tcW w:w="2041" w:type="dxa"/>
            <w:vAlign w:val="center"/>
          </w:tcPr>
          <w:p w14:paraId="22E67734" w14:textId="77777777" w:rsidR="00EB0B06" w:rsidRDefault="00EB0B06">
            <w:pPr>
              <w:bidi/>
              <w:spacing w:before="40" w:after="40" w:line="288" w:lineRule="auto"/>
            </w:pPr>
          </w:p>
        </w:tc>
      </w:tr>
      <w:tr w:rsidR="00EB0B06" w14:paraId="5AE86421" w14:textId="77777777">
        <w:trPr>
          <w:cantSplit/>
          <w:trHeight w:val="408"/>
          <w:jc w:val="center"/>
        </w:trPr>
        <w:tc>
          <w:tcPr>
            <w:tcW w:w="3628" w:type="dxa"/>
            <w:vAlign w:val="center"/>
          </w:tcPr>
          <w:p w14:paraId="5453C2B2" w14:textId="77777777" w:rsidR="00EB0B06" w:rsidRDefault="00E30BD4">
            <w:pPr>
              <w:bidi/>
              <w:spacing w:before="40" w:after="40" w:line="288" w:lineRule="auto"/>
            </w:pPr>
            <w:r>
              <w:rPr>
                <w:sz w:val="19"/>
                <w:szCs w:val="19"/>
                <w:rtl/>
              </w:rPr>
              <w:t>شهادة التأمينات الاجتماعية</w:t>
            </w:r>
          </w:p>
        </w:tc>
        <w:tc>
          <w:tcPr>
            <w:tcW w:w="2381" w:type="dxa"/>
            <w:vAlign w:val="center"/>
          </w:tcPr>
          <w:p w14:paraId="2C610B98" w14:textId="77777777" w:rsidR="00EB0B06" w:rsidRDefault="00EB0B06">
            <w:pPr>
              <w:bidi/>
              <w:spacing w:before="40" w:after="40" w:line="288" w:lineRule="auto"/>
            </w:pPr>
          </w:p>
        </w:tc>
        <w:tc>
          <w:tcPr>
            <w:tcW w:w="2041" w:type="dxa"/>
            <w:vAlign w:val="center"/>
          </w:tcPr>
          <w:p w14:paraId="22069366" w14:textId="77777777" w:rsidR="00EB0B06" w:rsidRDefault="00EB0B06">
            <w:pPr>
              <w:bidi/>
              <w:spacing w:before="40" w:after="40" w:line="288" w:lineRule="auto"/>
            </w:pPr>
          </w:p>
        </w:tc>
        <w:tc>
          <w:tcPr>
            <w:tcW w:w="2041" w:type="dxa"/>
            <w:vAlign w:val="center"/>
          </w:tcPr>
          <w:p w14:paraId="715166F9" w14:textId="77777777" w:rsidR="00EB0B06" w:rsidRDefault="00EB0B06">
            <w:pPr>
              <w:bidi/>
              <w:spacing w:before="40" w:after="40" w:line="288" w:lineRule="auto"/>
            </w:pPr>
          </w:p>
        </w:tc>
      </w:tr>
      <w:tr w:rsidR="00EB0B06" w14:paraId="1106C7A3" w14:textId="77777777">
        <w:trPr>
          <w:cantSplit/>
          <w:trHeight w:val="408"/>
          <w:jc w:val="center"/>
        </w:trPr>
        <w:tc>
          <w:tcPr>
            <w:tcW w:w="3628" w:type="dxa"/>
            <w:vAlign w:val="center"/>
          </w:tcPr>
          <w:p w14:paraId="205621A1" w14:textId="77777777" w:rsidR="00EB0B06" w:rsidRDefault="00E30BD4">
            <w:pPr>
              <w:bidi/>
              <w:spacing w:before="40" w:after="40" w:line="288" w:lineRule="auto"/>
            </w:pPr>
            <w:r>
              <w:rPr>
                <w:sz w:val="19"/>
                <w:szCs w:val="19"/>
                <w:rtl/>
              </w:rPr>
              <w:t>عضوية الغرفة التجارية</w:t>
            </w:r>
          </w:p>
        </w:tc>
        <w:tc>
          <w:tcPr>
            <w:tcW w:w="2381" w:type="dxa"/>
            <w:vAlign w:val="center"/>
          </w:tcPr>
          <w:p w14:paraId="2354D696" w14:textId="77777777" w:rsidR="00EB0B06" w:rsidRDefault="00EB0B06">
            <w:pPr>
              <w:bidi/>
              <w:spacing w:before="40" w:after="40" w:line="288" w:lineRule="auto"/>
            </w:pPr>
          </w:p>
        </w:tc>
        <w:tc>
          <w:tcPr>
            <w:tcW w:w="2041" w:type="dxa"/>
            <w:vAlign w:val="center"/>
          </w:tcPr>
          <w:p w14:paraId="08B8FBB5" w14:textId="77777777" w:rsidR="00EB0B06" w:rsidRDefault="00EB0B06">
            <w:pPr>
              <w:bidi/>
              <w:spacing w:before="40" w:after="40" w:line="288" w:lineRule="auto"/>
            </w:pPr>
          </w:p>
        </w:tc>
        <w:tc>
          <w:tcPr>
            <w:tcW w:w="2041" w:type="dxa"/>
            <w:vAlign w:val="center"/>
          </w:tcPr>
          <w:p w14:paraId="3B9CFF9C" w14:textId="77777777" w:rsidR="00EB0B06" w:rsidRDefault="00EB0B06">
            <w:pPr>
              <w:bidi/>
              <w:spacing w:before="40" w:after="40" w:line="288" w:lineRule="auto"/>
            </w:pPr>
          </w:p>
        </w:tc>
      </w:tr>
    </w:tbl>
    <w:p w14:paraId="4C256206" w14:textId="77777777" w:rsidR="00EB0B06" w:rsidRDefault="00E30BD4">
      <w:pPr>
        <w:keepNext/>
        <w:pBdr>
          <w:bottom w:val="single" w:sz="8" w:space="1" w:color="2633FF"/>
        </w:pBdr>
        <w:bidi/>
        <w:spacing w:before="200" w:after="120"/>
        <w:outlineLvl w:val="0"/>
      </w:pPr>
      <w:r>
        <w:rPr>
          <w:b/>
          <w:bCs/>
          <w:color w:val="052976"/>
          <w:sz w:val="30"/>
          <w:szCs w:val="30"/>
          <w:rtl/>
        </w:rPr>
        <w:t>2. قائمة المستندات المطلوب إرفاقها</w:t>
      </w:r>
    </w:p>
    <w:p w14:paraId="512E67A8" w14:textId="77777777" w:rsidR="00EB0B06" w:rsidRDefault="00E30BD4">
      <w:pPr>
        <w:bidi/>
        <w:spacing w:after="80"/>
      </w:pPr>
      <w:r>
        <w:rPr>
          <w:color w:val="5B6475"/>
          <w:sz w:val="19"/>
          <w:szCs w:val="19"/>
          <w:rtl/>
        </w:rPr>
        <w:t>تحدد العلامة في عمود (إلزامي) المستندات التي يؤدي غيابها إلى عدم التأهيل.</w:t>
      </w:r>
    </w:p>
    <w:tbl>
      <w:tblPr>
        <w:tblStyle w:val="TableGrid"/>
        <w:bidiVisual/>
        <w:tblW w:w="0" w:type="auto"/>
        <w:jc w:val="center"/>
        <w:tblLayout w:type="fixed"/>
        <w:tblLook w:val="04A0" w:firstRow="1" w:lastRow="0" w:firstColumn="1" w:lastColumn="0" w:noHBand="0" w:noVBand="1"/>
      </w:tblPr>
      <w:tblGrid>
        <w:gridCol w:w="510"/>
        <w:gridCol w:w="4309"/>
        <w:gridCol w:w="1134"/>
        <w:gridCol w:w="907"/>
        <w:gridCol w:w="1814"/>
        <w:gridCol w:w="1417"/>
      </w:tblGrid>
      <w:tr w:rsidR="00EB0B06" w14:paraId="071CF223" w14:textId="77777777">
        <w:trPr>
          <w:cantSplit/>
          <w:trHeight w:val="408"/>
          <w:tblHeader/>
          <w:jc w:val="center"/>
        </w:trPr>
        <w:tc>
          <w:tcPr>
            <w:tcW w:w="510" w:type="dxa"/>
            <w:shd w:val="clear" w:color="auto" w:fill="052976"/>
            <w:vAlign w:val="center"/>
          </w:tcPr>
          <w:p w14:paraId="7C4B6BF3" w14:textId="77777777" w:rsidR="00EB0B06" w:rsidRDefault="00E30BD4">
            <w:pPr>
              <w:bidi/>
              <w:spacing w:before="40" w:after="40" w:line="288" w:lineRule="auto"/>
              <w:jc w:val="center"/>
            </w:pPr>
            <w:r>
              <w:rPr>
                <w:b/>
                <w:bCs/>
                <w:color w:val="FFFFFF"/>
                <w:sz w:val="19"/>
                <w:szCs w:val="19"/>
                <w:rtl/>
              </w:rPr>
              <w:t>م</w:t>
            </w:r>
          </w:p>
        </w:tc>
        <w:tc>
          <w:tcPr>
            <w:tcW w:w="4309" w:type="dxa"/>
            <w:shd w:val="clear" w:color="auto" w:fill="052976"/>
            <w:vAlign w:val="center"/>
          </w:tcPr>
          <w:p w14:paraId="747933E6" w14:textId="77777777" w:rsidR="00EB0B06" w:rsidRDefault="00E30BD4">
            <w:pPr>
              <w:bidi/>
              <w:spacing w:before="40" w:after="40" w:line="288" w:lineRule="auto"/>
              <w:jc w:val="center"/>
            </w:pPr>
            <w:r>
              <w:rPr>
                <w:b/>
                <w:bCs/>
                <w:color w:val="FFFFFF"/>
                <w:sz w:val="19"/>
                <w:szCs w:val="19"/>
                <w:rtl/>
              </w:rPr>
              <w:t>المستند</w:t>
            </w:r>
          </w:p>
        </w:tc>
        <w:tc>
          <w:tcPr>
            <w:tcW w:w="1134" w:type="dxa"/>
            <w:shd w:val="clear" w:color="auto" w:fill="052976"/>
            <w:vAlign w:val="center"/>
          </w:tcPr>
          <w:p w14:paraId="68C8EAAD" w14:textId="77777777" w:rsidR="00EB0B06" w:rsidRDefault="00E30BD4">
            <w:pPr>
              <w:bidi/>
              <w:spacing w:before="40" w:after="40" w:line="288" w:lineRule="auto"/>
              <w:jc w:val="center"/>
            </w:pPr>
            <w:r>
              <w:rPr>
                <w:b/>
                <w:bCs/>
                <w:color w:val="FFFFFF"/>
                <w:sz w:val="19"/>
                <w:szCs w:val="19"/>
                <w:rtl/>
              </w:rPr>
              <w:t>ينطبق على</w:t>
            </w:r>
          </w:p>
        </w:tc>
        <w:tc>
          <w:tcPr>
            <w:tcW w:w="907" w:type="dxa"/>
            <w:shd w:val="clear" w:color="auto" w:fill="052976"/>
            <w:vAlign w:val="center"/>
          </w:tcPr>
          <w:p w14:paraId="7EDFCCE1" w14:textId="77777777" w:rsidR="00EB0B06" w:rsidRDefault="00E30BD4">
            <w:pPr>
              <w:bidi/>
              <w:spacing w:before="40" w:after="40" w:line="288" w:lineRule="auto"/>
              <w:jc w:val="center"/>
            </w:pPr>
            <w:r>
              <w:rPr>
                <w:b/>
                <w:bCs/>
                <w:color w:val="FFFFFF"/>
                <w:sz w:val="19"/>
                <w:szCs w:val="19"/>
                <w:rtl/>
              </w:rPr>
              <w:t>إلزامي</w:t>
            </w:r>
          </w:p>
        </w:tc>
        <w:tc>
          <w:tcPr>
            <w:tcW w:w="1814" w:type="dxa"/>
            <w:shd w:val="clear" w:color="auto" w:fill="052976"/>
            <w:vAlign w:val="center"/>
          </w:tcPr>
          <w:p w14:paraId="6AC3D25D" w14:textId="77777777" w:rsidR="00EB0B06" w:rsidRDefault="00E30BD4">
            <w:pPr>
              <w:bidi/>
              <w:spacing w:before="40" w:after="40" w:line="288" w:lineRule="auto"/>
              <w:jc w:val="center"/>
            </w:pPr>
            <w:r>
              <w:rPr>
                <w:b/>
                <w:bCs/>
                <w:color w:val="FFFFFF"/>
                <w:sz w:val="19"/>
                <w:szCs w:val="19"/>
                <w:rtl/>
              </w:rPr>
              <w:t>مرفق</w:t>
            </w:r>
          </w:p>
        </w:tc>
        <w:tc>
          <w:tcPr>
            <w:tcW w:w="1417" w:type="dxa"/>
            <w:shd w:val="clear" w:color="auto" w:fill="052976"/>
            <w:vAlign w:val="center"/>
          </w:tcPr>
          <w:p w14:paraId="756A3916" w14:textId="77777777" w:rsidR="00EB0B06" w:rsidRDefault="00E30BD4">
            <w:pPr>
              <w:bidi/>
              <w:spacing w:before="40" w:after="40" w:line="288" w:lineRule="auto"/>
              <w:jc w:val="center"/>
            </w:pPr>
            <w:r>
              <w:rPr>
                <w:b/>
                <w:bCs/>
                <w:color w:val="FFFFFF"/>
                <w:sz w:val="19"/>
                <w:szCs w:val="19"/>
                <w:rtl/>
              </w:rPr>
              <w:t>رقم الصفحة</w:t>
            </w:r>
          </w:p>
        </w:tc>
      </w:tr>
      <w:tr w:rsidR="00EB0B06" w14:paraId="11CC1E04" w14:textId="77777777">
        <w:trPr>
          <w:cantSplit/>
          <w:trHeight w:val="408"/>
          <w:jc w:val="center"/>
        </w:trPr>
        <w:tc>
          <w:tcPr>
            <w:tcW w:w="510" w:type="dxa"/>
            <w:vAlign w:val="center"/>
          </w:tcPr>
          <w:p w14:paraId="7C81E6FA" w14:textId="77777777" w:rsidR="00EB0B06" w:rsidRDefault="00E30BD4">
            <w:pPr>
              <w:bidi/>
              <w:spacing w:before="40" w:after="40" w:line="288" w:lineRule="auto"/>
              <w:jc w:val="center"/>
            </w:pPr>
            <w:r>
              <w:rPr>
                <w:sz w:val="18"/>
                <w:szCs w:val="18"/>
                <w:rtl/>
              </w:rPr>
              <w:t>1</w:t>
            </w:r>
          </w:p>
        </w:tc>
        <w:tc>
          <w:tcPr>
            <w:tcW w:w="4309" w:type="dxa"/>
            <w:vAlign w:val="center"/>
          </w:tcPr>
          <w:p w14:paraId="1E8702DA" w14:textId="77777777" w:rsidR="00EB0B06" w:rsidRDefault="00E30BD4">
            <w:pPr>
              <w:bidi/>
              <w:spacing w:before="40" w:after="40" w:line="288" w:lineRule="auto"/>
            </w:pPr>
            <w:r>
              <w:rPr>
                <w:sz w:val="18"/>
                <w:szCs w:val="18"/>
                <w:rtl/>
              </w:rPr>
              <w:t>السجل التجاري ساري</w:t>
            </w:r>
          </w:p>
        </w:tc>
        <w:tc>
          <w:tcPr>
            <w:tcW w:w="1134" w:type="dxa"/>
            <w:vAlign w:val="center"/>
          </w:tcPr>
          <w:p w14:paraId="3C852CC1" w14:textId="77777777" w:rsidR="00EB0B06" w:rsidRDefault="00E30BD4">
            <w:pPr>
              <w:bidi/>
              <w:spacing w:before="40" w:after="40" w:line="288" w:lineRule="auto"/>
              <w:jc w:val="center"/>
            </w:pPr>
            <w:r>
              <w:rPr>
                <w:sz w:val="18"/>
                <w:szCs w:val="18"/>
                <w:rtl/>
              </w:rPr>
              <w:t>الكل</w:t>
            </w:r>
          </w:p>
        </w:tc>
        <w:tc>
          <w:tcPr>
            <w:tcW w:w="907" w:type="dxa"/>
            <w:shd w:val="clear" w:color="auto" w:fill="FFF9E5"/>
            <w:vAlign w:val="center"/>
          </w:tcPr>
          <w:p w14:paraId="5C12AD7F" w14:textId="77777777" w:rsidR="00EB0B06" w:rsidRDefault="00E30BD4">
            <w:pPr>
              <w:bidi/>
              <w:spacing w:before="40" w:after="40" w:line="288" w:lineRule="auto"/>
              <w:jc w:val="center"/>
            </w:pPr>
            <w:r>
              <w:rPr>
                <w:sz w:val="18"/>
                <w:szCs w:val="18"/>
                <w:rtl/>
              </w:rPr>
              <w:t>نعم</w:t>
            </w:r>
          </w:p>
        </w:tc>
        <w:tc>
          <w:tcPr>
            <w:tcW w:w="1814" w:type="dxa"/>
            <w:vAlign w:val="center"/>
          </w:tcPr>
          <w:p w14:paraId="5396C29E" w14:textId="77777777" w:rsidR="00EB0B06" w:rsidRDefault="00E30BD4">
            <w:pPr>
              <w:bidi/>
              <w:spacing w:before="40" w:after="40" w:line="288" w:lineRule="auto"/>
              <w:jc w:val="center"/>
            </w:pPr>
            <w:r>
              <w:rPr>
                <w:sz w:val="18"/>
                <w:szCs w:val="18"/>
                <w:rtl/>
              </w:rPr>
              <w:t>☐ نعم  ☐ لا</w:t>
            </w:r>
          </w:p>
        </w:tc>
        <w:tc>
          <w:tcPr>
            <w:tcW w:w="1417" w:type="dxa"/>
            <w:vAlign w:val="center"/>
          </w:tcPr>
          <w:p w14:paraId="59B50D4D" w14:textId="77777777" w:rsidR="00EB0B06" w:rsidRDefault="00EB0B06">
            <w:pPr>
              <w:bidi/>
              <w:spacing w:before="40" w:after="40" w:line="288" w:lineRule="auto"/>
            </w:pPr>
          </w:p>
        </w:tc>
      </w:tr>
      <w:tr w:rsidR="00EB0B06" w14:paraId="358D893D" w14:textId="77777777">
        <w:trPr>
          <w:cantSplit/>
          <w:trHeight w:val="408"/>
          <w:jc w:val="center"/>
        </w:trPr>
        <w:tc>
          <w:tcPr>
            <w:tcW w:w="510" w:type="dxa"/>
            <w:vAlign w:val="center"/>
          </w:tcPr>
          <w:p w14:paraId="5EA8272A" w14:textId="77777777" w:rsidR="00EB0B06" w:rsidRDefault="00E30BD4">
            <w:pPr>
              <w:bidi/>
              <w:spacing w:before="40" w:after="40" w:line="288" w:lineRule="auto"/>
              <w:jc w:val="center"/>
            </w:pPr>
            <w:r>
              <w:rPr>
                <w:sz w:val="18"/>
                <w:szCs w:val="18"/>
                <w:rtl/>
              </w:rPr>
              <w:t>2</w:t>
            </w:r>
          </w:p>
        </w:tc>
        <w:tc>
          <w:tcPr>
            <w:tcW w:w="4309" w:type="dxa"/>
            <w:vAlign w:val="center"/>
          </w:tcPr>
          <w:p w14:paraId="73F35A6F" w14:textId="77777777" w:rsidR="00EB0B06" w:rsidRDefault="00E30BD4">
            <w:pPr>
              <w:bidi/>
              <w:spacing w:before="40" w:after="40" w:line="288" w:lineRule="auto"/>
            </w:pPr>
            <w:r>
              <w:rPr>
                <w:sz w:val="18"/>
                <w:szCs w:val="18"/>
                <w:rtl/>
              </w:rPr>
              <w:t>شهادة ضريبة القيمة المضافة أو البطاقة الضريبية</w:t>
            </w:r>
          </w:p>
        </w:tc>
        <w:tc>
          <w:tcPr>
            <w:tcW w:w="1134" w:type="dxa"/>
            <w:vAlign w:val="center"/>
          </w:tcPr>
          <w:p w14:paraId="59E14EE8" w14:textId="77777777" w:rsidR="00EB0B06" w:rsidRDefault="00E30BD4">
            <w:pPr>
              <w:bidi/>
              <w:spacing w:before="40" w:after="40" w:line="288" w:lineRule="auto"/>
              <w:jc w:val="center"/>
            </w:pPr>
            <w:r>
              <w:rPr>
                <w:sz w:val="18"/>
                <w:szCs w:val="18"/>
                <w:rtl/>
              </w:rPr>
              <w:t>الكل</w:t>
            </w:r>
          </w:p>
        </w:tc>
        <w:tc>
          <w:tcPr>
            <w:tcW w:w="907" w:type="dxa"/>
            <w:shd w:val="clear" w:color="auto" w:fill="FFF9E5"/>
            <w:vAlign w:val="center"/>
          </w:tcPr>
          <w:p w14:paraId="339CFA6A" w14:textId="77777777" w:rsidR="00EB0B06" w:rsidRDefault="00E30BD4">
            <w:pPr>
              <w:bidi/>
              <w:spacing w:before="40" w:after="40" w:line="288" w:lineRule="auto"/>
              <w:jc w:val="center"/>
            </w:pPr>
            <w:r>
              <w:rPr>
                <w:sz w:val="18"/>
                <w:szCs w:val="18"/>
                <w:rtl/>
              </w:rPr>
              <w:t>نعم</w:t>
            </w:r>
          </w:p>
        </w:tc>
        <w:tc>
          <w:tcPr>
            <w:tcW w:w="1814" w:type="dxa"/>
            <w:vAlign w:val="center"/>
          </w:tcPr>
          <w:p w14:paraId="283F9012" w14:textId="77777777" w:rsidR="00EB0B06" w:rsidRDefault="00E30BD4">
            <w:pPr>
              <w:bidi/>
              <w:spacing w:before="40" w:after="40" w:line="288" w:lineRule="auto"/>
              <w:jc w:val="center"/>
            </w:pPr>
            <w:r>
              <w:rPr>
                <w:sz w:val="18"/>
                <w:szCs w:val="18"/>
                <w:rtl/>
              </w:rPr>
              <w:t>☐ نعم  ☐ لا</w:t>
            </w:r>
          </w:p>
        </w:tc>
        <w:tc>
          <w:tcPr>
            <w:tcW w:w="1417" w:type="dxa"/>
            <w:vAlign w:val="center"/>
          </w:tcPr>
          <w:p w14:paraId="2986DB08" w14:textId="77777777" w:rsidR="00EB0B06" w:rsidRDefault="00EB0B06">
            <w:pPr>
              <w:bidi/>
              <w:spacing w:before="40" w:after="40" w:line="288" w:lineRule="auto"/>
            </w:pPr>
          </w:p>
        </w:tc>
      </w:tr>
      <w:tr w:rsidR="00EB0B06" w14:paraId="7F4A5D57" w14:textId="77777777">
        <w:trPr>
          <w:cantSplit/>
          <w:trHeight w:val="408"/>
          <w:jc w:val="center"/>
        </w:trPr>
        <w:tc>
          <w:tcPr>
            <w:tcW w:w="510" w:type="dxa"/>
            <w:vAlign w:val="center"/>
          </w:tcPr>
          <w:p w14:paraId="11D6C001" w14:textId="77777777" w:rsidR="00EB0B06" w:rsidRDefault="00E30BD4">
            <w:pPr>
              <w:bidi/>
              <w:spacing w:before="40" w:after="40" w:line="288" w:lineRule="auto"/>
              <w:jc w:val="center"/>
            </w:pPr>
            <w:r>
              <w:rPr>
                <w:sz w:val="18"/>
                <w:szCs w:val="18"/>
                <w:rtl/>
              </w:rPr>
              <w:t>3</w:t>
            </w:r>
          </w:p>
        </w:tc>
        <w:tc>
          <w:tcPr>
            <w:tcW w:w="4309" w:type="dxa"/>
            <w:vAlign w:val="center"/>
          </w:tcPr>
          <w:p w14:paraId="7690ADD8" w14:textId="77777777" w:rsidR="00EB0B06" w:rsidRDefault="00E30BD4">
            <w:pPr>
              <w:bidi/>
              <w:spacing w:before="40" w:after="40" w:line="288" w:lineRule="auto"/>
            </w:pPr>
            <w:r>
              <w:rPr>
                <w:sz w:val="18"/>
                <w:szCs w:val="18"/>
                <w:rtl/>
              </w:rPr>
              <w:t>شهادة التصنيف أو قيد الاتحاد المصري للمقاولين</w:t>
            </w:r>
          </w:p>
        </w:tc>
        <w:tc>
          <w:tcPr>
            <w:tcW w:w="1134" w:type="dxa"/>
            <w:vAlign w:val="center"/>
          </w:tcPr>
          <w:p w14:paraId="276A1C40" w14:textId="77777777" w:rsidR="00EB0B06" w:rsidRDefault="00E30BD4">
            <w:pPr>
              <w:bidi/>
              <w:spacing w:before="40" w:after="40" w:line="288" w:lineRule="auto"/>
              <w:jc w:val="center"/>
            </w:pPr>
            <w:r>
              <w:rPr>
                <w:sz w:val="18"/>
                <w:szCs w:val="18"/>
                <w:rtl/>
              </w:rPr>
              <w:t>الكل</w:t>
            </w:r>
          </w:p>
        </w:tc>
        <w:tc>
          <w:tcPr>
            <w:tcW w:w="907" w:type="dxa"/>
            <w:shd w:val="clear" w:color="auto" w:fill="FFF9E5"/>
            <w:vAlign w:val="center"/>
          </w:tcPr>
          <w:p w14:paraId="2CCA8291" w14:textId="77777777" w:rsidR="00EB0B06" w:rsidRDefault="00E30BD4">
            <w:pPr>
              <w:bidi/>
              <w:spacing w:before="40" w:after="40" w:line="288" w:lineRule="auto"/>
              <w:jc w:val="center"/>
            </w:pPr>
            <w:r>
              <w:rPr>
                <w:sz w:val="18"/>
                <w:szCs w:val="18"/>
                <w:rtl/>
              </w:rPr>
              <w:t>نعم</w:t>
            </w:r>
          </w:p>
        </w:tc>
        <w:tc>
          <w:tcPr>
            <w:tcW w:w="1814" w:type="dxa"/>
            <w:vAlign w:val="center"/>
          </w:tcPr>
          <w:p w14:paraId="6FFFBACE" w14:textId="77777777" w:rsidR="00EB0B06" w:rsidRDefault="00E30BD4">
            <w:pPr>
              <w:bidi/>
              <w:spacing w:before="40" w:after="40" w:line="288" w:lineRule="auto"/>
              <w:jc w:val="center"/>
            </w:pPr>
            <w:r>
              <w:rPr>
                <w:sz w:val="18"/>
                <w:szCs w:val="18"/>
                <w:rtl/>
              </w:rPr>
              <w:t>☐ نعم  ☐ لا</w:t>
            </w:r>
          </w:p>
        </w:tc>
        <w:tc>
          <w:tcPr>
            <w:tcW w:w="1417" w:type="dxa"/>
            <w:vAlign w:val="center"/>
          </w:tcPr>
          <w:p w14:paraId="40AE71A3" w14:textId="77777777" w:rsidR="00EB0B06" w:rsidRDefault="00EB0B06">
            <w:pPr>
              <w:bidi/>
              <w:spacing w:before="40" w:after="40" w:line="288" w:lineRule="auto"/>
            </w:pPr>
          </w:p>
        </w:tc>
      </w:tr>
      <w:tr w:rsidR="00EB0B06" w14:paraId="5AA416B9" w14:textId="77777777">
        <w:trPr>
          <w:cantSplit/>
          <w:trHeight w:val="408"/>
          <w:jc w:val="center"/>
        </w:trPr>
        <w:tc>
          <w:tcPr>
            <w:tcW w:w="510" w:type="dxa"/>
            <w:vAlign w:val="center"/>
          </w:tcPr>
          <w:p w14:paraId="62EBDEB8" w14:textId="77777777" w:rsidR="00EB0B06" w:rsidRDefault="00E30BD4">
            <w:pPr>
              <w:bidi/>
              <w:spacing w:before="40" w:after="40" w:line="288" w:lineRule="auto"/>
              <w:jc w:val="center"/>
            </w:pPr>
            <w:r>
              <w:rPr>
                <w:sz w:val="18"/>
                <w:szCs w:val="18"/>
                <w:rtl/>
              </w:rPr>
              <w:t>4</w:t>
            </w:r>
          </w:p>
        </w:tc>
        <w:tc>
          <w:tcPr>
            <w:tcW w:w="4309" w:type="dxa"/>
            <w:vAlign w:val="center"/>
          </w:tcPr>
          <w:p w14:paraId="0DCC2C76" w14:textId="77777777" w:rsidR="00EB0B06" w:rsidRDefault="00E30BD4">
            <w:pPr>
              <w:bidi/>
              <w:spacing w:before="40" w:after="40" w:line="288" w:lineRule="auto"/>
            </w:pPr>
            <w:r>
              <w:rPr>
                <w:sz w:val="18"/>
                <w:szCs w:val="18"/>
                <w:rtl/>
              </w:rPr>
              <w:t>شهادة التأمينات الاجتماعية</w:t>
            </w:r>
          </w:p>
        </w:tc>
        <w:tc>
          <w:tcPr>
            <w:tcW w:w="1134" w:type="dxa"/>
            <w:vAlign w:val="center"/>
          </w:tcPr>
          <w:p w14:paraId="6CD268C1" w14:textId="77777777" w:rsidR="00EB0B06" w:rsidRDefault="00E30BD4">
            <w:pPr>
              <w:bidi/>
              <w:spacing w:before="40" w:after="40" w:line="288" w:lineRule="auto"/>
              <w:jc w:val="center"/>
            </w:pPr>
            <w:r>
              <w:rPr>
                <w:sz w:val="18"/>
                <w:szCs w:val="18"/>
                <w:rtl/>
              </w:rPr>
              <w:t>الكل</w:t>
            </w:r>
          </w:p>
        </w:tc>
        <w:tc>
          <w:tcPr>
            <w:tcW w:w="907" w:type="dxa"/>
            <w:shd w:val="clear" w:color="auto" w:fill="FFF9E5"/>
            <w:vAlign w:val="center"/>
          </w:tcPr>
          <w:p w14:paraId="5F09B5AA" w14:textId="77777777" w:rsidR="00EB0B06" w:rsidRDefault="00E30BD4">
            <w:pPr>
              <w:bidi/>
              <w:spacing w:before="40" w:after="40" w:line="288" w:lineRule="auto"/>
              <w:jc w:val="center"/>
            </w:pPr>
            <w:r>
              <w:rPr>
                <w:sz w:val="18"/>
                <w:szCs w:val="18"/>
                <w:rtl/>
              </w:rPr>
              <w:t>نعم</w:t>
            </w:r>
          </w:p>
        </w:tc>
        <w:tc>
          <w:tcPr>
            <w:tcW w:w="1814" w:type="dxa"/>
            <w:vAlign w:val="center"/>
          </w:tcPr>
          <w:p w14:paraId="128B16D9" w14:textId="77777777" w:rsidR="00EB0B06" w:rsidRDefault="00E30BD4">
            <w:pPr>
              <w:bidi/>
              <w:spacing w:before="40" w:after="40" w:line="288" w:lineRule="auto"/>
              <w:jc w:val="center"/>
            </w:pPr>
            <w:r>
              <w:rPr>
                <w:sz w:val="18"/>
                <w:szCs w:val="18"/>
                <w:rtl/>
              </w:rPr>
              <w:t>☐ نعم  ☐ لا</w:t>
            </w:r>
          </w:p>
        </w:tc>
        <w:tc>
          <w:tcPr>
            <w:tcW w:w="1417" w:type="dxa"/>
            <w:vAlign w:val="center"/>
          </w:tcPr>
          <w:p w14:paraId="7CF83F5F" w14:textId="77777777" w:rsidR="00EB0B06" w:rsidRDefault="00EB0B06">
            <w:pPr>
              <w:bidi/>
              <w:spacing w:before="40" w:after="40" w:line="288" w:lineRule="auto"/>
            </w:pPr>
          </w:p>
        </w:tc>
      </w:tr>
      <w:tr w:rsidR="00EB0B06" w14:paraId="656BF1CC" w14:textId="77777777">
        <w:trPr>
          <w:cantSplit/>
          <w:trHeight w:val="408"/>
          <w:jc w:val="center"/>
        </w:trPr>
        <w:tc>
          <w:tcPr>
            <w:tcW w:w="510" w:type="dxa"/>
            <w:vAlign w:val="center"/>
          </w:tcPr>
          <w:p w14:paraId="640890BF" w14:textId="77777777" w:rsidR="00EB0B06" w:rsidRDefault="00E30BD4">
            <w:pPr>
              <w:bidi/>
              <w:spacing w:before="40" w:after="40" w:line="288" w:lineRule="auto"/>
              <w:jc w:val="center"/>
            </w:pPr>
            <w:r>
              <w:rPr>
                <w:sz w:val="18"/>
                <w:szCs w:val="18"/>
                <w:rtl/>
              </w:rPr>
              <w:t>5</w:t>
            </w:r>
          </w:p>
        </w:tc>
        <w:tc>
          <w:tcPr>
            <w:tcW w:w="4309" w:type="dxa"/>
            <w:vAlign w:val="center"/>
          </w:tcPr>
          <w:p w14:paraId="37A5CB8D" w14:textId="77777777" w:rsidR="00EB0B06" w:rsidRDefault="00E30BD4">
            <w:pPr>
              <w:bidi/>
              <w:spacing w:before="40" w:after="40" w:line="288" w:lineRule="auto"/>
            </w:pPr>
            <w:r>
              <w:rPr>
                <w:sz w:val="18"/>
                <w:szCs w:val="18"/>
                <w:rtl/>
              </w:rPr>
              <w:t>شهادة الزكاة والدخل ZATCA</w:t>
            </w:r>
          </w:p>
        </w:tc>
        <w:tc>
          <w:tcPr>
            <w:tcW w:w="1134" w:type="dxa"/>
            <w:vAlign w:val="center"/>
          </w:tcPr>
          <w:p w14:paraId="6E7EA3BB" w14:textId="77777777" w:rsidR="00EB0B06" w:rsidRDefault="00E30BD4">
            <w:pPr>
              <w:bidi/>
              <w:spacing w:before="40" w:after="40" w:line="288" w:lineRule="auto"/>
              <w:jc w:val="center"/>
            </w:pPr>
            <w:r>
              <w:rPr>
                <w:sz w:val="18"/>
                <w:szCs w:val="18"/>
                <w:rtl/>
              </w:rPr>
              <w:t>السعودية</w:t>
            </w:r>
          </w:p>
        </w:tc>
        <w:tc>
          <w:tcPr>
            <w:tcW w:w="907" w:type="dxa"/>
            <w:shd w:val="clear" w:color="auto" w:fill="FFF9E5"/>
            <w:vAlign w:val="center"/>
          </w:tcPr>
          <w:p w14:paraId="0B5C3007" w14:textId="77777777" w:rsidR="00EB0B06" w:rsidRDefault="00E30BD4">
            <w:pPr>
              <w:bidi/>
              <w:spacing w:before="40" w:after="40" w:line="288" w:lineRule="auto"/>
              <w:jc w:val="center"/>
            </w:pPr>
            <w:r>
              <w:rPr>
                <w:sz w:val="18"/>
                <w:szCs w:val="18"/>
                <w:rtl/>
              </w:rPr>
              <w:t>نعم</w:t>
            </w:r>
          </w:p>
        </w:tc>
        <w:tc>
          <w:tcPr>
            <w:tcW w:w="1814" w:type="dxa"/>
            <w:vAlign w:val="center"/>
          </w:tcPr>
          <w:p w14:paraId="6AAB3004" w14:textId="77777777" w:rsidR="00EB0B06" w:rsidRDefault="00E30BD4">
            <w:pPr>
              <w:bidi/>
              <w:spacing w:before="40" w:after="40" w:line="288" w:lineRule="auto"/>
              <w:jc w:val="center"/>
            </w:pPr>
            <w:r>
              <w:rPr>
                <w:sz w:val="18"/>
                <w:szCs w:val="18"/>
                <w:rtl/>
              </w:rPr>
              <w:t>☐ نعم  ☐ لا</w:t>
            </w:r>
          </w:p>
        </w:tc>
        <w:tc>
          <w:tcPr>
            <w:tcW w:w="1417" w:type="dxa"/>
            <w:vAlign w:val="center"/>
          </w:tcPr>
          <w:p w14:paraId="445E017D" w14:textId="77777777" w:rsidR="00EB0B06" w:rsidRDefault="00EB0B06">
            <w:pPr>
              <w:bidi/>
              <w:spacing w:before="40" w:after="40" w:line="288" w:lineRule="auto"/>
            </w:pPr>
          </w:p>
        </w:tc>
      </w:tr>
      <w:tr w:rsidR="00EB0B06" w14:paraId="1FCF967D" w14:textId="77777777">
        <w:trPr>
          <w:cantSplit/>
          <w:trHeight w:val="408"/>
          <w:jc w:val="center"/>
        </w:trPr>
        <w:tc>
          <w:tcPr>
            <w:tcW w:w="510" w:type="dxa"/>
            <w:vAlign w:val="center"/>
          </w:tcPr>
          <w:p w14:paraId="792813B2" w14:textId="77777777" w:rsidR="00EB0B06" w:rsidRDefault="00E30BD4">
            <w:pPr>
              <w:bidi/>
              <w:spacing w:before="40" w:after="40" w:line="288" w:lineRule="auto"/>
              <w:jc w:val="center"/>
            </w:pPr>
            <w:r>
              <w:rPr>
                <w:sz w:val="18"/>
                <w:szCs w:val="18"/>
                <w:rtl/>
              </w:rPr>
              <w:t>6</w:t>
            </w:r>
          </w:p>
        </w:tc>
        <w:tc>
          <w:tcPr>
            <w:tcW w:w="4309" w:type="dxa"/>
            <w:vAlign w:val="center"/>
          </w:tcPr>
          <w:p w14:paraId="118885C8" w14:textId="77777777" w:rsidR="00EB0B06" w:rsidRDefault="00E30BD4">
            <w:pPr>
              <w:bidi/>
              <w:spacing w:before="40" w:after="40" w:line="288" w:lineRule="auto"/>
            </w:pPr>
            <w:r>
              <w:rPr>
                <w:sz w:val="18"/>
                <w:szCs w:val="18"/>
                <w:rtl/>
              </w:rPr>
              <w:t>شهادة الغرفة التجارية وشهادة نطاقات</w:t>
            </w:r>
          </w:p>
        </w:tc>
        <w:tc>
          <w:tcPr>
            <w:tcW w:w="1134" w:type="dxa"/>
            <w:vAlign w:val="center"/>
          </w:tcPr>
          <w:p w14:paraId="3D8115B5" w14:textId="77777777" w:rsidR="00EB0B06" w:rsidRDefault="00E30BD4">
            <w:pPr>
              <w:bidi/>
              <w:spacing w:before="40" w:after="40" w:line="288" w:lineRule="auto"/>
              <w:jc w:val="center"/>
            </w:pPr>
            <w:r>
              <w:rPr>
                <w:sz w:val="18"/>
                <w:szCs w:val="18"/>
                <w:rtl/>
              </w:rPr>
              <w:t>الكل</w:t>
            </w:r>
          </w:p>
        </w:tc>
        <w:tc>
          <w:tcPr>
            <w:tcW w:w="907" w:type="dxa"/>
            <w:vAlign w:val="center"/>
          </w:tcPr>
          <w:p w14:paraId="1C2AA89B" w14:textId="77777777" w:rsidR="00EB0B06" w:rsidRDefault="00E30BD4">
            <w:pPr>
              <w:bidi/>
              <w:spacing w:before="40" w:after="40" w:line="288" w:lineRule="auto"/>
              <w:jc w:val="center"/>
            </w:pPr>
            <w:r>
              <w:rPr>
                <w:sz w:val="18"/>
                <w:szCs w:val="18"/>
                <w:rtl/>
              </w:rPr>
              <w:t>لا</w:t>
            </w:r>
          </w:p>
        </w:tc>
        <w:tc>
          <w:tcPr>
            <w:tcW w:w="1814" w:type="dxa"/>
            <w:vAlign w:val="center"/>
          </w:tcPr>
          <w:p w14:paraId="2B9312B5" w14:textId="77777777" w:rsidR="00EB0B06" w:rsidRDefault="00E30BD4">
            <w:pPr>
              <w:bidi/>
              <w:spacing w:before="40" w:after="40" w:line="288" w:lineRule="auto"/>
              <w:jc w:val="center"/>
            </w:pPr>
            <w:r>
              <w:rPr>
                <w:sz w:val="18"/>
                <w:szCs w:val="18"/>
                <w:rtl/>
              </w:rPr>
              <w:t>☐ نعم  ☐ لا</w:t>
            </w:r>
          </w:p>
        </w:tc>
        <w:tc>
          <w:tcPr>
            <w:tcW w:w="1417" w:type="dxa"/>
            <w:vAlign w:val="center"/>
          </w:tcPr>
          <w:p w14:paraId="44417FC6" w14:textId="77777777" w:rsidR="00EB0B06" w:rsidRDefault="00EB0B06">
            <w:pPr>
              <w:bidi/>
              <w:spacing w:before="40" w:after="40" w:line="288" w:lineRule="auto"/>
            </w:pPr>
          </w:p>
        </w:tc>
      </w:tr>
      <w:tr w:rsidR="00EB0B06" w14:paraId="763DD6D8" w14:textId="77777777">
        <w:trPr>
          <w:cantSplit/>
          <w:trHeight w:val="408"/>
          <w:jc w:val="center"/>
        </w:trPr>
        <w:tc>
          <w:tcPr>
            <w:tcW w:w="510" w:type="dxa"/>
            <w:vAlign w:val="center"/>
          </w:tcPr>
          <w:p w14:paraId="79CCFECA" w14:textId="77777777" w:rsidR="00EB0B06" w:rsidRDefault="00E30BD4">
            <w:pPr>
              <w:bidi/>
              <w:spacing w:before="40" w:after="40" w:line="288" w:lineRule="auto"/>
              <w:jc w:val="center"/>
            </w:pPr>
            <w:r>
              <w:rPr>
                <w:sz w:val="18"/>
                <w:szCs w:val="18"/>
                <w:rtl/>
              </w:rPr>
              <w:t>7</w:t>
            </w:r>
          </w:p>
        </w:tc>
        <w:tc>
          <w:tcPr>
            <w:tcW w:w="4309" w:type="dxa"/>
            <w:vAlign w:val="center"/>
          </w:tcPr>
          <w:p w14:paraId="4857933A" w14:textId="77777777" w:rsidR="00EB0B06" w:rsidRDefault="00E30BD4">
            <w:pPr>
              <w:bidi/>
              <w:spacing w:before="40" w:after="40" w:line="288" w:lineRule="auto"/>
            </w:pPr>
            <w:r>
              <w:rPr>
                <w:sz w:val="18"/>
                <w:szCs w:val="18"/>
                <w:rtl/>
              </w:rPr>
              <w:t>القوائم المالية المدققة لآخر ثلاث سنوات</w:t>
            </w:r>
          </w:p>
        </w:tc>
        <w:tc>
          <w:tcPr>
            <w:tcW w:w="1134" w:type="dxa"/>
            <w:vAlign w:val="center"/>
          </w:tcPr>
          <w:p w14:paraId="62B7FE0C" w14:textId="77777777" w:rsidR="00EB0B06" w:rsidRDefault="00E30BD4">
            <w:pPr>
              <w:bidi/>
              <w:spacing w:before="40" w:after="40" w:line="288" w:lineRule="auto"/>
              <w:jc w:val="center"/>
            </w:pPr>
            <w:r>
              <w:rPr>
                <w:sz w:val="18"/>
                <w:szCs w:val="18"/>
                <w:rtl/>
              </w:rPr>
              <w:t>الكل</w:t>
            </w:r>
          </w:p>
        </w:tc>
        <w:tc>
          <w:tcPr>
            <w:tcW w:w="907" w:type="dxa"/>
            <w:vAlign w:val="center"/>
          </w:tcPr>
          <w:p w14:paraId="4799F45E" w14:textId="77777777" w:rsidR="00EB0B06" w:rsidRDefault="00E30BD4">
            <w:pPr>
              <w:bidi/>
              <w:spacing w:before="40" w:after="40" w:line="288" w:lineRule="auto"/>
              <w:jc w:val="center"/>
            </w:pPr>
            <w:r>
              <w:rPr>
                <w:sz w:val="18"/>
                <w:szCs w:val="18"/>
                <w:rtl/>
              </w:rPr>
              <w:t>لا</w:t>
            </w:r>
          </w:p>
        </w:tc>
        <w:tc>
          <w:tcPr>
            <w:tcW w:w="1814" w:type="dxa"/>
            <w:vAlign w:val="center"/>
          </w:tcPr>
          <w:p w14:paraId="78408419" w14:textId="77777777" w:rsidR="00EB0B06" w:rsidRDefault="00E30BD4">
            <w:pPr>
              <w:bidi/>
              <w:spacing w:before="40" w:after="40" w:line="288" w:lineRule="auto"/>
              <w:jc w:val="center"/>
            </w:pPr>
            <w:r>
              <w:rPr>
                <w:sz w:val="18"/>
                <w:szCs w:val="18"/>
                <w:rtl/>
              </w:rPr>
              <w:t>☐ نعم  ☐ لا</w:t>
            </w:r>
          </w:p>
        </w:tc>
        <w:tc>
          <w:tcPr>
            <w:tcW w:w="1417" w:type="dxa"/>
            <w:vAlign w:val="center"/>
          </w:tcPr>
          <w:p w14:paraId="5E18BDFF" w14:textId="77777777" w:rsidR="00EB0B06" w:rsidRDefault="00EB0B06">
            <w:pPr>
              <w:bidi/>
              <w:spacing w:before="40" w:after="40" w:line="288" w:lineRule="auto"/>
            </w:pPr>
          </w:p>
        </w:tc>
      </w:tr>
      <w:tr w:rsidR="00EB0B06" w14:paraId="647CD261" w14:textId="77777777">
        <w:trPr>
          <w:cantSplit/>
          <w:trHeight w:val="408"/>
          <w:jc w:val="center"/>
        </w:trPr>
        <w:tc>
          <w:tcPr>
            <w:tcW w:w="510" w:type="dxa"/>
            <w:vAlign w:val="center"/>
          </w:tcPr>
          <w:p w14:paraId="3D681C4C" w14:textId="77777777" w:rsidR="00EB0B06" w:rsidRDefault="00E30BD4">
            <w:pPr>
              <w:bidi/>
              <w:spacing w:before="40" w:after="40" w:line="288" w:lineRule="auto"/>
              <w:jc w:val="center"/>
            </w:pPr>
            <w:r>
              <w:rPr>
                <w:sz w:val="18"/>
                <w:szCs w:val="18"/>
                <w:rtl/>
              </w:rPr>
              <w:t>8</w:t>
            </w:r>
          </w:p>
        </w:tc>
        <w:tc>
          <w:tcPr>
            <w:tcW w:w="4309" w:type="dxa"/>
            <w:vAlign w:val="center"/>
          </w:tcPr>
          <w:p w14:paraId="5E1264F4" w14:textId="77777777" w:rsidR="00EB0B06" w:rsidRDefault="00E30BD4">
            <w:pPr>
              <w:bidi/>
              <w:spacing w:before="40" w:after="40" w:line="288" w:lineRule="auto"/>
            </w:pPr>
            <w:r>
              <w:rPr>
                <w:sz w:val="18"/>
                <w:szCs w:val="18"/>
                <w:rtl/>
              </w:rPr>
              <w:t>خطاب البنك بالتسهيلات والقدرة على إصدار الضمانات</w:t>
            </w:r>
          </w:p>
        </w:tc>
        <w:tc>
          <w:tcPr>
            <w:tcW w:w="1134" w:type="dxa"/>
            <w:vAlign w:val="center"/>
          </w:tcPr>
          <w:p w14:paraId="02B7BA36" w14:textId="77777777" w:rsidR="00EB0B06" w:rsidRDefault="00E30BD4">
            <w:pPr>
              <w:bidi/>
              <w:spacing w:before="40" w:after="40" w:line="288" w:lineRule="auto"/>
              <w:jc w:val="center"/>
            </w:pPr>
            <w:r>
              <w:rPr>
                <w:sz w:val="18"/>
                <w:szCs w:val="18"/>
                <w:rtl/>
              </w:rPr>
              <w:t>الكل</w:t>
            </w:r>
          </w:p>
        </w:tc>
        <w:tc>
          <w:tcPr>
            <w:tcW w:w="907" w:type="dxa"/>
            <w:vAlign w:val="center"/>
          </w:tcPr>
          <w:p w14:paraId="5D6F6DBA" w14:textId="77777777" w:rsidR="00EB0B06" w:rsidRDefault="00E30BD4">
            <w:pPr>
              <w:bidi/>
              <w:spacing w:before="40" w:after="40" w:line="288" w:lineRule="auto"/>
              <w:jc w:val="center"/>
            </w:pPr>
            <w:r>
              <w:rPr>
                <w:sz w:val="18"/>
                <w:szCs w:val="18"/>
                <w:rtl/>
              </w:rPr>
              <w:t>لا</w:t>
            </w:r>
          </w:p>
        </w:tc>
        <w:tc>
          <w:tcPr>
            <w:tcW w:w="1814" w:type="dxa"/>
            <w:vAlign w:val="center"/>
          </w:tcPr>
          <w:p w14:paraId="16D156AF" w14:textId="77777777" w:rsidR="00EB0B06" w:rsidRDefault="00E30BD4">
            <w:pPr>
              <w:bidi/>
              <w:spacing w:before="40" w:after="40" w:line="288" w:lineRule="auto"/>
              <w:jc w:val="center"/>
            </w:pPr>
            <w:r>
              <w:rPr>
                <w:sz w:val="18"/>
                <w:szCs w:val="18"/>
                <w:rtl/>
              </w:rPr>
              <w:t>☐ نعم  ☐ لا</w:t>
            </w:r>
          </w:p>
        </w:tc>
        <w:tc>
          <w:tcPr>
            <w:tcW w:w="1417" w:type="dxa"/>
            <w:vAlign w:val="center"/>
          </w:tcPr>
          <w:p w14:paraId="77F74772" w14:textId="77777777" w:rsidR="00EB0B06" w:rsidRDefault="00EB0B06">
            <w:pPr>
              <w:bidi/>
              <w:spacing w:before="40" w:after="40" w:line="288" w:lineRule="auto"/>
            </w:pPr>
          </w:p>
        </w:tc>
      </w:tr>
      <w:tr w:rsidR="00EB0B06" w14:paraId="03F1C523" w14:textId="77777777">
        <w:trPr>
          <w:cantSplit/>
          <w:trHeight w:val="408"/>
          <w:jc w:val="center"/>
        </w:trPr>
        <w:tc>
          <w:tcPr>
            <w:tcW w:w="510" w:type="dxa"/>
            <w:vAlign w:val="center"/>
          </w:tcPr>
          <w:p w14:paraId="239FB7B8" w14:textId="77777777" w:rsidR="00EB0B06" w:rsidRDefault="00E30BD4">
            <w:pPr>
              <w:bidi/>
              <w:spacing w:before="40" w:after="40" w:line="288" w:lineRule="auto"/>
              <w:jc w:val="center"/>
            </w:pPr>
            <w:r>
              <w:rPr>
                <w:sz w:val="18"/>
                <w:szCs w:val="18"/>
                <w:rtl/>
              </w:rPr>
              <w:t>9</w:t>
            </w:r>
          </w:p>
        </w:tc>
        <w:tc>
          <w:tcPr>
            <w:tcW w:w="4309" w:type="dxa"/>
            <w:vAlign w:val="center"/>
          </w:tcPr>
          <w:p w14:paraId="4157D793" w14:textId="77777777" w:rsidR="00EB0B06" w:rsidRDefault="00E30BD4">
            <w:pPr>
              <w:bidi/>
              <w:spacing w:before="40" w:after="40" w:line="288" w:lineRule="auto"/>
            </w:pPr>
            <w:r>
              <w:rPr>
                <w:sz w:val="18"/>
                <w:szCs w:val="18"/>
                <w:rtl/>
              </w:rPr>
              <w:t>عقود وشهادات إنجاز المشروعات المماثلة وخطابات المرجعية</w:t>
            </w:r>
          </w:p>
        </w:tc>
        <w:tc>
          <w:tcPr>
            <w:tcW w:w="1134" w:type="dxa"/>
            <w:vAlign w:val="center"/>
          </w:tcPr>
          <w:p w14:paraId="61F5F20D" w14:textId="77777777" w:rsidR="00EB0B06" w:rsidRDefault="00E30BD4">
            <w:pPr>
              <w:bidi/>
              <w:spacing w:before="40" w:after="40" w:line="288" w:lineRule="auto"/>
              <w:jc w:val="center"/>
            </w:pPr>
            <w:r>
              <w:rPr>
                <w:sz w:val="18"/>
                <w:szCs w:val="18"/>
                <w:rtl/>
              </w:rPr>
              <w:t>الكل</w:t>
            </w:r>
          </w:p>
        </w:tc>
        <w:tc>
          <w:tcPr>
            <w:tcW w:w="907" w:type="dxa"/>
            <w:vAlign w:val="center"/>
          </w:tcPr>
          <w:p w14:paraId="3353B9C9" w14:textId="77777777" w:rsidR="00EB0B06" w:rsidRDefault="00E30BD4">
            <w:pPr>
              <w:bidi/>
              <w:spacing w:before="40" w:after="40" w:line="288" w:lineRule="auto"/>
              <w:jc w:val="center"/>
            </w:pPr>
            <w:r>
              <w:rPr>
                <w:sz w:val="18"/>
                <w:szCs w:val="18"/>
                <w:rtl/>
              </w:rPr>
              <w:t>لا</w:t>
            </w:r>
          </w:p>
        </w:tc>
        <w:tc>
          <w:tcPr>
            <w:tcW w:w="1814" w:type="dxa"/>
            <w:vAlign w:val="center"/>
          </w:tcPr>
          <w:p w14:paraId="2E0B1E6D" w14:textId="77777777" w:rsidR="00EB0B06" w:rsidRDefault="00E30BD4">
            <w:pPr>
              <w:bidi/>
              <w:spacing w:before="40" w:after="40" w:line="288" w:lineRule="auto"/>
              <w:jc w:val="center"/>
            </w:pPr>
            <w:r>
              <w:rPr>
                <w:sz w:val="18"/>
                <w:szCs w:val="18"/>
                <w:rtl/>
              </w:rPr>
              <w:t>☐ نعم  ☐ لا</w:t>
            </w:r>
          </w:p>
        </w:tc>
        <w:tc>
          <w:tcPr>
            <w:tcW w:w="1417" w:type="dxa"/>
            <w:vAlign w:val="center"/>
          </w:tcPr>
          <w:p w14:paraId="7B9AFD3B" w14:textId="77777777" w:rsidR="00EB0B06" w:rsidRDefault="00EB0B06">
            <w:pPr>
              <w:bidi/>
              <w:spacing w:before="40" w:after="40" w:line="288" w:lineRule="auto"/>
            </w:pPr>
          </w:p>
        </w:tc>
      </w:tr>
      <w:tr w:rsidR="00EB0B06" w14:paraId="53BA3E0E" w14:textId="77777777">
        <w:trPr>
          <w:cantSplit/>
          <w:trHeight w:val="408"/>
          <w:jc w:val="center"/>
        </w:trPr>
        <w:tc>
          <w:tcPr>
            <w:tcW w:w="510" w:type="dxa"/>
            <w:vAlign w:val="center"/>
          </w:tcPr>
          <w:p w14:paraId="6D247733" w14:textId="77777777" w:rsidR="00EB0B06" w:rsidRDefault="00E30BD4">
            <w:pPr>
              <w:bidi/>
              <w:spacing w:before="40" w:after="40" w:line="288" w:lineRule="auto"/>
              <w:jc w:val="center"/>
            </w:pPr>
            <w:r>
              <w:rPr>
                <w:sz w:val="18"/>
                <w:szCs w:val="18"/>
                <w:rtl/>
              </w:rPr>
              <w:t>10</w:t>
            </w:r>
          </w:p>
        </w:tc>
        <w:tc>
          <w:tcPr>
            <w:tcW w:w="4309" w:type="dxa"/>
            <w:vAlign w:val="center"/>
          </w:tcPr>
          <w:p w14:paraId="2AFDD52B" w14:textId="77777777" w:rsidR="00EB0B06" w:rsidRDefault="00E30BD4">
            <w:pPr>
              <w:bidi/>
              <w:spacing w:before="40" w:after="40" w:line="288" w:lineRule="auto"/>
            </w:pPr>
            <w:r>
              <w:rPr>
                <w:sz w:val="18"/>
                <w:szCs w:val="18"/>
                <w:rtl/>
              </w:rPr>
              <w:t>السير الذاتية للجهاز الفني وعضويات الهيئة أو النقابة</w:t>
            </w:r>
          </w:p>
        </w:tc>
        <w:tc>
          <w:tcPr>
            <w:tcW w:w="1134" w:type="dxa"/>
            <w:vAlign w:val="center"/>
          </w:tcPr>
          <w:p w14:paraId="66E78CFD" w14:textId="77777777" w:rsidR="00EB0B06" w:rsidRDefault="00E30BD4">
            <w:pPr>
              <w:bidi/>
              <w:spacing w:before="40" w:after="40" w:line="288" w:lineRule="auto"/>
              <w:jc w:val="center"/>
            </w:pPr>
            <w:r>
              <w:rPr>
                <w:sz w:val="18"/>
                <w:szCs w:val="18"/>
                <w:rtl/>
              </w:rPr>
              <w:t>الكل</w:t>
            </w:r>
          </w:p>
        </w:tc>
        <w:tc>
          <w:tcPr>
            <w:tcW w:w="907" w:type="dxa"/>
            <w:vAlign w:val="center"/>
          </w:tcPr>
          <w:p w14:paraId="5C18B2DB" w14:textId="77777777" w:rsidR="00EB0B06" w:rsidRDefault="00E30BD4">
            <w:pPr>
              <w:bidi/>
              <w:spacing w:before="40" w:after="40" w:line="288" w:lineRule="auto"/>
              <w:jc w:val="center"/>
            </w:pPr>
            <w:r>
              <w:rPr>
                <w:sz w:val="18"/>
                <w:szCs w:val="18"/>
                <w:rtl/>
              </w:rPr>
              <w:t>لا</w:t>
            </w:r>
          </w:p>
        </w:tc>
        <w:tc>
          <w:tcPr>
            <w:tcW w:w="1814" w:type="dxa"/>
            <w:vAlign w:val="center"/>
          </w:tcPr>
          <w:p w14:paraId="3A925972" w14:textId="77777777" w:rsidR="00EB0B06" w:rsidRDefault="00E30BD4">
            <w:pPr>
              <w:bidi/>
              <w:spacing w:before="40" w:after="40" w:line="288" w:lineRule="auto"/>
              <w:jc w:val="center"/>
            </w:pPr>
            <w:r>
              <w:rPr>
                <w:sz w:val="18"/>
                <w:szCs w:val="18"/>
                <w:rtl/>
              </w:rPr>
              <w:t>☐ نعم  ☐ لا</w:t>
            </w:r>
          </w:p>
        </w:tc>
        <w:tc>
          <w:tcPr>
            <w:tcW w:w="1417" w:type="dxa"/>
            <w:vAlign w:val="center"/>
          </w:tcPr>
          <w:p w14:paraId="1B7E34BF" w14:textId="77777777" w:rsidR="00EB0B06" w:rsidRDefault="00EB0B06">
            <w:pPr>
              <w:bidi/>
              <w:spacing w:before="40" w:after="40" w:line="288" w:lineRule="auto"/>
            </w:pPr>
          </w:p>
        </w:tc>
      </w:tr>
      <w:tr w:rsidR="00EB0B06" w14:paraId="2885B928" w14:textId="77777777">
        <w:trPr>
          <w:cantSplit/>
          <w:trHeight w:val="408"/>
          <w:jc w:val="center"/>
        </w:trPr>
        <w:tc>
          <w:tcPr>
            <w:tcW w:w="510" w:type="dxa"/>
            <w:vAlign w:val="center"/>
          </w:tcPr>
          <w:p w14:paraId="2AEB818B" w14:textId="77777777" w:rsidR="00EB0B06" w:rsidRDefault="00E30BD4">
            <w:pPr>
              <w:bidi/>
              <w:spacing w:before="40" w:after="40" w:line="288" w:lineRule="auto"/>
              <w:jc w:val="center"/>
            </w:pPr>
            <w:r>
              <w:rPr>
                <w:sz w:val="18"/>
                <w:szCs w:val="18"/>
                <w:rtl/>
              </w:rPr>
              <w:t>11</w:t>
            </w:r>
          </w:p>
        </w:tc>
        <w:tc>
          <w:tcPr>
            <w:tcW w:w="4309" w:type="dxa"/>
            <w:vAlign w:val="center"/>
          </w:tcPr>
          <w:p w14:paraId="27D57EE6" w14:textId="77777777" w:rsidR="00EB0B06" w:rsidRDefault="00E30BD4">
            <w:pPr>
              <w:bidi/>
              <w:spacing w:before="40" w:after="40" w:line="288" w:lineRule="auto"/>
            </w:pPr>
            <w:r>
              <w:rPr>
                <w:sz w:val="18"/>
                <w:szCs w:val="18"/>
                <w:rtl/>
              </w:rPr>
              <w:t>كشف العمالة من نظام التأمينات</w:t>
            </w:r>
          </w:p>
        </w:tc>
        <w:tc>
          <w:tcPr>
            <w:tcW w:w="1134" w:type="dxa"/>
            <w:vAlign w:val="center"/>
          </w:tcPr>
          <w:p w14:paraId="44720962" w14:textId="77777777" w:rsidR="00EB0B06" w:rsidRDefault="00E30BD4">
            <w:pPr>
              <w:bidi/>
              <w:spacing w:before="40" w:after="40" w:line="288" w:lineRule="auto"/>
              <w:jc w:val="center"/>
            </w:pPr>
            <w:r>
              <w:rPr>
                <w:sz w:val="18"/>
                <w:szCs w:val="18"/>
                <w:rtl/>
              </w:rPr>
              <w:t>الكل</w:t>
            </w:r>
          </w:p>
        </w:tc>
        <w:tc>
          <w:tcPr>
            <w:tcW w:w="907" w:type="dxa"/>
            <w:vAlign w:val="center"/>
          </w:tcPr>
          <w:p w14:paraId="65DEC78C" w14:textId="77777777" w:rsidR="00EB0B06" w:rsidRDefault="00E30BD4">
            <w:pPr>
              <w:bidi/>
              <w:spacing w:before="40" w:after="40" w:line="288" w:lineRule="auto"/>
              <w:jc w:val="center"/>
            </w:pPr>
            <w:r>
              <w:rPr>
                <w:sz w:val="18"/>
                <w:szCs w:val="18"/>
                <w:rtl/>
              </w:rPr>
              <w:t>لا</w:t>
            </w:r>
          </w:p>
        </w:tc>
        <w:tc>
          <w:tcPr>
            <w:tcW w:w="1814" w:type="dxa"/>
            <w:vAlign w:val="center"/>
          </w:tcPr>
          <w:p w14:paraId="2E9A229F" w14:textId="77777777" w:rsidR="00EB0B06" w:rsidRDefault="00E30BD4">
            <w:pPr>
              <w:bidi/>
              <w:spacing w:before="40" w:after="40" w:line="288" w:lineRule="auto"/>
              <w:jc w:val="center"/>
            </w:pPr>
            <w:r>
              <w:rPr>
                <w:sz w:val="18"/>
                <w:szCs w:val="18"/>
                <w:rtl/>
              </w:rPr>
              <w:t>☐ نعم  ☐ لا</w:t>
            </w:r>
          </w:p>
        </w:tc>
        <w:tc>
          <w:tcPr>
            <w:tcW w:w="1417" w:type="dxa"/>
            <w:vAlign w:val="center"/>
          </w:tcPr>
          <w:p w14:paraId="6A2F02A7" w14:textId="77777777" w:rsidR="00EB0B06" w:rsidRDefault="00EB0B06">
            <w:pPr>
              <w:bidi/>
              <w:spacing w:before="40" w:after="40" w:line="288" w:lineRule="auto"/>
            </w:pPr>
          </w:p>
        </w:tc>
      </w:tr>
      <w:tr w:rsidR="00EB0B06" w14:paraId="669F3D9E" w14:textId="77777777">
        <w:trPr>
          <w:cantSplit/>
          <w:trHeight w:val="408"/>
          <w:jc w:val="center"/>
        </w:trPr>
        <w:tc>
          <w:tcPr>
            <w:tcW w:w="510" w:type="dxa"/>
            <w:vAlign w:val="center"/>
          </w:tcPr>
          <w:p w14:paraId="2D1CEA01" w14:textId="77777777" w:rsidR="00EB0B06" w:rsidRDefault="00E30BD4">
            <w:pPr>
              <w:bidi/>
              <w:spacing w:before="40" w:after="40" w:line="288" w:lineRule="auto"/>
              <w:jc w:val="center"/>
            </w:pPr>
            <w:r>
              <w:rPr>
                <w:sz w:val="18"/>
                <w:szCs w:val="18"/>
                <w:rtl/>
              </w:rPr>
              <w:lastRenderedPageBreak/>
              <w:t>12</w:t>
            </w:r>
          </w:p>
        </w:tc>
        <w:tc>
          <w:tcPr>
            <w:tcW w:w="4309" w:type="dxa"/>
            <w:vAlign w:val="center"/>
          </w:tcPr>
          <w:p w14:paraId="494A043A" w14:textId="77777777" w:rsidR="00EB0B06" w:rsidRDefault="00E30BD4">
            <w:pPr>
              <w:bidi/>
              <w:spacing w:before="40" w:after="40" w:line="288" w:lineRule="auto"/>
            </w:pPr>
            <w:r>
              <w:rPr>
                <w:sz w:val="18"/>
                <w:szCs w:val="18"/>
                <w:rtl/>
              </w:rPr>
              <w:t>كشف المعدات وإثبات الملكية أو عقود الإيجار</w:t>
            </w:r>
          </w:p>
        </w:tc>
        <w:tc>
          <w:tcPr>
            <w:tcW w:w="1134" w:type="dxa"/>
            <w:vAlign w:val="center"/>
          </w:tcPr>
          <w:p w14:paraId="3790F312" w14:textId="77777777" w:rsidR="00EB0B06" w:rsidRDefault="00E30BD4">
            <w:pPr>
              <w:bidi/>
              <w:spacing w:before="40" w:after="40" w:line="288" w:lineRule="auto"/>
              <w:jc w:val="center"/>
            </w:pPr>
            <w:r>
              <w:rPr>
                <w:sz w:val="18"/>
                <w:szCs w:val="18"/>
                <w:rtl/>
              </w:rPr>
              <w:t>الكل</w:t>
            </w:r>
          </w:p>
        </w:tc>
        <w:tc>
          <w:tcPr>
            <w:tcW w:w="907" w:type="dxa"/>
            <w:vAlign w:val="center"/>
          </w:tcPr>
          <w:p w14:paraId="4EC9D6C0" w14:textId="77777777" w:rsidR="00EB0B06" w:rsidRDefault="00E30BD4">
            <w:pPr>
              <w:bidi/>
              <w:spacing w:before="40" w:after="40" w:line="288" w:lineRule="auto"/>
              <w:jc w:val="center"/>
            </w:pPr>
            <w:r>
              <w:rPr>
                <w:sz w:val="18"/>
                <w:szCs w:val="18"/>
                <w:rtl/>
              </w:rPr>
              <w:t>لا</w:t>
            </w:r>
          </w:p>
        </w:tc>
        <w:tc>
          <w:tcPr>
            <w:tcW w:w="1814" w:type="dxa"/>
            <w:vAlign w:val="center"/>
          </w:tcPr>
          <w:p w14:paraId="30405C17" w14:textId="77777777" w:rsidR="00EB0B06" w:rsidRDefault="00E30BD4">
            <w:pPr>
              <w:bidi/>
              <w:spacing w:before="40" w:after="40" w:line="288" w:lineRule="auto"/>
              <w:jc w:val="center"/>
            </w:pPr>
            <w:r>
              <w:rPr>
                <w:sz w:val="18"/>
                <w:szCs w:val="18"/>
                <w:rtl/>
              </w:rPr>
              <w:t>☐ نعم  ☐ لا</w:t>
            </w:r>
          </w:p>
        </w:tc>
        <w:tc>
          <w:tcPr>
            <w:tcW w:w="1417" w:type="dxa"/>
            <w:vAlign w:val="center"/>
          </w:tcPr>
          <w:p w14:paraId="3019BE1D" w14:textId="77777777" w:rsidR="00EB0B06" w:rsidRDefault="00EB0B06">
            <w:pPr>
              <w:bidi/>
              <w:spacing w:before="40" w:after="40" w:line="288" w:lineRule="auto"/>
            </w:pPr>
          </w:p>
        </w:tc>
      </w:tr>
      <w:tr w:rsidR="00EB0B06" w14:paraId="7DAEB5E5" w14:textId="77777777">
        <w:trPr>
          <w:cantSplit/>
          <w:trHeight w:val="408"/>
          <w:jc w:val="center"/>
        </w:trPr>
        <w:tc>
          <w:tcPr>
            <w:tcW w:w="510" w:type="dxa"/>
            <w:vAlign w:val="center"/>
          </w:tcPr>
          <w:p w14:paraId="060BC37F" w14:textId="77777777" w:rsidR="00EB0B06" w:rsidRDefault="00E30BD4">
            <w:pPr>
              <w:bidi/>
              <w:spacing w:before="40" w:after="40" w:line="288" w:lineRule="auto"/>
              <w:jc w:val="center"/>
            </w:pPr>
            <w:r>
              <w:rPr>
                <w:sz w:val="18"/>
                <w:szCs w:val="18"/>
                <w:rtl/>
              </w:rPr>
              <w:t>13</w:t>
            </w:r>
          </w:p>
        </w:tc>
        <w:tc>
          <w:tcPr>
            <w:tcW w:w="4309" w:type="dxa"/>
            <w:vAlign w:val="center"/>
          </w:tcPr>
          <w:p w14:paraId="0C57A499" w14:textId="77777777" w:rsidR="00EB0B06" w:rsidRDefault="00E30BD4">
            <w:pPr>
              <w:bidi/>
              <w:spacing w:before="40" w:after="40" w:line="288" w:lineRule="auto"/>
            </w:pPr>
            <w:r>
              <w:rPr>
                <w:sz w:val="18"/>
                <w:szCs w:val="18"/>
                <w:rtl/>
              </w:rPr>
              <w:t>شهادات معايرة أدوات القياس والاختبار</w:t>
            </w:r>
          </w:p>
        </w:tc>
        <w:tc>
          <w:tcPr>
            <w:tcW w:w="1134" w:type="dxa"/>
            <w:vAlign w:val="center"/>
          </w:tcPr>
          <w:p w14:paraId="195243AC" w14:textId="77777777" w:rsidR="00EB0B06" w:rsidRDefault="00E30BD4">
            <w:pPr>
              <w:bidi/>
              <w:spacing w:before="40" w:after="40" w:line="288" w:lineRule="auto"/>
              <w:jc w:val="center"/>
            </w:pPr>
            <w:r>
              <w:rPr>
                <w:sz w:val="18"/>
                <w:szCs w:val="18"/>
                <w:rtl/>
              </w:rPr>
              <w:t>الكل</w:t>
            </w:r>
          </w:p>
        </w:tc>
        <w:tc>
          <w:tcPr>
            <w:tcW w:w="907" w:type="dxa"/>
            <w:vAlign w:val="center"/>
          </w:tcPr>
          <w:p w14:paraId="03FAD8E8" w14:textId="77777777" w:rsidR="00EB0B06" w:rsidRDefault="00E30BD4">
            <w:pPr>
              <w:bidi/>
              <w:spacing w:before="40" w:after="40" w:line="288" w:lineRule="auto"/>
              <w:jc w:val="center"/>
            </w:pPr>
            <w:r>
              <w:rPr>
                <w:sz w:val="18"/>
                <w:szCs w:val="18"/>
                <w:rtl/>
              </w:rPr>
              <w:t>لا</w:t>
            </w:r>
          </w:p>
        </w:tc>
        <w:tc>
          <w:tcPr>
            <w:tcW w:w="1814" w:type="dxa"/>
            <w:vAlign w:val="center"/>
          </w:tcPr>
          <w:p w14:paraId="495FF155" w14:textId="77777777" w:rsidR="00EB0B06" w:rsidRDefault="00E30BD4">
            <w:pPr>
              <w:bidi/>
              <w:spacing w:before="40" w:after="40" w:line="288" w:lineRule="auto"/>
              <w:jc w:val="center"/>
            </w:pPr>
            <w:r>
              <w:rPr>
                <w:sz w:val="18"/>
                <w:szCs w:val="18"/>
                <w:rtl/>
              </w:rPr>
              <w:t>☐ نعم  ☐ لا</w:t>
            </w:r>
          </w:p>
        </w:tc>
        <w:tc>
          <w:tcPr>
            <w:tcW w:w="1417" w:type="dxa"/>
            <w:vAlign w:val="center"/>
          </w:tcPr>
          <w:p w14:paraId="00BA1470" w14:textId="77777777" w:rsidR="00EB0B06" w:rsidRDefault="00EB0B06">
            <w:pPr>
              <w:bidi/>
              <w:spacing w:before="40" w:after="40" w:line="288" w:lineRule="auto"/>
            </w:pPr>
          </w:p>
        </w:tc>
      </w:tr>
      <w:tr w:rsidR="00EB0B06" w14:paraId="1019DEE3" w14:textId="77777777">
        <w:trPr>
          <w:cantSplit/>
          <w:trHeight w:val="408"/>
          <w:jc w:val="center"/>
        </w:trPr>
        <w:tc>
          <w:tcPr>
            <w:tcW w:w="510" w:type="dxa"/>
            <w:vAlign w:val="center"/>
          </w:tcPr>
          <w:p w14:paraId="32850EA6" w14:textId="77777777" w:rsidR="00EB0B06" w:rsidRDefault="00E30BD4">
            <w:pPr>
              <w:bidi/>
              <w:spacing w:before="40" w:after="40" w:line="288" w:lineRule="auto"/>
              <w:jc w:val="center"/>
            </w:pPr>
            <w:r>
              <w:rPr>
                <w:sz w:val="18"/>
                <w:szCs w:val="18"/>
                <w:rtl/>
              </w:rPr>
              <w:t>14</w:t>
            </w:r>
          </w:p>
        </w:tc>
        <w:tc>
          <w:tcPr>
            <w:tcW w:w="4309" w:type="dxa"/>
            <w:vAlign w:val="center"/>
          </w:tcPr>
          <w:p w14:paraId="358FD072" w14:textId="77777777" w:rsidR="00EB0B06" w:rsidRDefault="00E30BD4">
            <w:pPr>
              <w:bidi/>
              <w:spacing w:before="40" w:after="40" w:line="288" w:lineRule="auto"/>
            </w:pPr>
            <w:r>
              <w:rPr>
                <w:sz w:val="18"/>
                <w:szCs w:val="18"/>
                <w:rtl/>
              </w:rPr>
              <w:t>شهادة ISO 9001 أو دليل الجودة</w:t>
            </w:r>
          </w:p>
        </w:tc>
        <w:tc>
          <w:tcPr>
            <w:tcW w:w="1134" w:type="dxa"/>
            <w:vAlign w:val="center"/>
          </w:tcPr>
          <w:p w14:paraId="693C6C98" w14:textId="77777777" w:rsidR="00EB0B06" w:rsidRDefault="00E30BD4">
            <w:pPr>
              <w:bidi/>
              <w:spacing w:before="40" w:after="40" w:line="288" w:lineRule="auto"/>
              <w:jc w:val="center"/>
            </w:pPr>
            <w:r>
              <w:rPr>
                <w:sz w:val="18"/>
                <w:szCs w:val="18"/>
                <w:rtl/>
              </w:rPr>
              <w:t>الكل</w:t>
            </w:r>
          </w:p>
        </w:tc>
        <w:tc>
          <w:tcPr>
            <w:tcW w:w="907" w:type="dxa"/>
            <w:vAlign w:val="center"/>
          </w:tcPr>
          <w:p w14:paraId="4E1EF27D" w14:textId="77777777" w:rsidR="00EB0B06" w:rsidRDefault="00E30BD4">
            <w:pPr>
              <w:bidi/>
              <w:spacing w:before="40" w:after="40" w:line="288" w:lineRule="auto"/>
              <w:jc w:val="center"/>
            </w:pPr>
            <w:r>
              <w:rPr>
                <w:sz w:val="18"/>
                <w:szCs w:val="18"/>
                <w:rtl/>
              </w:rPr>
              <w:t>لا</w:t>
            </w:r>
          </w:p>
        </w:tc>
        <w:tc>
          <w:tcPr>
            <w:tcW w:w="1814" w:type="dxa"/>
            <w:vAlign w:val="center"/>
          </w:tcPr>
          <w:p w14:paraId="14497523" w14:textId="77777777" w:rsidR="00EB0B06" w:rsidRDefault="00E30BD4">
            <w:pPr>
              <w:bidi/>
              <w:spacing w:before="40" w:after="40" w:line="288" w:lineRule="auto"/>
              <w:jc w:val="center"/>
            </w:pPr>
            <w:r>
              <w:rPr>
                <w:sz w:val="18"/>
                <w:szCs w:val="18"/>
                <w:rtl/>
              </w:rPr>
              <w:t>☐ نعم  ☐ لا</w:t>
            </w:r>
          </w:p>
        </w:tc>
        <w:tc>
          <w:tcPr>
            <w:tcW w:w="1417" w:type="dxa"/>
            <w:vAlign w:val="center"/>
          </w:tcPr>
          <w:p w14:paraId="611F7D61" w14:textId="77777777" w:rsidR="00EB0B06" w:rsidRDefault="00EB0B06">
            <w:pPr>
              <w:bidi/>
              <w:spacing w:before="40" w:after="40" w:line="288" w:lineRule="auto"/>
            </w:pPr>
          </w:p>
        </w:tc>
      </w:tr>
      <w:tr w:rsidR="00EB0B06" w14:paraId="7866A2BE" w14:textId="77777777">
        <w:trPr>
          <w:cantSplit/>
          <w:trHeight w:val="408"/>
          <w:jc w:val="center"/>
        </w:trPr>
        <w:tc>
          <w:tcPr>
            <w:tcW w:w="510" w:type="dxa"/>
            <w:vAlign w:val="center"/>
          </w:tcPr>
          <w:p w14:paraId="4B886C7A" w14:textId="77777777" w:rsidR="00EB0B06" w:rsidRDefault="00E30BD4">
            <w:pPr>
              <w:bidi/>
              <w:spacing w:before="40" w:after="40" w:line="288" w:lineRule="auto"/>
              <w:jc w:val="center"/>
            </w:pPr>
            <w:r>
              <w:rPr>
                <w:sz w:val="18"/>
                <w:szCs w:val="18"/>
                <w:rtl/>
              </w:rPr>
              <w:t>15</w:t>
            </w:r>
          </w:p>
        </w:tc>
        <w:tc>
          <w:tcPr>
            <w:tcW w:w="4309" w:type="dxa"/>
            <w:vAlign w:val="center"/>
          </w:tcPr>
          <w:p w14:paraId="4BB65F22" w14:textId="77777777" w:rsidR="00EB0B06" w:rsidRDefault="00E30BD4">
            <w:pPr>
              <w:bidi/>
              <w:spacing w:before="40" w:after="40" w:line="288" w:lineRule="auto"/>
            </w:pPr>
            <w:r>
              <w:rPr>
                <w:sz w:val="18"/>
                <w:szCs w:val="18"/>
                <w:rtl/>
              </w:rPr>
              <w:t>نماذج Method Statements وITP سابقة</w:t>
            </w:r>
          </w:p>
        </w:tc>
        <w:tc>
          <w:tcPr>
            <w:tcW w:w="1134" w:type="dxa"/>
            <w:vAlign w:val="center"/>
          </w:tcPr>
          <w:p w14:paraId="2E6C7AE3" w14:textId="77777777" w:rsidR="00EB0B06" w:rsidRDefault="00E30BD4">
            <w:pPr>
              <w:bidi/>
              <w:spacing w:before="40" w:after="40" w:line="288" w:lineRule="auto"/>
              <w:jc w:val="center"/>
            </w:pPr>
            <w:r>
              <w:rPr>
                <w:sz w:val="18"/>
                <w:szCs w:val="18"/>
                <w:rtl/>
              </w:rPr>
              <w:t>الكل</w:t>
            </w:r>
          </w:p>
        </w:tc>
        <w:tc>
          <w:tcPr>
            <w:tcW w:w="907" w:type="dxa"/>
            <w:vAlign w:val="center"/>
          </w:tcPr>
          <w:p w14:paraId="12B320A6" w14:textId="77777777" w:rsidR="00EB0B06" w:rsidRDefault="00E30BD4">
            <w:pPr>
              <w:bidi/>
              <w:spacing w:before="40" w:after="40" w:line="288" w:lineRule="auto"/>
              <w:jc w:val="center"/>
            </w:pPr>
            <w:r>
              <w:rPr>
                <w:sz w:val="18"/>
                <w:szCs w:val="18"/>
                <w:rtl/>
              </w:rPr>
              <w:t>لا</w:t>
            </w:r>
          </w:p>
        </w:tc>
        <w:tc>
          <w:tcPr>
            <w:tcW w:w="1814" w:type="dxa"/>
            <w:vAlign w:val="center"/>
          </w:tcPr>
          <w:p w14:paraId="7CF82D09" w14:textId="77777777" w:rsidR="00EB0B06" w:rsidRDefault="00E30BD4">
            <w:pPr>
              <w:bidi/>
              <w:spacing w:before="40" w:after="40" w:line="288" w:lineRule="auto"/>
              <w:jc w:val="center"/>
            </w:pPr>
            <w:r>
              <w:rPr>
                <w:sz w:val="18"/>
                <w:szCs w:val="18"/>
                <w:rtl/>
              </w:rPr>
              <w:t>☐ نعم  ☐ لا</w:t>
            </w:r>
          </w:p>
        </w:tc>
        <w:tc>
          <w:tcPr>
            <w:tcW w:w="1417" w:type="dxa"/>
            <w:vAlign w:val="center"/>
          </w:tcPr>
          <w:p w14:paraId="57E49CF7" w14:textId="77777777" w:rsidR="00EB0B06" w:rsidRDefault="00EB0B06">
            <w:pPr>
              <w:bidi/>
              <w:spacing w:before="40" w:after="40" w:line="288" w:lineRule="auto"/>
            </w:pPr>
          </w:p>
        </w:tc>
      </w:tr>
      <w:tr w:rsidR="00EB0B06" w14:paraId="1F2D005C" w14:textId="77777777">
        <w:trPr>
          <w:cantSplit/>
          <w:trHeight w:val="408"/>
          <w:jc w:val="center"/>
        </w:trPr>
        <w:tc>
          <w:tcPr>
            <w:tcW w:w="510" w:type="dxa"/>
            <w:vAlign w:val="center"/>
          </w:tcPr>
          <w:p w14:paraId="147E4C43" w14:textId="77777777" w:rsidR="00EB0B06" w:rsidRDefault="00E30BD4">
            <w:pPr>
              <w:bidi/>
              <w:spacing w:before="40" w:after="40" w:line="288" w:lineRule="auto"/>
              <w:jc w:val="center"/>
            </w:pPr>
            <w:r>
              <w:rPr>
                <w:sz w:val="18"/>
                <w:szCs w:val="18"/>
                <w:rtl/>
              </w:rPr>
              <w:t>16</w:t>
            </w:r>
          </w:p>
        </w:tc>
        <w:tc>
          <w:tcPr>
            <w:tcW w:w="4309" w:type="dxa"/>
            <w:vAlign w:val="center"/>
          </w:tcPr>
          <w:p w14:paraId="4C4055EB" w14:textId="77777777" w:rsidR="00EB0B06" w:rsidRDefault="00E30BD4">
            <w:pPr>
              <w:bidi/>
              <w:spacing w:before="40" w:after="40" w:line="288" w:lineRule="auto"/>
            </w:pPr>
            <w:r>
              <w:rPr>
                <w:sz w:val="18"/>
                <w:szCs w:val="18"/>
                <w:rtl/>
              </w:rPr>
              <w:t>خطة السلامة أو شهادة ISO 45001 وإحصائيات الحوادث</w:t>
            </w:r>
          </w:p>
        </w:tc>
        <w:tc>
          <w:tcPr>
            <w:tcW w:w="1134" w:type="dxa"/>
            <w:vAlign w:val="center"/>
          </w:tcPr>
          <w:p w14:paraId="5B2CFF52" w14:textId="77777777" w:rsidR="00EB0B06" w:rsidRDefault="00E30BD4">
            <w:pPr>
              <w:bidi/>
              <w:spacing w:before="40" w:after="40" w:line="288" w:lineRule="auto"/>
              <w:jc w:val="center"/>
            </w:pPr>
            <w:r>
              <w:rPr>
                <w:sz w:val="18"/>
                <w:szCs w:val="18"/>
                <w:rtl/>
              </w:rPr>
              <w:t>الكل</w:t>
            </w:r>
          </w:p>
        </w:tc>
        <w:tc>
          <w:tcPr>
            <w:tcW w:w="907" w:type="dxa"/>
            <w:vAlign w:val="center"/>
          </w:tcPr>
          <w:p w14:paraId="684BDCA8" w14:textId="77777777" w:rsidR="00EB0B06" w:rsidRDefault="00E30BD4">
            <w:pPr>
              <w:bidi/>
              <w:spacing w:before="40" w:after="40" w:line="288" w:lineRule="auto"/>
              <w:jc w:val="center"/>
            </w:pPr>
            <w:r>
              <w:rPr>
                <w:sz w:val="18"/>
                <w:szCs w:val="18"/>
                <w:rtl/>
              </w:rPr>
              <w:t>لا</w:t>
            </w:r>
          </w:p>
        </w:tc>
        <w:tc>
          <w:tcPr>
            <w:tcW w:w="1814" w:type="dxa"/>
            <w:vAlign w:val="center"/>
          </w:tcPr>
          <w:p w14:paraId="415CFA23" w14:textId="77777777" w:rsidR="00EB0B06" w:rsidRDefault="00E30BD4">
            <w:pPr>
              <w:bidi/>
              <w:spacing w:before="40" w:after="40" w:line="288" w:lineRule="auto"/>
              <w:jc w:val="center"/>
            </w:pPr>
            <w:r>
              <w:rPr>
                <w:sz w:val="18"/>
                <w:szCs w:val="18"/>
                <w:rtl/>
              </w:rPr>
              <w:t>☐ نعم  ☐ لا</w:t>
            </w:r>
          </w:p>
        </w:tc>
        <w:tc>
          <w:tcPr>
            <w:tcW w:w="1417" w:type="dxa"/>
            <w:vAlign w:val="center"/>
          </w:tcPr>
          <w:p w14:paraId="26F4FA24" w14:textId="77777777" w:rsidR="00EB0B06" w:rsidRDefault="00EB0B06">
            <w:pPr>
              <w:bidi/>
              <w:spacing w:before="40" w:after="40" w:line="288" w:lineRule="auto"/>
            </w:pPr>
          </w:p>
        </w:tc>
      </w:tr>
      <w:tr w:rsidR="00EB0B06" w14:paraId="1CD2CDAE" w14:textId="77777777">
        <w:trPr>
          <w:cantSplit/>
          <w:trHeight w:val="408"/>
          <w:jc w:val="center"/>
        </w:trPr>
        <w:tc>
          <w:tcPr>
            <w:tcW w:w="510" w:type="dxa"/>
            <w:vAlign w:val="center"/>
          </w:tcPr>
          <w:p w14:paraId="1C7395A0" w14:textId="77777777" w:rsidR="00EB0B06" w:rsidRDefault="00E30BD4">
            <w:pPr>
              <w:bidi/>
              <w:spacing w:before="40" w:after="40" w:line="288" w:lineRule="auto"/>
              <w:jc w:val="center"/>
            </w:pPr>
            <w:r>
              <w:rPr>
                <w:sz w:val="18"/>
                <w:szCs w:val="18"/>
                <w:rtl/>
              </w:rPr>
              <w:t>17</w:t>
            </w:r>
          </w:p>
        </w:tc>
        <w:tc>
          <w:tcPr>
            <w:tcW w:w="4309" w:type="dxa"/>
            <w:vAlign w:val="center"/>
          </w:tcPr>
          <w:p w14:paraId="193FEA8D" w14:textId="77777777" w:rsidR="00EB0B06" w:rsidRDefault="00E30BD4">
            <w:pPr>
              <w:bidi/>
              <w:spacing w:before="40" w:after="40" w:line="288" w:lineRule="auto"/>
            </w:pPr>
            <w:r>
              <w:rPr>
                <w:sz w:val="18"/>
                <w:szCs w:val="18"/>
                <w:rtl/>
              </w:rPr>
              <w:t>ملف تعريف الشركة Company Profile</w:t>
            </w:r>
          </w:p>
        </w:tc>
        <w:tc>
          <w:tcPr>
            <w:tcW w:w="1134" w:type="dxa"/>
            <w:vAlign w:val="center"/>
          </w:tcPr>
          <w:p w14:paraId="4415EB61" w14:textId="77777777" w:rsidR="00EB0B06" w:rsidRDefault="00E30BD4">
            <w:pPr>
              <w:bidi/>
              <w:spacing w:before="40" w:after="40" w:line="288" w:lineRule="auto"/>
              <w:jc w:val="center"/>
            </w:pPr>
            <w:r>
              <w:rPr>
                <w:sz w:val="18"/>
                <w:szCs w:val="18"/>
                <w:rtl/>
              </w:rPr>
              <w:t>الكل</w:t>
            </w:r>
          </w:p>
        </w:tc>
        <w:tc>
          <w:tcPr>
            <w:tcW w:w="907" w:type="dxa"/>
            <w:vAlign w:val="center"/>
          </w:tcPr>
          <w:p w14:paraId="17F3BF02" w14:textId="77777777" w:rsidR="00EB0B06" w:rsidRDefault="00E30BD4">
            <w:pPr>
              <w:bidi/>
              <w:spacing w:before="40" w:after="40" w:line="288" w:lineRule="auto"/>
              <w:jc w:val="center"/>
            </w:pPr>
            <w:r>
              <w:rPr>
                <w:sz w:val="18"/>
                <w:szCs w:val="18"/>
                <w:rtl/>
              </w:rPr>
              <w:t>لا</w:t>
            </w:r>
          </w:p>
        </w:tc>
        <w:tc>
          <w:tcPr>
            <w:tcW w:w="1814" w:type="dxa"/>
            <w:vAlign w:val="center"/>
          </w:tcPr>
          <w:p w14:paraId="7CF3703D" w14:textId="77777777" w:rsidR="00EB0B06" w:rsidRDefault="00E30BD4">
            <w:pPr>
              <w:bidi/>
              <w:spacing w:before="40" w:after="40" w:line="288" w:lineRule="auto"/>
              <w:jc w:val="center"/>
            </w:pPr>
            <w:r>
              <w:rPr>
                <w:sz w:val="18"/>
                <w:szCs w:val="18"/>
                <w:rtl/>
              </w:rPr>
              <w:t>☐ نعم  ☐ لا</w:t>
            </w:r>
          </w:p>
        </w:tc>
        <w:tc>
          <w:tcPr>
            <w:tcW w:w="1417" w:type="dxa"/>
            <w:vAlign w:val="center"/>
          </w:tcPr>
          <w:p w14:paraId="2225BD10" w14:textId="77777777" w:rsidR="00EB0B06" w:rsidRDefault="00EB0B06">
            <w:pPr>
              <w:bidi/>
              <w:spacing w:before="40" w:after="40" w:line="288" w:lineRule="auto"/>
            </w:pPr>
          </w:p>
        </w:tc>
      </w:tr>
    </w:tbl>
    <w:p w14:paraId="5E294EE5" w14:textId="77777777" w:rsidR="00EB0B06" w:rsidRDefault="00E30BD4">
      <w:pPr>
        <w:keepNext/>
        <w:pBdr>
          <w:bottom w:val="single" w:sz="8" w:space="1" w:color="2633FF"/>
        </w:pBdr>
        <w:bidi/>
        <w:spacing w:before="200" w:after="120"/>
        <w:outlineLvl w:val="0"/>
      </w:pPr>
      <w:r>
        <w:rPr>
          <w:b/>
          <w:bCs/>
          <w:color w:val="052976"/>
          <w:sz w:val="30"/>
          <w:szCs w:val="30"/>
          <w:rtl/>
        </w:rPr>
        <w:t>3. الملاءة المالية</w:t>
      </w:r>
    </w:p>
    <w:tbl>
      <w:tblPr>
        <w:tblStyle w:val="TableGrid"/>
        <w:bidiVisual/>
        <w:tblW w:w="0" w:type="auto"/>
        <w:jc w:val="center"/>
        <w:tblLayout w:type="fixed"/>
        <w:tblLook w:val="04A0" w:firstRow="1" w:lastRow="0" w:firstColumn="1" w:lastColumn="0" w:noHBand="0" w:noVBand="1"/>
      </w:tblPr>
      <w:tblGrid>
        <w:gridCol w:w="4195"/>
        <w:gridCol w:w="1984"/>
        <w:gridCol w:w="1984"/>
        <w:gridCol w:w="1928"/>
      </w:tblGrid>
      <w:tr w:rsidR="00EB0B06" w14:paraId="370838F3" w14:textId="77777777">
        <w:trPr>
          <w:cantSplit/>
          <w:trHeight w:val="408"/>
          <w:tblHeader/>
          <w:jc w:val="center"/>
        </w:trPr>
        <w:tc>
          <w:tcPr>
            <w:tcW w:w="4195" w:type="dxa"/>
            <w:shd w:val="clear" w:color="auto" w:fill="052976"/>
            <w:vAlign w:val="center"/>
          </w:tcPr>
          <w:p w14:paraId="71C49A5A" w14:textId="77777777" w:rsidR="00EB0B06" w:rsidRDefault="00E30BD4">
            <w:pPr>
              <w:bidi/>
              <w:spacing w:before="40" w:after="40" w:line="288" w:lineRule="auto"/>
              <w:jc w:val="center"/>
            </w:pPr>
            <w:r>
              <w:rPr>
                <w:b/>
                <w:bCs/>
                <w:color w:val="FFFFFF"/>
                <w:sz w:val="19"/>
                <w:szCs w:val="19"/>
                <w:rtl/>
              </w:rPr>
              <w:t>البيان (بالعملة المحلية)</w:t>
            </w:r>
          </w:p>
        </w:tc>
        <w:tc>
          <w:tcPr>
            <w:tcW w:w="1984" w:type="dxa"/>
            <w:shd w:val="clear" w:color="auto" w:fill="052976"/>
            <w:vAlign w:val="center"/>
          </w:tcPr>
          <w:p w14:paraId="1E6275DE" w14:textId="77777777" w:rsidR="00EB0B06" w:rsidRDefault="00E30BD4">
            <w:pPr>
              <w:bidi/>
              <w:spacing w:before="40" w:after="40" w:line="288" w:lineRule="auto"/>
              <w:jc w:val="center"/>
            </w:pPr>
            <w:r>
              <w:rPr>
                <w:b/>
                <w:bCs/>
                <w:color w:val="FFFFFF"/>
                <w:sz w:val="19"/>
                <w:szCs w:val="19"/>
                <w:rtl/>
              </w:rPr>
              <w:t>السنة 2023</w:t>
            </w:r>
          </w:p>
        </w:tc>
        <w:tc>
          <w:tcPr>
            <w:tcW w:w="1984" w:type="dxa"/>
            <w:shd w:val="clear" w:color="auto" w:fill="052976"/>
            <w:vAlign w:val="center"/>
          </w:tcPr>
          <w:p w14:paraId="42509333" w14:textId="77777777" w:rsidR="00EB0B06" w:rsidRDefault="00E30BD4">
            <w:pPr>
              <w:bidi/>
              <w:spacing w:before="40" w:after="40" w:line="288" w:lineRule="auto"/>
              <w:jc w:val="center"/>
            </w:pPr>
            <w:r>
              <w:rPr>
                <w:b/>
                <w:bCs/>
                <w:color w:val="FFFFFF"/>
                <w:sz w:val="19"/>
                <w:szCs w:val="19"/>
                <w:rtl/>
              </w:rPr>
              <w:t>السنة 2024</w:t>
            </w:r>
          </w:p>
        </w:tc>
        <w:tc>
          <w:tcPr>
            <w:tcW w:w="1928" w:type="dxa"/>
            <w:shd w:val="clear" w:color="auto" w:fill="052976"/>
            <w:vAlign w:val="center"/>
          </w:tcPr>
          <w:p w14:paraId="282BE54B" w14:textId="77777777" w:rsidR="00EB0B06" w:rsidRDefault="00E30BD4">
            <w:pPr>
              <w:bidi/>
              <w:spacing w:before="40" w:after="40" w:line="288" w:lineRule="auto"/>
              <w:jc w:val="center"/>
            </w:pPr>
            <w:r>
              <w:rPr>
                <w:b/>
                <w:bCs/>
                <w:color w:val="FFFFFF"/>
                <w:sz w:val="19"/>
                <w:szCs w:val="19"/>
                <w:rtl/>
              </w:rPr>
              <w:t>السنة 2025</w:t>
            </w:r>
          </w:p>
        </w:tc>
      </w:tr>
      <w:tr w:rsidR="00EB0B06" w14:paraId="593A0E45" w14:textId="77777777">
        <w:trPr>
          <w:cantSplit/>
          <w:trHeight w:val="408"/>
          <w:jc w:val="center"/>
        </w:trPr>
        <w:tc>
          <w:tcPr>
            <w:tcW w:w="4195" w:type="dxa"/>
            <w:vAlign w:val="center"/>
          </w:tcPr>
          <w:p w14:paraId="517D9FCA" w14:textId="77777777" w:rsidR="00EB0B06" w:rsidRDefault="00E30BD4">
            <w:pPr>
              <w:bidi/>
              <w:spacing w:before="40" w:after="40" w:line="288" w:lineRule="auto"/>
            </w:pPr>
            <w:r>
              <w:rPr>
                <w:sz w:val="19"/>
                <w:szCs w:val="19"/>
                <w:rtl/>
              </w:rPr>
              <w:t>إجمالي الإيرادات (حجم الأعمال)</w:t>
            </w:r>
          </w:p>
        </w:tc>
        <w:tc>
          <w:tcPr>
            <w:tcW w:w="1984" w:type="dxa"/>
            <w:vAlign w:val="center"/>
          </w:tcPr>
          <w:p w14:paraId="5B67D63B" w14:textId="77777777" w:rsidR="00EB0B06" w:rsidRDefault="00EB0B06">
            <w:pPr>
              <w:bidi/>
              <w:spacing w:before="40" w:after="40" w:line="288" w:lineRule="auto"/>
            </w:pPr>
          </w:p>
        </w:tc>
        <w:tc>
          <w:tcPr>
            <w:tcW w:w="1984" w:type="dxa"/>
            <w:vAlign w:val="center"/>
          </w:tcPr>
          <w:p w14:paraId="39928B12" w14:textId="77777777" w:rsidR="00EB0B06" w:rsidRDefault="00EB0B06">
            <w:pPr>
              <w:bidi/>
              <w:spacing w:before="40" w:after="40" w:line="288" w:lineRule="auto"/>
            </w:pPr>
          </w:p>
        </w:tc>
        <w:tc>
          <w:tcPr>
            <w:tcW w:w="1928" w:type="dxa"/>
            <w:vAlign w:val="center"/>
          </w:tcPr>
          <w:p w14:paraId="45EE121F" w14:textId="77777777" w:rsidR="00EB0B06" w:rsidRDefault="00EB0B06">
            <w:pPr>
              <w:bidi/>
              <w:spacing w:before="40" w:after="40" w:line="288" w:lineRule="auto"/>
            </w:pPr>
          </w:p>
        </w:tc>
      </w:tr>
      <w:tr w:rsidR="00EB0B06" w14:paraId="6401829E" w14:textId="77777777">
        <w:trPr>
          <w:cantSplit/>
          <w:trHeight w:val="408"/>
          <w:jc w:val="center"/>
        </w:trPr>
        <w:tc>
          <w:tcPr>
            <w:tcW w:w="4195" w:type="dxa"/>
            <w:vAlign w:val="center"/>
          </w:tcPr>
          <w:p w14:paraId="23425332" w14:textId="77777777" w:rsidR="00EB0B06" w:rsidRDefault="00E30BD4">
            <w:pPr>
              <w:bidi/>
              <w:spacing w:before="40" w:after="40" w:line="288" w:lineRule="auto"/>
            </w:pPr>
            <w:r>
              <w:rPr>
                <w:sz w:val="19"/>
                <w:szCs w:val="19"/>
                <w:rtl/>
              </w:rPr>
              <w:t>صافي الربح</w:t>
            </w:r>
          </w:p>
        </w:tc>
        <w:tc>
          <w:tcPr>
            <w:tcW w:w="1984" w:type="dxa"/>
            <w:vAlign w:val="center"/>
          </w:tcPr>
          <w:p w14:paraId="427E6EBE" w14:textId="77777777" w:rsidR="00EB0B06" w:rsidRDefault="00EB0B06">
            <w:pPr>
              <w:bidi/>
              <w:spacing w:before="40" w:after="40" w:line="288" w:lineRule="auto"/>
            </w:pPr>
          </w:p>
        </w:tc>
        <w:tc>
          <w:tcPr>
            <w:tcW w:w="1984" w:type="dxa"/>
            <w:vAlign w:val="center"/>
          </w:tcPr>
          <w:p w14:paraId="076B571A" w14:textId="77777777" w:rsidR="00EB0B06" w:rsidRDefault="00EB0B06">
            <w:pPr>
              <w:bidi/>
              <w:spacing w:before="40" w:after="40" w:line="288" w:lineRule="auto"/>
            </w:pPr>
          </w:p>
        </w:tc>
        <w:tc>
          <w:tcPr>
            <w:tcW w:w="1928" w:type="dxa"/>
            <w:vAlign w:val="center"/>
          </w:tcPr>
          <w:p w14:paraId="3BF93F63" w14:textId="77777777" w:rsidR="00EB0B06" w:rsidRDefault="00EB0B06">
            <w:pPr>
              <w:bidi/>
              <w:spacing w:before="40" w:after="40" w:line="288" w:lineRule="auto"/>
            </w:pPr>
          </w:p>
        </w:tc>
      </w:tr>
      <w:tr w:rsidR="00EB0B06" w14:paraId="1A5BB1ED" w14:textId="77777777">
        <w:trPr>
          <w:cantSplit/>
          <w:trHeight w:val="408"/>
          <w:jc w:val="center"/>
        </w:trPr>
        <w:tc>
          <w:tcPr>
            <w:tcW w:w="4195" w:type="dxa"/>
            <w:vAlign w:val="center"/>
          </w:tcPr>
          <w:p w14:paraId="28FCD672" w14:textId="77777777" w:rsidR="00EB0B06" w:rsidRDefault="00E30BD4">
            <w:pPr>
              <w:bidi/>
              <w:spacing w:before="40" w:after="40" w:line="288" w:lineRule="auto"/>
            </w:pPr>
            <w:r>
              <w:rPr>
                <w:sz w:val="19"/>
                <w:szCs w:val="19"/>
                <w:rtl/>
              </w:rPr>
              <w:t>الأصول المتداولة</w:t>
            </w:r>
          </w:p>
        </w:tc>
        <w:tc>
          <w:tcPr>
            <w:tcW w:w="1984" w:type="dxa"/>
            <w:vAlign w:val="center"/>
          </w:tcPr>
          <w:p w14:paraId="06BB8E3D" w14:textId="77777777" w:rsidR="00EB0B06" w:rsidRDefault="00EB0B06">
            <w:pPr>
              <w:bidi/>
              <w:spacing w:before="40" w:after="40" w:line="288" w:lineRule="auto"/>
            </w:pPr>
          </w:p>
        </w:tc>
        <w:tc>
          <w:tcPr>
            <w:tcW w:w="1984" w:type="dxa"/>
            <w:vAlign w:val="center"/>
          </w:tcPr>
          <w:p w14:paraId="644C5DD3" w14:textId="77777777" w:rsidR="00EB0B06" w:rsidRDefault="00EB0B06">
            <w:pPr>
              <w:bidi/>
              <w:spacing w:before="40" w:after="40" w:line="288" w:lineRule="auto"/>
            </w:pPr>
          </w:p>
        </w:tc>
        <w:tc>
          <w:tcPr>
            <w:tcW w:w="1928" w:type="dxa"/>
            <w:vAlign w:val="center"/>
          </w:tcPr>
          <w:p w14:paraId="60B8532C" w14:textId="77777777" w:rsidR="00EB0B06" w:rsidRDefault="00EB0B06">
            <w:pPr>
              <w:bidi/>
              <w:spacing w:before="40" w:after="40" w:line="288" w:lineRule="auto"/>
            </w:pPr>
          </w:p>
        </w:tc>
      </w:tr>
      <w:tr w:rsidR="00EB0B06" w14:paraId="389EF201" w14:textId="77777777">
        <w:trPr>
          <w:cantSplit/>
          <w:trHeight w:val="408"/>
          <w:jc w:val="center"/>
        </w:trPr>
        <w:tc>
          <w:tcPr>
            <w:tcW w:w="4195" w:type="dxa"/>
            <w:vAlign w:val="center"/>
          </w:tcPr>
          <w:p w14:paraId="4AC59D00" w14:textId="77777777" w:rsidR="00EB0B06" w:rsidRDefault="00E30BD4">
            <w:pPr>
              <w:bidi/>
              <w:spacing w:before="40" w:after="40" w:line="288" w:lineRule="auto"/>
            </w:pPr>
            <w:r>
              <w:rPr>
                <w:sz w:val="19"/>
                <w:szCs w:val="19"/>
                <w:rtl/>
              </w:rPr>
              <w:t>الخصوم المتداولة</w:t>
            </w:r>
          </w:p>
        </w:tc>
        <w:tc>
          <w:tcPr>
            <w:tcW w:w="1984" w:type="dxa"/>
            <w:vAlign w:val="center"/>
          </w:tcPr>
          <w:p w14:paraId="1A24E2EB" w14:textId="77777777" w:rsidR="00EB0B06" w:rsidRDefault="00EB0B06">
            <w:pPr>
              <w:bidi/>
              <w:spacing w:before="40" w:after="40" w:line="288" w:lineRule="auto"/>
            </w:pPr>
          </w:p>
        </w:tc>
        <w:tc>
          <w:tcPr>
            <w:tcW w:w="1984" w:type="dxa"/>
            <w:vAlign w:val="center"/>
          </w:tcPr>
          <w:p w14:paraId="142203A7" w14:textId="77777777" w:rsidR="00EB0B06" w:rsidRDefault="00EB0B06">
            <w:pPr>
              <w:bidi/>
              <w:spacing w:before="40" w:after="40" w:line="288" w:lineRule="auto"/>
            </w:pPr>
          </w:p>
        </w:tc>
        <w:tc>
          <w:tcPr>
            <w:tcW w:w="1928" w:type="dxa"/>
            <w:vAlign w:val="center"/>
          </w:tcPr>
          <w:p w14:paraId="77F2CC92" w14:textId="77777777" w:rsidR="00EB0B06" w:rsidRDefault="00EB0B06">
            <w:pPr>
              <w:bidi/>
              <w:spacing w:before="40" w:after="40" w:line="288" w:lineRule="auto"/>
            </w:pPr>
          </w:p>
        </w:tc>
      </w:tr>
      <w:tr w:rsidR="00EB0B06" w14:paraId="035F92CF" w14:textId="77777777">
        <w:trPr>
          <w:cantSplit/>
          <w:trHeight w:val="408"/>
          <w:jc w:val="center"/>
        </w:trPr>
        <w:tc>
          <w:tcPr>
            <w:tcW w:w="4195" w:type="dxa"/>
            <w:vAlign w:val="center"/>
          </w:tcPr>
          <w:p w14:paraId="44B6D8AB" w14:textId="77777777" w:rsidR="00EB0B06" w:rsidRDefault="00E30BD4">
            <w:pPr>
              <w:bidi/>
              <w:spacing w:before="40" w:after="40" w:line="288" w:lineRule="auto"/>
            </w:pPr>
            <w:r>
              <w:rPr>
                <w:sz w:val="19"/>
                <w:szCs w:val="19"/>
                <w:rtl/>
              </w:rPr>
              <w:t>نسبة السيولة (الأصول المتداولة / الخصوم المتداولة)</w:t>
            </w:r>
          </w:p>
        </w:tc>
        <w:tc>
          <w:tcPr>
            <w:tcW w:w="1984" w:type="dxa"/>
            <w:vAlign w:val="center"/>
          </w:tcPr>
          <w:p w14:paraId="35A2FCD3" w14:textId="77777777" w:rsidR="00EB0B06" w:rsidRDefault="00EB0B06">
            <w:pPr>
              <w:bidi/>
              <w:spacing w:before="40" w:after="40" w:line="288" w:lineRule="auto"/>
            </w:pPr>
          </w:p>
        </w:tc>
        <w:tc>
          <w:tcPr>
            <w:tcW w:w="1984" w:type="dxa"/>
            <w:vAlign w:val="center"/>
          </w:tcPr>
          <w:p w14:paraId="48CA0949" w14:textId="77777777" w:rsidR="00EB0B06" w:rsidRDefault="00EB0B06">
            <w:pPr>
              <w:bidi/>
              <w:spacing w:before="40" w:after="40" w:line="288" w:lineRule="auto"/>
            </w:pPr>
          </w:p>
        </w:tc>
        <w:tc>
          <w:tcPr>
            <w:tcW w:w="1928" w:type="dxa"/>
            <w:vAlign w:val="center"/>
          </w:tcPr>
          <w:p w14:paraId="09D31F2C" w14:textId="77777777" w:rsidR="00EB0B06" w:rsidRDefault="00EB0B06">
            <w:pPr>
              <w:bidi/>
              <w:spacing w:before="40" w:after="40" w:line="288" w:lineRule="auto"/>
            </w:pPr>
          </w:p>
        </w:tc>
      </w:tr>
      <w:tr w:rsidR="00EB0B06" w14:paraId="5AD0A8D2" w14:textId="77777777">
        <w:trPr>
          <w:cantSplit/>
          <w:trHeight w:val="408"/>
          <w:jc w:val="center"/>
        </w:trPr>
        <w:tc>
          <w:tcPr>
            <w:tcW w:w="4195" w:type="dxa"/>
            <w:vAlign w:val="center"/>
          </w:tcPr>
          <w:p w14:paraId="048FCF0B" w14:textId="77777777" w:rsidR="00EB0B06" w:rsidRDefault="00E30BD4">
            <w:pPr>
              <w:bidi/>
              <w:spacing w:before="40" w:after="40" w:line="288" w:lineRule="auto"/>
            </w:pPr>
            <w:r>
              <w:rPr>
                <w:sz w:val="19"/>
                <w:szCs w:val="19"/>
                <w:rtl/>
              </w:rPr>
              <w:t>حقوق الملكية</w:t>
            </w:r>
          </w:p>
        </w:tc>
        <w:tc>
          <w:tcPr>
            <w:tcW w:w="1984" w:type="dxa"/>
            <w:vAlign w:val="center"/>
          </w:tcPr>
          <w:p w14:paraId="1C06832F" w14:textId="77777777" w:rsidR="00EB0B06" w:rsidRDefault="00EB0B06">
            <w:pPr>
              <w:bidi/>
              <w:spacing w:before="40" w:after="40" w:line="288" w:lineRule="auto"/>
            </w:pPr>
          </w:p>
        </w:tc>
        <w:tc>
          <w:tcPr>
            <w:tcW w:w="1984" w:type="dxa"/>
            <w:vAlign w:val="center"/>
          </w:tcPr>
          <w:p w14:paraId="40E35FAA" w14:textId="77777777" w:rsidR="00EB0B06" w:rsidRDefault="00EB0B06">
            <w:pPr>
              <w:bidi/>
              <w:spacing w:before="40" w:after="40" w:line="288" w:lineRule="auto"/>
            </w:pPr>
          </w:p>
        </w:tc>
        <w:tc>
          <w:tcPr>
            <w:tcW w:w="1928" w:type="dxa"/>
            <w:vAlign w:val="center"/>
          </w:tcPr>
          <w:p w14:paraId="6DD9E26F" w14:textId="77777777" w:rsidR="00EB0B06" w:rsidRDefault="00EB0B06">
            <w:pPr>
              <w:bidi/>
              <w:spacing w:before="40" w:after="40" w:line="288" w:lineRule="auto"/>
            </w:pPr>
          </w:p>
        </w:tc>
      </w:tr>
      <w:tr w:rsidR="00EB0B06" w14:paraId="44C0E597" w14:textId="77777777">
        <w:trPr>
          <w:cantSplit/>
          <w:trHeight w:val="408"/>
          <w:jc w:val="center"/>
        </w:trPr>
        <w:tc>
          <w:tcPr>
            <w:tcW w:w="4195" w:type="dxa"/>
            <w:vAlign w:val="center"/>
          </w:tcPr>
          <w:p w14:paraId="11E95ABB" w14:textId="77777777" w:rsidR="00EB0B06" w:rsidRDefault="00E30BD4">
            <w:pPr>
              <w:bidi/>
              <w:spacing w:before="40" w:after="40" w:line="288" w:lineRule="auto"/>
            </w:pPr>
            <w:r>
              <w:rPr>
                <w:sz w:val="19"/>
                <w:szCs w:val="19"/>
                <w:rtl/>
              </w:rPr>
              <w:t>إجمالي الأعمال الجارية غير المنفذة</w:t>
            </w:r>
          </w:p>
        </w:tc>
        <w:tc>
          <w:tcPr>
            <w:tcW w:w="1984" w:type="dxa"/>
            <w:vAlign w:val="center"/>
          </w:tcPr>
          <w:p w14:paraId="404A74A0" w14:textId="77777777" w:rsidR="00EB0B06" w:rsidRDefault="00EB0B06">
            <w:pPr>
              <w:bidi/>
              <w:spacing w:before="40" w:after="40" w:line="288" w:lineRule="auto"/>
            </w:pPr>
          </w:p>
        </w:tc>
        <w:tc>
          <w:tcPr>
            <w:tcW w:w="1984" w:type="dxa"/>
            <w:vAlign w:val="center"/>
          </w:tcPr>
          <w:p w14:paraId="0368FCEA" w14:textId="77777777" w:rsidR="00EB0B06" w:rsidRDefault="00EB0B06">
            <w:pPr>
              <w:bidi/>
              <w:spacing w:before="40" w:after="40" w:line="288" w:lineRule="auto"/>
            </w:pPr>
          </w:p>
        </w:tc>
        <w:tc>
          <w:tcPr>
            <w:tcW w:w="1928" w:type="dxa"/>
            <w:vAlign w:val="center"/>
          </w:tcPr>
          <w:p w14:paraId="6DBB47DD" w14:textId="77777777" w:rsidR="00EB0B06" w:rsidRDefault="00EB0B06">
            <w:pPr>
              <w:bidi/>
              <w:spacing w:before="40" w:after="40" w:line="288" w:lineRule="auto"/>
            </w:pPr>
          </w:p>
        </w:tc>
      </w:tr>
    </w:tbl>
    <w:p w14:paraId="3734B8E2" w14:textId="77777777" w:rsidR="00EB0B06" w:rsidRDefault="00EB0B06">
      <w:pPr>
        <w:bidi/>
        <w:spacing w:after="40"/>
      </w:pPr>
    </w:p>
    <w:tbl>
      <w:tblPr>
        <w:tblStyle w:val="TableGrid"/>
        <w:bidiVisual/>
        <w:tblW w:w="0" w:type="auto"/>
        <w:jc w:val="center"/>
        <w:tblLayout w:type="fixed"/>
        <w:tblLook w:val="04A0" w:firstRow="1" w:lastRow="0" w:firstColumn="1" w:lastColumn="0" w:noHBand="0" w:noVBand="1"/>
      </w:tblPr>
      <w:tblGrid>
        <w:gridCol w:w="3175"/>
        <w:gridCol w:w="6917"/>
      </w:tblGrid>
      <w:tr w:rsidR="00EB0B06" w14:paraId="3084C9D7" w14:textId="77777777">
        <w:trPr>
          <w:cantSplit/>
          <w:trHeight w:val="408"/>
          <w:jc w:val="center"/>
        </w:trPr>
        <w:tc>
          <w:tcPr>
            <w:tcW w:w="3175" w:type="dxa"/>
            <w:shd w:val="clear" w:color="auto" w:fill="EEF1FA"/>
            <w:vAlign w:val="center"/>
          </w:tcPr>
          <w:p w14:paraId="7CA58692" w14:textId="77777777" w:rsidR="00EB0B06" w:rsidRDefault="00E30BD4">
            <w:pPr>
              <w:bidi/>
              <w:spacing w:before="40" w:after="40" w:line="288" w:lineRule="auto"/>
            </w:pPr>
            <w:r>
              <w:rPr>
                <w:sz w:val="19"/>
                <w:szCs w:val="19"/>
                <w:rtl/>
              </w:rPr>
              <w:t>البنك الرئيسي وفرعه</w:t>
            </w:r>
          </w:p>
        </w:tc>
        <w:tc>
          <w:tcPr>
            <w:tcW w:w="6917" w:type="dxa"/>
            <w:vAlign w:val="center"/>
          </w:tcPr>
          <w:p w14:paraId="75289263" w14:textId="77777777" w:rsidR="00EB0B06" w:rsidRDefault="00EB0B06">
            <w:pPr>
              <w:bidi/>
              <w:spacing w:before="40" w:after="40" w:line="288" w:lineRule="auto"/>
            </w:pPr>
          </w:p>
        </w:tc>
      </w:tr>
      <w:tr w:rsidR="00EB0B06" w14:paraId="76C941E7" w14:textId="77777777">
        <w:trPr>
          <w:cantSplit/>
          <w:trHeight w:val="408"/>
          <w:jc w:val="center"/>
        </w:trPr>
        <w:tc>
          <w:tcPr>
            <w:tcW w:w="3175" w:type="dxa"/>
            <w:shd w:val="clear" w:color="auto" w:fill="EEF1FA"/>
            <w:vAlign w:val="center"/>
          </w:tcPr>
          <w:p w14:paraId="714009E7" w14:textId="77777777" w:rsidR="00EB0B06" w:rsidRDefault="00E30BD4">
            <w:pPr>
              <w:bidi/>
              <w:spacing w:before="40" w:after="40" w:line="288" w:lineRule="auto"/>
            </w:pPr>
            <w:r>
              <w:rPr>
                <w:sz w:val="19"/>
                <w:szCs w:val="19"/>
                <w:rtl/>
              </w:rPr>
              <w:t>حدود التسهيلات الائتمانية المتاحة</w:t>
            </w:r>
          </w:p>
        </w:tc>
        <w:tc>
          <w:tcPr>
            <w:tcW w:w="6917" w:type="dxa"/>
            <w:vAlign w:val="center"/>
          </w:tcPr>
          <w:p w14:paraId="40C8EA17" w14:textId="77777777" w:rsidR="00EB0B06" w:rsidRDefault="00EB0B06">
            <w:pPr>
              <w:bidi/>
              <w:spacing w:before="40" w:after="40" w:line="288" w:lineRule="auto"/>
            </w:pPr>
          </w:p>
        </w:tc>
      </w:tr>
      <w:tr w:rsidR="00EB0B06" w14:paraId="1B8B3111" w14:textId="77777777">
        <w:trPr>
          <w:cantSplit/>
          <w:trHeight w:val="408"/>
          <w:jc w:val="center"/>
        </w:trPr>
        <w:tc>
          <w:tcPr>
            <w:tcW w:w="3175" w:type="dxa"/>
            <w:shd w:val="clear" w:color="auto" w:fill="EEF1FA"/>
            <w:vAlign w:val="center"/>
          </w:tcPr>
          <w:p w14:paraId="21F23B0C" w14:textId="77777777" w:rsidR="00EB0B06" w:rsidRDefault="00E30BD4">
            <w:pPr>
              <w:bidi/>
              <w:spacing w:before="40" w:after="40" w:line="288" w:lineRule="auto"/>
            </w:pPr>
            <w:r>
              <w:rPr>
                <w:sz w:val="19"/>
                <w:szCs w:val="19"/>
                <w:rtl/>
              </w:rPr>
              <w:t>الحد الأقصى للضمانات البنكية الممكن إصدارها</w:t>
            </w:r>
          </w:p>
        </w:tc>
        <w:tc>
          <w:tcPr>
            <w:tcW w:w="6917" w:type="dxa"/>
            <w:vAlign w:val="center"/>
          </w:tcPr>
          <w:p w14:paraId="64D00636" w14:textId="77777777" w:rsidR="00EB0B06" w:rsidRDefault="00EB0B06">
            <w:pPr>
              <w:bidi/>
              <w:spacing w:before="40" w:after="40" w:line="288" w:lineRule="auto"/>
            </w:pPr>
          </w:p>
        </w:tc>
      </w:tr>
      <w:tr w:rsidR="00EB0B06" w14:paraId="00F4E08A" w14:textId="77777777">
        <w:trPr>
          <w:cantSplit/>
          <w:trHeight w:val="408"/>
          <w:jc w:val="center"/>
        </w:trPr>
        <w:tc>
          <w:tcPr>
            <w:tcW w:w="3175" w:type="dxa"/>
            <w:shd w:val="clear" w:color="auto" w:fill="EEF1FA"/>
            <w:vAlign w:val="center"/>
          </w:tcPr>
          <w:p w14:paraId="45E61EC9" w14:textId="77777777" w:rsidR="00EB0B06" w:rsidRDefault="00E30BD4">
            <w:pPr>
              <w:bidi/>
              <w:spacing w:before="40" w:after="40" w:line="288" w:lineRule="auto"/>
            </w:pPr>
            <w:r>
              <w:rPr>
                <w:sz w:val="19"/>
                <w:szCs w:val="19"/>
                <w:rtl/>
              </w:rPr>
              <w:t>هل توجد قضايا أو مطالبات مالية قائمة؟</w:t>
            </w:r>
          </w:p>
        </w:tc>
        <w:tc>
          <w:tcPr>
            <w:tcW w:w="6917" w:type="dxa"/>
            <w:vAlign w:val="center"/>
          </w:tcPr>
          <w:p w14:paraId="2837D50B" w14:textId="77777777" w:rsidR="00EB0B06" w:rsidRDefault="00E30BD4">
            <w:pPr>
              <w:bidi/>
              <w:spacing w:before="40" w:after="40" w:line="288" w:lineRule="auto"/>
            </w:pPr>
            <w:r>
              <w:rPr>
                <w:sz w:val="19"/>
                <w:szCs w:val="19"/>
                <w:rtl/>
              </w:rPr>
              <w:t>☐ لا   ☐ نعم، التفاصيل:</w:t>
            </w:r>
          </w:p>
        </w:tc>
      </w:tr>
      <w:tr w:rsidR="00EB0B06" w14:paraId="75CD9A6E" w14:textId="77777777">
        <w:trPr>
          <w:cantSplit/>
          <w:trHeight w:val="408"/>
          <w:jc w:val="center"/>
        </w:trPr>
        <w:tc>
          <w:tcPr>
            <w:tcW w:w="3175" w:type="dxa"/>
            <w:shd w:val="clear" w:color="auto" w:fill="EEF1FA"/>
            <w:vAlign w:val="center"/>
          </w:tcPr>
          <w:p w14:paraId="4D56C3EE" w14:textId="77777777" w:rsidR="00EB0B06" w:rsidRDefault="00E30BD4">
            <w:pPr>
              <w:bidi/>
              <w:spacing w:before="40" w:after="40" w:line="288" w:lineRule="auto"/>
            </w:pPr>
            <w:r>
              <w:rPr>
                <w:sz w:val="19"/>
                <w:szCs w:val="19"/>
                <w:rtl/>
              </w:rPr>
              <w:t>المحاسب القانوني المدقق</w:t>
            </w:r>
          </w:p>
        </w:tc>
        <w:tc>
          <w:tcPr>
            <w:tcW w:w="6917" w:type="dxa"/>
            <w:vAlign w:val="center"/>
          </w:tcPr>
          <w:p w14:paraId="14A76B57" w14:textId="77777777" w:rsidR="00EB0B06" w:rsidRDefault="00EB0B06">
            <w:pPr>
              <w:bidi/>
              <w:spacing w:before="40" w:after="40" w:line="288" w:lineRule="auto"/>
            </w:pPr>
          </w:p>
        </w:tc>
      </w:tr>
    </w:tbl>
    <w:p w14:paraId="6BAA6625" w14:textId="77777777" w:rsidR="00EB0B06" w:rsidRDefault="00E30BD4">
      <w:pPr>
        <w:keepNext/>
        <w:pBdr>
          <w:bottom w:val="single" w:sz="8" w:space="1" w:color="2633FF"/>
        </w:pBdr>
        <w:bidi/>
        <w:spacing w:before="200" w:after="120"/>
        <w:outlineLvl w:val="0"/>
      </w:pPr>
      <w:r>
        <w:rPr>
          <w:b/>
          <w:bCs/>
          <w:color w:val="052976"/>
          <w:sz w:val="30"/>
          <w:szCs w:val="30"/>
          <w:rtl/>
        </w:rPr>
        <w:t>4. الخبرة السابقة</w:t>
      </w:r>
    </w:p>
    <w:p w14:paraId="031D80C6" w14:textId="77777777" w:rsidR="00EB0B06" w:rsidRDefault="00E30BD4">
      <w:pPr>
        <w:keepNext/>
        <w:bidi/>
        <w:spacing w:after="120"/>
        <w:outlineLvl w:val="1"/>
      </w:pPr>
      <w:r>
        <w:rPr>
          <w:b/>
          <w:bCs/>
          <w:color w:val="052976"/>
          <w:sz w:val="25"/>
          <w:szCs w:val="25"/>
          <w:rtl/>
        </w:rPr>
        <w:t>4.1 المشروعات المماثلة المنفذة خلال آخر 5 سنوات</w:t>
      </w:r>
    </w:p>
    <w:tbl>
      <w:tblPr>
        <w:tblStyle w:val="TableGrid"/>
        <w:bidiVisual/>
        <w:tblW w:w="0" w:type="auto"/>
        <w:jc w:val="center"/>
        <w:tblLayout w:type="fixed"/>
        <w:tblLook w:val="04A0" w:firstRow="1" w:lastRow="0" w:firstColumn="1" w:lastColumn="0" w:noHBand="0" w:noVBand="1"/>
      </w:tblPr>
      <w:tblGrid>
        <w:gridCol w:w="397"/>
        <w:gridCol w:w="1701"/>
        <w:gridCol w:w="1134"/>
        <w:gridCol w:w="1134"/>
        <w:gridCol w:w="1814"/>
        <w:gridCol w:w="1020"/>
        <w:gridCol w:w="1191"/>
        <w:gridCol w:w="1701"/>
      </w:tblGrid>
      <w:tr w:rsidR="00EB0B06" w14:paraId="2A0F67C7" w14:textId="77777777">
        <w:trPr>
          <w:cantSplit/>
          <w:trHeight w:val="408"/>
          <w:tblHeader/>
          <w:jc w:val="center"/>
        </w:trPr>
        <w:tc>
          <w:tcPr>
            <w:tcW w:w="397" w:type="dxa"/>
            <w:shd w:val="clear" w:color="auto" w:fill="052976"/>
            <w:vAlign w:val="center"/>
          </w:tcPr>
          <w:p w14:paraId="1DE1CBA0" w14:textId="77777777" w:rsidR="00EB0B06" w:rsidRDefault="00E30BD4">
            <w:pPr>
              <w:bidi/>
              <w:spacing w:before="40" w:after="40" w:line="288" w:lineRule="auto"/>
              <w:jc w:val="center"/>
            </w:pPr>
            <w:r>
              <w:rPr>
                <w:b/>
                <w:bCs/>
                <w:color w:val="FFFFFF"/>
                <w:sz w:val="19"/>
                <w:szCs w:val="19"/>
                <w:rtl/>
              </w:rPr>
              <w:t>م</w:t>
            </w:r>
          </w:p>
        </w:tc>
        <w:tc>
          <w:tcPr>
            <w:tcW w:w="1701" w:type="dxa"/>
            <w:shd w:val="clear" w:color="auto" w:fill="052976"/>
            <w:vAlign w:val="center"/>
          </w:tcPr>
          <w:p w14:paraId="7A4D8C98" w14:textId="77777777" w:rsidR="00EB0B06" w:rsidRDefault="00E30BD4">
            <w:pPr>
              <w:bidi/>
              <w:spacing w:before="40" w:after="40" w:line="288" w:lineRule="auto"/>
              <w:jc w:val="center"/>
            </w:pPr>
            <w:r>
              <w:rPr>
                <w:b/>
                <w:bCs/>
                <w:color w:val="FFFFFF"/>
                <w:sz w:val="19"/>
                <w:szCs w:val="19"/>
                <w:rtl/>
              </w:rPr>
              <w:t>اسم المشروع والموقع</w:t>
            </w:r>
          </w:p>
        </w:tc>
        <w:tc>
          <w:tcPr>
            <w:tcW w:w="1134" w:type="dxa"/>
            <w:shd w:val="clear" w:color="auto" w:fill="052976"/>
            <w:vAlign w:val="center"/>
          </w:tcPr>
          <w:p w14:paraId="0C17A167" w14:textId="77777777" w:rsidR="00EB0B06" w:rsidRDefault="00E30BD4">
            <w:pPr>
              <w:bidi/>
              <w:spacing w:before="40" w:after="40" w:line="288" w:lineRule="auto"/>
              <w:jc w:val="center"/>
            </w:pPr>
            <w:r>
              <w:rPr>
                <w:b/>
                <w:bCs/>
                <w:color w:val="FFFFFF"/>
                <w:sz w:val="19"/>
                <w:szCs w:val="19"/>
                <w:rtl/>
              </w:rPr>
              <w:t>المالك</w:t>
            </w:r>
          </w:p>
        </w:tc>
        <w:tc>
          <w:tcPr>
            <w:tcW w:w="1134" w:type="dxa"/>
            <w:shd w:val="clear" w:color="auto" w:fill="052976"/>
            <w:vAlign w:val="center"/>
          </w:tcPr>
          <w:p w14:paraId="01979B67" w14:textId="77777777" w:rsidR="00EB0B06" w:rsidRDefault="00E30BD4">
            <w:pPr>
              <w:bidi/>
              <w:spacing w:before="40" w:after="40" w:line="288" w:lineRule="auto"/>
              <w:jc w:val="center"/>
            </w:pPr>
            <w:r>
              <w:rPr>
                <w:b/>
                <w:bCs/>
                <w:color w:val="FFFFFF"/>
                <w:sz w:val="19"/>
                <w:szCs w:val="19"/>
                <w:rtl/>
              </w:rPr>
              <w:t>الاستشاري</w:t>
            </w:r>
          </w:p>
        </w:tc>
        <w:tc>
          <w:tcPr>
            <w:tcW w:w="1814" w:type="dxa"/>
            <w:shd w:val="clear" w:color="auto" w:fill="052976"/>
            <w:vAlign w:val="center"/>
          </w:tcPr>
          <w:p w14:paraId="30316DA0" w14:textId="77777777" w:rsidR="00EB0B06" w:rsidRDefault="00E30BD4">
            <w:pPr>
              <w:bidi/>
              <w:spacing w:before="40" w:after="40" w:line="288" w:lineRule="auto"/>
              <w:jc w:val="center"/>
            </w:pPr>
            <w:r>
              <w:rPr>
                <w:b/>
                <w:bCs/>
                <w:color w:val="FFFFFF"/>
                <w:sz w:val="19"/>
                <w:szCs w:val="19"/>
                <w:rtl/>
              </w:rPr>
              <w:t>نطاق الأعمال المنفذة</w:t>
            </w:r>
          </w:p>
        </w:tc>
        <w:tc>
          <w:tcPr>
            <w:tcW w:w="1020" w:type="dxa"/>
            <w:shd w:val="clear" w:color="auto" w:fill="052976"/>
            <w:vAlign w:val="center"/>
          </w:tcPr>
          <w:p w14:paraId="7347573C" w14:textId="77777777" w:rsidR="00EB0B06" w:rsidRDefault="00E30BD4">
            <w:pPr>
              <w:bidi/>
              <w:spacing w:before="40" w:after="40" w:line="288" w:lineRule="auto"/>
              <w:jc w:val="center"/>
            </w:pPr>
            <w:r>
              <w:rPr>
                <w:b/>
                <w:bCs/>
                <w:color w:val="FFFFFF"/>
                <w:sz w:val="19"/>
                <w:szCs w:val="19"/>
                <w:rtl/>
              </w:rPr>
              <w:t>قيمة العقد</w:t>
            </w:r>
          </w:p>
        </w:tc>
        <w:tc>
          <w:tcPr>
            <w:tcW w:w="1191" w:type="dxa"/>
            <w:shd w:val="clear" w:color="auto" w:fill="052976"/>
            <w:vAlign w:val="center"/>
          </w:tcPr>
          <w:p w14:paraId="12EA8269" w14:textId="77777777" w:rsidR="00EB0B06" w:rsidRDefault="00E30BD4">
            <w:pPr>
              <w:bidi/>
              <w:spacing w:before="40" w:after="40" w:line="288" w:lineRule="auto"/>
              <w:jc w:val="center"/>
            </w:pPr>
            <w:r>
              <w:rPr>
                <w:b/>
                <w:bCs/>
                <w:color w:val="FFFFFF"/>
                <w:sz w:val="19"/>
                <w:szCs w:val="19"/>
                <w:rtl/>
              </w:rPr>
              <w:t>البداية / النهاية</w:t>
            </w:r>
          </w:p>
        </w:tc>
        <w:tc>
          <w:tcPr>
            <w:tcW w:w="1701" w:type="dxa"/>
            <w:shd w:val="clear" w:color="auto" w:fill="052976"/>
            <w:vAlign w:val="center"/>
          </w:tcPr>
          <w:p w14:paraId="4999BDB3" w14:textId="77777777" w:rsidR="00EB0B06" w:rsidRDefault="00E30BD4">
            <w:pPr>
              <w:bidi/>
              <w:spacing w:before="40" w:after="40" w:line="288" w:lineRule="auto"/>
              <w:jc w:val="center"/>
            </w:pPr>
            <w:r>
              <w:rPr>
                <w:b/>
                <w:bCs/>
                <w:color w:val="FFFFFF"/>
                <w:sz w:val="19"/>
                <w:szCs w:val="19"/>
                <w:rtl/>
              </w:rPr>
              <w:t>جهة الاتصال المرجعية</w:t>
            </w:r>
          </w:p>
        </w:tc>
      </w:tr>
      <w:tr w:rsidR="00EB0B06" w14:paraId="51D4F7B2" w14:textId="77777777">
        <w:trPr>
          <w:cantSplit/>
          <w:trHeight w:val="408"/>
          <w:jc w:val="center"/>
        </w:trPr>
        <w:tc>
          <w:tcPr>
            <w:tcW w:w="397" w:type="dxa"/>
            <w:vAlign w:val="center"/>
          </w:tcPr>
          <w:p w14:paraId="2C0CF86A" w14:textId="77777777" w:rsidR="00EB0B06" w:rsidRDefault="00E30BD4">
            <w:pPr>
              <w:bidi/>
              <w:spacing w:before="40" w:after="40" w:line="288" w:lineRule="auto"/>
              <w:jc w:val="center"/>
            </w:pPr>
            <w:r>
              <w:rPr>
                <w:sz w:val="18"/>
                <w:szCs w:val="18"/>
                <w:rtl/>
              </w:rPr>
              <w:t>1</w:t>
            </w:r>
          </w:p>
        </w:tc>
        <w:tc>
          <w:tcPr>
            <w:tcW w:w="1701" w:type="dxa"/>
            <w:vAlign w:val="center"/>
          </w:tcPr>
          <w:p w14:paraId="08A2BA0D" w14:textId="77777777" w:rsidR="00EB0B06" w:rsidRDefault="00EB0B06">
            <w:pPr>
              <w:bidi/>
              <w:spacing w:before="40" w:after="40" w:line="288" w:lineRule="auto"/>
            </w:pPr>
          </w:p>
        </w:tc>
        <w:tc>
          <w:tcPr>
            <w:tcW w:w="1134" w:type="dxa"/>
            <w:vAlign w:val="center"/>
          </w:tcPr>
          <w:p w14:paraId="65C83965" w14:textId="77777777" w:rsidR="00EB0B06" w:rsidRDefault="00EB0B06">
            <w:pPr>
              <w:bidi/>
              <w:spacing w:before="40" w:after="40" w:line="288" w:lineRule="auto"/>
            </w:pPr>
          </w:p>
        </w:tc>
        <w:tc>
          <w:tcPr>
            <w:tcW w:w="1134" w:type="dxa"/>
            <w:vAlign w:val="center"/>
          </w:tcPr>
          <w:p w14:paraId="4D4ECC21" w14:textId="77777777" w:rsidR="00EB0B06" w:rsidRDefault="00EB0B06">
            <w:pPr>
              <w:bidi/>
              <w:spacing w:before="40" w:after="40" w:line="288" w:lineRule="auto"/>
            </w:pPr>
          </w:p>
        </w:tc>
        <w:tc>
          <w:tcPr>
            <w:tcW w:w="1814" w:type="dxa"/>
            <w:vAlign w:val="center"/>
          </w:tcPr>
          <w:p w14:paraId="62F9F22A" w14:textId="77777777" w:rsidR="00EB0B06" w:rsidRDefault="00EB0B06">
            <w:pPr>
              <w:bidi/>
              <w:spacing w:before="40" w:after="40" w:line="288" w:lineRule="auto"/>
            </w:pPr>
          </w:p>
        </w:tc>
        <w:tc>
          <w:tcPr>
            <w:tcW w:w="1020" w:type="dxa"/>
            <w:vAlign w:val="center"/>
          </w:tcPr>
          <w:p w14:paraId="29CC2FD8" w14:textId="77777777" w:rsidR="00EB0B06" w:rsidRDefault="00EB0B06">
            <w:pPr>
              <w:bidi/>
              <w:spacing w:before="40" w:after="40" w:line="288" w:lineRule="auto"/>
            </w:pPr>
          </w:p>
        </w:tc>
        <w:tc>
          <w:tcPr>
            <w:tcW w:w="1191" w:type="dxa"/>
            <w:vAlign w:val="center"/>
          </w:tcPr>
          <w:p w14:paraId="19542B3E" w14:textId="77777777" w:rsidR="00EB0B06" w:rsidRDefault="00EB0B06">
            <w:pPr>
              <w:bidi/>
              <w:spacing w:before="40" w:after="40" w:line="288" w:lineRule="auto"/>
            </w:pPr>
          </w:p>
        </w:tc>
        <w:tc>
          <w:tcPr>
            <w:tcW w:w="1701" w:type="dxa"/>
            <w:vAlign w:val="center"/>
          </w:tcPr>
          <w:p w14:paraId="4D0B9EB9" w14:textId="77777777" w:rsidR="00EB0B06" w:rsidRDefault="00EB0B06">
            <w:pPr>
              <w:bidi/>
              <w:spacing w:before="40" w:after="40" w:line="288" w:lineRule="auto"/>
            </w:pPr>
          </w:p>
        </w:tc>
      </w:tr>
      <w:tr w:rsidR="00EB0B06" w14:paraId="45AD8513" w14:textId="77777777">
        <w:trPr>
          <w:cantSplit/>
          <w:trHeight w:val="408"/>
          <w:jc w:val="center"/>
        </w:trPr>
        <w:tc>
          <w:tcPr>
            <w:tcW w:w="397" w:type="dxa"/>
            <w:vAlign w:val="center"/>
          </w:tcPr>
          <w:p w14:paraId="722F555B" w14:textId="77777777" w:rsidR="00EB0B06" w:rsidRDefault="00E30BD4">
            <w:pPr>
              <w:bidi/>
              <w:spacing w:before="40" w:after="40" w:line="288" w:lineRule="auto"/>
              <w:jc w:val="center"/>
            </w:pPr>
            <w:r>
              <w:rPr>
                <w:sz w:val="18"/>
                <w:szCs w:val="18"/>
                <w:rtl/>
              </w:rPr>
              <w:t>2</w:t>
            </w:r>
          </w:p>
        </w:tc>
        <w:tc>
          <w:tcPr>
            <w:tcW w:w="1701" w:type="dxa"/>
            <w:vAlign w:val="center"/>
          </w:tcPr>
          <w:p w14:paraId="1CEA8144" w14:textId="77777777" w:rsidR="00EB0B06" w:rsidRDefault="00EB0B06">
            <w:pPr>
              <w:bidi/>
              <w:spacing w:before="40" w:after="40" w:line="288" w:lineRule="auto"/>
            </w:pPr>
          </w:p>
        </w:tc>
        <w:tc>
          <w:tcPr>
            <w:tcW w:w="1134" w:type="dxa"/>
            <w:vAlign w:val="center"/>
          </w:tcPr>
          <w:p w14:paraId="6B6DD542" w14:textId="77777777" w:rsidR="00EB0B06" w:rsidRDefault="00EB0B06">
            <w:pPr>
              <w:bidi/>
              <w:spacing w:before="40" w:after="40" w:line="288" w:lineRule="auto"/>
            </w:pPr>
          </w:p>
        </w:tc>
        <w:tc>
          <w:tcPr>
            <w:tcW w:w="1134" w:type="dxa"/>
            <w:vAlign w:val="center"/>
          </w:tcPr>
          <w:p w14:paraId="6F9B30B9" w14:textId="77777777" w:rsidR="00EB0B06" w:rsidRDefault="00EB0B06">
            <w:pPr>
              <w:bidi/>
              <w:spacing w:before="40" w:after="40" w:line="288" w:lineRule="auto"/>
            </w:pPr>
          </w:p>
        </w:tc>
        <w:tc>
          <w:tcPr>
            <w:tcW w:w="1814" w:type="dxa"/>
            <w:vAlign w:val="center"/>
          </w:tcPr>
          <w:p w14:paraId="2FA90AD7" w14:textId="77777777" w:rsidR="00EB0B06" w:rsidRDefault="00EB0B06">
            <w:pPr>
              <w:bidi/>
              <w:spacing w:before="40" w:after="40" w:line="288" w:lineRule="auto"/>
            </w:pPr>
          </w:p>
        </w:tc>
        <w:tc>
          <w:tcPr>
            <w:tcW w:w="1020" w:type="dxa"/>
            <w:vAlign w:val="center"/>
          </w:tcPr>
          <w:p w14:paraId="0311A7A9" w14:textId="77777777" w:rsidR="00EB0B06" w:rsidRDefault="00EB0B06">
            <w:pPr>
              <w:bidi/>
              <w:spacing w:before="40" w:after="40" w:line="288" w:lineRule="auto"/>
            </w:pPr>
          </w:p>
        </w:tc>
        <w:tc>
          <w:tcPr>
            <w:tcW w:w="1191" w:type="dxa"/>
            <w:vAlign w:val="center"/>
          </w:tcPr>
          <w:p w14:paraId="5759B1CB" w14:textId="77777777" w:rsidR="00EB0B06" w:rsidRDefault="00EB0B06">
            <w:pPr>
              <w:bidi/>
              <w:spacing w:before="40" w:after="40" w:line="288" w:lineRule="auto"/>
            </w:pPr>
          </w:p>
        </w:tc>
        <w:tc>
          <w:tcPr>
            <w:tcW w:w="1701" w:type="dxa"/>
            <w:vAlign w:val="center"/>
          </w:tcPr>
          <w:p w14:paraId="2706A9D1" w14:textId="77777777" w:rsidR="00EB0B06" w:rsidRDefault="00EB0B06">
            <w:pPr>
              <w:bidi/>
              <w:spacing w:before="40" w:after="40" w:line="288" w:lineRule="auto"/>
            </w:pPr>
          </w:p>
        </w:tc>
      </w:tr>
      <w:tr w:rsidR="00EB0B06" w14:paraId="574DCA37" w14:textId="77777777">
        <w:trPr>
          <w:cantSplit/>
          <w:trHeight w:val="408"/>
          <w:jc w:val="center"/>
        </w:trPr>
        <w:tc>
          <w:tcPr>
            <w:tcW w:w="397" w:type="dxa"/>
            <w:vAlign w:val="center"/>
          </w:tcPr>
          <w:p w14:paraId="2CD7150D" w14:textId="77777777" w:rsidR="00EB0B06" w:rsidRDefault="00E30BD4">
            <w:pPr>
              <w:bidi/>
              <w:spacing w:before="40" w:after="40" w:line="288" w:lineRule="auto"/>
              <w:jc w:val="center"/>
            </w:pPr>
            <w:r>
              <w:rPr>
                <w:sz w:val="18"/>
                <w:szCs w:val="18"/>
                <w:rtl/>
              </w:rPr>
              <w:t>3</w:t>
            </w:r>
          </w:p>
        </w:tc>
        <w:tc>
          <w:tcPr>
            <w:tcW w:w="1701" w:type="dxa"/>
            <w:vAlign w:val="center"/>
          </w:tcPr>
          <w:p w14:paraId="524F63D2" w14:textId="77777777" w:rsidR="00EB0B06" w:rsidRDefault="00EB0B06">
            <w:pPr>
              <w:bidi/>
              <w:spacing w:before="40" w:after="40" w:line="288" w:lineRule="auto"/>
            </w:pPr>
          </w:p>
        </w:tc>
        <w:tc>
          <w:tcPr>
            <w:tcW w:w="1134" w:type="dxa"/>
            <w:vAlign w:val="center"/>
          </w:tcPr>
          <w:p w14:paraId="4AB54FCC" w14:textId="77777777" w:rsidR="00EB0B06" w:rsidRDefault="00EB0B06">
            <w:pPr>
              <w:bidi/>
              <w:spacing w:before="40" w:after="40" w:line="288" w:lineRule="auto"/>
            </w:pPr>
          </w:p>
        </w:tc>
        <w:tc>
          <w:tcPr>
            <w:tcW w:w="1134" w:type="dxa"/>
            <w:vAlign w:val="center"/>
          </w:tcPr>
          <w:p w14:paraId="28C31D27" w14:textId="77777777" w:rsidR="00EB0B06" w:rsidRDefault="00EB0B06">
            <w:pPr>
              <w:bidi/>
              <w:spacing w:before="40" w:after="40" w:line="288" w:lineRule="auto"/>
            </w:pPr>
          </w:p>
        </w:tc>
        <w:tc>
          <w:tcPr>
            <w:tcW w:w="1814" w:type="dxa"/>
            <w:vAlign w:val="center"/>
          </w:tcPr>
          <w:p w14:paraId="6042250D" w14:textId="77777777" w:rsidR="00EB0B06" w:rsidRDefault="00EB0B06">
            <w:pPr>
              <w:bidi/>
              <w:spacing w:before="40" w:after="40" w:line="288" w:lineRule="auto"/>
            </w:pPr>
          </w:p>
        </w:tc>
        <w:tc>
          <w:tcPr>
            <w:tcW w:w="1020" w:type="dxa"/>
            <w:vAlign w:val="center"/>
          </w:tcPr>
          <w:p w14:paraId="6494534A" w14:textId="77777777" w:rsidR="00EB0B06" w:rsidRDefault="00EB0B06">
            <w:pPr>
              <w:bidi/>
              <w:spacing w:before="40" w:after="40" w:line="288" w:lineRule="auto"/>
            </w:pPr>
          </w:p>
        </w:tc>
        <w:tc>
          <w:tcPr>
            <w:tcW w:w="1191" w:type="dxa"/>
            <w:vAlign w:val="center"/>
          </w:tcPr>
          <w:p w14:paraId="294C297B" w14:textId="77777777" w:rsidR="00EB0B06" w:rsidRDefault="00EB0B06">
            <w:pPr>
              <w:bidi/>
              <w:spacing w:before="40" w:after="40" w:line="288" w:lineRule="auto"/>
            </w:pPr>
          </w:p>
        </w:tc>
        <w:tc>
          <w:tcPr>
            <w:tcW w:w="1701" w:type="dxa"/>
            <w:vAlign w:val="center"/>
          </w:tcPr>
          <w:p w14:paraId="69E0273A" w14:textId="77777777" w:rsidR="00EB0B06" w:rsidRDefault="00EB0B06">
            <w:pPr>
              <w:bidi/>
              <w:spacing w:before="40" w:after="40" w:line="288" w:lineRule="auto"/>
            </w:pPr>
          </w:p>
        </w:tc>
      </w:tr>
      <w:tr w:rsidR="00EB0B06" w14:paraId="0982F449" w14:textId="77777777">
        <w:trPr>
          <w:cantSplit/>
          <w:trHeight w:val="408"/>
          <w:jc w:val="center"/>
        </w:trPr>
        <w:tc>
          <w:tcPr>
            <w:tcW w:w="397" w:type="dxa"/>
            <w:vAlign w:val="center"/>
          </w:tcPr>
          <w:p w14:paraId="5E537A44" w14:textId="77777777" w:rsidR="00EB0B06" w:rsidRDefault="00E30BD4">
            <w:pPr>
              <w:bidi/>
              <w:spacing w:before="40" w:after="40" w:line="288" w:lineRule="auto"/>
              <w:jc w:val="center"/>
            </w:pPr>
            <w:r>
              <w:rPr>
                <w:sz w:val="18"/>
                <w:szCs w:val="18"/>
                <w:rtl/>
              </w:rPr>
              <w:t>4</w:t>
            </w:r>
          </w:p>
        </w:tc>
        <w:tc>
          <w:tcPr>
            <w:tcW w:w="1701" w:type="dxa"/>
            <w:vAlign w:val="center"/>
          </w:tcPr>
          <w:p w14:paraId="43867E2F" w14:textId="77777777" w:rsidR="00EB0B06" w:rsidRDefault="00EB0B06">
            <w:pPr>
              <w:bidi/>
              <w:spacing w:before="40" w:after="40" w:line="288" w:lineRule="auto"/>
            </w:pPr>
          </w:p>
        </w:tc>
        <w:tc>
          <w:tcPr>
            <w:tcW w:w="1134" w:type="dxa"/>
            <w:vAlign w:val="center"/>
          </w:tcPr>
          <w:p w14:paraId="19A3B81A" w14:textId="77777777" w:rsidR="00EB0B06" w:rsidRDefault="00EB0B06">
            <w:pPr>
              <w:bidi/>
              <w:spacing w:before="40" w:after="40" w:line="288" w:lineRule="auto"/>
            </w:pPr>
          </w:p>
        </w:tc>
        <w:tc>
          <w:tcPr>
            <w:tcW w:w="1134" w:type="dxa"/>
            <w:vAlign w:val="center"/>
          </w:tcPr>
          <w:p w14:paraId="38DA8DEB" w14:textId="77777777" w:rsidR="00EB0B06" w:rsidRDefault="00EB0B06">
            <w:pPr>
              <w:bidi/>
              <w:spacing w:before="40" w:after="40" w:line="288" w:lineRule="auto"/>
            </w:pPr>
          </w:p>
        </w:tc>
        <w:tc>
          <w:tcPr>
            <w:tcW w:w="1814" w:type="dxa"/>
            <w:vAlign w:val="center"/>
          </w:tcPr>
          <w:p w14:paraId="33834D5C" w14:textId="77777777" w:rsidR="00EB0B06" w:rsidRDefault="00EB0B06">
            <w:pPr>
              <w:bidi/>
              <w:spacing w:before="40" w:after="40" w:line="288" w:lineRule="auto"/>
            </w:pPr>
          </w:p>
        </w:tc>
        <w:tc>
          <w:tcPr>
            <w:tcW w:w="1020" w:type="dxa"/>
            <w:vAlign w:val="center"/>
          </w:tcPr>
          <w:p w14:paraId="4F3B85DB" w14:textId="77777777" w:rsidR="00EB0B06" w:rsidRDefault="00EB0B06">
            <w:pPr>
              <w:bidi/>
              <w:spacing w:before="40" w:after="40" w:line="288" w:lineRule="auto"/>
            </w:pPr>
          </w:p>
        </w:tc>
        <w:tc>
          <w:tcPr>
            <w:tcW w:w="1191" w:type="dxa"/>
            <w:vAlign w:val="center"/>
          </w:tcPr>
          <w:p w14:paraId="398B0EAE" w14:textId="77777777" w:rsidR="00EB0B06" w:rsidRDefault="00EB0B06">
            <w:pPr>
              <w:bidi/>
              <w:spacing w:before="40" w:after="40" w:line="288" w:lineRule="auto"/>
            </w:pPr>
          </w:p>
        </w:tc>
        <w:tc>
          <w:tcPr>
            <w:tcW w:w="1701" w:type="dxa"/>
            <w:vAlign w:val="center"/>
          </w:tcPr>
          <w:p w14:paraId="26BF072C" w14:textId="77777777" w:rsidR="00EB0B06" w:rsidRDefault="00EB0B06">
            <w:pPr>
              <w:bidi/>
              <w:spacing w:before="40" w:after="40" w:line="288" w:lineRule="auto"/>
            </w:pPr>
          </w:p>
        </w:tc>
      </w:tr>
      <w:tr w:rsidR="00EB0B06" w14:paraId="04487BC2" w14:textId="77777777">
        <w:trPr>
          <w:cantSplit/>
          <w:trHeight w:val="408"/>
          <w:jc w:val="center"/>
        </w:trPr>
        <w:tc>
          <w:tcPr>
            <w:tcW w:w="397" w:type="dxa"/>
            <w:vAlign w:val="center"/>
          </w:tcPr>
          <w:p w14:paraId="7FE24B10" w14:textId="77777777" w:rsidR="00EB0B06" w:rsidRDefault="00E30BD4">
            <w:pPr>
              <w:bidi/>
              <w:spacing w:before="40" w:after="40" w:line="288" w:lineRule="auto"/>
              <w:jc w:val="center"/>
            </w:pPr>
            <w:r>
              <w:rPr>
                <w:sz w:val="18"/>
                <w:szCs w:val="18"/>
                <w:rtl/>
              </w:rPr>
              <w:t>5</w:t>
            </w:r>
          </w:p>
        </w:tc>
        <w:tc>
          <w:tcPr>
            <w:tcW w:w="1701" w:type="dxa"/>
            <w:vAlign w:val="center"/>
          </w:tcPr>
          <w:p w14:paraId="2766AE02" w14:textId="77777777" w:rsidR="00EB0B06" w:rsidRDefault="00EB0B06">
            <w:pPr>
              <w:bidi/>
              <w:spacing w:before="40" w:after="40" w:line="288" w:lineRule="auto"/>
            </w:pPr>
          </w:p>
        </w:tc>
        <w:tc>
          <w:tcPr>
            <w:tcW w:w="1134" w:type="dxa"/>
            <w:vAlign w:val="center"/>
          </w:tcPr>
          <w:p w14:paraId="292E4CAF" w14:textId="77777777" w:rsidR="00EB0B06" w:rsidRDefault="00EB0B06">
            <w:pPr>
              <w:bidi/>
              <w:spacing w:before="40" w:after="40" w:line="288" w:lineRule="auto"/>
            </w:pPr>
          </w:p>
        </w:tc>
        <w:tc>
          <w:tcPr>
            <w:tcW w:w="1134" w:type="dxa"/>
            <w:vAlign w:val="center"/>
          </w:tcPr>
          <w:p w14:paraId="704093C3" w14:textId="77777777" w:rsidR="00EB0B06" w:rsidRDefault="00EB0B06">
            <w:pPr>
              <w:bidi/>
              <w:spacing w:before="40" w:after="40" w:line="288" w:lineRule="auto"/>
            </w:pPr>
          </w:p>
        </w:tc>
        <w:tc>
          <w:tcPr>
            <w:tcW w:w="1814" w:type="dxa"/>
            <w:vAlign w:val="center"/>
          </w:tcPr>
          <w:p w14:paraId="787196E6" w14:textId="77777777" w:rsidR="00EB0B06" w:rsidRDefault="00EB0B06">
            <w:pPr>
              <w:bidi/>
              <w:spacing w:before="40" w:after="40" w:line="288" w:lineRule="auto"/>
            </w:pPr>
          </w:p>
        </w:tc>
        <w:tc>
          <w:tcPr>
            <w:tcW w:w="1020" w:type="dxa"/>
            <w:vAlign w:val="center"/>
          </w:tcPr>
          <w:p w14:paraId="38B6E785" w14:textId="77777777" w:rsidR="00EB0B06" w:rsidRDefault="00EB0B06">
            <w:pPr>
              <w:bidi/>
              <w:spacing w:before="40" w:after="40" w:line="288" w:lineRule="auto"/>
            </w:pPr>
          </w:p>
        </w:tc>
        <w:tc>
          <w:tcPr>
            <w:tcW w:w="1191" w:type="dxa"/>
            <w:vAlign w:val="center"/>
          </w:tcPr>
          <w:p w14:paraId="5BDCBDCB" w14:textId="77777777" w:rsidR="00EB0B06" w:rsidRDefault="00EB0B06">
            <w:pPr>
              <w:bidi/>
              <w:spacing w:before="40" w:after="40" w:line="288" w:lineRule="auto"/>
            </w:pPr>
          </w:p>
        </w:tc>
        <w:tc>
          <w:tcPr>
            <w:tcW w:w="1701" w:type="dxa"/>
            <w:vAlign w:val="center"/>
          </w:tcPr>
          <w:p w14:paraId="3E6A04D7" w14:textId="77777777" w:rsidR="00EB0B06" w:rsidRDefault="00EB0B06">
            <w:pPr>
              <w:bidi/>
              <w:spacing w:before="40" w:after="40" w:line="288" w:lineRule="auto"/>
            </w:pPr>
          </w:p>
        </w:tc>
      </w:tr>
      <w:tr w:rsidR="00EB0B06" w14:paraId="5C458B56" w14:textId="77777777">
        <w:trPr>
          <w:cantSplit/>
          <w:trHeight w:val="408"/>
          <w:jc w:val="center"/>
        </w:trPr>
        <w:tc>
          <w:tcPr>
            <w:tcW w:w="397" w:type="dxa"/>
            <w:vAlign w:val="center"/>
          </w:tcPr>
          <w:p w14:paraId="6BC0782C" w14:textId="77777777" w:rsidR="00EB0B06" w:rsidRDefault="00E30BD4">
            <w:pPr>
              <w:bidi/>
              <w:spacing w:before="40" w:after="40" w:line="288" w:lineRule="auto"/>
              <w:jc w:val="center"/>
            </w:pPr>
            <w:r>
              <w:rPr>
                <w:sz w:val="18"/>
                <w:szCs w:val="18"/>
                <w:rtl/>
              </w:rPr>
              <w:t>6</w:t>
            </w:r>
          </w:p>
        </w:tc>
        <w:tc>
          <w:tcPr>
            <w:tcW w:w="1701" w:type="dxa"/>
            <w:vAlign w:val="center"/>
          </w:tcPr>
          <w:p w14:paraId="51CF20C0" w14:textId="77777777" w:rsidR="00EB0B06" w:rsidRDefault="00EB0B06">
            <w:pPr>
              <w:bidi/>
              <w:spacing w:before="40" w:after="40" w:line="288" w:lineRule="auto"/>
            </w:pPr>
          </w:p>
        </w:tc>
        <w:tc>
          <w:tcPr>
            <w:tcW w:w="1134" w:type="dxa"/>
            <w:vAlign w:val="center"/>
          </w:tcPr>
          <w:p w14:paraId="12284DD4" w14:textId="77777777" w:rsidR="00EB0B06" w:rsidRDefault="00EB0B06">
            <w:pPr>
              <w:bidi/>
              <w:spacing w:before="40" w:after="40" w:line="288" w:lineRule="auto"/>
            </w:pPr>
          </w:p>
        </w:tc>
        <w:tc>
          <w:tcPr>
            <w:tcW w:w="1134" w:type="dxa"/>
            <w:vAlign w:val="center"/>
          </w:tcPr>
          <w:p w14:paraId="2F3E7CF5" w14:textId="77777777" w:rsidR="00EB0B06" w:rsidRDefault="00EB0B06">
            <w:pPr>
              <w:bidi/>
              <w:spacing w:before="40" w:after="40" w:line="288" w:lineRule="auto"/>
            </w:pPr>
          </w:p>
        </w:tc>
        <w:tc>
          <w:tcPr>
            <w:tcW w:w="1814" w:type="dxa"/>
            <w:vAlign w:val="center"/>
          </w:tcPr>
          <w:p w14:paraId="0B4C8CA9" w14:textId="77777777" w:rsidR="00EB0B06" w:rsidRDefault="00EB0B06">
            <w:pPr>
              <w:bidi/>
              <w:spacing w:before="40" w:after="40" w:line="288" w:lineRule="auto"/>
            </w:pPr>
          </w:p>
        </w:tc>
        <w:tc>
          <w:tcPr>
            <w:tcW w:w="1020" w:type="dxa"/>
            <w:vAlign w:val="center"/>
          </w:tcPr>
          <w:p w14:paraId="12BCF814" w14:textId="77777777" w:rsidR="00EB0B06" w:rsidRDefault="00EB0B06">
            <w:pPr>
              <w:bidi/>
              <w:spacing w:before="40" w:after="40" w:line="288" w:lineRule="auto"/>
            </w:pPr>
          </w:p>
        </w:tc>
        <w:tc>
          <w:tcPr>
            <w:tcW w:w="1191" w:type="dxa"/>
            <w:vAlign w:val="center"/>
          </w:tcPr>
          <w:p w14:paraId="7685D215" w14:textId="77777777" w:rsidR="00EB0B06" w:rsidRDefault="00EB0B06">
            <w:pPr>
              <w:bidi/>
              <w:spacing w:before="40" w:after="40" w:line="288" w:lineRule="auto"/>
            </w:pPr>
          </w:p>
        </w:tc>
        <w:tc>
          <w:tcPr>
            <w:tcW w:w="1701" w:type="dxa"/>
            <w:vAlign w:val="center"/>
          </w:tcPr>
          <w:p w14:paraId="06D96006" w14:textId="77777777" w:rsidR="00EB0B06" w:rsidRDefault="00EB0B06">
            <w:pPr>
              <w:bidi/>
              <w:spacing w:before="40" w:after="40" w:line="288" w:lineRule="auto"/>
            </w:pPr>
          </w:p>
        </w:tc>
      </w:tr>
      <w:tr w:rsidR="00EB0B06" w14:paraId="6633BC0E" w14:textId="77777777">
        <w:trPr>
          <w:cantSplit/>
          <w:trHeight w:val="408"/>
          <w:jc w:val="center"/>
        </w:trPr>
        <w:tc>
          <w:tcPr>
            <w:tcW w:w="397" w:type="dxa"/>
            <w:vAlign w:val="center"/>
          </w:tcPr>
          <w:p w14:paraId="72FF552E" w14:textId="77777777" w:rsidR="00EB0B06" w:rsidRDefault="00E30BD4">
            <w:pPr>
              <w:bidi/>
              <w:spacing w:before="40" w:after="40" w:line="288" w:lineRule="auto"/>
              <w:jc w:val="center"/>
            </w:pPr>
            <w:r>
              <w:rPr>
                <w:sz w:val="18"/>
                <w:szCs w:val="18"/>
                <w:rtl/>
              </w:rPr>
              <w:t>7</w:t>
            </w:r>
          </w:p>
        </w:tc>
        <w:tc>
          <w:tcPr>
            <w:tcW w:w="1701" w:type="dxa"/>
            <w:vAlign w:val="center"/>
          </w:tcPr>
          <w:p w14:paraId="4873B7FA" w14:textId="77777777" w:rsidR="00EB0B06" w:rsidRDefault="00EB0B06">
            <w:pPr>
              <w:bidi/>
              <w:spacing w:before="40" w:after="40" w:line="288" w:lineRule="auto"/>
            </w:pPr>
          </w:p>
        </w:tc>
        <w:tc>
          <w:tcPr>
            <w:tcW w:w="1134" w:type="dxa"/>
            <w:vAlign w:val="center"/>
          </w:tcPr>
          <w:p w14:paraId="1A65CBD0" w14:textId="77777777" w:rsidR="00EB0B06" w:rsidRDefault="00EB0B06">
            <w:pPr>
              <w:bidi/>
              <w:spacing w:before="40" w:after="40" w:line="288" w:lineRule="auto"/>
            </w:pPr>
          </w:p>
        </w:tc>
        <w:tc>
          <w:tcPr>
            <w:tcW w:w="1134" w:type="dxa"/>
            <w:vAlign w:val="center"/>
          </w:tcPr>
          <w:p w14:paraId="4E48A3CF" w14:textId="77777777" w:rsidR="00EB0B06" w:rsidRDefault="00EB0B06">
            <w:pPr>
              <w:bidi/>
              <w:spacing w:before="40" w:after="40" w:line="288" w:lineRule="auto"/>
            </w:pPr>
          </w:p>
        </w:tc>
        <w:tc>
          <w:tcPr>
            <w:tcW w:w="1814" w:type="dxa"/>
            <w:vAlign w:val="center"/>
          </w:tcPr>
          <w:p w14:paraId="53C10D58" w14:textId="77777777" w:rsidR="00EB0B06" w:rsidRDefault="00EB0B06">
            <w:pPr>
              <w:bidi/>
              <w:spacing w:before="40" w:after="40" w:line="288" w:lineRule="auto"/>
            </w:pPr>
          </w:p>
        </w:tc>
        <w:tc>
          <w:tcPr>
            <w:tcW w:w="1020" w:type="dxa"/>
            <w:vAlign w:val="center"/>
          </w:tcPr>
          <w:p w14:paraId="3029DE4F" w14:textId="77777777" w:rsidR="00EB0B06" w:rsidRDefault="00EB0B06">
            <w:pPr>
              <w:bidi/>
              <w:spacing w:before="40" w:after="40" w:line="288" w:lineRule="auto"/>
            </w:pPr>
          </w:p>
        </w:tc>
        <w:tc>
          <w:tcPr>
            <w:tcW w:w="1191" w:type="dxa"/>
            <w:vAlign w:val="center"/>
          </w:tcPr>
          <w:p w14:paraId="51424168" w14:textId="77777777" w:rsidR="00EB0B06" w:rsidRDefault="00EB0B06">
            <w:pPr>
              <w:bidi/>
              <w:spacing w:before="40" w:after="40" w:line="288" w:lineRule="auto"/>
            </w:pPr>
          </w:p>
        </w:tc>
        <w:tc>
          <w:tcPr>
            <w:tcW w:w="1701" w:type="dxa"/>
            <w:vAlign w:val="center"/>
          </w:tcPr>
          <w:p w14:paraId="75D42246" w14:textId="77777777" w:rsidR="00EB0B06" w:rsidRDefault="00EB0B06">
            <w:pPr>
              <w:bidi/>
              <w:spacing w:before="40" w:after="40" w:line="288" w:lineRule="auto"/>
            </w:pPr>
          </w:p>
        </w:tc>
      </w:tr>
      <w:tr w:rsidR="00EB0B06" w14:paraId="7953C59F" w14:textId="77777777">
        <w:trPr>
          <w:cantSplit/>
          <w:trHeight w:val="408"/>
          <w:jc w:val="center"/>
        </w:trPr>
        <w:tc>
          <w:tcPr>
            <w:tcW w:w="397" w:type="dxa"/>
            <w:vAlign w:val="center"/>
          </w:tcPr>
          <w:p w14:paraId="69C26330" w14:textId="77777777" w:rsidR="00EB0B06" w:rsidRDefault="00E30BD4">
            <w:pPr>
              <w:bidi/>
              <w:spacing w:before="40" w:after="40" w:line="288" w:lineRule="auto"/>
              <w:jc w:val="center"/>
            </w:pPr>
            <w:r>
              <w:rPr>
                <w:sz w:val="18"/>
                <w:szCs w:val="18"/>
                <w:rtl/>
              </w:rPr>
              <w:t>8</w:t>
            </w:r>
          </w:p>
        </w:tc>
        <w:tc>
          <w:tcPr>
            <w:tcW w:w="1701" w:type="dxa"/>
            <w:vAlign w:val="center"/>
          </w:tcPr>
          <w:p w14:paraId="61641D2D" w14:textId="77777777" w:rsidR="00EB0B06" w:rsidRDefault="00EB0B06">
            <w:pPr>
              <w:bidi/>
              <w:spacing w:before="40" w:after="40" w:line="288" w:lineRule="auto"/>
            </w:pPr>
          </w:p>
        </w:tc>
        <w:tc>
          <w:tcPr>
            <w:tcW w:w="1134" w:type="dxa"/>
            <w:vAlign w:val="center"/>
          </w:tcPr>
          <w:p w14:paraId="58C02109" w14:textId="77777777" w:rsidR="00EB0B06" w:rsidRDefault="00EB0B06">
            <w:pPr>
              <w:bidi/>
              <w:spacing w:before="40" w:after="40" w:line="288" w:lineRule="auto"/>
            </w:pPr>
          </w:p>
        </w:tc>
        <w:tc>
          <w:tcPr>
            <w:tcW w:w="1134" w:type="dxa"/>
            <w:vAlign w:val="center"/>
          </w:tcPr>
          <w:p w14:paraId="5DC0405E" w14:textId="77777777" w:rsidR="00EB0B06" w:rsidRDefault="00EB0B06">
            <w:pPr>
              <w:bidi/>
              <w:spacing w:before="40" w:after="40" w:line="288" w:lineRule="auto"/>
            </w:pPr>
          </w:p>
        </w:tc>
        <w:tc>
          <w:tcPr>
            <w:tcW w:w="1814" w:type="dxa"/>
            <w:vAlign w:val="center"/>
          </w:tcPr>
          <w:p w14:paraId="337237C8" w14:textId="77777777" w:rsidR="00EB0B06" w:rsidRDefault="00EB0B06">
            <w:pPr>
              <w:bidi/>
              <w:spacing w:before="40" w:after="40" w:line="288" w:lineRule="auto"/>
            </w:pPr>
          </w:p>
        </w:tc>
        <w:tc>
          <w:tcPr>
            <w:tcW w:w="1020" w:type="dxa"/>
            <w:vAlign w:val="center"/>
          </w:tcPr>
          <w:p w14:paraId="3FD2C122" w14:textId="77777777" w:rsidR="00EB0B06" w:rsidRDefault="00EB0B06">
            <w:pPr>
              <w:bidi/>
              <w:spacing w:before="40" w:after="40" w:line="288" w:lineRule="auto"/>
            </w:pPr>
          </w:p>
        </w:tc>
        <w:tc>
          <w:tcPr>
            <w:tcW w:w="1191" w:type="dxa"/>
            <w:vAlign w:val="center"/>
          </w:tcPr>
          <w:p w14:paraId="13480826" w14:textId="77777777" w:rsidR="00EB0B06" w:rsidRDefault="00EB0B06">
            <w:pPr>
              <w:bidi/>
              <w:spacing w:before="40" w:after="40" w:line="288" w:lineRule="auto"/>
            </w:pPr>
          </w:p>
        </w:tc>
        <w:tc>
          <w:tcPr>
            <w:tcW w:w="1701" w:type="dxa"/>
            <w:vAlign w:val="center"/>
          </w:tcPr>
          <w:p w14:paraId="4D6D68A1" w14:textId="77777777" w:rsidR="00EB0B06" w:rsidRDefault="00EB0B06">
            <w:pPr>
              <w:bidi/>
              <w:spacing w:before="40" w:after="40" w:line="288" w:lineRule="auto"/>
            </w:pPr>
          </w:p>
        </w:tc>
      </w:tr>
    </w:tbl>
    <w:p w14:paraId="1DD15C80" w14:textId="77777777" w:rsidR="00EB0B06" w:rsidRDefault="00EB0B06">
      <w:pPr>
        <w:bidi/>
        <w:spacing w:after="40"/>
      </w:pPr>
    </w:p>
    <w:p w14:paraId="03D6582C" w14:textId="77777777" w:rsidR="00EB0B06" w:rsidRDefault="00E30BD4">
      <w:pPr>
        <w:keepNext/>
        <w:bidi/>
        <w:spacing w:after="120"/>
        <w:outlineLvl w:val="1"/>
      </w:pPr>
      <w:r>
        <w:rPr>
          <w:b/>
          <w:bCs/>
          <w:color w:val="052976"/>
          <w:sz w:val="25"/>
          <w:szCs w:val="25"/>
          <w:rtl/>
        </w:rPr>
        <w:t>4.2 الأعمال الجارية حاليا</w:t>
      </w:r>
    </w:p>
    <w:tbl>
      <w:tblPr>
        <w:tblStyle w:val="TableGrid"/>
        <w:bidiVisual/>
        <w:tblW w:w="0" w:type="auto"/>
        <w:jc w:val="center"/>
        <w:tblLayout w:type="fixed"/>
        <w:tblLook w:val="04A0" w:firstRow="1" w:lastRow="0" w:firstColumn="1" w:lastColumn="0" w:noHBand="0" w:noVBand="1"/>
      </w:tblPr>
      <w:tblGrid>
        <w:gridCol w:w="397"/>
        <w:gridCol w:w="2041"/>
        <w:gridCol w:w="1701"/>
        <w:gridCol w:w="2041"/>
        <w:gridCol w:w="1247"/>
        <w:gridCol w:w="1134"/>
        <w:gridCol w:w="1531"/>
      </w:tblGrid>
      <w:tr w:rsidR="00EB0B06" w14:paraId="7CE0D327" w14:textId="77777777">
        <w:trPr>
          <w:cantSplit/>
          <w:trHeight w:val="408"/>
          <w:tblHeader/>
          <w:jc w:val="center"/>
        </w:trPr>
        <w:tc>
          <w:tcPr>
            <w:tcW w:w="397" w:type="dxa"/>
            <w:shd w:val="clear" w:color="auto" w:fill="052976"/>
            <w:vAlign w:val="center"/>
          </w:tcPr>
          <w:p w14:paraId="51012FE7" w14:textId="77777777" w:rsidR="00EB0B06" w:rsidRDefault="00E30BD4">
            <w:pPr>
              <w:bidi/>
              <w:spacing w:before="40" w:after="40" w:line="288" w:lineRule="auto"/>
              <w:jc w:val="center"/>
            </w:pPr>
            <w:r>
              <w:rPr>
                <w:b/>
                <w:bCs/>
                <w:color w:val="FFFFFF"/>
                <w:sz w:val="19"/>
                <w:szCs w:val="19"/>
                <w:rtl/>
              </w:rPr>
              <w:t>م</w:t>
            </w:r>
          </w:p>
        </w:tc>
        <w:tc>
          <w:tcPr>
            <w:tcW w:w="2041" w:type="dxa"/>
            <w:shd w:val="clear" w:color="auto" w:fill="052976"/>
            <w:vAlign w:val="center"/>
          </w:tcPr>
          <w:p w14:paraId="3597994B" w14:textId="77777777" w:rsidR="00EB0B06" w:rsidRDefault="00E30BD4">
            <w:pPr>
              <w:bidi/>
              <w:spacing w:before="40" w:after="40" w:line="288" w:lineRule="auto"/>
              <w:jc w:val="center"/>
            </w:pPr>
            <w:r>
              <w:rPr>
                <w:b/>
                <w:bCs/>
                <w:color w:val="FFFFFF"/>
                <w:sz w:val="19"/>
                <w:szCs w:val="19"/>
                <w:rtl/>
              </w:rPr>
              <w:t>اسم المشروع</w:t>
            </w:r>
          </w:p>
        </w:tc>
        <w:tc>
          <w:tcPr>
            <w:tcW w:w="1701" w:type="dxa"/>
            <w:shd w:val="clear" w:color="auto" w:fill="052976"/>
            <w:vAlign w:val="center"/>
          </w:tcPr>
          <w:p w14:paraId="13E0AD10" w14:textId="77777777" w:rsidR="00EB0B06" w:rsidRDefault="00E30BD4">
            <w:pPr>
              <w:bidi/>
              <w:spacing w:before="40" w:after="40" w:line="288" w:lineRule="auto"/>
              <w:jc w:val="center"/>
            </w:pPr>
            <w:r>
              <w:rPr>
                <w:b/>
                <w:bCs/>
                <w:color w:val="FFFFFF"/>
                <w:sz w:val="19"/>
                <w:szCs w:val="19"/>
                <w:rtl/>
              </w:rPr>
              <w:t>المالك أو المقاول الرئيسي</w:t>
            </w:r>
          </w:p>
        </w:tc>
        <w:tc>
          <w:tcPr>
            <w:tcW w:w="2041" w:type="dxa"/>
            <w:shd w:val="clear" w:color="auto" w:fill="052976"/>
            <w:vAlign w:val="center"/>
          </w:tcPr>
          <w:p w14:paraId="2D5BF7FC" w14:textId="77777777" w:rsidR="00EB0B06" w:rsidRDefault="00E30BD4">
            <w:pPr>
              <w:bidi/>
              <w:spacing w:before="40" w:after="40" w:line="288" w:lineRule="auto"/>
              <w:jc w:val="center"/>
            </w:pPr>
            <w:r>
              <w:rPr>
                <w:b/>
                <w:bCs/>
                <w:color w:val="FFFFFF"/>
                <w:sz w:val="19"/>
                <w:szCs w:val="19"/>
                <w:rtl/>
              </w:rPr>
              <w:t>نطاق الأعمال</w:t>
            </w:r>
          </w:p>
        </w:tc>
        <w:tc>
          <w:tcPr>
            <w:tcW w:w="1247" w:type="dxa"/>
            <w:shd w:val="clear" w:color="auto" w:fill="052976"/>
            <w:vAlign w:val="center"/>
          </w:tcPr>
          <w:p w14:paraId="3C4548BA" w14:textId="77777777" w:rsidR="00EB0B06" w:rsidRDefault="00E30BD4">
            <w:pPr>
              <w:bidi/>
              <w:spacing w:before="40" w:after="40" w:line="288" w:lineRule="auto"/>
              <w:jc w:val="center"/>
            </w:pPr>
            <w:r>
              <w:rPr>
                <w:b/>
                <w:bCs/>
                <w:color w:val="FFFFFF"/>
                <w:sz w:val="19"/>
                <w:szCs w:val="19"/>
                <w:rtl/>
              </w:rPr>
              <w:t>قيمة العقد</w:t>
            </w:r>
          </w:p>
        </w:tc>
        <w:tc>
          <w:tcPr>
            <w:tcW w:w="1134" w:type="dxa"/>
            <w:shd w:val="clear" w:color="auto" w:fill="052976"/>
            <w:vAlign w:val="center"/>
          </w:tcPr>
          <w:p w14:paraId="4903DAAA" w14:textId="77777777" w:rsidR="00EB0B06" w:rsidRDefault="00E30BD4">
            <w:pPr>
              <w:bidi/>
              <w:spacing w:before="40" w:after="40" w:line="288" w:lineRule="auto"/>
              <w:jc w:val="center"/>
            </w:pPr>
            <w:r>
              <w:rPr>
                <w:b/>
                <w:bCs/>
                <w:color w:val="FFFFFF"/>
                <w:sz w:val="19"/>
                <w:szCs w:val="19"/>
                <w:rtl/>
              </w:rPr>
              <w:t>نسبة الإنجاز</w:t>
            </w:r>
          </w:p>
        </w:tc>
        <w:tc>
          <w:tcPr>
            <w:tcW w:w="1531" w:type="dxa"/>
            <w:shd w:val="clear" w:color="auto" w:fill="052976"/>
            <w:vAlign w:val="center"/>
          </w:tcPr>
          <w:p w14:paraId="33E89675" w14:textId="77777777" w:rsidR="00EB0B06" w:rsidRDefault="00E30BD4">
            <w:pPr>
              <w:bidi/>
              <w:spacing w:before="40" w:after="40" w:line="288" w:lineRule="auto"/>
              <w:jc w:val="center"/>
            </w:pPr>
            <w:r>
              <w:rPr>
                <w:b/>
                <w:bCs/>
                <w:color w:val="FFFFFF"/>
                <w:sz w:val="19"/>
                <w:szCs w:val="19"/>
                <w:rtl/>
              </w:rPr>
              <w:t>تاريخ الانتهاء المتوقع</w:t>
            </w:r>
          </w:p>
        </w:tc>
      </w:tr>
      <w:tr w:rsidR="00EB0B06" w14:paraId="11A59FAA" w14:textId="77777777">
        <w:trPr>
          <w:cantSplit/>
          <w:trHeight w:val="408"/>
          <w:jc w:val="center"/>
        </w:trPr>
        <w:tc>
          <w:tcPr>
            <w:tcW w:w="397" w:type="dxa"/>
            <w:vAlign w:val="center"/>
          </w:tcPr>
          <w:p w14:paraId="58117867" w14:textId="77777777" w:rsidR="00EB0B06" w:rsidRDefault="00E30BD4">
            <w:pPr>
              <w:bidi/>
              <w:spacing w:before="40" w:after="40" w:line="288" w:lineRule="auto"/>
              <w:jc w:val="center"/>
            </w:pPr>
            <w:r>
              <w:rPr>
                <w:sz w:val="18"/>
                <w:szCs w:val="18"/>
                <w:rtl/>
              </w:rPr>
              <w:t>1</w:t>
            </w:r>
          </w:p>
        </w:tc>
        <w:tc>
          <w:tcPr>
            <w:tcW w:w="2041" w:type="dxa"/>
            <w:vAlign w:val="center"/>
          </w:tcPr>
          <w:p w14:paraId="3144DD5D" w14:textId="77777777" w:rsidR="00EB0B06" w:rsidRDefault="00EB0B06">
            <w:pPr>
              <w:bidi/>
              <w:spacing w:before="40" w:after="40" w:line="288" w:lineRule="auto"/>
            </w:pPr>
          </w:p>
        </w:tc>
        <w:tc>
          <w:tcPr>
            <w:tcW w:w="1701" w:type="dxa"/>
            <w:vAlign w:val="center"/>
          </w:tcPr>
          <w:p w14:paraId="39ECF960" w14:textId="77777777" w:rsidR="00EB0B06" w:rsidRDefault="00EB0B06">
            <w:pPr>
              <w:bidi/>
              <w:spacing w:before="40" w:after="40" w:line="288" w:lineRule="auto"/>
            </w:pPr>
          </w:p>
        </w:tc>
        <w:tc>
          <w:tcPr>
            <w:tcW w:w="2041" w:type="dxa"/>
            <w:vAlign w:val="center"/>
          </w:tcPr>
          <w:p w14:paraId="5327A161" w14:textId="77777777" w:rsidR="00EB0B06" w:rsidRDefault="00EB0B06">
            <w:pPr>
              <w:bidi/>
              <w:spacing w:before="40" w:after="40" w:line="288" w:lineRule="auto"/>
            </w:pPr>
          </w:p>
        </w:tc>
        <w:tc>
          <w:tcPr>
            <w:tcW w:w="1247" w:type="dxa"/>
            <w:vAlign w:val="center"/>
          </w:tcPr>
          <w:p w14:paraId="3266E759" w14:textId="77777777" w:rsidR="00EB0B06" w:rsidRDefault="00EB0B06">
            <w:pPr>
              <w:bidi/>
              <w:spacing w:before="40" w:after="40" w:line="288" w:lineRule="auto"/>
            </w:pPr>
          </w:p>
        </w:tc>
        <w:tc>
          <w:tcPr>
            <w:tcW w:w="1134" w:type="dxa"/>
            <w:vAlign w:val="center"/>
          </w:tcPr>
          <w:p w14:paraId="30C60465" w14:textId="77777777" w:rsidR="00EB0B06" w:rsidRDefault="00EB0B06">
            <w:pPr>
              <w:bidi/>
              <w:spacing w:before="40" w:after="40" w:line="288" w:lineRule="auto"/>
            </w:pPr>
          </w:p>
        </w:tc>
        <w:tc>
          <w:tcPr>
            <w:tcW w:w="1531" w:type="dxa"/>
            <w:vAlign w:val="center"/>
          </w:tcPr>
          <w:p w14:paraId="37A35FF9" w14:textId="77777777" w:rsidR="00EB0B06" w:rsidRDefault="00EB0B06">
            <w:pPr>
              <w:bidi/>
              <w:spacing w:before="40" w:after="40" w:line="288" w:lineRule="auto"/>
            </w:pPr>
          </w:p>
        </w:tc>
      </w:tr>
      <w:tr w:rsidR="00EB0B06" w14:paraId="72D861E2" w14:textId="77777777">
        <w:trPr>
          <w:cantSplit/>
          <w:trHeight w:val="408"/>
          <w:jc w:val="center"/>
        </w:trPr>
        <w:tc>
          <w:tcPr>
            <w:tcW w:w="397" w:type="dxa"/>
            <w:vAlign w:val="center"/>
          </w:tcPr>
          <w:p w14:paraId="19EAE5D2" w14:textId="77777777" w:rsidR="00EB0B06" w:rsidRDefault="00E30BD4">
            <w:pPr>
              <w:bidi/>
              <w:spacing w:before="40" w:after="40" w:line="288" w:lineRule="auto"/>
              <w:jc w:val="center"/>
            </w:pPr>
            <w:r>
              <w:rPr>
                <w:sz w:val="18"/>
                <w:szCs w:val="18"/>
                <w:rtl/>
              </w:rPr>
              <w:t>2</w:t>
            </w:r>
          </w:p>
        </w:tc>
        <w:tc>
          <w:tcPr>
            <w:tcW w:w="2041" w:type="dxa"/>
            <w:vAlign w:val="center"/>
          </w:tcPr>
          <w:p w14:paraId="637F7171" w14:textId="77777777" w:rsidR="00EB0B06" w:rsidRDefault="00EB0B06">
            <w:pPr>
              <w:bidi/>
              <w:spacing w:before="40" w:after="40" w:line="288" w:lineRule="auto"/>
            </w:pPr>
          </w:p>
        </w:tc>
        <w:tc>
          <w:tcPr>
            <w:tcW w:w="1701" w:type="dxa"/>
            <w:vAlign w:val="center"/>
          </w:tcPr>
          <w:p w14:paraId="2B2FF92F" w14:textId="77777777" w:rsidR="00EB0B06" w:rsidRDefault="00EB0B06">
            <w:pPr>
              <w:bidi/>
              <w:spacing w:before="40" w:after="40" w:line="288" w:lineRule="auto"/>
            </w:pPr>
          </w:p>
        </w:tc>
        <w:tc>
          <w:tcPr>
            <w:tcW w:w="2041" w:type="dxa"/>
            <w:vAlign w:val="center"/>
          </w:tcPr>
          <w:p w14:paraId="6A774096" w14:textId="77777777" w:rsidR="00EB0B06" w:rsidRDefault="00EB0B06">
            <w:pPr>
              <w:bidi/>
              <w:spacing w:before="40" w:after="40" w:line="288" w:lineRule="auto"/>
            </w:pPr>
          </w:p>
        </w:tc>
        <w:tc>
          <w:tcPr>
            <w:tcW w:w="1247" w:type="dxa"/>
            <w:vAlign w:val="center"/>
          </w:tcPr>
          <w:p w14:paraId="7BF5A363" w14:textId="77777777" w:rsidR="00EB0B06" w:rsidRDefault="00EB0B06">
            <w:pPr>
              <w:bidi/>
              <w:spacing w:before="40" w:after="40" w:line="288" w:lineRule="auto"/>
            </w:pPr>
          </w:p>
        </w:tc>
        <w:tc>
          <w:tcPr>
            <w:tcW w:w="1134" w:type="dxa"/>
            <w:vAlign w:val="center"/>
          </w:tcPr>
          <w:p w14:paraId="198A188F" w14:textId="77777777" w:rsidR="00EB0B06" w:rsidRDefault="00EB0B06">
            <w:pPr>
              <w:bidi/>
              <w:spacing w:before="40" w:after="40" w:line="288" w:lineRule="auto"/>
            </w:pPr>
          </w:p>
        </w:tc>
        <w:tc>
          <w:tcPr>
            <w:tcW w:w="1531" w:type="dxa"/>
            <w:vAlign w:val="center"/>
          </w:tcPr>
          <w:p w14:paraId="61DCE8B5" w14:textId="77777777" w:rsidR="00EB0B06" w:rsidRDefault="00EB0B06">
            <w:pPr>
              <w:bidi/>
              <w:spacing w:before="40" w:after="40" w:line="288" w:lineRule="auto"/>
            </w:pPr>
          </w:p>
        </w:tc>
      </w:tr>
      <w:tr w:rsidR="00EB0B06" w14:paraId="1D1E41F3" w14:textId="77777777">
        <w:trPr>
          <w:cantSplit/>
          <w:trHeight w:val="408"/>
          <w:jc w:val="center"/>
        </w:trPr>
        <w:tc>
          <w:tcPr>
            <w:tcW w:w="397" w:type="dxa"/>
            <w:vAlign w:val="center"/>
          </w:tcPr>
          <w:p w14:paraId="72301E26" w14:textId="77777777" w:rsidR="00EB0B06" w:rsidRDefault="00E30BD4">
            <w:pPr>
              <w:bidi/>
              <w:spacing w:before="40" w:after="40" w:line="288" w:lineRule="auto"/>
              <w:jc w:val="center"/>
            </w:pPr>
            <w:r>
              <w:rPr>
                <w:sz w:val="18"/>
                <w:szCs w:val="18"/>
                <w:rtl/>
              </w:rPr>
              <w:t>3</w:t>
            </w:r>
          </w:p>
        </w:tc>
        <w:tc>
          <w:tcPr>
            <w:tcW w:w="2041" w:type="dxa"/>
            <w:vAlign w:val="center"/>
          </w:tcPr>
          <w:p w14:paraId="3B018C2B" w14:textId="77777777" w:rsidR="00EB0B06" w:rsidRDefault="00EB0B06">
            <w:pPr>
              <w:bidi/>
              <w:spacing w:before="40" w:after="40" w:line="288" w:lineRule="auto"/>
            </w:pPr>
          </w:p>
        </w:tc>
        <w:tc>
          <w:tcPr>
            <w:tcW w:w="1701" w:type="dxa"/>
            <w:vAlign w:val="center"/>
          </w:tcPr>
          <w:p w14:paraId="456B2AE8" w14:textId="77777777" w:rsidR="00EB0B06" w:rsidRDefault="00EB0B06">
            <w:pPr>
              <w:bidi/>
              <w:spacing w:before="40" w:after="40" w:line="288" w:lineRule="auto"/>
            </w:pPr>
          </w:p>
        </w:tc>
        <w:tc>
          <w:tcPr>
            <w:tcW w:w="2041" w:type="dxa"/>
            <w:vAlign w:val="center"/>
          </w:tcPr>
          <w:p w14:paraId="3B59E597" w14:textId="77777777" w:rsidR="00EB0B06" w:rsidRDefault="00EB0B06">
            <w:pPr>
              <w:bidi/>
              <w:spacing w:before="40" w:after="40" w:line="288" w:lineRule="auto"/>
            </w:pPr>
          </w:p>
        </w:tc>
        <w:tc>
          <w:tcPr>
            <w:tcW w:w="1247" w:type="dxa"/>
            <w:vAlign w:val="center"/>
          </w:tcPr>
          <w:p w14:paraId="02C9AD7F" w14:textId="77777777" w:rsidR="00EB0B06" w:rsidRDefault="00EB0B06">
            <w:pPr>
              <w:bidi/>
              <w:spacing w:before="40" w:after="40" w:line="288" w:lineRule="auto"/>
            </w:pPr>
          </w:p>
        </w:tc>
        <w:tc>
          <w:tcPr>
            <w:tcW w:w="1134" w:type="dxa"/>
            <w:vAlign w:val="center"/>
          </w:tcPr>
          <w:p w14:paraId="0E119A3C" w14:textId="77777777" w:rsidR="00EB0B06" w:rsidRDefault="00EB0B06">
            <w:pPr>
              <w:bidi/>
              <w:spacing w:before="40" w:after="40" w:line="288" w:lineRule="auto"/>
            </w:pPr>
          </w:p>
        </w:tc>
        <w:tc>
          <w:tcPr>
            <w:tcW w:w="1531" w:type="dxa"/>
            <w:vAlign w:val="center"/>
          </w:tcPr>
          <w:p w14:paraId="5456B302" w14:textId="77777777" w:rsidR="00EB0B06" w:rsidRDefault="00EB0B06">
            <w:pPr>
              <w:bidi/>
              <w:spacing w:before="40" w:after="40" w:line="288" w:lineRule="auto"/>
            </w:pPr>
          </w:p>
        </w:tc>
      </w:tr>
      <w:tr w:rsidR="00EB0B06" w14:paraId="7D94ED9F" w14:textId="77777777">
        <w:trPr>
          <w:cantSplit/>
          <w:trHeight w:val="408"/>
          <w:jc w:val="center"/>
        </w:trPr>
        <w:tc>
          <w:tcPr>
            <w:tcW w:w="397" w:type="dxa"/>
            <w:vAlign w:val="center"/>
          </w:tcPr>
          <w:p w14:paraId="2CD4C22C" w14:textId="77777777" w:rsidR="00EB0B06" w:rsidRDefault="00E30BD4">
            <w:pPr>
              <w:bidi/>
              <w:spacing w:before="40" w:after="40" w:line="288" w:lineRule="auto"/>
              <w:jc w:val="center"/>
            </w:pPr>
            <w:r>
              <w:rPr>
                <w:sz w:val="18"/>
                <w:szCs w:val="18"/>
                <w:rtl/>
              </w:rPr>
              <w:t>4</w:t>
            </w:r>
          </w:p>
        </w:tc>
        <w:tc>
          <w:tcPr>
            <w:tcW w:w="2041" w:type="dxa"/>
            <w:vAlign w:val="center"/>
          </w:tcPr>
          <w:p w14:paraId="7929E2FB" w14:textId="77777777" w:rsidR="00EB0B06" w:rsidRDefault="00EB0B06">
            <w:pPr>
              <w:bidi/>
              <w:spacing w:before="40" w:after="40" w:line="288" w:lineRule="auto"/>
            </w:pPr>
          </w:p>
        </w:tc>
        <w:tc>
          <w:tcPr>
            <w:tcW w:w="1701" w:type="dxa"/>
            <w:vAlign w:val="center"/>
          </w:tcPr>
          <w:p w14:paraId="56F59E95" w14:textId="77777777" w:rsidR="00EB0B06" w:rsidRDefault="00EB0B06">
            <w:pPr>
              <w:bidi/>
              <w:spacing w:before="40" w:after="40" w:line="288" w:lineRule="auto"/>
            </w:pPr>
          </w:p>
        </w:tc>
        <w:tc>
          <w:tcPr>
            <w:tcW w:w="2041" w:type="dxa"/>
            <w:vAlign w:val="center"/>
          </w:tcPr>
          <w:p w14:paraId="27D1AD72" w14:textId="77777777" w:rsidR="00EB0B06" w:rsidRDefault="00EB0B06">
            <w:pPr>
              <w:bidi/>
              <w:spacing w:before="40" w:after="40" w:line="288" w:lineRule="auto"/>
            </w:pPr>
          </w:p>
        </w:tc>
        <w:tc>
          <w:tcPr>
            <w:tcW w:w="1247" w:type="dxa"/>
            <w:vAlign w:val="center"/>
          </w:tcPr>
          <w:p w14:paraId="31F7B6CC" w14:textId="77777777" w:rsidR="00EB0B06" w:rsidRDefault="00EB0B06">
            <w:pPr>
              <w:bidi/>
              <w:spacing w:before="40" w:after="40" w:line="288" w:lineRule="auto"/>
            </w:pPr>
          </w:p>
        </w:tc>
        <w:tc>
          <w:tcPr>
            <w:tcW w:w="1134" w:type="dxa"/>
            <w:vAlign w:val="center"/>
          </w:tcPr>
          <w:p w14:paraId="072C756C" w14:textId="77777777" w:rsidR="00EB0B06" w:rsidRDefault="00EB0B06">
            <w:pPr>
              <w:bidi/>
              <w:spacing w:before="40" w:after="40" w:line="288" w:lineRule="auto"/>
            </w:pPr>
          </w:p>
        </w:tc>
        <w:tc>
          <w:tcPr>
            <w:tcW w:w="1531" w:type="dxa"/>
            <w:vAlign w:val="center"/>
          </w:tcPr>
          <w:p w14:paraId="4FA16462" w14:textId="77777777" w:rsidR="00EB0B06" w:rsidRDefault="00EB0B06">
            <w:pPr>
              <w:bidi/>
              <w:spacing w:before="40" w:after="40" w:line="288" w:lineRule="auto"/>
            </w:pPr>
          </w:p>
        </w:tc>
      </w:tr>
      <w:tr w:rsidR="00EB0B06" w14:paraId="3355C522" w14:textId="77777777">
        <w:trPr>
          <w:cantSplit/>
          <w:trHeight w:val="408"/>
          <w:jc w:val="center"/>
        </w:trPr>
        <w:tc>
          <w:tcPr>
            <w:tcW w:w="397" w:type="dxa"/>
            <w:vAlign w:val="center"/>
          </w:tcPr>
          <w:p w14:paraId="556CEDCA" w14:textId="77777777" w:rsidR="00EB0B06" w:rsidRDefault="00E30BD4">
            <w:pPr>
              <w:bidi/>
              <w:spacing w:before="40" w:after="40" w:line="288" w:lineRule="auto"/>
              <w:jc w:val="center"/>
            </w:pPr>
            <w:r>
              <w:rPr>
                <w:sz w:val="18"/>
                <w:szCs w:val="18"/>
                <w:rtl/>
              </w:rPr>
              <w:t>5</w:t>
            </w:r>
          </w:p>
        </w:tc>
        <w:tc>
          <w:tcPr>
            <w:tcW w:w="2041" w:type="dxa"/>
            <w:vAlign w:val="center"/>
          </w:tcPr>
          <w:p w14:paraId="4EEB3021" w14:textId="77777777" w:rsidR="00EB0B06" w:rsidRDefault="00EB0B06">
            <w:pPr>
              <w:bidi/>
              <w:spacing w:before="40" w:after="40" w:line="288" w:lineRule="auto"/>
            </w:pPr>
          </w:p>
        </w:tc>
        <w:tc>
          <w:tcPr>
            <w:tcW w:w="1701" w:type="dxa"/>
            <w:vAlign w:val="center"/>
          </w:tcPr>
          <w:p w14:paraId="2FA24259" w14:textId="77777777" w:rsidR="00EB0B06" w:rsidRDefault="00EB0B06">
            <w:pPr>
              <w:bidi/>
              <w:spacing w:before="40" w:after="40" w:line="288" w:lineRule="auto"/>
            </w:pPr>
          </w:p>
        </w:tc>
        <w:tc>
          <w:tcPr>
            <w:tcW w:w="2041" w:type="dxa"/>
            <w:vAlign w:val="center"/>
          </w:tcPr>
          <w:p w14:paraId="7ED81A6F" w14:textId="77777777" w:rsidR="00EB0B06" w:rsidRDefault="00EB0B06">
            <w:pPr>
              <w:bidi/>
              <w:spacing w:before="40" w:after="40" w:line="288" w:lineRule="auto"/>
            </w:pPr>
          </w:p>
        </w:tc>
        <w:tc>
          <w:tcPr>
            <w:tcW w:w="1247" w:type="dxa"/>
            <w:vAlign w:val="center"/>
          </w:tcPr>
          <w:p w14:paraId="437B06D1" w14:textId="77777777" w:rsidR="00EB0B06" w:rsidRDefault="00EB0B06">
            <w:pPr>
              <w:bidi/>
              <w:spacing w:before="40" w:after="40" w:line="288" w:lineRule="auto"/>
            </w:pPr>
          </w:p>
        </w:tc>
        <w:tc>
          <w:tcPr>
            <w:tcW w:w="1134" w:type="dxa"/>
            <w:vAlign w:val="center"/>
          </w:tcPr>
          <w:p w14:paraId="61C14861" w14:textId="77777777" w:rsidR="00EB0B06" w:rsidRDefault="00EB0B06">
            <w:pPr>
              <w:bidi/>
              <w:spacing w:before="40" w:after="40" w:line="288" w:lineRule="auto"/>
            </w:pPr>
          </w:p>
        </w:tc>
        <w:tc>
          <w:tcPr>
            <w:tcW w:w="1531" w:type="dxa"/>
            <w:vAlign w:val="center"/>
          </w:tcPr>
          <w:p w14:paraId="4F02A3E1" w14:textId="77777777" w:rsidR="00EB0B06" w:rsidRDefault="00EB0B06">
            <w:pPr>
              <w:bidi/>
              <w:spacing w:before="40" w:after="40" w:line="288" w:lineRule="auto"/>
            </w:pPr>
          </w:p>
        </w:tc>
      </w:tr>
    </w:tbl>
    <w:p w14:paraId="7C786D62" w14:textId="77777777" w:rsidR="00EB0B06" w:rsidRDefault="00EB0B06">
      <w:pPr>
        <w:bidi/>
        <w:spacing w:after="40"/>
      </w:pPr>
    </w:p>
    <w:p w14:paraId="3309461C" w14:textId="77777777" w:rsidR="00EB0B06" w:rsidRDefault="00E30BD4">
      <w:pPr>
        <w:keepNext/>
        <w:pBdr>
          <w:bottom w:val="single" w:sz="8" w:space="1" w:color="2633FF"/>
        </w:pBdr>
        <w:bidi/>
        <w:spacing w:before="200" w:after="120"/>
        <w:outlineLvl w:val="0"/>
      </w:pPr>
      <w:r>
        <w:rPr>
          <w:b/>
          <w:bCs/>
          <w:color w:val="052976"/>
          <w:sz w:val="30"/>
          <w:szCs w:val="30"/>
          <w:rtl/>
        </w:rPr>
        <w:t>5. الجهاز الفني والعمالة</w:t>
      </w:r>
    </w:p>
    <w:p w14:paraId="05D35D3E" w14:textId="77777777" w:rsidR="00EB0B06" w:rsidRDefault="00E30BD4">
      <w:pPr>
        <w:keepNext/>
        <w:bidi/>
        <w:spacing w:after="120"/>
        <w:outlineLvl w:val="1"/>
      </w:pPr>
      <w:r>
        <w:rPr>
          <w:b/>
          <w:bCs/>
          <w:color w:val="052976"/>
          <w:sz w:val="25"/>
          <w:szCs w:val="25"/>
          <w:rtl/>
        </w:rPr>
        <w:t>5.1 الجهاز الفني المقترح للمشروع</w:t>
      </w:r>
    </w:p>
    <w:tbl>
      <w:tblPr>
        <w:tblStyle w:val="TableGrid"/>
        <w:bidiVisual/>
        <w:tblW w:w="0" w:type="auto"/>
        <w:jc w:val="center"/>
        <w:tblLayout w:type="fixed"/>
        <w:tblLook w:val="04A0" w:firstRow="1" w:lastRow="0" w:firstColumn="1" w:lastColumn="0" w:noHBand="0" w:noVBand="1"/>
      </w:tblPr>
      <w:tblGrid>
        <w:gridCol w:w="397"/>
        <w:gridCol w:w="1928"/>
        <w:gridCol w:w="1587"/>
        <w:gridCol w:w="1361"/>
        <w:gridCol w:w="907"/>
        <w:gridCol w:w="1020"/>
        <w:gridCol w:w="1474"/>
        <w:gridCol w:w="1417"/>
      </w:tblGrid>
      <w:tr w:rsidR="00EB0B06" w14:paraId="3F21D0F4" w14:textId="77777777">
        <w:trPr>
          <w:cantSplit/>
          <w:trHeight w:val="408"/>
          <w:tblHeader/>
          <w:jc w:val="center"/>
        </w:trPr>
        <w:tc>
          <w:tcPr>
            <w:tcW w:w="397" w:type="dxa"/>
            <w:shd w:val="clear" w:color="auto" w:fill="052976"/>
            <w:vAlign w:val="center"/>
          </w:tcPr>
          <w:p w14:paraId="18ACC86D" w14:textId="77777777" w:rsidR="00EB0B06" w:rsidRDefault="00E30BD4">
            <w:pPr>
              <w:bidi/>
              <w:spacing w:before="40" w:after="40" w:line="288" w:lineRule="auto"/>
              <w:jc w:val="center"/>
            </w:pPr>
            <w:r>
              <w:rPr>
                <w:b/>
                <w:bCs/>
                <w:color w:val="FFFFFF"/>
                <w:sz w:val="19"/>
                <w:szCs w:val="19"/>
                <w:rtl/>
              </w:rPr>
              <w:t>م</w:t>
            </w:r>
          </w:p>
        </w:tc>
        <w:tc>
          <w:tcPr>
            <w:tcW w:w="1928" w:type="dxa"/>
            <w:shd w:val="clear" w:color="auto" w:fill="052976"/>
            <w:vAlign w:val="center"/>
          </w:tcPr>
          <w:p w14:paraId="3791BA37" w14:textId="77777777" w:rsidR="00EB0B06" w:rsidRDefault="00E30BD4">
            <w:pPr>
              <w:bidi/>
              <w:spacing w:before="40" w:after="40" w:line="288" w:lineRule="auto"/>
              <w:jc w:val="center"/>
            </w:pPr>
            <w:r>
              <w:rPr>
                <w:b/>
                <w:bCs/>
                <w:color w:val="FFFFFF"/>
                <w:sz w:val="19"/>
                <w:szCs w:val="19"/>
                <w:rtl/>
              </w:rPr>
              <w:t>الوظيفة</w:t>
            </w:r>
          </w:p>
        </w:tc>
        <w:tc>
          <w:tcPr>
            <w:tcW w:w="1587" w:type="dxa"/>
            <w:shd w:val="clear" w:color="auto" w:fill="052976"/>
            <w:vAlign w:val="center"/>
          </w:tcPr>
          <w:p w14:paraId="6CA1A7CB" w14:textId="77777777" w:rsidR="00EB0B06" w:rsidRDefault="00E30BD4">
            <w:pPr>
              <w:bidi/>
              <w:spacing w:before="40" w:after="40" w:line="288" w:lineRule="auto"/>
              <w:jc w:val="center"/>
            </w:pPr>
            <w:r>
              <w:rPr>
                <w:b/>
                <w:bCs/>
                <w:color w:val="FFFFFF"/>
                <w:sz w:val="19"/>
                <w:szCs w:val="19"/>
                <w:rtl/>
              </w:rPr>
              <w:t>الاسم</w:t>
            </w:r>
          </w:p>
        </w:tc>
        <w:tc>
          <w:tcPr>
            <w:tcW w:w="1361" w:type="dxa"/>
            <w:shd w:val="clear" w:color="auto" w:fill="052976"/>
            <w:vAlign w:val="center"/>
          </w:tcPr>
          <w:p w14:paraId="10AF1275" w14:textId="77777777" w:rsidR="00EB0B06" w:rsidRDefault="00E30BD4">
            <w:pPr>
              <w:bidi/>
              <w:spacing w:before="40" w:after="40" w:line="288" w:lineRule="auto"/>
              <w:jc w:val="center"/>
            </w:pPr>
            <w:r>
              <w:rPr>
                <w:b/>
                <w:bCs/>
                <w:color w:val="FFFFFF"/>
                <w:sz w:val="19"/>
                <w:szCs w:val="19"/>
                <w:rtl/>
              </w:rPr>
              <w:t>المؤهل</w:t>
            </w:r>
          </w:p>
        </w:tc>
        <w:tc>
          <w:tcPr>
            <w:tcW w:w="907" w:type="dxa"/>
            <w:shd w:val="clear" w:color="auto" w:fill="052976"/>
            <w:vAlign w:val="center"/>
          </w:tcPr>
          <w:p w14:paraId="2763C1C9" w14:textId="77777777" w:rsidR="00EB0B06" w:rsidRDefault="00E30BD4">
            <w:pPr>
              <w:bidi/>
              <w:spacing w:before="40" w:after="40" w:line="288" w:lineRule="auto"/>
              <w:jc w:val="center"/>
            </w:pPr>
            <w:r>
              <w:rPr>
                <w:b/>
                <w:bCs/>
                <w:color w:val="FFFFFF"/>
                <w:sz w:val="19"/>
                <w:szCs w:val="19"/>
                <w:rtl/>
              </w:rPr>
              <w:t>سنوات الخبرة</w:t>
            </w:r>
          </w:p>
        </w:tc>
        <w:tc>
          <w:tcPr>
            <w:tcW w:w="1020" w:type="dxa"/>
            <w:shd w:val="clear" w:color="auto" w:fill="052976"/>
            <w:vAlign w:val="center"/>
          </w:tcPr>
          <w:p w14:paraId="390E0719" w14:textId="77777777" w:rsidR="00EB0B06" w:rsidRDefault="00E30BD4">
            <w:pPr>
              <w:bidi/>
              <w:spacing w:before="40" w:after="40" w:line="288" w:lineRule="auto"/>
              <w:jc w:val="center"/>
            </w:pPr>
            <w:r>
              <w:rPr>
                <w:b/>
                <w:bCs/>
                <w:color w:val="FFFFFF"/>
                <w:sz w:val="19"/>
                <w:szCs w:val="19"/>
                <w:rtl/>
              </w:rPr>
              <w:t>سنوات الخدمة بالشركة</w:t>
            </w:r>
          </w:p>
        </w:tc>
        <w:tc>
          <w:tcPr>
            <w:tcW w:w="1474" w:type="dxa"/>
            <w:shd w:val="clear" w:color="auto" w:fill="052976"/>
            <w:vAlign w:val="center"/>
          </w:tcPr>
          <w:p w14:paraId="6A332412" w14:textId="77777777" w:rsidR="00EB0B06" w:rsidRDefault="00E30BD4">
            <w:pPr>
              <w:bidi/>
              <w:spacing w:before="40" w:after="40" w:line="288" w:lineRule="auto"/>
              <w:jc w:val="center"/>
            </w:pPr>
            <w:r>
              <w:rPr>
                <w:b/>
                <w:bCs/>
                <w:color w:val="FFFFFF"/>
                <w:sz w:val="19"/>
                <w:szCs w:val="19"/>
                <w:rtl/>
              </w:rPr>
              <w:t>رقم العضوية المهنية</w:t>
            </w:r>
          </w:p>
        </w:tc>
        <w:tc>
          <w:tcPr>
            <w:tcW w:w="1417" w:type="dxa"/>
            <w:shd w:val="clear" w:color="auto" w:fill="052976"/>
            <w:vAlign w:val="center"/>
          </w:tcPr>
          <w:p w14:paraId="46FBA626" w14:textId="77777777" w:rsidR="00EB0B06" w:rsidRDefault="00E30BD4">
            <w:pPr>
              <w:bidi/>
              <w:spacing w:before="40" w:after="40" w:line="288" w:lineRule="auto"/>
              <w:jc w:val="center"/>
            </w:pPr>
            <w:r>
              <w:rPr>
                <w:b/>
                <w:bCs/>
                <w:color w:val="FFFFFF"/>
                <w:sz w:val="19"/>
                <w:szCs w:val="19"/>
                <w:rtl/>
              </w:rPr>
              <w:t>متفرغ</w:t>
            </w:r>
          </w:p>
        </w:tc>
      </w:tr>
      <w:tr w:rsidR="00EB0B06" w14:paraId="2E1DEB19" w14:textId="77777777">
        <w:trPr>
          <w:cantSplit/>
          <w:trHeight w:val="408"/>
          <w:jc w:val="center"/>
        </w:trPr>
        <w:tc>
          <w:tcPr>
            <w:tcW w:w="397" w:type="dxa"/>
            <w:vAlign w:val="center"/>
          </w:tcPr>
          <w:p w14:paraId="0F59EF9E" w14:textId="77777777" w:rsidR="00EB0B06" w:rsidRDefault="00E30BD4">
            <w:pPr>
              <w:bidi/>
              <w:spacing w:before="40" w:after="40" w:line="288" w:lineRule="auto"/>
              <w:jc w:val="center"/>
            </w:pPr>
            <w:r>
              <w:rPr>
                <w:sz w:val="18"/>
                <w:szCs w:val="18"/>
                <w:rtl/>
              </w:rPr>
              <w:t>1</w:t>
            </w:r>
          </w:p>
        </w:tc>
        <w:tc>
          <w:tcPr>
            <w:tcW w:w="1928" w:type="dxa"/>
            <w:vAlign w:val="center"/>
          </w:tcPr>
          <w:p w14:paraId="084A451D" w14:textId="77777777" w:rsidR="00EB0B06" w:rsidRDefault="00E30BD4">
            <w:pPr>
              <w:bidi/>
              <w:spacing w:before="40" w:after="40" w:line="288" w:lineRule="auto"/>
            </w:pPr>
            <w:r>
              <w:rPr>
                <w:sz w:val="18"/>
                <w:szCs w:val="18"/>
                <w:rtl/>
              </w:rPr>
              <w:t>مدير المشروع</w:t>
            </w:r>
          </w:p>
        </w:tc>
        <w:tc>
          <w:tcPr>
            <w:tcW w:w="1587" w:type="dxa"/>
            <w:vAlign w:val="center"/>
          </w:tcPr>
          <w:p w14:paraId="244A0C4E" w14:textId="77777777" w:rsidR="00EB0B06" w:rsidRDefault="00EB0B06">
            <w:pPr>
              <w:bidi/>
              <w:spacing w:before="40" w:after="40" w:line="288" w:lineRule="auto"/>
            </w:pPr>
          </w:p>
        </w:tc>
        <w:tc>
          <w:tcPr>
            <w:tcW w:w="1361" w:type="dxa"/>
            <w:vAlign w:val="center"/>
          </w:tcPr>
          <w:p w14:paraId="47C6CA9A" w14:textId="77777777" w:rsidR="00EB0B06" w:rsidRDefault="00EB0B06">
            <w:pPr>
              <w:bidi/>
              <w:spacing w:before="40" w:after="40" w:line="288" w:lineRule="auto"/>
            </w:pPr>
          </w:p>
        </w:tc>
        <w:tc>
          <w:tcPr>
            <w:tcW w:w="907" w:type="dxa"/>
            <w:vAlign w:val="center"/>
          </w:tcPr>
          <w:p w14:paraId="30574D9D" w14:textId="77777777" w:rsidR="00EB0B06" w:rsidRDefault="00EB0B06">
            <w:pPr>
              <w:bidi/>
              <w:spacing w:before="40" w:after="40" w:line="288" w:lineRule="auto"/>
            </w:pPr>
          </w:p>
        </w:tc>
        <w:tc>
          <w:tcPr>
            <w:tcW w:w="1020" w:type="dxa"/>
            <w:vAlign w:val="center"/>
          </w:tcPr>
          <w:p w14:paraId="20494772" w14:textId="77777777" w:rsidR="00EB0B06" w:rsidRDefault="00EB0B06">
            <w:pPr>
              <w:bidi/>
              <w:spacing w:before="40" w:after="40" w:line="288" w:lineRule="auto"/>
            </w:pPr>
          </w:p>
        </w:tc>
        <w:tc>
          <w:tcPr>
            <w:tcW w:w="1474" w:type="dxa"/>
            <w:vAlign w:val="center"/>
          </w:tcPr>
          <w:p w14:paraId="364697DD" w14:textId="77777777" w:rsidR="00EB0B06" w:rsidRDefault="00EB0B06">
            <w:pPr>
              <w:bidi/>
              <w:spacing w:before="40" w:after="40" w:line="288" w:lineRule="auto"/>
            </w:pPr>
          </w:p>
        </w:tc>
        <w:tc>
          <w:tcPr>
            <w:tcW w:w="1417" w:type="dxa"/>
            <w:vAlign w:val="center"/>
          </w:tcPr>
          <w:p w14:paraId="4D3CBCA5" w14:textId="77777777" w:rsidR="00EB0B06" w:rsidRDefault="00E30BD4">
            <w:pPr>
              <w:bidi/>
              <w:spacing w:before="40" w:after="40" w:line="288" w:lineRule="auto"/>
            </w:pPr>
            <w:r>
              <w:rPr>
                <w:sz w:val="18"/>
                <w:szCs w:val="18"/>
                <w:rtl/>
              </w:rPr>
              <w:t>☐ نعم ☐ لا</w:t>
            </w:r>
          </w:p>
        </w:tc>
      </w:tr>
      <w:tr w:rsidR="00EB0B06" w14:paraId="04B33B68" w14:textId="77777777">
        <w:trPr>
          <w:cantSplit/>
          <w:trHeight w:val="408"/>
          <w:jc w:val="center"/>
        </w:trPr>
        <w:tc>
          <w:tcPr>
            <w:tcW w:w="397" w:type="dxa"/>
            <w:vAlign w:val="center"/>
          </w:tcPr>
          <w:p w14:paraId="4CD0D9CD" w14:textId="77777777" w:rsidR="00EB0B06" w:rsidRDefault="00E30BD4">
            <w:pPr>
              <w:bidi/>
              <w:spacing w:before="40" w:after="40" w:line="288" w:lineRule="auto"/>
              <w:jc w:val="center"/>
            </w:pPr>
            <w:r>
              <w:rPr>
                <w:sz w:val="18"/>
                <w:szCs w:val="18"/>
                <w:rtl/>
              </w:rPr>
              <w:t>2</w:t>
            </w:r>
          </w:p>
        </w:tc>
        <w:tc>
          <w:tcPr>
            <w:tcW w:w="1928" w:type="dxa"/>
            <w:vAlign w:val="center"/>
          </w:tcPr>
          <w:p w14:paraId="03405E66" w14:textId="77777777" w:rsidR="00EB0B06" w:rsidRDefault="00E30BD4">
            <w:pPr>
              <w:bidi/>
              <w:spacing w:before="40" w:after="40" w:line="288" w:lineRule="auto"/>
            </w:pPr>
            <w:r>
              <w:rPr>
                <w:sz w:val="18"/>
                <w:szCs w:val="18"/>
                <w:rtl/>
              </w:rPr>
              <w:t>مهندس الموقع</w:t>
            </w:r>
          </w:p>
        </w:tc>
        <w:tc>
          <w:tcPr>
            <w:tcW w:w="1587" w:type="dxa"/>
            <w:vAlign w:val="center"/>
          </w:tcPr>
          <w:p w14:paraId="5772291F" w14:textId="77777777" w:rsidR="00EB0B06" w:rsidRDefault="00EB0B06">
            <w:pPr>
              <w:bidi/>
              <w:spacing w:before="40" w:after="40" w:line="288" w:lineRule="auto"/>
            </w:pPr>
          </w:p>
        </w:tc>
        <w:tc>
          <w:tcPr>
            <w:tcW w:w="1361" w:type="dxa"/>
            <w:vAlign w:val="center"/>
          </w:tcPr>
          <w:p w14:paraId="51A081B3" w14:textId="77777777" w:rsidR="00EB0B06" w:rsidRDefault="00EB0B06">
            <w:pPr>
              <w:bidi/>
              <w:spacing w:before="40" w:after="40" w:line="288" w:lineRule="auto"/>
            </w:pPr>
          </w:p>
        </w:tc>
        <w:tc>
          <w:tcPr>
            <w:tcW w:w="907" w:type="dxa"/>
            <w:vAlign w:val="center"/>
          </w:tcPr>
          <w:p w14:paraId="159C8F0A" w14:textId="77777777" w:rsidR="00EB0B06" w:rsidRDefault="00EB0B06">
            <w:pPr>
              <w:bidi/>
              <w:spacing w:before="40" w:after="40" w:line="288" w:lineRule="auto"/>
            </w:pPr>
          </w:p>
        </w:tc>
        <w:tc>
          <w:tcPr>
            <w:tcW w:w="1020" w:type="dxa"/>
            <w:vAlign w:val="center"/>
          </w:tcPr>
          <w:p w14:paraId="32283266" w14:textId="77777777" w:rsidR="00EB0B06" w:rsidRDefault="00EB0B06">
            <w:pPr>
              <w:bidi/>
              <w:spacing w:before="40" w:after="40" w:line="288" w:lineRule="auto"/>
            </w:pPr>
          </w:p>
        </w:tc>
        <w:tc>
          <w:tcPr>
            <w:tcW w:w="1474" w:type="dxa"/>
            <w:vAlign w:val="center"/>
          </w:tcPr>
          <w:p w14:paraId="4B223CA2" w14:textId="77777777" w:rsidR="00EB0B06" w:rsidRDefault="00EB0B06">
            <w:pPr>
              <w:bidi/>
              <w:spacing w:before="40" w:after="40" w:line="288" w:lineRule="auto"/>
            </w:pPr>
          </w:p>
        </w:tc>
        <w:tc>
          <w:tcPr>
            <w:tcW w:w="1417" w:type="dxa"/>
            <w:vAlign w:val="center"/>
          </w:tcPr>
          <w:p w14:paraId="7B7CFAEC" w14:textId="77777777" w:rsidR="00EB0B06" w:rsidRDefault="00E30BD4">
            <w:pPr>
              <w:bidi/>
              <w:spacing w:before="40" w:after="40" w:line="288" w:lineRule="auto"/>
            </w:pPr>
            <w:r>
              <w:rPr>
                <w:sz w:val="18"/>
                <w:szCs w:val="18"/>
                <w:rtl/>
              </w:rPr>
              <w:t>☐ نعم ☐ لا</w:t>
            </w:r>
          </w:p>
        </w:tc>
      </w:tr>
      <w:tr w:rsidR="00EB0B06" w14:paraId="277F8BE0" w14:textId="77777777">
        <w:trPr>
          <w:cantSplit/>
          <w:trHeight w:val="408"/>
          <w:jc w:val="center"/>
        </w:trPr>
        <w:tc>
          <w:tcPr>
            <w:tcW w:w="397" w:type="dxa"/>
            <w:vAlign w:val="center"/>
          </w:tcPr>
          <w:p w14:paraId="6AFAA812" w14:textId="77777777" w:rsidR="00EB0B06" w:rsidRDefault="00E30BD4">
            <w:pPr>
              <w:bidi/>
              <w:spacing w:before="40" w:after="40" w:line="288" w:lineRule="auto"/>
              <w:jc w:val="center"/>
            </w:pPr>
            <w:r>
              <w:rPr>
                <w:sz w:val="18"/>
                <w:szCs w:val="18"/>
                <w:rtl/>
              </w:rPr>
              <w:t>3</w:t>
            </w:r>
          </w:p>
        </w:tc>
        <w:tc>
          <w:tcPr>
            <w:tcW w:w="1928" w:type="dxa"/>
            <w:vAlign w:val="center"/>
          </w:tcPr>
          <w:p w14:paraId="2D0EA996" w14:textId="77777777" w:rsidR="00EB0B06" w:rsidRDefault="00E30BD4">
            <w:pPr>
              <w:bidi/>
              <w:spacing w:before="40" w:after="40" w:line="288" w:lineRule="auto"/>
            </w:pPr>
            <w:r>
              <w:rPr>
                <w:sz w:val="18"/>
                <w:szCs w:val="18"/>
                <w:rtl/>
              </w:rPr>
              <w:t>مهندس الجودة QA/QC</w:t>
            </w:r>
          </w:p>
        </w:tc>
        <w:tc>
          <w:tcPr>
            <w:tcW w:w="1587" w:type="dxa"/>
            <w:vAlign w:val="center"/>
          </w:tcPr>
          <w:p w14:paraId="268C9A76" w14:textId="77777777" w:rsidR="00EB0B06" w:rsidRDefault="00EB0B06">
            <w:pPr>
              <w:bidi/>
              <w:spacing w:before="40" w:after="40" w:line="288" w:lineRule="auto"/>
            </w:pPr>
          </w:p>
        </w:tc>
        <w:tc>
          <w:tcPr>
            <w:tcW w:w="1361" w:type="dxa"/>
            <w:vAlign w:val="center"/>
          </w:tcPr>
          <w:p w14:paraId="7B0E78D4" w14:textId="77777777" w:rsidR="00EB0B06" w:rsidRDefault="00EB0B06">
            <w:pPr>
              <w:bidi/>
              <w:spacing w:before="40" w:after="40" w:line="288" w:lineRule="auto"/>
            </w:pPr>
          </w:p>
        </w:tc>
        <w:tc>
          <w:tcPr>
            <w:tcW w:w="907" w:type="dxa"/>
            <w:vAlign w:val="center"/>
          </w:tcPr>
          <w:p w14:paraId="753E66A8" w14:textId="77777777" w:rsidR="00EB0B06" w:rsidRDefault="00EB0B06">
            <w:pPr>
              <w:bidi/>
              <w:spacing w:before="40" w:after="40" w:line="288" w:lineRule="auto"/>
            </w:pPr>
          </w:p>
        </w:tc>
        <w:tc>
          <w:tcPr>
            <w:tcW w:w="1020" w:type="dxa"/>
            <w:vAlign w:val="center"/>
          </w:tcPr>
          <w:p w14:paraId="75F52ECB" w14:textId="77777777" w:rsidR="00EB0B06" w:rsidRDefault="00EB0B06">
            <w:pPr>
              <w:bidi/>
              <w:spacing w:before="40" w:after="40" w:line="288" w:lineRule="auto"/>
            </w:pPr>
          </w:p>
        </w:tc>
        <w:tc>
          <w:tcPr>
            <w:tcW w:w="1474" w:type="dxa"/>
            <w:vAlign w:val="center"/>
          </w:tcPr>
          <w:p w14:paraId="5A111403" w14:textId="77777777" w:rsidR="00EB0B06" w:rsidRDefault="00EB0B06">
            <w:pPr>
              <w:bidi/>
              <w:spacing w:before="40" w:after="40" w:line="288" w:lineRule="auto"/>
            </w:pPr>
          </w:p>
        </w:tc>
        <w:tc>
          <w:tcPr>
            <w:tcW w:w="1417" w:type="dxa"/>
            <w:vAlign w:val="center"/>
          </w:tcPr>
          <w:p w14:paraId="5C399114" w14:textId="77777777" w:rsidR="00EB0B06" w:rsidRDefault="00E30BD4">
            <w:pPr>
              <w:bidi/>
              <w:spacing w:before="40" w:after="40" w:line="288" w:lineRule="auto"/>
            </w:pPr>
            <w:r>
              <w:rPr>
                <w:sz w:val="18"/>
                <w:szCs w:val="18"/>
                <w:rtl/>
              </w:rPr>
              <w:t>☐ نعم ☐ لا</w:t>
            </w:r>
          </w:p>
        </w:tc>
      </w:tr>
      <w:tr w:rsidR="00EB0B06" w14:paraId="52885877" w14:textId="77777777">
        <w:trPr>
          <w:cantSplit/>
          <w:trHeight w:val="408"/>
          <w:jc w:val="center"/>
        </w:trPr>
        <w:tc>
          <w:tcPr>
            <w:tcW w:w="397" w:type="dxa"/>
            <w:vAlign w:val="center"/>
          </w:tcPr>
          <w:p w14:paraId="6325E185" w14:textId="77777777" w:rsidR="00EB0B06" w:rsidRDefault="00E30BD4">
            <w:pPr>
              <w:bidi/>
              <w:spacing w:before="40" w:after="40" w:line="288" w:lineRule="auto"/>
              <w:jc w:val="center"/>
            </w:pPr>
            <w:r>
              <w:rPr>
                <w:sz w:val="18"/>
                <w:szCs w:val="18"/>
                <w:rtl/>
              </w:rPr>
              <w:t>4</w:t>
            </w:r>
          </w:p>
        </w:tc>
        <w:tc>
          <w:tcPr>
            <w:tcW w:w="1928" w:type="dxa"/>
            <w:vAlign w:val="center"/>
          </w:tcPr>
          <w:p w14:paraId="3F49A0A8" w14:textId="77777777" w:rsidR="00EB0B06" w:rsidRDefault="00E30BD4">
            <w:pPr>
              <w:bidi/>
              <w:spacing w:before="40" w:after="40" w:line="288" w:lineRule="auto"/>
            </w:pPr>
            <w:r>
              <w:rPr>
                <w:sz w:val="18"/>
                <w:szCs w:val="18"/>
                <w:rtl/>
              </w:rPr>
              <w:t>مسؤول السلامة HSE</w:t>
            </w:r>
          </w:p>
        </w:tc>
        <w:tc>
          <w:tcPr>
            <w:tcW w:w="1587" w:type="dxa"/>
            <w:vAlign w:val="center"/>
          </w:tcPr>
          <w:p w14:paraId="06A511BF" w14:textId="77777777" w:rsidR="00EB0B06" w:rsidRDefault="00EB0B06">
            <w:pPr>
              <w:bidi/>
              <w:spacing w:before="40" w:after="40" w:line="288" w:lineRule="auto"/>
            </w:pPr>
          </w:p>
        </w:tc>
        <w:tc>
          <w:tcPr>
            <w:tcW w:w="1361" w:type="dxa"/>
            <w:vAlign w:val="center"/>
          </w:tcPr>
          <w:p w14:paraId="05A66F28" w14:textId="77777777" w:rsidR="00EB0B06" w:rsidRDefault="00EB0B06">
            <w:pPr>
              <w:bidi/>
              <w:spacing w:before="40" w:after="40" w:line="288" w:lineRule="auto"/>
            </w:pPr>
          </w:p>
        </w:tc>
        <w:tc>
          <w:tcPr>
            <w:tcW w:w="907" w:type="dxa"/>
            <w:vAlign w:val="center"/>
          </w:tcPr>
          <w:p w14:paraId="5D030FCC" w14:textId="77777777" w:rsidR="00EB0B06" w:rsidRDefault="00EB0B06">
            <w:pPr>
              <w:bidi/>
              <w:spacing w:before="40" w:after="40" w:line="288" w:lineRule="auto"/>
            </w:pPr>
          </w:p>
        </w:tc>
        <w:tc>
          <w:tcPr>
            <w:tcW w:w="1020" w:type="dxa"/>
            <w:vAlign w:val="center"/>
          </w:tcPr>
          <w:p w14:paraId="5981DCC6" w14:textId="77777777" w:rsidR="00EB0B06" w:rsidRDefault="00EB0B06">
            <w:pPr>
              <w:bidi/>
              <w:spacing w:before="40" w:after="40" w:line="288" w:lineRule="auto"/>
            </w:pPr>
          </w:p>
        </w:tc>
        <w:tc>
          <w:tcPr>
            <w:tcW w:w="1474" w:type="dxa"/>
            <w:vAlign w:val="center"/>
          </w:tcPr>
          <w:p w14:paraId="65FF85B3" w14:textId="77777777" w:rsidR="00EB0B06" w:rsidRDefault="00EB0B06">
            <w:pPr>
              <w:bidi/>
              <w:spacing w:before="40" w:after="40" w:line="288" w:lineRule="auto"/>
            </w:pPr>
          </w:p>
        </w:tc>
        <w:tc>
          <w:tcPr>
            <w:tcW w:w="1417" w:type="dxa"/>
            <w:vAlign w:val="center"/>
          </w:tcPr>
          <w:p w14:paraId="16B901D7" w14:textId="77777777" w:rsidR="00EB0B06" w:rsidRDefault="00E30BD4">
            <w:pPr>
              <w:bidi/>
              <w:spacing w:before="40" w:after="40" w:line="288" w:lineRule="auto"/>
            </w:pPr>
            <w:r>
              <w:rPr>
                <w:sz w:val="18"/>
                <w:szCs w:val="18"/>
                <w:rtl/>
              </w:rPr>
              <w:t>☐ نعم ☐ لا</w:t>
            </w:r>
          </w:p>
        </w:tc>
      </w:tr>
      <w:tr w:rsidR="00EB0B06" w14:paraId="361C3D85" w14:textId="77777777">
        <w:trPr>
          <w:cantSplit/>
          <w:trHeight w:val="408"/>
          <w:jc w:val="center"/>
        </w:trPr>
        <w:tc>
          <w:tcPr>
            <w:tcW w:w="397" w:type="dxa"/>
            <w:vAlign w:val="center"/>
          </w:tcPr>
          <w:p w14:paraId="53B6B262" w14:textId="77777777" w:rsidR="00EB0B06" w:rsidRDefault="00E30BD4">
            <w:pPr>
              <w:bidi/>
              <w:spacing w:before="40" w:after="40" w:line="288" w:lineRule="auto"/>
              <w:jc w:val="center"/>
            </w:pPr>
            <w:r>
              <w:rPr>
                <w:sz w:val="18"/>
                <w:szCs w:val="18"/>
                <w:rtl/>
              </w:rPr>
              <w:t>5</w:t>
            </w:r>
          </w:p>
        </w:tc>
        <w:tc>
          <w:tcPr>
            <w:tcW w:w="1928" w:type="dxa"/>
            <w:vAlign w:val="center"/>
          </w:tcPr>
          <w:p w14:paraId="22E63BAF" w14:textId="77777777" w:rsidR="00EB0B06" w:rsidRDefault="00E30BD4">
            <w:pPr>
              <w:bidi/>
              <w:spacing w:before="40" w:after="40" w:line="288" w:lineRule="auto"/>
            </w:pPr>
            <w:r>
              <w:rPr>
                <w:sz w:val="18"/>
                <w:szCs w:val="18"/>
                <w:rtl/>
              </w:rPr>
              <w:t>مهندس المساحة</w:t>
            </w:r>
          </w:p>
        </w:tc>
        <w:tc>
          <w:tcPr>
            <w:tcW w:w="1587" w:type="dxa"/>
            <w:vAlign w:val="center"/>
          </w:tcPr>
          <w:p w14:paraId="758C797E" w14:textId="77777777" w:rsidR="00EB0B06" w:rsidRDefault="00EB0B06">
            <w:pPr>
              <w:bidi/>
              <w:spacing w:before="40" w:after="40" w:line="288" w:lineRule="auto"/>
            </w:pPr>
          </w:p>
        </w:tc>
        <w:tc>
          <w:tcPr>
            <w:tcW w:w="1361" w:type="dxa"/>
            <w:vAlign w:val="center"/>
          </w:tcPr>
          <w:p w14:paraId="291DDD92" w14:textId="77777777" w:rsidR="00EB0B06" w:rsidRDefault="00EB0B06">
            <w:pPr>
              <w:bidi/>
              <w:spacing w:before="40" w:after="40" w:line="288" w:lineRule="auto"/>
            </w:pPr>
          </w:p>
        </w:tc>
        <w:tc>
          <w:tcPr>
            <w:tcW w:w="907" w:type="dxa"/>
            <w:vAlign w:val="center"/>
          </w:tcPr>
          <w:p w14:paraId="79C9FB2F" w14:textId="77777777" w:rsidR="00EB0B06" w:rsidRDefault="00EB0B06">
            <w:pPr>
              <w:bidi/>
              <w:spacing w:before="40" w:after="40" w:line="288" w:lineRule="auto"/>
            </w:pPr>
          </w:p>
        </w:tc>
        <w:tc>
          <w:tcPr>
            <w:tcW w:w="1020" w:type="dxa"/>
            <w:vAlign w:val="center"/>
          </w:tcPr>
          <w:p w14:paraId="54B62F69" w14:textId="77777777" w:rsidR="00EB0B06" w:rsidRDefault="00EB0B06">
            <w:pPr>
              <w:bidi/>
              <w:spacing w:before="40" w:after="40" w:line="288" w:lineRule="auto"/>
            </w:pPr>
          </w:p>
        </w:tc>
        <w:tc>
          <w:tcPr>
            <w:tcW w:w="1474" w:type="dxa"/>
            <w:vAlign w:val="center"/>
          </w:tcPr>
          <w:p w14:paraId="6C45BA5D" w14:textId="77777777" w:rsidR="00EB0B06" w:rsidRDefault="00EB0B06">
            <w:pPr>
              <w:bidi/>
              <w:spacing w:before="40" w:after="40" w:line="288" w:lineRule="auto"/>
            </w:pPr>
          </w:p>
        </w:tc>
        <w:tc>
          <w:tcPr>
            <w:tcW w:w="1417" w:type="dxa"/>
            <w:vAlign w:val="center"/>
          </w:tcPr>
          <w:p w14:paraId="4A0B7F37" w14:textId="77777777" w:rsidR="00EB0B06" w:rsidRDefault="00E30BD4">
            <w:pPr>
              <w:bidi/>
              <w:spacing w:before="40" w:after="40" w:line="288" w:lineRule="auto"/>
            </w:pPr>
            <w:r>
              <w:rPr>
                <w:sz w:val="18"/>
                <w:szCs w:val="18"/>
                <w:rtl/>
              </w:rPr>
              <w:t>☐ نعم ☐ لا</w:t>
            </w:r>
          </w:p>
        </w:tc>
      </w:tr>
      <w:tr w:rsidR="00EB0B06" w14:paraId="49573E7C" w14:textId="77777777">
        <w:trPr>
          <w:cantSplit/>
          <w:trHeight w:val="408"/>
          <w:jc w:val="center"/>
        </w:trPr>
        <w:tc>
          <w:tcPr>
            <w:tcW w:w="397" w:type="dxa"/>
            <w:vAlign w:val="center"/>
          </w:tcPr>
          <w:p w14:paraId="7470D74D" w14:textId="77777777" w:rsidR="00EB0B06" w:rsidRDefault="00E30BD4">
            <w:pPr>
              <w:bidi/>
              <w:spacing w:before="40" w:after="40" w:line="288" w:lineRule="auto"/>
              <w:jc w:val="center"/>
            </w:pPr>
            <w:r>
              <w:rPr>
                <w:sz w:val="18"/>
                <w:szCs w:val="18"/>
                <w:rtl/>
              </w:rPr>
              <w:t>6</w:t>
            </w:r>
          </w:p>
        </w:tc>
        <w:tc>
          <w:tcPr>
            <w:tcW w:w="1928" w:type="dxa"/>
            <w:vAlign w:val="center"/>
          </w:tcPr>
          <w:p w14:paraId="2800A9D3" w14:textId="77777777" w:rsidR="00EB0B06" w:rsidRDefault="00E30BD4">
            <w:pPr>
              <w:bidi/>
              <w:spacing w:before="40" w:after="40" w:line="288" w:lineRule="auto"/>
            </w:pPr>
            <w:r>
              <w:rPr>
                <w:sz w:val="18"/>
                <w:szCs w:val="18"/>
                <w:rtl/>
              </w:rPr>
              <w:t>مهندس المكتب الفني والمخططات التنفيذية</w:t>
            </w:r>
          </w:p>
        </w:tc>
        <w:tc>
          <w:tcPr>
            <w:tcW w:w="1587" w:type="dxa"/>
            <w:vAlign w:val="center"/>
          </w:tcPr>
          <w:p w14:paraId="3C7FB914" w14:textId="77777777" w:rsidR="00EB0B06" w:rsidRDefault="00EB0B06">
            <w:pPr>
              <w:bidi/>
              <w:spacing w:before="40" w:after="40" w:line="288" w:lineRule="auto"/>
            </w:pPr>
          </w:p>
        </w:tc>
        <w:tc>
          <w:tcPr>
            <w:tcW w:w="1361" w:type="dxa"/>
            <w:vAlign w:val="center"/>
          </w:tcPr>
          <w:p w14:paraId="0AEBFB4D" w14:textId="77777777" w:rsidR="00EB0B06" w:rsidRDefault="00EB0B06">
            <w:pPr>
              <w:bidi/>
              <w:spacing w:before="40" w:after="40" w:line="288" w:lineRule="auto"/>
            </w:pPr>
          </w:p>
        </w:tc>
        <w:tc>
          <w:tcPr>
            <w:tcW w:w="907" w:type="dxa"/>
            <w:vAlign w:val="center"/>
          </w:tcPr>
          <w:p w14:paraId="1A1473F2" w14:textId="77777777" w:rsidR="00EB0B06" w:rsidRDefault="00EB0B06">
            <w:pPr>
              <w:bidi/>
              <w:spacing w:before="40" w:after="40" w:line="288" w:lineRule="auto"/>
            </w:pPr>
          </w:p>
        </w:tc>
        <w:tc>
          <w:tcPr>
            <w:tcW w:w="1020" w:type="dxa"/>
            <w:vAlign w:val="center"/>
          </w:tcPr>
          <w:p w14:paraId="1DB0BC85" w14:textId="77777777" w:rsidR="00EB0B06" w:rsidRDefault="00EB0B06">
            <w:pPr>
              <w:bidi/>
              <w:spacing w:before="40" w:after="40" w:line="288" w:lineRule="auto"/>
            </w:pPr>
          </w:p>
        </w:tc>
        <w:tc>
          <w:tcPr>
            <w:tcW w:w="1474" w:type="dxa"/>
            <w:vAlign w:val="center"/>
          </w:tcPr>
          <w:p w14:paraId="203CF73C" w14:textId="77777777" w:rsidR="00EB0B06" w:rsidRDefault="00EB0B06">
            <w:pPr>
              <w:bidi/>
              <w:spacing w:before="40" w:after="40" w:line="288" w:lineRule="auto"/>
            </w:pPr>
          </w:p>
        </w:tc>
        <w:tc>
          <w:tcPr>
            <w:tcW w:w="1417" w:type="dxa"/>
            <w:vAlign w:val="center"/>
          </w:tcPr>
          <w:p w14:paraId="5DE5861F" w14:textId="77777777" w:rsidR="00EB0B06" w:rsidRDefault="00E30BD4">
            <w:pPr>
              <w:bidi/>
              <w:spacing w:before="40" w:after="40" w:line="288" w:lineRule="auto"/>
            </w:pPr>
            <w:r>
              <w:rPr>
                <w:sz w:val="18"/>
                <w:szCs w:val="18"/>
                <w:rtl/>
              </w:rPr>
              <w:t>☐ نعم ☐ لا</w:t>
            </w:r>
          </w:p>
        </w:tc>
      </w:tr>
      <w:tr w:rsidR="00EB0B06" w14:paraId="4D4618AB" w14:textId="77777777">
        <w:trPr>
          <w:cantSplit/>
          <w:trHeight w:val="408"/>
          <w:jc w:val="center"/>
        </w:trPr>
        <w:tc>
          <w:tcPr>
            <w:tcW w:w="397" w:type="dxa"/>
            <w:vAlign w:val="center"/>
          </w:tcPr>
          <w:p w14:paraId="3304F21D" w14:textId="77777777" w:rsidR="00EB0B06" w:rsidRDefault="00E30BD4">
            <w:pPr>
              <w:bidi/>
              <w:spacing w:before="40" w:after="40" w:line="288" w:lineRule="auto"/>
              <w:jc w:val="center"/>
            </w:pPr>
            <w:r>
              <w:rPr>
                <w:sz w:val="18"/>
                <w:szCs w:val="18"/>
                <w:rtl/>
              </w:rPr>
              <w:t>7</w:t>
            </w:r>
          </w:p>
        </w:tc>
        <w:tc>
          <w:tcPr>
            <w:tcW w:w="1928" w:type="dxa"/>
            <w:vAlign w:val="center"/>
          </w:tcPr>
          <w:p w14:paraId="5FC91EEC" w14:textId="77777777" w:rsidR="00EB0B06" w:rsidRDefault="00E30BD4">
            <w:pPr>
              <w:bidi/>
              <w:spacing w:before="40" w:after="40" w:line="288" w:lineRule="auto"/>
            </w:pPr>
            <w:r>
              <w:rPr>
                <w:sz w:val="18"/>
                <w:szCs w:val="18"/>
                <w:rtl/>
              </w:rPr>
              <w:t>المراقب الفني (ملاحظ)</w:t>
            </w:r>
          </w:p>
        </w:tc>
        <w:tc>
          <w:tcPr>
            <w:tcW w:w="1587" w:type="dxa"/>
            <w:vAlign w:val="center"/>
          </w:tcPr>
          <w:p w14:paraId="41B41C26" w14:textId="77777777" w:rsidR="00EB0B06" w:rsidRDefault="00EB0B06">
            <w:pPr>
              <w:bidi/>
              <w:spacing w:before="40" w:after="40" w:line="288" w:lineRule="auto"/>
            </w:pPr>
          </w:p>
        </w:tc>
        <w:tc>
          <w:tcPr>
            <w:tcW w:w="1361" w:type="dxa"/>
            <w:vAlign w:val="center"/>
          </w:tcPr>
          <w:p w14:paraId="35A8C488" w14:textId="77777777" w:rsidR="00EB0B06" w:rsidRDefault="00EB0B06">
            <w:pPr>
              <w:bidi/>
              <w:spacing w:before="40" w:after="40" w:line="288" w:lineRule="auto"/>
            </w:pPr>
          </w:p>
        </w:tc>
        <w:tc>
          <w:tcPr>
            <w:tcW w:w="907" w:type="dxa"/>
            <w:vAlign w:val="center"/>
          </w:tcPr>
          <w:p w14:paraId="2688705F" w14:textId="77777777" w:rsidR="00EB0B06" w:rsidRDefault="00EB0B06">
            <w:pPr>
              <w:bidi/>
              <w:spacing w:before="40" w:after="40" w:line="288" w:lineRule="auto"/>
            </w:pPr>
          </w:p>
        </w:tc>
        <w:tc>
          <w:tcPr>
            <w:tcW w:w="1020" w:type="dxa"/>
            <w:vAlign w:val="center"/>
          </w:tcPr>
          <w:p w14:paraId="5B4BB39E" w14:textId="77777777" w:rsidR="00EB0B06" w:rsidRDefault="00EB0B06">
            <w:pPr>
              <w:bidi/>
              <w:spacing w:before="40" w:after="40" w:line="288" w:lineRule="auto"/>
            </w:pPr>
          </w:p>
        </w:tc>
        <w:tc>
          <w:tcPr>
            <w:tcW w:w="1474" w:type="dxa"/>
            <w:vAlign w:val="center"/>
          </w:tcPr>
          <w:p w14:paraId="02369CB4" w14:textId="77777777" w:rsidR="00EB0B06" w:rsidRDefault="00EB0B06">
            <w:pPr>
              <w:bidi/>
              <w:spacing w:before="40" w:after="40" w:line="288" w:lineRule="auto"/>
            </w:pPr>
          </w:p>
        </w:tc>
        <w:tc>
          <w:tcPr>
            <w:tcW w:w="1417" w:type="dxa"/>
            <w:vAlign w:val="center"/>
          </w:tcPr>
          <w:p w14:paraId="042652E0" w14:textId="77777777" w:rsidR="00EB0B06" w:rsidRDefault="00E30BD4">
            <w:pPr>
              <w:bidi/>
              <w:spacing w:before="40" w:after="40" w:line="288" w:lineRule="auto"/>
            </w:pPr>
            <w:r>
              <w:rPr>
                <w:sz w:val="18"/>
                <w:szCs w:val="18"/>
                <w:rtl/>
              </w:rPr>
              <w:t>☐ نعم ☐ لا</w:t>
            </w:r>
          </w:p>
        </w:tc>
      </w:tr>
      <w:tr w:rsidR="00EB0B06" w14:paraId="3927BE23" w14:textId="77777777">
        <w:trPr>
          <w:cantSplit/>
          <w:trHeight w:val="408"/>
          <w:jc w:val="center"/>
        </w:trPr>
        <w:tc>
          <w:tcPr>
            <w:tcW w:w="397" w:type="dxa"/>
            <w:vAlign w:val="center"/>
          </w:tcPr>
          <w:p w14:paraId="152D38EC" w14:textId="77777777" w:rsidR="00EB0B06" w:rsidRDefault="00E30BD4">
            <w:pPr>
              <w:bidi/>
              <w:spacing w:before="40" w:after="40" w:line="288" w:lineRule="auto"/>
              <w:jc w:val="center"/>
            </w:pPr>
            <w:r>
              <w:rPr>
                <w:sz w:val="18"/>
                <w:szCs w:val="18"/>
                <w:rtl/>
              </w:rPr>
              <w:t>8</w:t>
            </w:r>
          </w:p>
        </w:tc>
        <w:tc>
          <w:tcPr>
            <w:tcW w:w="1928" w:type="dxa"/>
            <w:vAlign w:val="center"/>
          </w:tcPr>
          <w:p w14:paraId="02ED7401" w14:textId="77777777" w:rsidR="00EB0B06" w:rsidRDefault="00EB0B06">
            <w:pPr>
              <w:bidi/>
              <w:spacing w:before="40" w:after="40" w:line="288" w:lineRule="auto"/>
            </w:pPr>
          </w:p>
        </w:tc>
        <w:tc>
          <w:tcPr>
            <w:tcW w:w="1587" w:type="dxa"/>
            <w:vAlign w:val="center"/>
          </w:tcPr>
          <w:p w14:paraId="6A87FBAA" w14:textId="77777777" w:rsidR="00EB0B06" w:rsidRDefault="00EB0B06">
            <w:pPr>
              <w:bidi/>
              <w:spacing w:before="40" w:after="40" w:line="288" w:lineRule="auto"/>
            </w:pPr>
          </w:p>
        </w:tc>
        <w:tc>
          <w:tcPr>
            <w:tcW w:w="1361" w:type="dxa"/>
            <w:vAlign w:val="center"/>
          </w:tcPr>
          <w:p w14:paraId="7DCE9687" w14:textId="77777777" w:rsidR="00EB0B06" w:rsidRDefault="00EB0B06">
            <w:pPr>
              <w:bidi/>
              <w:spacing w:before="40" w:after="40" w:line="288" w:lineRule="auto"/>
            </w:pPr>
          </w:p>
        </w:tc>
        <w:tc>
          <w:tcPr>
            <w:tcW w:w="907" w:type="dxa"/>
            <w:vAlign w:val="center"/>
          </w:tcPr>
          <w:p w14:paraId="7971ADDA" w14:textId="77777777" w:rsidR="00EB0B06" w:rsidRDefault="00EB0B06">
            <w:pPr>
              <w:bidi/>
              <w:spacing w:before="40" w:after="40" w:line="288" w:lineRule="auto"/>
            </w:pPr>
          </w:p>
        </w:tc>
        <w:tc>
          <w:tcPr>
            <w:tcW w:w="1020" w:type="dxa"/>
            <w:vAlign w:val="center"/>
          </w:tcPr>
          <w:p w14:paraId="19278B4B" w14:textId="77777777" w:rsidR="00EB0B06" w:rsidRDefault="00EB0B06">
            <w:pPr>
              <w:bidi/>
              <w:spacing w:before="40" w:after="40" w:line="288" w:lineRule="auto"/>
            </w:pPr>
          </w:p>
        </w:tc>
        <w:tc>
          <w:tcPr>
            <w:tcW w:w="1474" w:type="dxa"/>
            <w:vAlign w:val="center"/>
          </w:tcPr>
          <w:p w14:paraId="1D1782E8" w14:textId="77777777" w:rsidR="00EB0B06" w:rsidRDefault="00EB0B06">
            <w:pPr>
              <w:bidi/>
              <w:spacing w:before="40" w:after="40" w:line="288" w:lineRule="auto"/>
            </w:pPr>
          </w:p>
        </w:tc>
        <w:tc>
          <w:tcPr>
            <w:tcW w:w="1417" w:type="dxa"/>
            <w:vAlign w:val="center"/>
          </w:tcPr>
          <w:p w14:paraId="2A05BCC6" w14:textId="77777777" w:rsidR="00EB0B06" w:rsidRDefault="00EB0B06">
            <w:pPr>
              <w:bidi/>
              <w:spacing w:before="40" w:after="40" w:line="288" w:lineRule="auto"/>
            </w:pPr>
          </w:p>
        </w:tc>
      </w:tr>
      <w:tr w:rsidR="00EB0B06" w14:paraId="3C607563" w14:textId="77777777">
        <w:trPr>
          <w:cantSplit/>
          <w:trHeight w:val="408"/>
          <w:jc w:val="center"/>
        </w:trPr>
        <w:tc>
          <w:tcPr>
            <w:tcW w:w="397" w:type="dxa"/>
            <w:vAlign w:val="center"/>
          </w:tcPr>
          <w:p w14:paraId="44B6261F" w14:textId="77777777" w:rsidR="00EB0B06" w:rsidRDefault="00E30BD4">
            <w:pPr>
              <w:bidi/>
              <w:spacing w:before="40" w:after="40" w:line="288" w:lineRule="auto"/>
              <w:jc w:val="center"/>
            </w:pPr>
            <w:r>
              <w:rPr>
                <w:sz w:val="18"/>
                <w:szCs w:val="18"/>
                <w:rtl/>
              </w:rPr>
              <w:t>9</w:t>
            </w:r>
          </w:p>
        </w:tc>
        <w:tc>
          <w:tcPr>
            <w:tcW w:w="1928" w:type="dxa"/>
            <w:vAlign w:val="center"/>
          </w:tcPr>
          <w:p w14:paraId="1AE15233" w14:textId="77777777" w:rsidR="00EB0B06" w:rsidRDefault="00EB0B06">
            <w:pPr>
              <w:bidi/>
              <w:spacing w:before="40" w:after="40" w:line="288" w:lineRule="auto"/>
            </w:pPr>
          </w:p>
        </w:tc>
        <w:tc>
          <w:tcPr>
            <w:tcW w:w="1587" w:type="dxa"/>
            <w:vAlign w:val="center"/>
          </w:tcPr>
          <w:p w14:paraId="511B2753" w14:textId="77777777" w:rsidR="00EB0B06" w:rsidRDefault="00EB0B06">
            <w:pPr>
              <w:bidi/>
              <w:spacing w:before="40" w:after="40" w:line="288" w:lineRule="auto"/>
            </w:pPr>
          </w:p>
        </w:tc>
        <w:tc>
          <w:tcPr>
            <w:tcW w:w="1361" w:type="dxa"/>
            <w:vAlign w:val="center"/>
          </w:tcPr>
          <w:p w14:paraId="19C068DB" w14:textId="77777777" w:rsidR="00EB0B06" w:rsidRDefault="00EB0B06">
            <w:pPr>
              <w:bidi/>
              <w:spacing w:before="40" w:after="40" w:line="288" w:lineRule="auto"/>
            </w:pPr>
          </w:p>
        </w:tc>
        <w:tc>
          <w:tcPr>
            <w:tcW w:w="907" w:type="dxa"/>
            <w:vAlign w:val="center"/>
          </w:tcPr>
          <w:p w14:paraId="05835AE6" w14:textId="77777777" w:rsidR="00EB0B06" w:rsidRDefault="00EB0B06">
            <w:pPr>
              <w:bidi/>
              <w:spacing w:before="40" w:after="40" w:line="288" w:lineRule="auto"/>
            </w:pPr>
          </w:p>
        </w:tc>
        <w:tc>
          <w:tcPr>
            <w:tcW w:w="1020" w:type="dxa"/>
            <w:vAlign w:val="center"/>
          </w:tcPr>
          <w:p w14:paraId="1B42EC05" w14:textId="77777777" w:rsidR="00EB0B06" w:rsidRDefault="00EB0B06">
            <w:pPr>
              <w:bidi/>
              <w:spacing w:before="40" w:after="40" w:line="288" w:lineRule="auto"/>
            </w:pPr>
          </w:p>
        </w:tc>
        <w:tc>
          <w:tcPr>
            <w:tcW w:w="1474" w:type="dxa"/>
            <w:vAlign w:val="center"/>
          </w:tcPr>
          <w:p w14:paraId="716533B6" w14:textId="77777777" w:rsidR="00EB0B06" w:rsidRDefault="00EB0B06">
            <w:pPr>
              <w:bidi/>
              <w:spacing w:before="40" w:after="40" w:line="288" w:lineRule="auto"/>
            </w:pPr>
          </w:p>
        </w:tc>
        <w:tc>
          <w:tcPr>
            <w:tcW w:w="1417" w:type="dxa"/>
            <w:vAlign w:val="center"/>
          </w:tcPr>
          <w:p w14:paraId="527DBA49" w14:textId="77777777" w:rsidR="00EB0B06" w:rsidRDefault="00EB0B06">
            <w:pPr>
              <w:bidi/>
              <w:spacing w:before="40" w:after="40" w:line="288" w:lineRule="auto"/>
            </w:pPr>
          </w:p>
        </w:tc>
      </w:tr>
    </w:tbl>
    <w:p w14:paraId="5B841BE6" w14:textId="77777777" w:rsidR="00EB0B06" w:rsidRDefault="00E30BD4">
      <w:pPr>
        <w:bidi/>
        <w:spacing w:after="80"/>
      </w:pPr>
      <w:r>
        <w:rPr>
          <w:color w:val="5B6475"/>
          <w:sz w:val="18"/>
          <w:szCs w:val="18"/>
          <w:rtl/>
        </w:rPr>
        <w:t>رقم العضوية المهنية: الهيئة السعودية للمهندسين أو نقابة المهندسين المصرية. ترفق السير الذاتية موقعة.</w:t>
      </w:r>
    </w:p>
    <w:p w14:paraId="762F2496" w14:textId="77777777" w:rsidR="00EB0B06" w:rsidRDefault="00E30BD4">
      <w:pPr>
        <w:keepNext/>
        <w:bidi/>
        <w:spacing w:after="120"/>
        <w:outlineLvl w:val="1"/>
      </w:pPr>
      <w:r>
        <w:rPr>
          <w:b/>
          <w:bCs/>
          <w:color w:val="052976"/>
          <w:sz w:val="25"/>
          <w:szCs w:val="25"/>
          <w:rtl/>
        </w:rPr>
        <w:t>5.2 العمالة الفنية حسب المهنة</w:t>
      </w:r>
    </w:p>
    <w:tbl>
      <w:tblPr>
        <w:tblStyle w:val="TableGrid"/>
        <w:bidiVisual/>
        <w:tblW w:w="0" w:type="auto"/>
        <w:jc w:val="center"/>
        <w:tblLayout w:type="fixed"/>
        <w:tblLook w:val="04A0" w:firstRow="1" w:lastRow="0" w:firstColumn="1" w:lastColumn="0" w:noHBand="0" w:noVBand="1"/>
      </w:tblPr>
      <w:tblGrid>
        <w:gridCol w:w="397"/>
        <w:gridCol w:w="2551"/>
        <w:gridCol w:w="2268"/>
        <w:gridCol w:w="2494"/>
        <w:gridCol w:w="2381"/>
      </w:tblGrid>
      <w:tr w:rsidR="00EB0B06" w14:paraId="4B03F97F" w14:textId="77777777">
        <w:trPr>
          <w:cantSplit/>
          <w:trHeight w:val="408"/>
          <w:tblHeader/>
          <w:jc w:val="center"/>
        </w:trPr>
        <w:tc>
          <w:tcPr>
            <w:tcW w:w="397" w:type="dxa"/>
            <w:shd w:val="clear" w:color="auto" w:fill="052976"/>
            <w:vAlign w:val="center"/>
          </w:tcPr>
          <w:p w14:paraId="099B8D20" w14:textId="77777777" w:rsidR="00EB0B06" w:rsidRDefault="00E30BD4">
            <w:pPr>
              <w:bidi/>
              <w:spacing w:before="40" w:after="40" w:line="288" w:lineRule="auto"/>
              <w:jc w:val="center"/>
            </w:pPr>
            <w:r>
              <w:rPr>
                <w:b/>
                <w:bCs/>
                <w:color w:val="FFFFFF"/>
                <w:sz w:val="19"/>
                <w:szCs w:val="19"/>
                <w:rtl/>
              </w:rPr>
              <w:t>م</w:t>
            </w:r>
          </w:p>
        </w:tc>
        <w:tc>
          <w:tcPr>
            <w:tcW w:w="2551" w:type="dxa"/>
            <w:shd w:val="clear" w:color="auto" w:fill="052976"/>
            <w:vAlign w:val="center"/>
          </w:tcPr>
          <w:p w14:paraId="2F81B734" w14:textId="77777777" w:rsidR="00EB0B06" w:rsidRDefault="00E30BD4">
            <w:pPr>
              <w:bidi/>
              <w:spacing w:before="40" w:after="40" w:line="288" w:lineRule="auto"/>
              <w:jc w:val="center"/>
            </w:pPr>
            <w:r>
              <w:rPr>
                <w:b/>
                <w:bCs/>
                <w:color w:val="FFFFFF"/>
                <w:sz w:val="19"/>
                <w:szCs w:val="19"/>
                <w:rtl/>
              </w:rPr>
              <w:t>المهنة</w:t>
            </w:r>
          </w:p>
        </w:tc>
        <w:tc>
          <w:tcPr>
            <w:tcW w:w="2268" w:type="dxa"/>
            <w:shd w:val="clear" w:color="auto" w:fill="052976"/>
            <w:vAlign w:val="center"/>
          </w:tcPr>
          <w:p w14:paraId="1E5E10AC" w14:textId="77777777" w:rsidR="00EB0B06" w:rsidRDefault="00E30BD4">
            <w:pPr>
              <w:bidi/>
              <w:spacing w:before="40" w:after="40" w:line="288" w:lineRule="auto"/>
              <w:jc w:val="center"/>
            </w:pPr>
            <w:r>
              <w:rPr>
                <w:b/>
                <w:bCs/>
                <w:color w:val="FFFFFF"/>
                <w:sz w:val="19"/>
                <w:szCs w:val="19"/>
                <w:rtl/>
              </w:rPr>
              <w:t>عدد العمالة المكفولة أو المسجلة</w:t>
            </w:r>
          </w:p>
        </w:tc>
        <w:tc>
          <w:tcPr>
            <w:tcW w:w="2494" w:type="dxa"/>
            <w:shd w:val="clear" w:color="auto" w:fill="052976"/>
            <w:vAlign w:val="center"/>
          </w:tcPr>
          <w:p w14:paraId="19B2549A" w14:textId="77777777" w:rsidR="00EB0B06" w:rsidRDefault="00E30BD4">
            <w:pPr>
              <w:bidi/>
              <w:spacing w:before="40" w:after="40" w:line="288" w:lineRule="auto"/>
              <w:jc w:val="center"/>
            </w:pPr>
            <w:r>
              <w:rPr>
                <w:b/>
                <w:bCs/>
                <w:color w:val="FFFFFF"/>
                <w:sz w:val="19"/>
                <w:szCs w:val="19"/>
                <w:rtl/>
              </w:rPr>
              <w:t>عدد العمالة عبر مقاولين أو شركات توريد</w:t>
            </w:r>
          </w:p>
        </w:tc>
        <w:tc>
          <w:tcPr>
            <w:tcW w:w="2381" w:type="dxa"/>
            <w:shd w:val="clear" w:color="auto" w:fill="052976"/>
            <w:vAlign w:val="center"/>
          </w:tcPr>
          <w:p w14:paraId="696461AC" w14:textId="77777777" w:rsidR="00EB0B06" w:rsidRDefault="00E30BD4">
            <w:pPr>
              <w:bidi/>
              <w:spacing w:before="40" w:after="40" w:line="288" w:lineRule="auto"/>
              <w:jc w:val="center"/>
            </w:pPr>
            <w:r>
              <w:rPr>
                <w:b/>
                <w:bCs/>
                <w:color w:val="FFFFFF"/>
                <w:sz w:val="19"/>
                <w:szCs w:val="19"/>
                <w:rtl/>
              </w:rPr>
              <w:t>العدد الممكن تخصيصه للمشروع في الذروة</w:t>
            </w:r>
          </w:p>
        </w:tc>
      </w:tr>
      <w:tr w:rsidR="00EB0B06" w14:paraId="0CEC9FA2" w14:textId="77777777">
        <w:trPr>
          <w:cantSplit/>
          <w:trHeight w:val="408"/>
          <w:jc w:val="center"/>
        </w:trPr>
        <w:tc>
          <w:tcPr>
            <w:tcW w:w="397" w:type="dxa"/>
            <w:vAlign w:val="center"/>
          </w:tcPr>
          <w:p w14:paraId="72875A32" w14:textId="77777777" w:rsidR="00EB0B06" w:rsidRDefault="00E30BD4">
            <w:pPr>
              <w:bidi/>
              <w:spacing w:before="40" w:after="40" w:line="288" w:lineRule="auto"/>
              <w:jc w:val="center"/>
            </w:pPr>
            <w:r>
              <w:rPr>
                <w:sz w:val="18"/>
                <w:szCs w:val="18"/>
                <w:rtl/>
              </w:rPr>
              <w:t>1</w:t>
            </w:r>
          </w:p>
        </w:tc>
        <w:tc>
          <w:tcPr>
            <w:tcW w:w="2551" w:type="dxa"/>
            <w:vAlign w:val="center"/>
          </w:tcPr>
          <w:p w14:paraId="4D9C20EE" w14:textId="77777777" w:rsidR="00EB0B06" w:rsidRDefault="00E30BD4">
            <w:pPr>
              <w:bidi/>
              <w:spacing w:before="40" w:after="40" w:line="288" w:lineRule="auto"/>
            </w:pPr>
            <w:r>
              <w:rPr>
                <w:sz w:val="18"/>
                <w:szCs w:val="18"/>
                <w:rtl/>
              </w:rPr>
              <w:t>نجار مسلح</w:t>
            </w:r>
          </w:p>
        </w:tc>
        <w:tc>
          <w:tcPr>
            <w:tcW w:w="2268" w:type="dxa"/>
            <w:vAlign w:val="center"/>
          </w:tcPr>
          <w:p w14:paraId="79A83288" w14:textId="77777777" w:rsidR="00EB0B06" w:rsidRDefault="00EB0B06">
            <w:pPr>
              <w:bidi/>
              <w:spacing w:before="40" w:after="40" w:line="288" w:lineRule="auto"/>
            </w:pPr>
          </w:p>
        </w:tc>
        <w:tc>
          <w:tcPr>
            <w:tcW w:w="2494" w:type="dxa"/>
            <w:vAlign w:val="center"/>
          </w:tcPr>
          <w:p w14:paraId="44A79713" w14:textId="77777777" w:rsidR="00EB0B06" w:rsidRDefault="00EB0B06">
            <w:pPr>
              <w:bidi/>
              <w:spacing w:before="40" w:after="40" w:line="288" w:lineRule="auto"/>
            </w:pPr>
          </w:p>
        </w:tc>
        <w:tc>
          <w:tcPr>
            <w:tcW w:w="2381" w:type="dxa"/>
            <w:vAlign w:val="center"/>
          </w:tcPr>
          <w:p w14:paraId="6C5B7D8E" w14:textId="77777777" w:rsidR="00EB0B06" w:rsidRDefault="00EB0B06">
            <w:pPr>
              <w:bidi/>
              <w:spacing w:before="40" w:after="40" w:line="288" w:lineRule="auto"/>
            </w:pPr>
          </w:p>
        </w:tc>
      </w:tr>
      <w:tr w:rsidR="00EB0B06" w14:paraId="7BA218DB" w14:textId="77777777">
        <w:trPr>
          <w:cantSplit/>
          <w:trHeight w:val="408"/>
          <w:jc w:val="center"/>
        </w:trPr>
        <w:tc>
          <w:tcPr>
            <w:tcW w:w="397" w:type="dxa"/>
            <w:vAlign w:val="center"/>
          </w:tcPr>
          <w:p w14:paraId="6CB4C4D1" w14:textId="77777777" w:rsidR="00EB0B06" w:rsidRDefault="00E30BD4">
            <w:pPr>
              <w:bidi/>
              <w:spacing w:before="40" w:after="40" w:line="288" w:lineRule="auto"/>
              <w:jc w:val="center"/>
            </w:pPr>
            <w:r>
              <w:rPr>
                <w:sz w:val="18"/>
                <w:szCs w:val="18"/>
                <w:rtl/>
              </w:rPr>
              <w:t>2</w:t>
            </w:r>
          </w:p>
        </w:tc>
        <w:tc>
          <w:tcPr>
            <w:tcW w:w="2551" w:type="dxa"/>
            <w:vAlign w:val="center"/>
          </w:tcPr>
          <w:p w14:paraId="6DEF8441" w14:textId="77777777" w:rsidR="00EB0B06" w:rsidRDefault="00E30BD4">
            <w:pPr>
              <w:bidi/>
              <w:spacing w:before="40" w:after="40" w:line="288" w:lineRule="auto"/>
            </w:pPr>
            <w:r>
              <w:rPr>
                <w:sz w:val="18"/>
                <w:szCs w:val="18"/>
                <w:rtl/>
              </w:rPr>
              <w:t>حداد مسلح</w:t>
            </w:r>
          </w:p>
        </w:tc>
        <w:tc>
          <w:tcPr>
            <w:tcW w:w="2268" w:type="dxa"/>
            <w:vAlign w:val="center"/>
          </w:tcPr>
          <w:p w14:paraId="18B1950C" w14:textId="77777777" w:rsidR="00EB0B06" w:rsidRDefault="00EB0B06">
            <w:pPr>
              <w:bidi/>
              <w:spacing w:before="40" w:after="40" w:line="288" w:lineRule="auto"/>
            </w:pPr>
          </w:p>
        </w:tc>
        <w:tc>
          <w:tcPr>
            <w:tcW w:w="2494" w:type="dxa"/>
            <w:vAlign w:val="center"/>
          </w:tcPr>
          <w:p w14:paraId="6FAFA255" w14:textId="77777777" w:rsidR="00EB0B06" w:rsidRDefault="00EB0B06">
            <w:pPr>
              <w:bidi/>
              <w:spacing w:before="40" w:after="40" w:line="288" w:lineRule="auto"/>
            </w:pPr>
          </w:p>
        </w:tc>
        <w:tc>
          <w:tcPr>
            <w:tcW w:w="2381" w:type="dxa"/>
            <w:vAlign w:val="center"/>
          </w:tcPr>
          <w:p w14:paraId="3FF380D4" w14:textId="77777777" w:rsidR="00EB0B06" w:rsidRDefault="00EB0B06">
            <w:pPr>
              <w:bidi/>
              <w:spacing w:before="40" w:after="40" w:line="288" w:lineRule="auto"/>
            </w:pPr>
          </w:p>
        </w:tc>
      </w:tr>
      <w:tr w:rsidR="00EB0B06" w14:paraId="76D371CB" w14:textId="77777777">
        <w:trPr>
          <w:cantSplit/>
          <w:trHeight w:val="408"/>
          <w:jc w:val="center"/>
        </w:trPr>
        <w:tc>
          <w:tcPr>
            <w:tcW w:w="397" w:type="dxa"/>
            <w:vAlign w:val="center"/>
          </w:tcPr>
          <w:p w14:paraId="14A09394" w14:textId="77777777" w:rsidR="00EB0B06" w:rsidRDefault="00E30BD4">
            <w:pPr>
              <w:bidi/>
              <w:spacing w:before="40" w:after="40" w:line="288" w:lineRule="auto"/>
              <w:jc w:val="center"/>
            </w:pPr>
            <w:r>
              <w:rPr>
                <w:sz w:val="18"/>
                <w:szCs w:val="18"/>
                <w:rtl/>
              </w:rPr>
              <w:t>3</w:t>
            </w:r>
          </w:p>
        </w:tc>
        <w:tc>
          <w:tcPr>
            <w:tcW w:w="2551" w:type="dxa"/>
            <w:vAlign w:val="center"/>
          </w:tcPr>
          <w:p w14:paraId="6F4A5EB8" w14:textId="77777777" w:rsidR="00EB0B06" w:rsidRDefault="00E30BD4">
            <w:pPr>
              <w:bidi/>
              <w:spacing w:before="40" w:after="40" w:line="288" w:lineRule="auto"/>
            </w:pPr>
            <w:r>
              <w:rPr>
                <w:sz w:val="18"/>
                <w:szCs w:val="18"/>
                <w:rtl/>
              </w:rPr>
              <w:t>بناء</w:t>
            </w:r>
          </w:p>
        </w:tc>
        <w:tc>
          <w:tcPr>
            <w:tcW w:w="2268" w:type="dxa"/>
            <w:vAlign w:val="center"/>
          </w:tcPr>
          <w:p w14:paraId="13209D67" w14:textId="77777777" w:rsidR="00EB0B06" w:rsidRDefault="00EB0B06">
            <w:pPr>
              <w:bidi/>
              <w:spacing w:before="40" w:after="40" w:line="288" w:lineRule="auto"/>
            </w:pPr>
          </w:p>
        </w:tc>
        <w:tc>
          <w:tcPr>
            <w:tcW w:w="2494" w:type="dxa"/>
            <w:vAlign w:val="center"/>
          </w:tcPr>
          <w:p w14:paraId="654322E6" w14:textId="77777777" w:rsidR="00EB0B06" w:rsidRDefault="00EB0B06">
            <w:pPr>
              <w:bidi/>
              <w:spacing w:before="40" w:after="40" w:line="288" w:lineRule="auto"/>
            </w:pPr>
          </w:p>
        </w:tc>
        <w:tc>
          <w:tcPr>
            <w:tcW w:w="2381" w:type="dxa"/>
            <w:vAlign w:val="center"/>
          </w:tcPr>
          <w:p w14:paraId="5B9ED162" w14:textId="77777777" w:rsidR="00EB0B06" w:rsidRDefault="00EB0B06">
            <w:pPr>
              <w:bidi/>
              <w:spacing w:before="40" w:after="40" w:line="288" w:lineRule="auto"/>
            </w:pPr>
          </w:p>
        </w:tc>
      </w:tr>
      <w:tr w:rsidR="00EB0B06" w14:paraId="5C66BF93" w14:textId="77777777">
        <w:trPr>
          <w:cantSplit/>
          <w:trHeight w:val="408"/>
          <w:jc w:val="center"/>
        </w:trPr>
        <w:tc>
          <w:tcPr>
            <w:tcW w:w="397" w:type="dxa"/>
            <w:vAlign w:val="center"/>
          </w:tcPr>
          <w:p w14:paraId="28C166BE" w14:textId="77777777" w:rsidR="00EB0B06" w:rsidRDefault="00E30BD4">
            <w:pPr>
              <w:bidi/>
              <w:spacing w:before="40" w:after="40" w:line="288" w:lineRule="auto"/>
              <w:jc w:val="center"/>
            </w:pPr>
            <w:r>
              <w:rPr>
                <w:sz w:val="18"/>
                <w:szCs w:val="18"/>
                <w:rtl/>
              </w:rPr>
              <w:t>4</w:t>
            </w:r>
          </w:p>
        </w:tc>
        <w:tc>
          <w:tcPr>
            <w:tcW w:w="2551" w:type="dxa"/>
            <w:vAlign w:val="center"/>
          </w:tcPr>
          <w:p w14:paraId="1E8F5361" w14:textId="77777777" w:rsidR="00EB0B06" w:rsidRDefault="00E30BD4">
            <w:pPr>
              <w:bidi/>
              <w:spacing w:before="40" w:after="40" w:line="288" w:lineRule="auto"/>
            </w:pPr>
            <w:r>
              <w:rPr>
                <w:sz w:val="18"/>
                <w:szCs w:val="18"/>
                <w:rtl/>
              </w:rPr>
              <w:t>مبلط ومركب رخام</w:t>
            </w:r>
          </w:p>
        </w:tc>
        <w:tc>
          <w:tcPr>
            <w:tcW w:w="2268" w:type="dxa"/>
            <w:vAlign w:val="center"/>
          </w:tcPr>
          <w:p w14:paraId="7B7E673B" w14:textId="77777777" w:rsidR="00EB0B06" w:rsidRDefault="00EB0B06">
            <w:pPr>
              <w:bidi/>
              <w:spacing w:before="40" w:after="40" w:line="288" w:lineRule="auto"/>
            </w:pPr>
          </w:p>
        </w:tc>
        <w:tc>
          <w:tcPr>
            <w:tcW w:w="2494" w:type="dxa"/>
            <w:vAlign w:val="center"/>
          </w:tcPr>
          <w:p w14:paraId="3B4B4F13" w14:textId="77777777" w:rsidR="00EB0B06" w:rsidRDefault="00EB0B06">
            <w:pPr>
              <w:bidi/>
              <w:spacing w:before="40" w:after="40" w:line="288" w:lineRule="auto"/>
            </w:pPr>
          </w:p>
        </w:tc>
        <w:tc>
          <w:tcPr>
            <w:tcW w:w="2381" w:type="dxa"/>
            <w:vAlign w:val="center"/>
          </w:tcPr>
          <w:p w14:paraId="5325637E" w14:textId="77777777" w:rsidR="00EB0B06" w:rsidRDefault="00EB0B06">
            <w:pPr>
              <w:bidi/>
              <w:spacing w:before="40" w:after="40" w:line="288" w:lineRule="auto"/>
            </w:pPr>
          </w:p>
        </w:tc>
      </w:tr>
      <w:tr w:rsidR="00EB0B06" w14:paraId="3E2984B4" w14:textId="77777777">
        <w:trPr>
          <w:cantSplit/>
          <w:trHeight w:val="408"/>
          <w:jc w:val="center"/>
        </w:trPr>
        <w:tc>
          <w:tcPr>
            <w:tcW w:w="397" w:type="dxa"/>
            <w:vAlign w:val="center"/>
          </w:tcPr>
          <w:p w14:paraId="6CD04C55" w14:textId="77777777" w:rsidR="00EB0B06" w:rsidRDefault="00E30BD4">
            <w:pPr>
              <w:bidi/>
              <w:spacing w:before="40" w:after="40" w:line="288" w:lineRule="auto"/>
              <w:jc w:val="center"/>
            </w:pPr>
            <w:r>
              <w:rPr>
                <w:sz w:val="18"/>
                <w:szCs w:val="18"/>
                <w:rtl/>
              </w:rPr>
              <w:t>5</w:t>
            </w:r>
          </w:p>
        </w:tc>
        <w:tc>
          <w:tcPr>
            <w:tcW w:w="2551" w:type="dxa"/>
            <w:vAlign w:val="center"/>
          </w:tcPr>
          <w:p w14:paraId="0E0D423B" w14:textId="77777777" w:rsidR="00EB0B06" w:rsidRDefault="00E30BD4">
            <w:pPr>
              <w:bidi/>
              <w:spacing w:before="40" w:after="40" w:line="288" w:lineRule="auto"/>
            </w:pPr>
            <w:r>
              <w:rPr>
                <w:sz w:val="18"/>
                <w:szCs w:val="18"/>
                <w:rtl/>
              </w:rPr>
              <w:t>سباك</w:t>
            </w:r>
          </w:p>
        </w:tc>
        <w:tc>
          <w:tcPr>
            <w:tcW w:w="2268" w:type="dxa"/>
            <w:vAlign w:val="center"/>
          </w:tcPr>
          <w:p w14:paraId="2DB293E5" w14:textId="77777777" w:rsidR="00EB0B06" w:rsidRDefault="00EB0B06">
            <w:pPr>
              <w:bidi/>
              <w:spacing w:before="40" w:after="40" w:line="288" w:lineRule="auto"/>
            </w:pPr>
          </w:p>
        </w:tc>
        <w:tc>
          <w:tcPr>
            <w:tcW w:w="2494" w:type="dxa"/>
            <w:vAlign w:val="center"/>
          </w:tcPr>
          <w:p w14:paraId="36E09674" w14:textId="77777777" w:rsidR="00EB0B06" w:rsidRDefault="00EB0B06">
            <w:pPr>
              <w:bidi/>
              <w:spacing w:before="40" w:after="40" w:line="288" w:lineRule="auto"/>
            </w:pPr>
          </w:p>
        </w:tc>
        <w:tc>
          <w:tcPr>
            <w:tcW w:w="2381" w:type="dxa"/>
            <w:vAlign w:val="center"/>
          </w:tcPr>
          <w:p w14:paraId="60F8A6F2" w14:textId="77777777" w:rsidR="00EB0B06" w:rsidRDefault="00EB0B06">
            <w:pPr>
              <w:bidi/>
              <w:spacing w:before="40" w:after="40" w:line="288" w:lineRule="auto"/>
            </w:pPr>
          </w:p>
        </w:tc>
      </w:tr>
      <w:tr w:rsidR="00EB0B06" w14:paraId="46AE5187" w14:textId="77777777">
        <w:trPr>
          <w:cantSplit/>
          <w:trHeight w:val="408"/>
          <w:jc w:val="center"/>
        </w:trPr>
        <w:tc>
          <w:tcPr>
            <w:tcW w:w="397" w:type="dxa"/>
            <w:vAlign w:val="center"/>
          </w:tcPr>
          <w:p w14:paraId="59D4D1B8" w14:textId="77777777" w:rsidR="00EB0B06" w:rsidRDefault="00E30BD4">
            <w:pPr>
              <w:bidi/>
              <w:spacing w:before="40" w:after="40" w:line="288" w:lineRule="auto"/>
              <w:jc w:val="center"/>
            </w:pPr>
            <w:r>
              <w:rPr>
                <w:sz w:val="18"/>
                <w:szCs w:val="18"/>
                <w:rtl/>
              </w:rPr>
              <w:t>6</w:t>
            </w:r>
          </w:p>
        </w:tc>
        <w:tc>
          <w:tcPr>
            <w:tcW w:w="2551" w:type="dxa"/>
            <w:vAlign w:val="center"/>
          </w:tcPr>
          <w:p w14:paraId="547E6200" w14:textId="77777777" w:rsidR="00EB0B06" w:rsidRDefault="00E30BD4">
            <w:pPr>
              <w:bidi/>
              <w:spacing w:before="40" w:after="40" w:line="288" w:lineRule="auto"/>
            </w:pPr>
            <w:r>
              <w:rPr>
                <w:sz w:val="18"/>
                <w:szCs w:val="18"/>
                <w:rtl/>
              </w:rPr>
              <w:t>كهربائي</w:t>
            </w:r>
          </w:p>
        </w:tc>
        <w:tc>
          <w:tcPr>
            <w:tcW w:w="2268" w:type="dxa"/>
            <w:vAlign w:val="center"/>
          </w:tcPr>
          <w:p w14:paraId="0F8271E5" w14:textId="77777777" w:rsidR="00EB0B06" w:rsidRDefault="00EB0B06">
            <w:pPr>
              <w:bidi/>
              <w:spacing w:before="40" w:after="40" w:line="288" w:lineRule="auto"/>
            </w:pPr>
          </w:p>
        </w:tc>
        <w:tc>
          <w:tcPr>
            <w:tcW w:w="2494" w:type="dxa"/>
            <w:vAlign w:val="center"/>
          </w:tcPr>
          <w:p w14:paraId="1A581424" w14:textId="77777777" w:rsidR="00EB0B06" w:rsidRDefault="00EB0B06">
            <w:pPr>
              <w:bidi/>
              <w:spacing w:before="40" w:after="40" w:line="288" w:lineRule="auto"/>
            </w:pPr>
          </w:p>
        </w:tc>
        <w:tc>
          <w:tcPr>
            <w:tcW w:w="2381" w:type="dxa"/>
            <w:vAlign w:val="center"/>
          </w:tcPr>
          <w:p w14:paraId="40097A87" w14:textId="77777777" w:rsidR="00EB0B06" w:rsidRDefault="00EB0B06">
            <w:pPr>
              <w:bidi/>
              <w:spacing w:before="40" w:after="40" w:line="288" w:lineRule="auto"/>
            </w:pPr>
          </w:p>
        </w:tc>
      </w:tr>
      <w:tr w:rsidR="00EB0B06" w14:paraId="3A093230" w14:textId="77777777">
        <w:trPr>
          <w:cantSplit/>
          <w:trHeight w:val="408"/>
          <w:jc w:val="center"/>
        </w:trPr>
        <w:tc>
          <w:tcPr>
            <w:tcW w:w="397" w:type="dxa"/>
            <w:vAlign w:val="center"/>
          </w:tcPr>
          <w:p w14:paraId="287A82A2" w14:textId="77777777" w:rsidR="00EB0B06" w:rsidRDefault="00E30BD4">
            <w:pPr>
              <w:bidi/>
              <w:spacing w:before="40" w:after="40" w:line="288" w:lineRule="auto"/>
              <w:jc w:val="center"/>
            </w:pPr>
            <w:r>
              <w:rPr>
                <w:sz w:val="18"/>
                <w:szCs w:val="18"/>
                <w:rtl/>
              </w:rPr>
              <w:t>7</w:t>
            </w:r>
          </w:p>
        </w:tc>
        <w:tc>
          <w:tcPr>
            <w:tcW w:w="2551" w:type="dxa"/>
            <w:vAlign w:val="center"/>
          </w:tcPr>
          <w:p w14:paraId="7EF24B7A" w14:textId="77777777" w:rsidR="00EB0B06" w:rsidRDefault="00E30BD4">
            <w:pPr>
              <w:bidi/>
              <w:spacing w:before="40" w:after="40" w:line="288" w:lineRule="auto"/>
            </w:pPr>
            <w:r>
              <w:rPr>
                <w:sz w:val="18"/>
                <w:szCs w:val="18"/>
                <w:rtl/>
              </w:rPr>
              <w:t>فني عزل</w:t>
            </w:r>
          </w:p>
        </w:tc>
        <w:tc>
          <w:tcPr>
            <w:tcW w:w="2268" w:type="dxa"/>
            <w:vAlign w:val="center"/>
          </w:tcPr>
          <w:p w14:paraId="3046843A" w14:textId="77777777" w:rsidR="00EB0B06" w:rsidRDefault="00EB0B06">
            <w:pPr>
              <w:bidi/>
              <w:spacing w:before="40" w:after="40" w:line="288" w:lineRule="auto"/>
            </w:pPr>
          </w:p>
        </w:tc>
        <w:tc>
          <w:tcPr>
            <w:tcW w:w="2494" w:type="dxa"/>
            <w:vAlign w:val="center"/>
          </w:tcPr>
          <w:p w14:paraId="1C4B771F" w14:textId="77777777" w:rsidR="00EB0B06" w:rsidRDefault="00EB0B06">
            <w:pPr>
              <w:bidi/>
              <w:spacing w:before="40" w:after="40" w:line="288" w:lineRule="auto"/>
            </w:pPr>
          </w:p>
        </w:tc>
        <w:tc>
          <w:tcPr>
            <w:tcW w:w="2381" w:type="dxa"/>
            <w:vAlign w:val="center"/>
          </w:tcPr>
          <w:p w14:paraId="16258FC5" w14:textId="77777777" w:rsidR="00EB0B06" w:rsidRDefault="00EB0B06">
            <w:pPr>
              <w:bidi/>
              <w:spacing w:before="40" w:after="40" w:line="288" w:lineRule="auto"/>
            </w:pPr>
          </w:p>
        </w:tc>
      </w:tr>
      <w:tr w:rsidR="00EB0B06" w14:paraId="5CDDE8FD" w14:textId="77777777">
        <w:trPr>
          <w:cantSplit/>
          <w:trHeight w:val="408"/>
          <w:jc w:val="center"/>
        </w:trPr>
        <w:tc>
          <w:tcPr>
            <w:tcW w:w="397" w:type="dxa"/>
            <w:vAlign w:val="center"/>
          </w:tcPr>
          <w:p w14:paraId="0DD72911" w14:textId="77777777" w:rsidR="00EB0B06" w:rsidRDefault="00E30BD4">
            <w:pPr>
              <w:bidi/>
              <w:spacing w:before="40" w:after="40" w:line="288" w:lineRule="auto"/>
              <w:jc w:val="center"/>
            </w:pPr>
            <w:r>
              <w:rPr>
                <w:sz w:val="18"/>
                <w:szCs w:val="18"/>
                <w:rtl/>
              </w:rPr>
              <w:t>8</w:t>
            </w:r>
          </w:p>
        </w:tc>
        <w:tc>
          <w:tcPr>
            <w:tcW w:w="2551" w:type="dxa"/>
            <w:vAlign w:val="center"/>
          </w:tcPr>
          <w:p w14:paraId="124F2B8C" w14:textId="77777777" w:rsidR="00EB0B06" w:rsidRDefault="00E30BD4">
            <w:pPr>
              <w:bidi/>
              <w:spacing w:before="40" w:after="40" w:line="288" w:lineRule="auto"/>
            </w:pPr>
            <w:r>
              <w:rPr>
                <w:sz w:val="18"/>
                <w:szCs w:val="18"/>
                <w:rtl/>
              </w:rPr>
              <w:t>فني ألومنيوم وزجاج</w:t>
            </w:r>
          </w:p>
        </w:tc>
        <w:tc>
          <w:tcPr>
            <w:tcW w:w="2268" w:type="dxa"/>
            <w:vAlign w:val="center"/>
          </w:tcPr>
          <w:p w14:paraId="02466072" w14:textId="77777777" w:rsidR="00EB0B06" w:rsidRDefault="00EB0B06">
            <w:pPr>
              <w:bidi/>
              <w:spacing w:before="40" w:after="40" w:line="288" w:lineRule="auto"/>
            </w:pPr>
          </w:p>
        </w:tc>
        <w:tc>
          <w:tcPr>
            <w:tcW w:w="2494" w:type="dxa"/>
            <w:vAlign w:val="center"/>
          </w:tcPr>
          <w:p w14:paraId="60EEACEF" w14:textId="77777777" w:rsidR="00EB0B06" w:rsidRDefault="00EB0B06">
            <w:pPr>
              <w:bidi/>
              <w:spacing w:before="40" w:after="40" w:line="288" w:lineRule="auto"/>
            </w:pPr>
          </w:p>
        </w:tc>
        <w:tc>
          <w:tcPr>
            <w:tcW w:w="2381" w:type="dxa"/>
            <w:vAlign w:val="center"/>
          </w:tcPr>
          <w:p w14:paraId="3F6D3D85" w14:textId="77777777" w:rsidR="00EB0B06" w:rsidRDefault="00EB0B06">
            <w:pPr>
              <w:bidi/>
              <w:spacing w:before="40" w:after="40" w:line="288" w:lineRule="auto"/>
            </w:pPr>
          </w:p>
        </w:tc>
      </w:tr>
    </w:tbl>
    <w:p w14:paraId="48400B4D" w14:textId="77777777" w:rsidR="00EB0B06" w:rsidRDefault="00E30BD4">
      <w:pPr>
        <w:keepNext/>
        <w:pBdr>
          <w:bottom w:val="single" w:sz="8" w:space="1" w:color="2633FF"/>
        </w:pBdr>
        <w:bidi/>
        <w:spacing w:before="200" w:after="120"/>
        <w:outlineLvl w:val="0"/>
      </w:pPr>
      <w:r>
        <w:rPr>
          <w:b/>
          <w:bCs/>
          <w:color w:val="052976"/>
          <w:sz w:val="30"/>
          <w:szCs w:val="30"/>
          <w:rtl/>
        </w:rPr>
        <w:t>6. المعدات وأدوات القياس والاختبار</w:t>
      </w:r>
    </w:p>
    <w:tbl>
      <w:tblPr>
        <w:tblStyle w:val="TableGrid"/>
        <w:bidiVisual/>
        <w:tblW w:w="0" w:type="auto"/>
        <w:jc w:val="center"/>
        <w:tblLayout w:type="fixed"/>
        <w:tblLook w:val="04A0" w:firstRow="1" w:lastRow="0" w:firstColumn="1" w:lastColumn="0" w:noHBand="0" w:noVBand="1"/>
      </w:tblPr>
      <w:tblGrid>
        <w:gridCol w:w="397"/>
        <w:gridCol w:w="2835"/>
        <w:gridCol w:w="680"/>
        <w:gridCol w:w="1928"/>
        <w:gridCol w:w="907"/>
        <w:gridCol w:w="1304"/>
        <w:gridCol w:w="2041"/>
      </w:tblGrid>
      <w:tr w:rsidR="00EB0B06" w14:paraId="2BCEC58A" w14:textId="77777777">
        <w:trPr>
          <w:cantSplit/>
          <w:trHeight w:val="408"/>
          <w:tblHeader/>
          <w:jc w:val="center"/>
        </w:trPr>
        <w:tc>
          <w:tcPr>
            <w:tcW w:w="397" w:type="dxa"/>
            <w:shd w:val="clear" w:color="auto" w:fill="052976"/>
            <w:vAlign w:val="center"/>
          </w:tcPr>
          <w:p w14:paraId="5BFE5732" w14:textId="77777777" w:rsidR="00EB0B06" w:rsidRDefault="00E30BD4">
            <w:pPr>
              <w:bidi/>
              <w:spacing w:before="40" w:after="40" w:line="288" w:lineRule="auto"/>
              <w:jc w:val="center"/>
            </w:pPr>
            <w:r>
              <w:rPr>
                <w:b/>
                <w:bCs/>
                <w:color w:val="FFFFFF"/>
                <w:sz w:val="19"/>
                <w:szCs w:val="19"/>
                <w:rtl/>
              </w:rPr>
              <w:t>م</w:t>
            </w:r>
          </w:p>
        </w:tc>
        <w:tc>
          <w:tcPr>
            <w:tcW w:w="2835" w:type="dxa"/>
            <w:shd w:val="clear" w:color="auto" w:fill="052976"/>
            <w:vAlign w:val="center"/>
          </w:tcPr>
          <w:p w14:paraId="47640B48" w14:textId="77777777" w:rsidR="00EB0B06" w:rsidRDefault="00E30BD4">
            <w:pPr>
              <w:bidi/>
              <w:spacing w:before="40" w:after="40" w:line="288" w:lineRule="auto"/>
              <w:jc w:val="center"/>
            </w:pPr>
            <w:r>
              <w:rPr>
                <w:b/>
                <w:bCs/>
                <w:color w:val="FFFFFF"/>
                <w:sz w:val="19"/>
                <w:szCs w:val="19"/>
                <w:rtl/>
              </w:rPr>
              <w:t>المعدة أو الأداة</w:t>
            </w:r>
          </w:p>
        </w:tc>
        <w:tc>
          <w:tcPr>
            <w:tcW w:w="680" w:type="dxa"/>
            <w:shd w:val="clear" w:color="auto" w:fill="052976"/>
            <w:vAlign w:val="center"/>
          </w:tcPr>
          <w:p w14:paraId="64119522" w14:textId="77777777" w:rsidR="00EB0B06" w:rsidRDefault="00E30BD4">
            <w:pPr>
              <w:bidi/>
              <w:spacing w:before="40" w:after="40" w:line="288" w:lineRule="auto"/>
              <w:jc w:val="center"/>
            </w:pPr>
            <w:r>
              <w:rPr>
                <w:b/>
                <w:bCs/>
                <w:color w:val="FFFFFF"/>
                <w:sz w:val="19"/>
                <w:szCs w:val="19"/>
                <w:rtl/>
              </w:rPr>
              <w:t>العدد</w:t>
            </w:r>
          </w:p>
        </w:tc>
        <w:tc>
          <w:tcPr>
            <w:tcW w:w="1928" w:type="dxa"/>
            <w:shd w:val="clear" w:color="auto" w:fill="052976"/>
            <w:vAlign w:val="center"/>
          </w:tcPr>
          <w:p w14:paraId="11931A3D" w14:textId="77777777" w:rsidR="00EB0B06" w:rsidRDefault="00E30BD4">
            <w:pPr>
              <w:bidi/>
              <w:spacing w:before="40" w:after="40" w:line="288" w:lineRule="auto"/>
              <w:jc w:val="center"/>
            </w:pPr>
            <w:r>
              <w:rPr>
                <w:b/>
                <w:bCs/>
                <w:color w:val="FFFFFF"/>
                <w:sz w:val="19"/>
                <w:szCs w:val="19"/>
                <w:rtl/>
              </w:rPr>
              <w:t>مملوكة / مؤجرة</w:t>
            </w:r>
          </w:p>
        </w:tc>
        <w:tc>
          <w:tcPr>
            <w:tcW w:w="907" w:type="dxa"/>
            <w:shd w:val="clear" w:color="auto" w:fill="052976"/>
            <w:vAlign w:val="center"/>
          </w:tcPr>
          <w:p w14:paraId="53624451" w14:textId="77777777" w:rsidR="00EB0B06" w:rsidRDefault="00E30BD4">
            <w:pPr>
              <w:bidi/>
              <w:spacing w:before="40" w:after="40" w:line="288" w:lineRule="auto"/>
              <w:jc w:val="center"/>
            </w:pPr>
            <w:r>
              <w:rPr>
                <w:b/>
                <w:bCs/>
                <w:color w:val="FFFFFF"/>
                <w:sz w:val="19"/>
                <w:szCs w:val="19"/>
                <w:rtl/>
              </w:rPr>
              <w:t>سنة الصنع</w:t>
            </w:r>
          </w:p>
        </w:tc>
        <w:tc>
          <w:tcPr>
            <w:tcW w:w="1304" w:type="dxa"/>
            <w:shd w:val="clear" w:color="auto" w:fill="052976"/>
            <w:vAlign w:val="center"/>
          </w:tcPr>
          <w:p w14:paraId="7BE3AD11" w14:textId="77777777" w:rsidR="00EB0B06" w:rsidRDefault="00E30BD4">
            <w:pPr>
              <w:bidi/>
              <w:spacing w:before="40" w:after="40" w:line="288" w:lineRule="auto"/>
              <w:jc w:val="center"/>
            </w:pPr>
            <w:r>
              <w:rPr>
                <w:b/>
                <w:bCs/>
                <w:color w:val="FFFFFF"/>
                <w:sz w:val="19"/>
                <w:szCs w:val="19"/>
                <w:rtl/>
              </w:rPr>
              <w:t>الحالة</w:t>
            </w:r>
          </w:p>
        </w:tc>
        <w:tc>
          <w:tcPr>
            <w:tcW w:w="2041" w:type="dxa"/>
            <w:shd w:val="clear" w:color="auto" w:fill="052976"/>
            <w:vAlign w:val="center"/>
          </w:tcPr>
          <w:p w14:paraId="6873569D" w14:textId="77777777" w:rsidR="00EB0B06" w:rsidRDefault="00E30BD4">
            <w:pPr>
              <w:bidi/>
              <w:spacing w:before="40" w:after="40" w:line="288" w:lineRule="auto"/>
              <w:jc w:val="center"/>
            </w:pPr>
            <w:r>
              <w:rPr>
                <w:b/>
                <w:bCs/>
                <w:color w:val="FFFFFF"/>
                <w:sz w:val="19"/>
                <w:szCs w:val="19"/>
                <w:rtl/>
              </w:rPr>
              <w:t>صلاحية شهادة المعايرة</w:t>
            </w:r>
          </w:p>
        </w:tc>
      </w:tr>
      <w:tr w:rsidR="00EB0B06" w14:paraId="482BBEED" w14:textId="77777777">
        <w:trPr>
          <w:cantSplit/>
          <w:trHeight w:val="408"/>
          <w:jc w:val="center"/>
        </w:trPr>
        <w:tc>
          <w:tcPr>
            <w:tcW w:w="397" w:type="dxa"/>
            <w:vAlign w:val="center"/>
          </w:tcPr>
          <w:p w14:paraId="367D0651" w14:textId="77777777" w:rsidR="00EB0B06" w:rsidRDefault="00E30BD4">
            <w:pPr>
              <w:bidi/>
              <w:spacing w:before="40" w:after="40" w:line="288" w:lineRule="auto"/>
              <w:jc w:val="center"/>
            </w:pPr>
            <w:r>
              <w:rPr>
                <w:sz w:val="18"/>
                <w:szCs w:val="18"/>
                <w:rtl/>
              </w:rPr>
              <w:t>1</w:t>
            </w:r>
          </w:p>
        </w:tc>
        <w:tc>
          <w:tcPr>
            <w:tcW w:w="2835" w:type="dxa"/>
            <w:vAlign w:val="center"/>
          </w:tcPr>
          <w:p w14:paraId="75681A54" w14:textId="77777777" w:rsidR="00EB0B06" w:rsidRDefault="00E30BD4">
            <w:pPr>
              <w:bidi/>
              <w:spacing w:before="40" w:after="40" w:line="288" w:lineRule="auto"/>
            </w:pPr>
            <w:r>
              <w:rPr>
                <w:sz w:val="18"/>
                <w:szCs w:val="18"/>
                <w:rtl/>
              </w:rPr>
              <w:t>جهاز توتال ستيشن وميزان قامة</w:t>
            </w:r>
          </w:p>
        </w:tc>
        <w:tc>
          <w:tcPr>
            <w:tcW w:w="680" w:type="dxa"/>
            <w:vAlign w:val="center"/>
          </w:tcPr>
          <w:p w14:paraId="35C6FE9B" w14:textId="77777777" w:rsidR="00EB0B06" w:rsidRDefault="00EB0B06">
            <w:pPr>
              <w:bidi/>
              <w:spacing w:before="40" w:after="40" w:line="288" w:lineRule="auto"/>
            </w:pPr>
          </w:p>
        </w:tc>
        <w:tc>
          <w:tcPr>
            <w:tcW w:w="1928" w:type="dxa"/>
            <w:vAlign w:val="center"/>
          </w:tcPr>
          <w:p w14:paraId="2E223DFA" w14:textId="77777777" w:rsidR="00EB0B06" w:rsidRDefault="00E30BD4">
            <w:pPr>
              <w:bidi/>
              <w:spacing w:before="40" w:after="40" w:line="288" w:lineRule="auto"/>
            </w:pPr>
            <w:r>
              <w:rPr>
                <w:sz w:val="18"/>
                <w:szCs w:val="18"/>
                <w:rtl/>
              </w:rPr>
              <w:t>☐ مملوكة ☐ مؤجرة</w:t>
            </w:r>
          </w:p>
        </w:tc>
        <w:tc>
          <w:tcPr>
            <w:tcW w:w="907" w:type="dxa"/>
            <w:vAlign w:val="center"/>
          </w:tcPr>
          <w:p w14:paraId="72B0661A" w14:textId="77777777" w:rsidR="00EB0B06" w:rsidRDefault="00EB0B06">
            <w:pPr>
              <w:bidi/>
              <w:spacing w:before="40" w:after="40" w:line="288" w:lineRule="auto"/>
            </w:pPr>
          </w:p>
        </w:tc>
        <w:tc>
          <w:tcPr>
            <w:tcW w:w="1304" w:type="dxa"/>
            <w:vAlign w:val="center"/>
          </w:tcPr>
          <w:p w14:paraId="7449DBD1" w14:textId="77777777" w:rsidR="00EB0B06" w:rsidRDefault="00EB0B06">
            <w:pPr>
              <w:bidi/>
              <w:spacing w:before="40" w:after="40" w:line="288" w:lineRule="auto"/>
            </w:pPr>
          </w:p>
        </w:tc>
        <w:tc>
          <w:tcPr>
            <w:tcW w:w="2041" w:type="dxa"/>
            <w:vAlign w:val="center"/>
          </w:tcPr>
          <w:p w14:paraId="5082E22D" w14:textId="77777777" w:rsidR="00EB0B06" w:rsidRDefault="00EB0B06">
            <w:pPr>
              <w:bidi/>
              <w:spacing w:before="40" w:after="40" w:line="288" w:lineRule="auto"/>
            </w:pPr>
          </w:p>
        </w:tc>
      </w:tr>
      <w:tr w:rsidR="00EB0B06" w14:paraId="203EEE3F" w14:textId="77777777">
        <w:trPr>
          <w:cantSplit/>
          <w:trHeight w:val="408"/>
          <w:jc w:val="center"/>
        </w:trPr>
        <w:tc>
          <w:tcPr>
            <w:tcW w:w="397" w:type="dxa"/>
            <w:vAlign w:val="center"/>
          </w:tcPr>
          <w:p w14:paraId="51485720" w14:textId="77777777" w:rsidR="00EB0B06" w:rsidRDefault="00E30BD4">
            <w:pPr>
              <w:bidi/>
              <w:spacing w:before="40" w:after="40" w:line="288" w:lineRule="auto"/>
              <w:jc w:val="center"/>
            </w:pPr>
            <w:r>
              <w:rPr>
                <w:sz w:val="18"/>
                <w:szCs w:val="18"/>
                <w:rtl/>
              </w:rPr>
              <w:t>2</w:t>
            </w:r>
          </w:p>
        </w:tc>
        <w:tc>
          <w:tcPr>
            <w:tcW w:w="2835" w:type="dxa"/>
            <w:vAlign w:val="center"/>
          </w:tcPr>
          <w:p w14:paraId="5F4335F9" w14:textId="77777777" w:rsidR="00EB0B06" w:rsidRDefault="00E30BD4">
            <w:pPr>
              <w:bidi/>
              <w:spacing w:before="40" w:after="40" w:line="288" w:lineRule="auto"/>
            </w:pPr>
            <w:r>
              <w:rPr>
                <w:sz w:val="18"/>
                <w:szCs w:val="18"/>
                <w:rtl/>
              </w:rPr>
              <w:t>هزازات خرسانة ومولدات</w:t>
            </w:r>
          </w:p>
        </w:tc>
        <w:tc>
          <w:tcPr>
            <w:tcW w:w="680" w:type="dxa"/>
            <w:vAlign w:val="center"/>
          </w:tcPr>
          <w:p w14:paraId="307A7902" w14:textId="77777777" w:rsidR="00EB0B06" w:rsidRDefault="00EB0B06">
            <w:pPr>
              <w:bidi/>
              <w:spacing w:before="40" w:after="40" w:line="288" w:lineRule="auto"/>
            </w:pPr>
          </w:p>
        </w:tc>
        <w:tc>
          <w:tcPr>
            <w:tcW w:w="1928" w:type="dxa"/>
            <w:vAlign w:val="center"/>
          </w:tcPr>
          <w:p w14:paraId="65811C9D" w14:textId="77777777" w:rsidR="00EB0B06" w:rsidRDefault="00E30BD4">
            <w:pPr>
              <w:bidi/>
              <w:spacing w:before="40" w:after="40" w:line="288" w:lineRule="auto"/>
            </w:pPr>
            <w:r>
              <w:rPr>
                <w:sz w:val="18"/>
                <w:szCs w:val="18"/>
                <w:rtl/>
              </w:rPr>
              <w:t>☐ مملوكة ☐ مؤجرة</w:t>
            </w:r>
          </w:p>
        </w:tc>
        <w:tc>
          <w:tcPr>
            <w:tcW w:w="907" w:type="dxa"/>
            <w:vAlign w:val="center"/>
          </w:tcPr>
          <w:p w14:paraId="2533998A" w14:textId="77777777" w:rsidR="00EB0B06" w:rsidRDefault="00EB0B06">
            <w:pPr>
              <w:bidi/>
              <w:spacing w:before="40" w:after="40" w:line="288" w:lineRule="auto"/>
            </w:pPr>
          </w:p>
        </w:tc>
        <w:tc>
          <w:tcPr>
            <w:tcW w:w="1304" w:type="dxa"/>
            <w:vAlign w:val="center"/>
          </w:tcPr>
          <w:p w14:paraId="47960931" w14:textId="77777777" w:rsidR="00EB0B06" w:rsidRDefault="00EB0B06">
            <w:pPr>
              <w:bidi/>
              <w:spacing w:before="40" w:after="40" w:line="288" w:lineRule="auto"/>
            </w:pPr>
          </w:p>
        </w:tc>
        <w:tc>
          <w:tcPr>
            <w:tcW w:w="2041" w:type="dxa"/>
            <w:vAlign w:val="center"/>
          </w:tcPr>
          <w:p w14:paraId="61EB7045" w14:textId="77777777" w:rsidR="00EB0B06" w:rsidRDefault="00EB0B06">
            <w:pPr>
              <w:bidi/>
              <w:spacing w:before="40" w:after="40" w:line="288" w:lineRule="auto"/>
            </w:pPr>
          </w:p>
        </w:tc>
      </w:tr>
      <w:tr w:rsidR="00EB0B06" w14:paraId="7C99C9CE" w14:textId="77777777">
        <w:trPr>
          <w:cantSplit/>
          <w:trHeight w:val="408"/>
          <w:jc w:val="center"/>
        </w:trPr>
        <w:tc>
          <w:tcPr>
            <w:tcW w:w="397" w:type="dxa"/>
            <w:vAlign w:val="center"/>
          </w:tcPr>
          <w:p w14:paraId="29469EEF" w14:textId="77777777" w:rsidR="00EB0B06" w:rsidRDefault="00E30BD4">
            <w:pPr>
              <w:bidi/>
              <w:spacing w:before="40" w:after="40" w:line="288" w:lineRule="auto"/>
              <w:jc w:val="center"/>
            </w:pPr>
            <w:r>
              <w:rPr>
                <w:sz w:val="18"/>
                <w:szCs w:val="18"/>
                <w:rtl/>
              </w:rPr>
              <w:t>3</w:t>
            </w:r>
          </w:p>
        </w:tc>
        <w:tc>
          <w:tcPr>
            <w:tcW w:w="2835" w:type="dxa"/>
            <w:vAlign w:val="center"/>
          </w:tcPr>
          <w:p w14:paraId="154C0B92" w14:textId="77777777" w:rsidR="00EB0B06" w:rsidRDefault="00E30BD4">
            <w:pPr>
              <w:bidi/>
              <w:spacing w:before="40" w:after="40" w:line="288" w:lineRule="auto"/>
            </w:pPr>
            <w:r>
              <w:rPr>
                <w:sz w:val="18"/>
                <w:szCs w:val="18"/>
                <w:rtl/>
              </w:rPr>
              <w:t>شدات معدنية وسقالات</w:t>
            </w:r>
          </w:p>
        </w:tc>
        <w:tc>
          <w:tcPr>
            <w:tcW w:w="680" w:type="dxa"/>
            <w:vAlign w:val="center"/>
          </w:tcPr>
          <w:p w14:paraId="2164A43A" w14:textId="77777777" w:rsidR="00EB0B06" w:rsidRDefault="00EB0B06">
            <w:pPr>
              <w:bidi/>
              <w:spacing w:before="40" w:after="40" w:line="288" w:lineRule="auto"/>
            </w:pPr>
          </w:p>
        </w:tc>
        <w:tc>
          <w:tcPr>
            <w:tcW w:w="1928" w:type="dxa"/>
            <w:vAlign w:val="center"/>
          </w:tcPr>
          <w:p w14:paraId="2CFD03C9" w14:textId="77777777" w:rsidR="00EB0B06" w:rsidRDefault="00E30BD4">
            <w:pPr>
              <w:bidi/>
              <w:spacing w:before="40" w:after="40" w:line="288" w:lineRule="auto"/>
            </w:pPr>
            <w:r>
              <w:rPr>
                <w:sz w:val="18"/>
                <w:szCs w:val="18"/>
                <w:rtl/>
              </w:rPr>
              <w:t>☐ مملوكة ☐ مؤجرة</w:t>
            </w:r>
          </w:p>
        </w:tc>
        <w:tc>
          <w:tcPr>
            <w:tcW w:w="907" w:type="dxa"/>
            <w:vAlign w:val="center"/>
          </w:tcPr>
          <w:p w14:paraId="01871123" w14:textId="77777777" w:rsidR="00EB0B06" w:rsidRDefault="00EB0B06">
            <w:pPr>
              <w:bidi/>
              <w:spacing w:before="40" w:after="40" w:line="288" w:lineRule="auto"/>
            </w:pPr>
          </w:p>
        </w:tc>
        <w:tc>
          <w:tcPr>
            <w:tcW w:w="1304" w:type="dxa"/>
            <w:vAlign w:val="center"/>
          </w:tcPr>
          <w:p w14:paraId="35A91A65" w14:textId="77777777" w:rsidR="00EB0B06" w:rsidRDefault="00EB0B06">
            <w:pPr>
              <w:bidi/>
              <w:spacing w:before="40" w:after="40" w:line="288" w:lineRule="auto"/>
            </w:pPr>
          </w:p>
        </w:tc>
        <w:tc>
          <w:tcPr>
            <w:tcW w:w="2041" w:type="dxa"/>
            <w:vAlign w:val="center"/>
          </w:tcPr>
          <w:p w14:paraId="336674C0" w14:textId="77777777" w:rsidR="00EB0B06" w:rsidRDefault="00EB0B06">
            <w:pPr>
              <w:bidi/>
              <w:spacing w:before="40" w:after="40" w:line="288" w:lineRule="auto"/>
            </w:pPr>
          </w:p>
        </w:tc>
      </w:tr>
      <w:tr w:rsidR="00EB0B06" w14:paraId="31786FC4" w14:textId="77777777">
        <w:trPr>
          <w:cantSplit/>
          <w:trHeight w:val="408"/>
          <w:jc w:val="center"/>
        </w:trPr>
        <w:tc>
          <w:tcPr>
            <w:tcW w:w="397" w:type="dxa"/>
            <w:vAlign w:val="center"/>
          </w:tcPr>
          <w:p w14:paraId="32DFDECB" w14:textId="77777777" w:rsidR="00EB0B06" w:rsidRDefault="00E30BD4">
            <w:pPr>
              <w:bidi/>
              <w:spacing w:before="40" w:after="40" w:line="288" w:lineRule="auto"/>
              <w:jc w:val="center"/>
            </w:pPr>
            <w:r>
              <w:rPr>
                <w:sz w:val="18"/>
                <w:szCs w:val="18"/>
                <w:rtl/>
              </w:rPr>
              <w:t>4</w:t>
            </w:r>
          </w:p>
        </w:tc>
        <w:tc>
          <w:tcPr>
            <w:tcW w:w="2835" w:type="dxa"/>
            <w:vAlign w:val="center"/>
          </w:tcPr>
          <w:p w14:paraId="5172EE6F" w14:textId="77777777" w:rsidR="00EB0B06" w:rsidRDefault="00E30BD4">
            <w:pPr>
              <w:bidi/>
              <w:spacing w:before="40" w:after="40" w:line="288" w:lineRule="auto"/>
            </w:pPr>
            <w:r>
              <w:rPr>
                <w:sz w:val="18"/>
                <w:szCs w:val="18"/>
                <w:rtl/>
              </w:rPr>
              <w:t>مكينة قص وثني الحديد</w:t>
            </w:r>
          </w:p>
        </w:tc>
        <w:tc>
          <w:tcPr>
            <w:tcW w:w="680" w:type="dxa"/>
            <w:vAlign w:val="center"/>
          </w:tcPr>
          <w:p w14:paraId="4131E640" w14:textId="77777777" w:rsidR="00EB0B06" w:rsidRDefault="00EB0B06">
            <w:pPr>
              <w:bidi/>
              <w:spacing w:before="40" w:after="40" w:line="288" w:lineRule="auto"/>
            </w:pPr>
          </w:p>
        </w:tc>
        <w:tc>
          <w:tcPr>
            <w:tcW w:w="1928" w:type="dxa"/>
            <w:vAlign w:val="center"/>
          </w:tcPr>
          <w:p w14:paraId="325AFB7E" w14:textId="77777777" w:rsidR="00EB0B06" w:rsidRDefault="00E30BD4">
            <w:pPr>
              <w:bidi/>
              <w:spacing w:before="40" w:after="40" w:line="288" w:lineRule="auto"/>
            </w:pPr>
            <w:r>
              <w:rPr>
                <w:sz w:val="18"/>
                <w:szCs w:val="18"/>
                <w:rtl/>
              </w:rPr>
              <w:t>☐ مملوكة ☐ مؤجرة</w:t>
            </w:r>
          </w:p>
        </w:tc>
        <w:tc>
          <w:tcPr>
            <w:tcW w:w="907" w:type="dxa"/>
            <w:vAlign w:val="center"/>
          </w:tcPr>
          <w:p w14:paraId="676EED3C" w14:textId="77777777" w:rsidR="00EB0B06" w:rsidRDefault="00EB0B06">
            <w:pPr>
              <w:bidi/>
              <w:spacing w:before="40" w:after="40" w:line="288" w:lineRule="auto"/>
            </w:pPr>
          </w:p>
        </w:tc>
        <w:tc>
          <w:tcPr>
            <w:tcW w:w="1304" w:type="dxa"/>
            <w:vAlign w:val="center"/>
          </w:tcPr>
          <w:p w14:paraId="258FF62F" w14:textId="77777777" w:rsidR="00EB0B06" w:rsidRDefault="00EB0B06">
            <w:pPr>
              <w:bidi/>
              <w:spacing w:before="40" w:after="40" w:line="288" w:lineRule="auto"/>
            </w:pPr>
          </w:p>
        </w:tc>
        <w:tc>
          <w:tcPr>
            <w:tcW w:w="2041" w:type="dxa"/>
            <w:vAlign w:val="center"/>
          </w:tcPr>
          <w:p w14:paraId="1EE42552" w14:textId="77777777" w:rsidR="00EB0B06" w:rsidRDefault="00EB0B06">
            <w:pPr>
              <w:bidi/>
              <w:spacing w:before="40" w:after="40" w:line="288" w:lineRule="auto"/>
            </w:pPr>
          </w:p>
        </w:tc>
      </w:tr>
      <w:tr w:rsidR="00EB0B06" w14:paraId="691DB420" w14:textId="77777777">
        <w:trPr>
          <w:cantSplit/>
          <w:trHeight w:val="408"/>
          <w:jc w:val="center"/>
        </w:trPr>
        <w:tc>
          <w:tcPr>
            <w:tcW w:w="397" w:type="dxa"/>
            <w:vAlign w:val="center"/>
          </w:tcPr>
          <w:p w14:paraId="746475C9" w14:textId="77777777" w:rsidR="00EB0B06" w:rsidRDefault="00E30BD4">
            <w:pPr>
              <w:bidi/>
              <w:spacing w:before="40" w:after="40" w:line="288" w:lineRule="auto"/>
              <w:jc w:val="center"/>
            </w:pPr>
            <w:r>
              <w:rPr>
                <w:sz w:val="18"/>
                <w:szCs w:val="18"/>
                <w:rtl/>
              </w:rPr>
              <w:t>5</w:t>
            </w:r>
          </w:p>
        </w:tc>
        <w:tc>
          <w:tcPr>
            <w:tcW w:w="2835" w:type="dxa"/>
            <w:vAlign w:val="center"/>
          </w:tcPr>
          <w:p w14:paraId="4D079A14" w14:textId="77777777" w:rsidR="00EB0B06" w:rsidRDefault="00E30BD4">
            <w:pPr>
              <w:bidi/>
              <w:spacing w:before="40" w:after="40" w:line="288" w:lineRule="auto"/>
            </w:pPr>
            <w:r>
              <w:rPr>
                <w:sz w:val="18"/>
                <w:szCs w:val="18"/>
                <w:rtl/>
              </w:rPr>
              <w:t>أجهزة اختبار الضغط الهيدروستاتيكي</w:t>
            </w:r>
          </w:p>
        </w:tc>
        <w:tc>
          <w:tcPr>
            <w:tcW w:w="680" w:type="dxa"/>
            <w:vAlign w:val="center"/>
          </w:tcPr>
          <w:p w14:paraId="37AEC70F" w14:textId="77777777" w:rsidR="00EB0B06" w:rsidRDefault="00EB0B06">
            <w:pPr>
              <w:bidi/>
              <w:spacing w:before="40" w:after="40" w:line="288" w:lineRule="auto"/>
            </w:pPr>
          </w:p>
        </w:tc>
        <w:tc>
          <w:tcPr>
            <w:tcW w:w="1928" w:type="dxa"/>
            <w:vAlign w:val="center"/>
          </w:tcPr>
          <w:p w14:paraId="47176377" w14:textId="77777777" w:rsidR="00EB0B06" w:rsidRDefault="00E30BD4">
            <w:pPr>
              <w:bidi/>
              <w:spacing w:before="40" w:after="40" w:line="288" w:lineRule="auto"/>
            </w:pPr>
            <w:r>
              <w:rPr>
                <w:sz w:val="18"/>
                <w:szCs w:val="18"/>
                <w:rtl/>
              </w:rPr>
              <w:t>☐ مملوكة ☐ مؤجرة</w:t>
            </w:r>
          </w:p>
        </w:tc>
        <w:tc>
          <w:tcPr>
            <w:tcW w:w="907" w:type="dxa"/>
            <w:vAlign w:val="center"/>
          </w:tcPr>
          <w:p w14:paraId="674F9DFA" w14:textId="77777777" w:rsidR="00EB0B06" w:rsidRDefault="00EB0B06">
            <w:pPr>
              <w:bidi/>
              <w:spacing w:before="40" w:after="40" w:line="288" w:lineRule="auto"/>
            </w:pPr>
          </w:p>
        </w:tc>
        <w:tc>
          <w:tcPr>
            <w:tcW w:w="1304" w:type="dxa"/>
            <w:vAlign w:val="center"/>
          </w:tcPr>
          <w:p w14:paraId="746C602D" w14:textId="77777777" w:rsidR="00EB0B06" w:rsidRDefault="00EB0B06">
            <w:pPr>
              <w:bidi/>
              <w:spacing w:before="40" w:after="40" w:line="288" w:lineRule="auto"/>
            </w:pPr>
          </w:p>
        </w:tc>
        <w:tc>
          <w:tcPr>
            <w:tcW w:w="2041" w:type="dxa"/>
            <w:vAlign w:val="center"/>
          </w:tcPr>
          <w:p w14:paraId="7CB28ED0" w14:textId="77777777" w:rsidR="00EB0B06" w:rsidRDefault="00EB0B06">
            <w:pPr>
              <w:bidi/>
              <w:spacing w:before="40" w:after="40" w:line="288" w:lineRule="auto"/>
            </w:pPr>
          </w:p>
        </w:tc>
      </w:tr>
      <w:tr w:rsidR="00EB0B06" w14:paraId="37674E69" w14:textId="77777777">
        <w:trPr>
          <w:cantSplit/>
          <w:trHeight w:val="408"/>
          <w:jc w:val="center"/>
        </w:trPr>
        <w:tc>
          <w:tcPr>
            <w:tcW w:w="397" w:type="dxa"/>
            <w:vAlign w:val="center"/>
          </w:tcPr>
          <w:p w14:paraId="3394257D" w14:textId="77777777" w:rsidR="00EB0B06" w:rsidRDefault="00E30BD4">
            <w:pPr>
              <w:bidi/>
              <w:spacing w:before="40" w:after="40" w:line="288" w:lineRule="auto"/>
              <w:jc w:val="center"/>
            </w:pPr>
            <w:r>
              <w:rPr>
                <w:sz w:val="18"/>
                <w:szCs w:val="18"/>
                <w:rtl/>
              </w:rPr>
              <w:t>6</w:t>
            </w:r>
          </w:p>
        </w:tc>
        <w:tc>
          <w:tcPr>
            <w:tcW w:w="2835" w:type="dxa"/>
            <w:vAlign w:val="center"/>
          </w:tcPr>
          <w:p w14:paraId="556EFB89" w14:textId="77777777" w:rsidR="00EB0B06" w:rsidRDefault="00E30BD4">
            <w:pPr>
              <w:bidi/>
              <w:spacing w:before="40" w:after="40" w:line="288" w:lineRule="auto"/>
            </w:pPr>
            <w:r>
              <w:rPr>
                <w:sz w:val="18"/>
                <w:szCs w:val="18"/>
                <w:rtl/>
              </w:rPr>
              <w:t>جهاز قياس مقاومة العزل Megger وجهاز قياس التأريض</w:t>
            </w:r>
          </w:p>
        </w:tc>
        <w:tc>
          <w:tcPr>
            <w:tcW w:w="680" w:type="dxa"/>
            <w:vAlign w:val="center"/>
          </w:tcPr>
          <w:p w14:paraId="1DB4896B" w14:textId="77777777" w:rsidR="00EB0B06" w:rsidRDefault="00EB0B06">
            <w:pPr>
              <w:bidi/>
              <w:spacing w:before="40" w:after="40" w:line="288" w:lineRule="auto"/>
            </w:pPr>
          </w:p>
        </w:tc>
        <w:tc>
          <w:tcPr>
            <w:tcW w:w="1928" w:type="dxa"/>
            <w:vAlign w:val="center"/>
          </w:tcPr>
          <w:p w14:paraId="32088EC3" w14:textId="77777777" w:rsidR="00EB0B06" w:rsidRDefault="00E30BD4">
            <w:pPr>
              <w:bidi/>
              <w:spacing w:before="40" w:after="40" w:line="288" w:lineRule="auto"/>
            </w:pPr>
            <w:r>
              <w:rPr>
                <w:sz w:val="18"/>
                <w:szCs w:val="18"/>
                <w:rtl/>
              </w:rPr>
              <w:t>☐ مملوكة ☐ مؤجرة</w:t>
            </w:r>
          </w:p>
        </w:tc>
        <w:tc>
          <w:tcPr>
            <w:tcW w:w="907" w:type="dxa"/>
            <w:vAlign w:val="center"/>
          </w:tcPr>
          <w:p w14:paraId="0D598DDC" w14:textId="77777777" w:rsidR="00EB0B06" w:rsidRDefault="00EB0B06">
            <w:pPr>
              <w:bidi/>
              <w:spacing w:before="40" w:after="40" w:line="288" w:lineRule="auto"/>
            </w:pPr>
          </w:p>
        </w:tc>
        <w:tc>
          <w:tcPr>
            <w:tcW w:w="1304" w:type="dxa"/>
            <w:vAlign w:val="center"/>
          </w:tcPr>
          <w:p w14:paraId="3FA3DB2F" w14:textId="77777777" w:rsidR="00EB0B06" w:rsidRDefault="00EB0B06">
            <w:pPr>
              <w:bidi/>
              <w:spacing w:before="40" w:after="40" w:line="288" w:lineRule="auto"/>
            </w:pPr>
          </w:p>
        </w:tc>
        <w:tc>
          <w:tcPr>
            <w:tcW w:w="2041" w:type="dxa"/>
            <w:vAlign w:val="center"/>
          </w:tcPr>
          <w:p w14:paraId="0C1C5EA3" w14:textId="77777777" w:rsidR="00EB0B06" w:rsidRDefault="00EB0B06">
            <w:pPr>
              <w:bidi/>
              <w:spacing w:before="40" w:after="40" w:line="288" w:lineRule="auto"/>
            </w:pPr>
          </w:p>
        </w:tc>
      </w:tr>
      <w:tr w:rsidR="00EB0B06" w14:paraId="4025A753" w14:textId="77777777">
        <w:trPr>
          <w:cantSplit/>
          <w:trHeight w:val="408"/>
          <w:jc w:val="center"/>
        </w:trPr>
        <w:tc>
          <w:tcPr>
            <w:tcW w:w="397" w:type="dxa"/>
            <w:vAlign w:val="center"/>
          </w:tcPr>
          <w:p w14:paraId="1137D8A8" w14:textId="77777777" w:rsidR="00EB0B06" w:rsidRDefault="00E30BD4">
            <w:pPr>
              <w:bidi/>
              <w:spacing w:before="40" w:after="40" w:line="288" w:lineRule="auto"/>
              <w:jc w:val="center"/>
            </w:pPr>
            <w:r>
              <w:rPr>
                <w:sz w:val="18"/>
                <w:szCs w:val="18"/>
                <w:rtl/>
              </w:rPr>
              <w:t>7</w:t>
            </w:r>
          </w:p>
        </w:tc>
        <w:tc>
          <w:tcPr>
            <w:tcW w:w="2835" w:type="dxa"/>
            <w:vAlign w:val="center"/>
          </w:tcPr>
          <w:p w14:paraId="267F5596" w14:textId="77777777" w:rsidR="00EB0B06" w:rsidRDefault="00E30BD4">
            <w:pPr>
              <w:bidi/>
              <w:spacing w:before="40" w:after="40" w:line="288" w:lineRule="auto"/>
            </w:pPr>
            <w:r>
              <w:rPr>
                <w:sz w:val="18"/>
                <w:szCs w:val="18"/>
                <w:rtl/>
              </w:rPr>
              <w:t>جهاز قياس الرطوبة وسمك الدهان</w:t>
            </w:r>
          </w:p>
        </w:tc>
        <w:tc>
          <w:tcPr>
            <w:tcW w:w="680" w:type="dxa"/>
            <w:vAlign w:val="center"/>
          </w:tcPr>
          <w:p w14:paraId="7E0329F0" w14:textId="77777777" w:rsidR="00EB0B06" w:rsidRDefault="00EB0B06">
            <w:pPr>
              <w:bidi/>
              <w:spacing w:before="40" w:after="40" w:line="288" w:lineRule="auto"/>
            </w:pPr>
          </w:p>
        </w:tc>
        <w:tc>
          <w:tcPr>
            <w:tcW w:w="1928" w:type="dxa"/>
            <w:vAlign w:val="center"/>
          </w:tcPr>
          <w:p w14:paraId="5A6CE335" w14:textId="77777777" w:rsidR="00EB0B06" w:rsidRDefault="00E30BD4">
            <w:pPr>
              <w:bidi/>
              <w:spacing w:before="40" w:after="40" w:line="288" w:lineRule="auto"/>
            </w:pPr>
            <w:r>
              <w:rPr>
                <w:sz w:val="18"/>
                <w:szCs w:val="18"/>
                <w:rtl/>
              </w:rPr>
              <w:t>☐ مملوكة ☐ مؤجرة</w:t>
            </w:r>
          </w:p>
        </w:tc>
        <w:tc>
          <w:tcPr>
            <w:tcW w:w="907" w:type="dxa"/>
            <w:vAlign w:val="center"/>
          </w:tcPr>
          <w:p w14:paraId="1E554E62" w14:textId="77777777" w:rsidR="00EB0B06" w:rsidRDefault="00EB0B06">
            <w:pPr>
              <w:bidi/>
              <w:spacing w:before="40" w:after="40" w:line="288" w:lineRule="auto"/>
            </w:pPr>
          </w:p>
        </w:tc>
        <w:tc>
          <w:tcPr>
            <w:tcW w:w="1304" w:type="dxa"/>
            <w:vAlign w:val="center"/>
          </w:tcPr>
          <w:p w14:paraId="49ACCF2E" w14:textId="77777777" w:rsidR="00EB0B06" w:rsidRDefault="00EB0B06">
            <w:pPr>
              <w:bidi/>
              <w:spacing w:before="40" w:after="40" w:line="288" w:lineRule="auto"/>
            </w:pPr>
          </w:p>
        </w:tc>
        <w:tc>
          <w:tcPr>
            <w:tcW w:w="2041" w:type="dxa"/>
            <w:vAlign w:val="center"/>
          </w:tcPr>
          <w:p w14:paraId="0594FFCA" w14:textId="77777777" w:rsidR="00EB0B06" w:rsidRDefault="00EB0B06">
            <w:pPr>
              <w:bidi/>
              <w:spacing w:before="40" w:after="40" w:line="288" w:lineRule="auto"/>
            </w:pPr>
          </w:p>
        </w:tc>
      </w:tr>
      <w:tr w:rsidR="00EB0B06" w14:paraId="7BA21E08" w14:textId="77777777">
        <w:trPr>
          <w:cantSplit/>
          <w:trHeight w:val="408"/>
          <w:jc w:val="center"/>
        </w:trPr>
        <w:tc>
          <w:tcPr>
            <w:tcW w:w="397" w:type="dxa"/>
            <w:vAlign w:val="center"/>
          </w:tcPr>
          <w:p w14:paraId="7F90E4CE" w14:textId="77777777" w:rsidR="00EB0B06" w:rsidRDefault="00E30BD4">
            <w:pPr>
              <w:bidi/>
              <w:spacing w:before="40" w:after="40" w:line="288" w:lineRule="auto"/>
              <w:jc w:val="center"/>
            </w:pPr>
            <w:r>
              <w:rPr>
                <w:sz w:val="18"/>
                <w:szCs w:val="18"/>
                <w:rtl/>
              </w:rPr>
              <w:t>8</w:t>
            </w:r>
          </w:p>
        </w:tc>
        <w:tc>
          <w:tcPr>
            <w:tcW w:w="2835" w:type="dxa"/>
            <w:vAlign w:val="center"/>
          </w:tcPr>
          <w:p w14:paraId="74A6A1E0" w14:textId="77777777" w:rsidR="00EB0B06" w:rsidRDefault="00E30BD4">
            <w:pPr>
              <w:bidi/>
              <w:spacing w:before="40" w:after="40" w:line="288" w:lineRule="auto"/>
            </w:pPr>
            <w:r>
              <w:rPr>
                <w:sz w:val="18"/>
                <w:szCs w:val="18"/>
                <w:rtl/>
              </w:rPr>
              <w:t>معدات لحام لفائف العزل</w:t>
            </w:r>
          </w:p>
        </w:tc>
        <w:tc>
          <w:tcPr>
            <w:tcW w:w="680" w:type="dxa"/>
            <w:vAlign w:val="center"/>
          </w:tcPr>
          <w:p w14:paraId="379D1612" w14:textId="77777777" w:rsidR="00EB0B06" w:rsidRDefault="00EB0B06">
            <w:pPr>
              <w:bidi/>
              <w:spacing w:before="40" w:after="40" w:line="288" w:lineRule="auto"/>
            </w:pPr>
          </w:p>
        </w:tc>
        <w:tc>
          <w:tcPr>
            <w:tcW w:w="1928" w:type="dxa"/>
            <w:vAlign w:val="center"/>
          </w:tcPr>
          <w:p w14:paraId="20648895" w14:textId="77777777" w:rsidR="00EB0B06" w:rsidRDefault="00E30BD4">
            <w:pPr>
              <w:bidi/>
              <w:spacing w:before="40" w:after="40" w:line="288" w:lineRule="auto"/>
            </w:pPr>
            <w:r>
              <w:rPr>
                <w:sz w:val="18"/>
                <w:szCs w:val="18"/>
                <w:rtl/>
              </w:rPr>
              <w:t>☐ مملوكة ☐ مؤجرة</w:t>
            </w:r>
          </w:p>
        </w:tc>
        <w:tc>
          <w:tcPr>
            <w:tcW w:w="907" w:type="dxa"/>
            <w:vAlign w:val="center"/>
          </w:tcPr>
          <w:p w14:paraId="4BD88003" w14:textId="77777777" w:rsidR="00EB0B06" w:rsidRDefault="00EB0B06">
            <w:pPr>
              <w:bidi/>
              <w:spacing w:before="40" w:after="40" w:line="288" w:lineRule="auto"/>
            </w:pPr>
          </w:p>
        </w:tc>
        <w:tc>
          <w:tcPr>
            <w:tcW w:w="1304" w:type="dxa"/>
            <w:vAlign w:val="center"/>
          </w:tcPr>
          <w:p w14:paraId="4BB3E2A8" w14:textId="77777777" w:rsidR="00EB0B06" w:rsidRDefault="00EB0B06">
            <w:pPr>
              <w:bidi/>
              <w:spacing w:before="40" w:after="40" w:line="288" w:lineRule="auto"/>
            </w:pPr>
          </w:p>
        </w:tc>
        <w:tc>
          <w:tcPr>
            <w:tcW w:w="2041" w:type="dxa"/>
            <w:vAlign w:val="center"/>
          </w:tcPr>
          <w:p w14:paraId="4F0B32A1" w14:textId="77777777" w:rsidR="00EB0B06" w:rsidRDefault="00EB0B06">
            <w:pPr>
              <w:bidi/>
              <w:spacing w:before="40" w:after="40" w:line="288" w:lineRule="auto"/>
            </w:pPr>
          </w:p>
        </w:tc>
      </w:tr>
      <w:tr w:rsidR="00EB0B06" w14:paraId="428C96B2" w14:textId="77777777">
        <w:trPr>
          <w:cantSplit/>
          <w:trHeight w:val="408"/>
          <w:jc w:val="center"/>
        </w:trPr>
        <w:tc>
          <w:tcPr>
            <w:tcW w:w="397" w:type="dxa"/>
            <w:vAlign w:val="center"/>
          </w:tcPr>
          <w:p w14:paraId="1567070E" w14:textId="77777777" w:rsidR="00EB0B06" w:rsidRDefault="00E30BD4">
            <w:pPr>
              <w:bidi/>
              <w:spacing w:before="40" w:after="40" w:line="288" w:lineRule="auto"/>
              <w:jc w:val="center"/>
            </w:pPr>
            <w:r>
              <w:rPr>
                <w:sz w:val="18"/>
                <w:szCs w:val="18"/>
                <w:rtl/>
              </w:rPr>
              <w:t>9</w:t>
            </w:r>
          </w:p>
        </w:tc>
        <w:tc>
          <w:tcPr>
            <w:tcW w:w="2835" w:type="dxa"/>
            <w:vAlign w:val="center"/>
          </w:tcPr>
          <w:p w14:paraId="2C86582A" w14:textId="77777777" w:rsidR="00EB0B06" w:rsidRDefault="00EB0B06">
            <w:pPr>
              <w:bidi/>
              <w:spacing w:before="40" w:after="40" w:line="288" w:lineRule="auto"/>
            </w:pPr>
          </w:p>
        </w:tc>
        <w:tc>
          <w:tcPr>
            <w:tcW w:w="680" w:type="dxa"/>
            <w:vAlign w:val="center"/>
          </w:tcPr>
          <w:p w14:paraId="38F0FFF3" w14:textId="77777777" w:rsidR="00EB0B06" w:rsidRDefault="00EB0B06">
            <w:pPr>
              <w:bidi/>
              <w:spacing w:before="40" w:after="40" w:line="288" w:lineRule="auto"/>
            </w:pPr>
          </w:p>
        </w:tc>
        <w:tc>
          <w:tcPr>
            <w:tcW w:w="1928" w:type="dxa"/>
            <w:vAlign w:val="center"/>
          </w:tcPr>
          <w:p w14:paraId="1097EC11" w14:textId="77777777" w:rsidR="00EB0B06" w:rsidRDefault="00EB0B06">
            <w:pPr>
              <w:bidi/>
              <w:spacing w:before="40" w:after="40" w:line="288" w:lineRule="auto"/>
            </w:pPr>
          </w:p>
        </w:tc>
        <w:tc>
          <w:tcPr>
            <w:tcW w:w="907" w:type="dxa"/>
            <w:vAlign w:val="center"/>
          </w:tcPr>
          <w:p w14:paraId="2F47F309" w14:textId="77777777" w:rsidR="00EB0B06" w:rsidRDefault="00EB0B06">
            <w:pPr>
              <w:bidi/>
              <w:spacing w:before="40" w:after="40" w:line="288" w:lineRule="auto"/>
            </w:pPr>
          </w:p>
        </w:tc>
        <w:tc>
          <w:tcPr>
            <w:tcW w:w="1304" w:type="dxa"/>
            <w:vAlign w:val="center"/>
          </w:tcPr>
          <w:p w14:paraId="76437636" w14:textId="77777777" w:rsidR="00EB0B06" w:rsidRDefault="00EB0B06">
            <w:pPr>
              <w:bidi/>
              <w:spacing w:before="40" w:after="40" w:line="288" w:lineRule="auto"/>
            </w:pPr>
          </w:p>
        </w:tc>
        <w:tc>
          <w:tcPr>
            <w:tcW w:w="2041" w:type="dxa"/>
            <w:vAlign w:val="center"/>
          </w:tcPr>
          <w:p w14:paraId="151ADC92" w14:textId="77777777" w:rsidR="00EB0B06" w:rsidRDefault="00EB0B06">
            <w:pPr>
              <w:bidi/>
              <w:spacing w:before="40" w:after="40" w:line="288" w:lineRule="auto"/>
            </w:pPr>
          </w:p>
        </w:tc>
      </w:tr>
      <w:tr w:rsidR="00EB0B06" w14:paraId="2A24AB99" w14:textId="77777777">
        <w:trPr>
          <w:cantSplit/>
          <w:trHeight w:val="408"/>
          <w:jc w:val="center"/>
        </w:trPr>
        <w:tc>
          <w:tcPr>
            <w:tcW w:w="397" w:type="dxa"/>
            <w:vAlign w:val="center"/>
          </w:tcPr>
          <w:p w14:paraId="267DF359" w14:textId="77777777" w:rsidR="00EB0B06" w:rsidRDefault="00E30BD4">
            <w:pPr>
              <w:bidi/>
              <w:spacing w:before="40" w:after="40" w:line="288" w:lineRule="auto"/>
              <w:jc w:val="center"/>
            </w:pPr>
            <w:r>
              <w:rPr>
                <w:sz w:val="18"/>
                <w:szCs w:val="18"/>
                <w:rtl/>
              </w:rPr>
              <w:t>10</w:t>
            </w:r>
          </w:p>
        </w:tc>
        <w:tc>
          <w:tcPr>
            <w:tcW w:w="2835" w:type="dxa"/>
            <w:vAlign w:val="center"/>
          </w:tcPr>
          <w:p w14:paraId="48ED5827" w14:textId="77777777" w:rsidR="00EB0B06" w:rsidRDefault="00EB0B06">
            <w:pPr>
              <w:bidi/>
              <w:spacing w:before="40" w:after="40" w:line="288" w:lineRule="auto"/>
            </w:pPr>
          </w:p>
        </w:tc>
        <w:tc>
          <w:tcPr>
            <w:tcW w:w="680" w:type="dxa"/>
            <w:vAlign w:val="center"/>
          </w:tcPr>
          <w:p w14:paraId="545B9A32" w14:textId="77777777" w:rsidR="00EB0B06" w:rsidRDefault="00EB0B06">
            <w:pPr>
              <w:bidi/>
              <w:spacing w:before="40" w:after="40" w:line="288" w:lineRule="auto"/>
            </w:pPr>
          </w:p>
        </w:tc>
        <w:tc>
          <w:tcPr>
            <w:tcW w:w="1928" w:type="dxa"/>
            <w:vAlign w:val="center"/>
          </w:tcPr>
          <w:p w14:paraId="59375BAF" w14:textId="77777777" w:rsidR="00EB0B06" w:rsidRDefault="00EB0B06">
            <w:pPr>
              <w:bidi/>
              <w:spacing w:before="40" w:after="40" w:line="288" w:lineRule="auto"/>
            </w:pPr>
          </w:p>
        </w:tc>
        <w:tc>
          <w:tcPr>
            <w:tcW w:w="907" w:type="dxa"/>
            <w:vAlign w:val="center"/>
          </w:tcPr>
          <w:p w14:paraId="3BC53B84" w14:textId="77777777" w:rsidR="00EB0B06" w:rsidRDefault="00EB0B06">
            <w:pPr>
              <w:bidi/>
              <w:spacing w:before="40" w:after="40" w:line="288" w:lineRule="auto"/>
            </w:pPr>
          </w:p>
        </w:tc>
        <w:tc>
          <w:tcPr>
            <w:tcW w:w="1304" w:type="dxa"/>
            <w:vAlign w:val="center"/>
          </w:tcPr>
          <w:p w14:paraId="188902DC" w14:textId="77777777" w:rsidR="00EB0B06" w:rsidRDefault="00EB0B06">
            <w:pPr>
              <w:bidi/>
              <w:spacing w:before="40" w:after="40" w:line="288" w:lineRule="auto"/>
            </w:pPr>
          </w:p>
        </w:tc>
        <w:tc>
          <w:tcPr>
            <w:tcW w:w="2041" w:type="dxa"/>
            <w:vAlign w:val="center"/>
          </w:tcPr>
          <w:p w14:paraId="5B3F6579" w14:textId="77777777" w:rsidR="00EB0B06" w:rsidRDefault="00EB0B06">
            <w:pPr>
              <w:bidi/>
              <w:spacing w:before="40" w:after="40" w:line="288" w:lineRule="auto"/>
            </w:pPr>
          </w:p>
        </w:tc>
      </w:tr>
    </w:tbl>
    <w:p w14:paraId="5BD7E1D9" w14:textId="77777777" w:rsidR="00EB0B06" w:rsidRDefault="00E30BD4">
      <w:pPr>
        <w:keepNext/>
        <w:pBdr>
          <w:bottom w:val="single" w:sz="8" w:space="1" w:color="2633FF"/>
        </w:pBdr>
        <w:bidi/>
        <w:spacing w:before="200" w:after="120"/>
        <w:outlineLvl w:val="0"/>
      </w:pPr>
      <w:r>
        <w:rPr>
          <w:b/>
          <w:bCs/>
          <w:color w:val="052976"/>
          <w:sz w:val="30"/>
          <w:szCs w:val="30"/>
          <w:rtl/>
        </w:rPr>
        <w:t>7. نظام الجودة QA/QC</w:t>
      </w:r>
    </w:p>
    <w:tbl>
      <w:tblPr>
        <w:tblStyle w:val="TableGrid"/>
        <w:bidiVisual/>
        <w:tblW w:w="0" w:type="auto"/>
        <w:jc w:val="center"/>
        <w:tblLayout w:type="fixed"/>
        <w:tblLook w:val="04A0" w:firstRow="1" w:lastRow="0" w:firstColumn="1" w:lastColumn="0" w:noHBand="0" w:noVBand="1"/>
      </w:tblPr>
      <w:tblGrid>
        <w:gridCol w:w="454"/>
        <w:gridCol w:w="5329"/>
        <w:gridCol w:w="1474"/>
        <w:gridCol w:w="2835"/>
      </w:tblGrid>
      <w:tr w:rsidR="00EB0B06" w14:paraId="3A7DA5D9" w14:textId="77777777">
        <w:trPr>
          <w:cantSplit/>
          <w:trHeight w:val="408"/>
          <w:tblHeader/>
          <w:jc w:val="center"/>
        </w:trPr>
        <w:tc>
          <w:tcPr>
            <w:tcW w:w="454" w:type="dxa"/>
            <w:shd w:val="clear" w:color="auto" w:fill="052976"/>
            <w:vAlign w:val="center"/>
          </w:tcPr>
          <w:p w14:paraId="040036CD" w14:textId="77777777" w:rsidR="00EB0B06" w:rsidRDefault="00E30BD4">
            <w:pPr>
              <w:bidi/>
              <w:spacing w:before="40" w:after="40" w:line="288" w:lineRule="auto"/>
              <w:jc w:val="center"/>
            </w:pPr>
            <w:r>
              <w:rPr>
                <w:b/>
                <w:bCs/>
                <w:color w:val="FFFFFF"/>
                <w:sz w:val="19"/>
                <w:szCs w:val="19"/>
                <w:rtl/>
              </w:rPr>
              <w:t>م</w:t>
            </w:r>
          </w:p>
        </w:tc>
        <w:tc>
          <w:tcPr>
            <w:tcW w:w="5329" w:type="dxa"/>
            <w:shd w:val="clear" w:color="auto" w:fill="052976"/>
            <w:vAlign w:val="center"/>
          </w:tcPr>
          <w:p w14:paraId="1742F858" w14:textId="77777777" w:rsidR="00EB0B06" w:rsidRDefault="00E30BD4">
            <w:pPr>
              <w:bidi/>
              <w:spacing w:before="40" w:after="40" w:line="288" w:lineRule="auto"/>
              <w:jc w:val="center"/>
            </w:pPr>
            <w:r>
              <w:rPr>
                <w:b/>
                <w:bCs/>
                <w:color w:val="FFFFFF"/>
                <w:sz w:val="19"/>
                <w:szCs w:val="19"/>
                <w:rtl/>
              </w:rPr>
              <w:t>السؤال</w:t>
            </w:r>
          </w:p>
        </w:tc>
        <w:tc>
          <w:tcPr>
            <w:tcW w:w="1474" w:type="dxa"/>
            <w:shd w:val="clear" w:color="auto" w:fill="052976"/>
            <w:vAlign w:val="center"/>
          </w:tcPr>
          <w:p w14:paraId="7F3DFF56" w14:textId="77777777" w:rsidR="00EB0B06" w:rsidRDefault="00E30BD4">
            <w:pPr>
              <w:bidi/>
              <w:spacing w:before="40" w:after="40" w:line="288" w:lineRule="auto"/>
              <w:jc w:val="center"/>
            </w:pPr>
            <w:r>
              <w:rPr>
                <w:b/>
                <w:bCs/>
                <w:color w:val="FFFFFF"/>
                <w:sz w:val="19"/>
                <w:szCs w:val="19"/>
                <w:rtl/>
              </w:rPr>
              <w:t>الإجابة</w:t>
            </w:r>
          </w:p>
        </w:tc>
        <w:tc>
          <w:tcPr>
            <w:tcW w:w="2835" w:type="dxa"/>
            <w:shd w:val="clear" w:color="auto" w:fill="052976"/>
            <w:vAlign w:val="center"/>
          </w:tcPr>
          <w:p w14:paraId="08798F5D" w14:textId="77777777" w:rsidR="00EB0B06" w:rsidRDefault="00E30BD4">
            <w:pPr>
              <w:bidi/>
              <w:spacing w:before="40" w:after="40" w:line="288" w:lineRule="auto"/>
              <w:jc w:val="center"/>
            </w:pPr>
            <w:r>
              <w:rPr>
                <w:b/>
                <w:bCs/>
                <w:color w:val="FFFFFF"/>
                <w:sz w:val="19"/>
                <w:szCs w:val="19"/>
                <w:rtl/>
              </w:rPr>
              <w:t>التفاصيل أو رقم المرفق</w:t>
            </w:r>
          </w:p>
        </w:tc>
      </w:tr>
      <w:tr w:rsidR="00EB0B06" w14:paraId="37544DA8" w14:textId="77777777">
        <w:trPr>
          <w:cantSplit/>
          <w:trHeight w:val="408"/>
          <w:jc w:val="center"/>
        </w:trPr>
        <w:tc>
          <w:tcPr>
            <w:tcW w:w="454" w:type="dxa"/>
            <w:vAlign w:val="center"/>
          </w:tcPr>
          <w:p w14:paraId="01503F1E" w14:textId="77777777" w:rsidR="00EB0B06" w:rsidRDefault="00E30BD4">
            <w:pPr>
              <w:bidi/>
              <w:spacing w:before="40" w:after="40" w:line="288" w:lineRule="auto"/>
              <w:jc w:val="center"/>
            </w:pPr>
            <w:r>
              <w:rPr>
                <w:sz w:val="18"/>
                <w:szCs w:val="18"/>
                <w:rtl/>
              </w:rPr>
              <w:t>1</w:t>
            </w:r>
          </w:p>
        </w:tc>
        <w:tc>
          <w:tcPr>
            <w:tcW w:w="5329" w:type="dxa"/>
            <w:vAlign w:val="center"/>
          </w:tcPr>
          <w:p w14:paraId="7E9207BC" w14:textId="77777777" w:rsidR="00EB0B06" w:rsidRDefault="00E30BD4">
            <w:pPr>
              <w:bidi/>
              <w:spacing w:before="40" w:after="40" w:line="288" w:lineRule="auto"/>
            </w:pPr>
            <w:r>
              <w:rPr>
                <w:sz w:val="18"/>
                <w:szCs w:val="18"/>
                <w:rtl/>
              </w:rPr>
              <w:t>هل لدى الشركة شهادة ISO 9001 سارية؟ (الجهة المانحة وتاريخ الانتهاء)</w:t>
            </w:r>
          </w:p>
        </w:tc>
        <w:tc>
          <w:tcPr>
            <w:tcW w:w="1474" w:type="dxa"/>
            <w:vAlign w:val="center"/>
          </w:tcPr>
          <w:p w14:paraId="433FAD16" w14:textId="77777777" w:rsidR="00EB0B06" w:rsidRDefault="00E30BD4">
            <w:pPr>
              <w:bidi/>
              <w:spacing w:before="40" w:after="40" w:line="288" w:lineRule="auto"/>
              <w:jc w:val="center"/>
            </w:pPr>
            <w:r>
              <w:rPr>
                <w:sz w:val="18"/>
                <w:szCs w:val="18"/>
                <w:rtl/>
              </w:rPr>
              <w:t>☐ نعم ☐ لا</w:t>
            </w:r>
          </w:p>
        </w:tc>
        <w:tc>
          <w:tcPr>
            <w:tcW w:w="2835" w:type="dxa"/>
            <w:vAlign w:val="center"/>
          </w:tcPr>
          <w:p w14:paraId="7CDFF8AF" w14:textId="77777777" w:rsidR="00EB0B06" w:rsidRDefault="00EB0B06">
            <w:pPr>
              <w:bidi/>
              <w:spacing w:before="40" w:after="40" w:line="288" w:lineRule="auto"/>
            </w:pPr>
          </w:p>
        </w:tc>
      </w:tr>
      <w:tr w:rsidR="00EB0B06" w14:paraId="10C36E62" w14:textId="77777777">
        <w:trPr>
          <w:cantSplit/>
          <w:trHeight w:val="408"/>
          <w:jc w:val="center"/>
        </w:trPr>
        <w:tc>
          <w:tcPr>
            <w:tcW w:w="454" w:type="dxa"/>
            <w:vAlign w:val="center"/>
          </w:tcPr>
          <w:p w14:paraId="3833F814" w14:textId="77777777" w:rsidR="00EB0B06" w:rsidRDefault="00E30BD4">
            <w:pPr>
              <w:bidi/>
              <w:spacing w:before="40" w:after="40" w:line="288" w:lineRule="auto"/>
              <w:jc w:val="center"/>
            </w:pPr>
            <w:r>
              <w:rPr>
                <w:sz w:val="18"/>
                <w:szCs w:val="18"/>
                <w:rtl/>
              </w:rPr>
              <w:t>2</w:t>
            </w:r>
          </w:p>
        </w:tc>
        <w:tc>
          <w:tcPr>
            <w:tcW w:w="5329" w:type="dxa"/>
            <w:vAlign w:val="center"/>
          </w:tcPr>
          <w:p w14:paraId="3CC0ED22" w14:textId="77777777" w:rsidR="00EB0B06" w:rsidRDefault="00E30BD4">
            <w:pPr>
              <w:bidi/>
              <w:spacing w:before="40" w:after="40" w:line="288" w:lineRule="auto"/>
            </w:pPr>
            <w:r>
              <w:rPr>
                <w:sz w:val="18"/>
                <w:szCs w:val="18"/>
                <w:rtl/>
              </w:rPr>
              <w:t>هل يوجد دليل جودة وإجراءات موثقة لضبط المستندات والسجلات؟</w:t>
            </w:r>
          </w:p>
        </w:tc>
        <w:tc>
          <w:tcPr>
            <w:tcW w:w="1474" w:type="dxa"/>
            <w:vAlign w:val="center"/>
          </w:tcPr>
          <w:p w14:paraId="50561156" w14:textId="77777777" w:rsidR="00EB0B06" w:rsidRDefault="00E30BD4">
            <w:pPr>
              <w:bidi/>
              <w:spacing w:before="40" w:after="40" w:line="288" w:lineRule="auto"/>
              <w:jc w:val="center"/>
            </w:pPr>
            <w:r>
              <w:rPr>
                <w:sz w:val="18"/>
                <w:szCs w:val="18"/>
                <w:rtl/>
              </w:rPr>
              <w:t>☐ نعم ☐ لا</w:t>
            </w:r>
          </w:p>
        </w:tc>
        <w:tc>
          <w:tcPr>
            <w:tcW w:w="2835" w:type="dxa"/>
            <w:vAlign w:val="center"/>
          </w:tcPr>
          <w:p w14:paraId="10E3DDDF" w14:textId="77777777" w:rsidR="00EB0B06" w:rsidRDefault="00EB0B06">
            <w:pPr>
              <w:bidi/>
              <w:spacing w:before="40" w:after="40" w:line="288" w:lineRule="auto"/>
            </w:pPr>
          </w:p>
        </w:tc>
      </w:tr>
      <w:tr w:rsidR="00EB0B06" w14:paraId="7AF89B1E" w14:textId="77777777">
        <w:trPr>
          <w:cantSplit/>
          <w:trHeight w:val="408"/>
          <w:jc w:val="center"/>
        </w:trPr>
        <w:tc>
          <w:tcPr>
            <w:tcW w:w="454" w:type="dxa"/>
            <w:vAlign w:val="center"/>
          </w:tcPr>
          <w:p w14:paraId="346E6C2F" w14:textId="77777777" w:rsidR="00EB0B06" w:rsidRDefault="00E30BD4">
            <w:pPr>
              <w:bidi/>
              <w:spacing w:before="40" w:after="40" w:line="288" w:lineRule="auto"/>
              <w:jc w:val="center"/>
            </w:pPr>
            <w:r>
              <w:rPr>
                <w:sz w:val="18"/>
                <w:szCs w:val="18"/>
                <w:rtl/>
              </w:rPr>
              <w:t>3</w:t>
            </w:r>
          </w:p>
        </w:tc>
        <w:tc>
          <w:tcPr>
            <w:tcW w:w="5329" w:type="dxa"/>
            <w:vAlign w:val="center"/>
          </w:tcPr>
          <w:p w14:paraId="0B3924F7" w14:textId="77777777" w:rsidR="00EB0B06" w:rsidRDefault="00E30BD4">
            <w:pPr>
              <w:bidi/>
              <w:spacing w:before="40" w:after="40" w:line="288" w:lineRule="auto"/>
            </w:pPr>
            <w:r>
              <w:rPr>
                <w:sz w:val="18"/>
                <w:szCs w:val="18"/>
                <w:rtl/>
              </w:rPr>
              <w:t>هل تعد الشركة Method Statements وخطط فحص واختبار ITP لكل بند قبل التنفيذ؟</w:t>
            </w:r>
          </w:p>
        </w:tc>
        <w:tc>
          <w:tcPr>
            <w:tcW w:w="1474" w:type="dxa"/>
            <w:vAlign w:val="center"/>
          </w:tcPr>
          <w:p w14:paraId="2A4BBBB3" w14:textId="77777777" w:rsidR="00EB0B06" w:rsidRDefault="00E30BD4">
            <w:pPr>
              <w:bidi/>
              <w:spacing w:before="40" w:after="40" w:line="288" w:lineRule="auto"/>
              <w:jc w:val="center"/>
            </w:pPr>
            <w:r>
              <w:rPr>
                <w:sz w:val="18"/>
                <w:szCs w:val="18"/>
                <w:rtl/>
              </w:rPr>
              <w:t>☐ نعم ☐ لا</w:t>
            </w:r>
          </w:p>
        </w:tc>
        <w:tc>
          <w:tcPr>
            <w:tcW w:w="2835" w:type="dxa"/>
            <w:vAlign w:val="center"/>
          </w:tcPr>
          <w:p w14:paraId="366C7CB2" w14:textId="77777777" w:rsidR="00EB0B06" w:rsidRDefault="00EB0B06">
            <w:pPr>
              <w:bidi/>
              <w:spacing w:before="40" w:after="40" w:line="288" w:lineRule="auto"/>
            </w:pPr>
          </w:p>
        </w:tc>
      </w:tr>
      <w:tr w:rsidR="00EB0B06" w14:paraId="1EFCB0E0" w14:textId="77777777">
        <w:trPr>
          <w:cantSplit/>
          <w:trHeight w:val="408"/>
          <w:jc w:val="center"/>
        </w:trPr>
        <w:tc>
          <w:tcPr>
            <w:tcW w:w="454" w:type="dxa"/>
            <w:vAlign w:val="center"/>
          </w:tcPr>
          <w:p w14:paraId="2E63C1AA" w14:textId="77777777" w:rsidR="00EB0B06" w:rsidRDefault="00E30BD4">
            <w:pPr>
              <w:bidi/>
              <w:spacing w:before="40" w:after="40" w:line="288" w:lineRule="auto"/>
              <w:jc w:val="center"/>
            </w:pPr>
            <w:r>
              <w:rPr>
                <w:sz w:val="18"/>
                <w:szCs w:val="18"/>
                <w:rtl/>
              </w:rPr>
              <w:t>4</w:t>
            </w:r>
          </w:p>
        </w:tc>
        <w:tc>
          <w:tcPr>
            <w:tcW w:w="5329" w:type="dxa"/>
            <w:vAlign w:val="center"/>
          </w:tcPr>
          <w:p w14:paraId="440962A9" w14:textId="77777777" w:rsidR="00EB0B06" w:rsidRDefault="00E30BD4">
            <w:pPr>
              <w:bidi/>
              <w:spacing w:before="40" w:after="40" w:line="288" w:lineRule="auto"/>
            </w:pPr>
            <w:r>
              <w:rPr>
                <w:sz w:val="18"/>
                <w:szCs w:val="18"/>
                <w:rtl/>
              </w:rPr>
              <w:t>ما نسبة قبول طلبات الاستلام IR من أول مرة في آخر مشروعين؟</w:t>
            </w:r>
          </w:p>
        </w:tc>
        <w:tc>
          <w:tcPr>
            <w:tcW w:w="1474" w:type="dxa"/>
            <w:vAlign w:val="center"/>
          </w:tcPr>
          <w:p w14:paraId="371AC74F" w14:textId="77777777" w:rsidR="00EB0B06" w:rsidRDefault="00E30BD4">
            <w:pPr>
              <w:bidi/>
              <w:spacing w:before="40" w:after="40" w:line="288" w:lineRule="auto"/>
              <w:jc w:val="center"/>
            </w:pPr>
            <w:r>
              <w:rPr>
                <w:sz w:val="18"/>
                <w:szCs w:val="18"/>
                <w:rtl/>
              </w:rPr>
              <w:t>☐ نعم ☐ لا</w:t>
            </w:r>
          </w:p>
        </w:tc>
        <w:tc>
          <w:tcPr>
            <w:tcW w:w="2835" w:type="dxa"/>
            <w:vAlign w:val="center"/>
          </w:tcPr>
          <w:p w14:paraId="195CFA58" w14:textId="77777777" w:rsidR="00EB0B06" w:rsidRDefault="00EB0B06">
            <w:pPr>
              <w:bidi/>
              <w:spacing w:before="40" w:after="40" w:line="288" w:lineRule="auto"/>
            </w:pPr>
          </w:p>
        </w:tc>
      </w:tr>
      <w:tr w:rsidR="00EB0B06" w14:paraId="27ADB667" w14:textId="77777777">
        <w:trPr>
          <w:cantSplit/>
          <w:trHeight w:val="408"/>
          <w:jc w:val="center"/>
        </w:trPr>
        <w:tc>
          <w:tcPr>
            <w:tcW w:w="454" w:type="dxa"/>
            <w:vAlign w:val="center"/>
          </w:tcPr>
          <w:p w14:paraId="5F1A4FF9" w14:textId="77777777" w:rsidR="00EB0B06" w:rsidRDefault="00E30BD4">
            <w:pPr>
              <w:bidi/>
              <w:spacing w:before="40" w:after="40" w:line="288" w:lineRule="auto"/>
              <w:jc w:val="center"/>
            </w:pPr>
            <w:r>
              <w:rPr>
                <w:sz w:val="18"/>
                <w:szCs w:val="18"/>
                <w:rtl/>
              </w:rPr>
              <w:t>5</w:t>
            </w:r>
          </w:p>
        </w:tc>
        <w:tc>
          <w:tcPr>
            <w:tcW w:w="5329" w:type="dxa"/>
            <w:vAlign w:val="center"/>
          </w:tcPr>
          <w:p w14:paraId="0F7AF20E" w14:textId="77777777" w:rsidR="00EB0B06" w:rsidRDefault="00E30BD4">
            <w:pPr>
              <w:bidi/>
              <w:spacing w:before="40" w:after="40" w:line="288" w:lineRule="auto"/>
            </w:pPr>
            <w:r>
              <w:rPr>
                <w:sz w:val="18"/>
                <w:szCs w:val="18"/>
                <w:rtl/>
              </w:rPr>
              <w:t>كم عدد تقارير عدم المطابقة NCR في آخر مشروعين، ومتوسط مدة إغلاقها بالأيام؟</w:t>
            </w:r>
          </w:p>
        </w:tc>
        <w:tc>
          <w:tcPr>
            <w:tcW w:w="1474" w:type="dxa"/>
            <w:vAlign w:val="center"/>
          </w:tcPr>
          <w:p w14:paraId="7AA4BA74" w14:textId="77777777" w:rsidR="00EB0B06" w:rsidRDefault="00E30BD4">
            <w:pPr>
              <w:bidi/>
              <w:spacing w:before="40" w:after="40" w:line="288" w:lineRule="auto"/>
              <w:jc w:val="center"/>
            </w:pPr>
            <w:r>
              <w:rPr>
                <w:sz w:val="18"/>
                <w:szCs w:val="18"/>
                <w:rtl/>
              </w:rPr>
              <w:t>☐ نعم ☐ لا</w:t>
            </w:r>
          </w:p>
        </w:tc>
        <w:tc>
          <w:tcPr>
            <w:tcW w:w="2835" w:type="dxa"/>
            <w:vAlign w:val="center"/>
          </w:tcPr>
          <w:p w14:paraId="1C91FD43" w14:textId="77777777" w:rsidR="00EB0B06" w:rsidRDefault="00EB0B06">
            <w:pPr>
              <w:bidi/>
              <w:spacing w:before="40" w:after="40" w:line="288" w:lineRule="auto"/>
            </w:pPr>
          </w:p>
        </w:tc>
      </w:tr>
      <w:tr w:rsidR="00EB0B06" w14:paraId="65C53D08" w14:textId="77777777">
        <w:trPr>
          <w:cantSplit/>
          <w:trHeight w:val="408"/>
          <w:jc w:val="center"/>
        </w:trPr>
        <w:tc>
          <w:tcPr>
            <w:tcW w:w="454" w:type="dxa"/>
            <w:vAlign w:val="center"/>
          </w:tcPr>
          <w:p w14:paraId="4E3B56B3" w14:textId="77777777" w:rsidR="00EB0B06" w:rsidRDefault="00E30BD4">
            <w:pPr>
              <w:bidi/>
              <w:spacing w:before="40" w:after="40" w:line="288" w:lineRule="auto"/>
              <w:jc w:val="center"/>
            </w:pPr>
            <w:r>
              <w:rPr>
                <w:sz w:val="18"/>
                <w:szCs w:val="18"/>
                <w:rtl/>
              </w:rPr>
              <w:t>6</w:t>
            </w:r>
          </w:p>
        </w:tc>
        <w:tc>
          <w:tcPr>
            <w:tcW w:w="5329" w:type="dxa"/>
            <w:vAlign w:val="center"/>
          </w:tcPr>
          <w:p w14:paraId="5579DD3A" w14:textId="77777777" w:rsidR="00EB0B06" w:rsidRDefault="00E30BD4">
            <w:pPr>
              <w:bidi/>
              <w:spacing w:before="40" w:after="40" w:line="288" w:lineRule="auto"/>
            </w:pPr>
            <w:r>
              <w:rPr>
                <w:sz w:val="18"/>
                <w:szCs w:val="18"/>
                <w:rtl/>
              </w:rPr>
              <w:t>هل تتعامل الشركة مع معامل اختبار معتمدة؟ (اسم المعمل)</w:t>
            </w:r>
          </w:p>
        </w:tc>
        <w:tc>
          <w:tcPr>
            <w:tcW w:w="1474" w:type="dxa"/>
            <w:vAlign w:val="center"/>
          </w:tcPr>
          <w:p w14:paraId="3F28EFDC" w14:textId="77777777" w:rsidR="00EB0B06" w:rsidRDefault="00E30BD4">
            <w:pPr>
              <w:bidi/>
              <w:spacing w:before="40" w:after="40" w:line="288" w:lineRule="auto"/>
              <w:jc w:val="center"/>
            </w:pPr>
            <w:r>
              <w:rPr>
                <w:sz w:val="18"/>
                <w:szCs w:val="18"/>
                <w:rtl/>
              </w:rPr>
              <w:t>☐ نعم ☐ لا</w:t>
            </w:r>
          </w:p>
        </w:tc>
        <w:tc>
          <w:tcPr>
            <w:tcW w:w="2835" w:type="dxa"/>
            <w:vAlign w:val="center"/>
          </w:tcPr>
          <w:p w14:paraId="20869314" w14:textId="77777777" w:rsidR="00EB0B06" w:rsidRDefault="00EB0B06">
            <w:pPr>
              <w:bidi/>
              <w:spacing w:before="40" w:after="40" w:line="288" w:lineRule="auto"/>
            </w:pPr>
          </w:p>
        </w:tc>
      </w:tr>
      <w:tr w:rsidR="00EB0B06" w14:paraId="45056AD7" w14:textId="77777777">
        <w:trPr>
          <w:cantSplit/>
          <w:trHeight w:val="408"/>
          <w:jc w:val="center"/>
        </w:trPr>
        <w:tc>
          <w:tcPr>
            <w:tcW w:w="454" w:type="dxa"/>
            <w:vAlign w:val="center"/>
          </w:tcPr>
          <w:p w14:paraId="5AC342C8" w14:textId="77777777" w:rsidR="00EB0B06" w:rsidRDefault="00E30BD4">
            <w:pPr>
              <w:bidi/>
              <w:spacing w:before="40" w:after="40" w:line="288" w:lineRule="auto"/>
              <w:jc w:val="center"/>
            </w:pPr>
            <w:r>
              <w:rPr>
                <w:sz w:val="18"/>
                <w:szCs w:val="18"/>
                <w:rtl/>
              </w:rPr>
              <w:t>7</w:t>
            </w:r>
          </w:p>
        </w:tc>
        <w:tc>
          <w:tcPr>
            <w:tcW w:w="5329" w:type="dxa"/>
            <w:vAlign w:val="center"/>
          </w:tcPr>
          <w:p w14:paraId="0FE5DB8F" w14:textId="77777777" w:rsidR="00EB0B06" w:rsidRDefault="00E30BD4">
            <w:pPr>
              <w:bidi/>
              <w:spacing w:before="40" w:after="40" w:line="288" w:lineRule="auto"/>
            </w:pPr>
            <w:r>
              <w:rPr>
                <w:sz w:val="18"/>
                <w:szCs w:val="18"/>
                <w:rtl/>
              </w:rPr>
              <w:t>هل يوجد إجراء لاعتماد المواد MIR ومطابقة التوريد للعينة المعتمدة؟</w:t>
            </w:r>
          </w:p>
        </w:tc>
        <w:tc>
          <w:tcPr>
            <w:tcW w:w="1474" w:type="dxa"/>
            <w:vAlign w:val="center"/>
          </w:tcPr>
          <w:p w14:paraId="0024BBD1" w14:textId="77777777" w:rsidR="00EB0B06" w:rsidRDefault="00E30BD4">
            <w:pPr>
              <w:bidi/>
              <w:spacing w:before="40" w:after="40" w:line="288" w:lineRule="auto"/>
              <w:jc w:val="center"/>
            </w:pPr>
            <w:r>
              <w:rPr>
                <w:sz w:val="18"/>
                <w:szCs w:val="18"/>
                <w:rtl/>
              </w:rPr>
              <w:t>☐ نعم ☐ لا</w:t>
            </w:r>
          </w:p>
        </w:tc>
        <w:tc>
          <w:tcPr>
            <w:tcW w:w="2835" w:type="dxa"/>
            <w:vAlign w:val="center"/>
          </w:tcPr>
          <w:p w14:paraId="1C46039D" w14:textId="77777777" w:rsidR="00EB0B06" w:rsidRDefault="00EB0B06">
            <w:pPr>
              <w:bidi/>
              <w:spacing w:before="40" w:after="40" w:line="288" w:lineRule="auto"/>
            </w:pPr>
          </w:p>
        </w:tc>
      </w:tr>
      <w:tr w:rsidR="00EB0B06" w14:paraId="531DC644" w14:textId="77777777">
        <w:trPr>
          <w:cantSplit/>
          <w:trHeight w:val="408"/>
          <w:jc w:val="center"/>
        </w:trPr>
        <w:tc>
          <w:tcPr>
            <w:tcW w:w="454" w:type="dxa"/>
            <w:vAlign w:val="center"/>
          </w:tcPr>
          <w:p w14:paraId="7BE082EF" w14:textId="77777777" w:rsidR="00EB0B06" w:rsidRDefault="00E30BD4">
            <w:pPr>
              <w:bidi/>
              <w:spacing w:before="40" w:after="40" w:line="288" w:lineRule="auto"/>
              <w:jc w:val="center"/>
            </w:pPr>
            <w:r>
              <w:rPr>
                <w:sz w:val="18"/>
                <w:szCs w:val="18"/>
                <w:rtl/>
              </w:rPr>
              <w:t>8</w:t>
            </w:r>
          </w:p>
        </w:tc>
        <w:tc>
          <w:tcPr>
            <w:tcW w:w="5329" w:type="dxa"/>
            <w:vAlign w:val="center"/>
          </w:tcPr>
          <w:p w14:paraId="6F0BF9F1" w14:textId="77777777" w:rsidR="00EB0B06" w:rsidRDefault="00E30BD4">
            <w:pPr>
              <w:bidi/>
              <w:spacing w:before="40" w:after="40" w:line="288" w:lineRule="auto"/>
            </w:pPr>
            <w:r>
              <w:rPr>
                <w:sz w:val="18"/>
                <w:szCs w:val="18"/>
                <w:rtl/>
              </w:rPr>
              <w:t>هل يوجد إجراء للمعايرة الدورية لأدوات القياس وسجل لها؟</w:t>
            </w:r>
          </w:p>
        </w:tc>
        <w:tc>
          <w:tcPr>
            <w:tcW w:w="1474" w:type="dxa"/>
            <w:vAlign w:val="center"/>
          </w:tcPr>
          <w:p w14:paraId="39807AC7" w14:textId="77777777" w:rsidR="00EB0B06" w:rsidRDefault="00E30BD4">
            <w:pPr>
              <w:bidi/>
              <w:spacing w:before="40" w:after="40" w:line="288" w:lineRule="auto"/>
              <w:jc w:val="center"/>
            </w:pPr>
            <w:r>
              <w:rPr>
                <w:sz w:val="18"/>
                <w:szCs w:val="18"/>
                <w:rtl/>
              </w:rPr>
              <w:t>☐ نعم ☐ لا</w:t>
            </w:r>
          </w:p>
        </w:tc>
        <w:tc>
          <w:tcPr>
            <w:tcW w:w="2835" w:type="dxa"/>
            <w:vAlign w:val="center"/>
          </w:tcPr>
          <w:p w14:paraId="10F2F13F" w14:textId="77777777" w:rsidR="00EB0B06" w:rsidRDefault="00EB0B06">
            <w:pPr>
              <w:bidi/>
              <w:spacing w:before="40" w:after="40" w:line="288" w:lineRule="auto"/>
            </w:pPr>
          </w:p>
        </w:tc>
      </w:tr>
      <w:tr w:rsidR="00EB0B06" w14:paraId="2FC25F00" w14:textId="77777777">
        <w:trPr>
          <w:cantSplit/>
          <w:trHeight w:val="408"/>
          <w:jc w:val="center"/>
        </w:trPr>
        <w:tc>
          <w:tcPr>
            <w:tcW w:w="454" w:type="dxa"/>
            <w:vAlign w:val="center"/>
          </w:tcPr>
          <w:p w14:paraId="384C0A60" w14:textId="77777777" w:rsidR="00EB0B06" w:rsidRDefault="00E30BD4">
            <w:pPr>
              <w:bidi/>
              <w:spacing w:before="40" w:after="40" w:line="288" w:lineRule="auto"/>
              <w:jc w:val="center"/>
            </w:pPr>
            <w:r>
              <w:rPr>
                <w:sz w:val="18"/>
                <w:szCs w:val="18"/>
                <w:rtl/>
              </w:rPr>
              <w:t>9</w:t>
            </w:r>
          </w:p>
        </w:tc>
        <w:tc>
          <w:tcPr>
            <w:tcW w:w="5329" w:type="dxa"/>
            <w:vAlign w:val="center"/>
          </w:tcPr>
          <w:p w14:paraId="5836DF63" w14:textId="77777777" w:rsidR="00EB0B06" w:rsidRDefault="00E30BD4">
            <w:pPr>
              <w:bidi/>
              <w:spacing w:before="40" w:after="40" w:line="288" w:lineRule="auto"/>
            </w:pPr>
            <w:r>
              <w:rPr>
                <w:sz w:val="18"/>
                <w:szCs w:val="18"/>
                <w:rtl/>
              </w:rPr>
              <w:t>هل يتم تسليم المخططات حسب التنفيذ As-Built وملفات التشغيل والصيانة عند الإنهاء؟</w:t>
            </w:r>
          </w:p>
        </w:tc>
        <w:tc>
          <w:tcPr>
            <w:tcW w:w="1474" w:type="dxa"/>
            <w:vAlign w:val="center"/>
          </w:tcPr>
          <w:p w14:paraId="4C24C2FD" w14:textId="77777777" w:rsidR="00EB0B06" w:rsidRDefault="00E30BD4">
            <w:pPr>
              <w:bidi/>
              <w:spacing w:before="40" w:after="40" w:line="288" w:lineRule="auto"/>
              <w:jc w:val="center"/>
            </w:pPr>
            <w:r>
              <w:rPr>
                <w:sz w:val="18"/>
                <w:szCs w:val="18"/>
                <w:rtl/>
              </w:rPr>
              <w:t>☐ نعم ☐ لا</w:t>
            </w:r>
          </w:p>
        </w:tc>
        <w:tc>
          <w:tcPr>
            <w:tcW w:w="2835" w:type="dxa"/>
            <w:vAlign w:val="center"/>
          </w:tcPr>
          <w:p w14:paraId="39593E93" w14:textId="77777777" w:rsidR="00EB0B06" w:rsidRDefault="00EB0B06">
            <w:pPr>
              <w:bidi/>
              <w:spacing w:before="40" w:after="40" w:line="288" w:lineRule="auto"/>
            </w:pPr>
          </w:p>
        </w:tc>
      </w:tr>
    </w:tbl>
    <w:p w14:paraId="4EC3556C" w14:textId="77777777" w:rsidR="00EB0B06" w:rsidRDefault="00E30BD4">
      <w:pPr>
        <w:keepNext/>
        <w:pBdr>
          <w:bottom w:val="single" w:sz="8" w:space="1" w:color="2633FF"/>
        </w:pBdr>
        <w:bidi/>
        <w:spacing w:before="200" w:after="120"/>
        <w:outlineLvl w:val="0"/>
      </w:pPr>
      <w:r>
        <w:rPr>
          <w:b/>
          <w:bCs/>
          <w:color w:val="052976"/>
          <w:sz w:val="30"/>
          <w:szCs w:val="30"/>
          <w:rtl/>
        </w:rPr>
        <w:t>8. السلامة والصحة المهنية HSE</w:t>
      </w:r>
    </w:p>
    <w:tbl>
      <w:tblPr>
        <w:tblStyle w:val="TableGrid"/>
        <w:bidiVisual/>
        <w:tblW w:w="0" w:type="auto"/>
        <w:jc w:val="center"/>
        <w:tblLayout w:type="fixed"/>
        <w:tblLook w:val="04A0" w:firstRow="1" w:lastRow="0" w:firstColumn="1" w:lastColumn="0" w:noHBand="0" w:noVBand="1"/>
      </w:tblPr>
      <w:tblGrid>
        <w:gridCol w:w="454"/>
        <w:gridCol w:w="5329"/>
        <w:gridCol w:w="1474"/>
        <w:gridCol w:w="2835"/>
      </w:tblGrid>
      <w:tr w:rsidR="00EB0B06" w14:paraId="71FCEC4F" w14:textId="77777777">
        <w:trPr>
          <w:cantSplit/>
          <w:trHeight w:val="408"/>
          <w:tblHeader/>
          <w:jc w:val="center"/>
        </w:trPr>
        <w:tc>
          <w:tcPr>
            <w:tcW w:w="454" w:type="dxa"/>
            <w:shd w:val="clear" w:color="auto" w:fill="052976"/>
            <w:vAlign w:val="center"/>
          </w:tcPr>
          <w:p w14:paraId="36B0E295" w14:textId="77777777" w:rsidR="00EB0B06" w:rsidRDefault="00E30BD4">
            <w:pPr>
              <w:bidi/>
              <w:spacing w:before="40" w:after="40" w:line="288" w:lineRule="auto"/>
              <w:jc w:val="center"/>
            </w:pPr>
            <w:r>
              <w:rPr>
                <w:b/>
                <w:bCs/>
                <w:color w:val="FFFFFF"/>
                <w:sz w:val="19"/>
                <w:szCs w:val="19"/>
                <w:rtl/>
              </w:rPr>
              <w:t>م</w:t>
            </w:r>
          </w:p>
        </w:tc>
        <w:tc>
          <w:tcPr>
            <w:tcW w:w="5329" w:type="dxa"/>
            <w:shd w:val="clear" w:color="auto" w:fill="052976"/>
            <w:vAlign w:val="center"/>
          </w:tcPr>
          <w:p w14:paraId="3AF13982" w14:textId="77777777" w:rsidR="00EB0B06" w:rsidRDefault="00E30BD4">
            <w:pPr>
              <w:bidi/>
              <w:spacing w:before="40" w:after="40" w:line="288" w:lineRule="auto"/>
              <w:jc w:val="center"/>
            </w:pPr>
            <w:r>
              <w:rPr>
                <w:b/>
                <w:bCs/>
                <w:color w:val="FFFFFF"/>
                <w:sz w:val="19"/>
                <w:szCs w:val="19"/>
                <w:rtl/>
              </w:rPr>
              <w:t>السؤال</w:t>
            </w:r>
          </w:p>
        </w:tc>
        <w:tc>
          <w:tcPr>
            <w:tcW w:w="1474" w:type="dxa"/>
            <w:shd w:val="clear" w:color="auto" w:fill="052976"/>
            <w:vAlign w:val="center"/>
          </w:tcPr>
          <w:p w14:paraId="5337FFBA" w14:textId="77777777" w:rsidR="00EB0B06" w:rsidRDefault="00E30BD4">
            <w:pPr>
              <w:bidi/>
              <w:spacing w:before="40" w:after="40" w:line="288" w:lineRule="auto"/>
              <w:jc w:val="center"/>
            </w:pPr>
            <w:r>
              <w:rPr>
                <w:b/>
                <w:bCs/>
                <w:color w:val="FFFFFF"/>
                <w:sz w:val="19"/>
                <w:szCs w:val="19"/>
                <w:rtl/>
              </w:rPr>
              <w:t>الإجابة</w:t>
            </w:r>
          </w:p>
        </w:tc>
        <w:tc>
          <w:tcPr>
            <w:tcW w:w="2835" w:type="dxa"/>
            <w:shd w:val="clear" w:color="auto" w:fill="052976"/>
            <w:vAlign w:val="center"/>
          </w:tcPr>
          <w:p w14:paraId="265A51B2" w14:textId="77777777" w:rsidR="00EB0B06" w:rsidRDefault="00E30BD4">
            <w:pPr>
              <w:bidi/>
              <w:spacing w:before="40" w:after="40" w:line="288" w:lineRule="auto"/>
              <w:jc w:val="center"/>
            </w:pPr>
            <w:r>
              <w:rPr>
                <w:b/>
                <w:bCs/>
                <w:color w:val="FFFFFF"/>
                <w:sz w:val="19"/>
                <w:szCs w:val="19"/>
                <w:rtl/>
              </w:rPr>
              <w:t>التفاصيل أو رقم المرفق</w:t>
            </w:r>
          </w:p>
        </w:tc>
      </w:tr>
      <w:tr w:rsidR="00EB0B06" w14:paraId="4A4F688F" w14:textId="77777777">
        <w:trPr>
          <w:cantSplit/>
          <w:trHeight w:val="408"/>
          <w:jc w:val="center"/>
        </w:trPr>
        <w:tc>
          <w:tcPr>
            <w:tcW w:w="454" w:type="dxa"/>
            <w:vAlign w:val="center"/>
          </w:tcPr>
          <w:p w14:paraId="0F0279F4" w14:textId="77777777" w:rsidR="00EB0B06" w:rsidRDefault="00E30BD4">
            <w:pPr>
              <w:bidi/>
              <w:spacing w:before="40" w:after="40" w:line="288" w:lineRule="auto"/>
              <w:jc w:val="center"/>
            </w:pPr>
            <w:r>
              <w:rPr>
                <w:sz w:val="18"/>
                <w:szCs w:val="18"/>
                <w:rtl/>
              </w:rPr>
              <w:t>1</w:t>
            </w:r>
          </w:p>
        </w:tc>
        <w:tc>
          <w:tcPr>
            <w:tcW w:w="5329" w:type="dxa"/>
            <w:vAlign w:val="center"/>
          </w:tcPr>
          <w:p w14:paraId="6D0D44CE" w14:textId="77777777" w:rsidR="00EB0B06" w:rsidRDefault="00E30BD4">
            <w:pPr>
              <w:bidi/>
              <w:spacing w:before="40" w:after="40" w:line="288" w:lineRule="auto"/>
            </w:pPr>
            <w:r>
              <w:rPr>
                <w:sz w:val="18"/>
                <w:szCs w:val="18"/>
                <w:rtl/>
              </w:rPr>
              <w:t>هل لدى الشركة خطة سلامة موثقة أو شهادة ISO 45001؟</w:t>
            </w:r>
          </w:p>
        </w:tc>
        <w:tc>
          <w:tcPr>
            <w:tcW w:w="1474" w:type="dxa"/>
            <w:vAlign w:val="center"/>
          </w:tcPr>
          <w:p w14:paraId="31157166" w14:textId="77777777" w:rsidR="00EB0B06" w:rsidRDefault="00E30BD4">
            <w:pPr>
              <w:bidi/>
              <w:spacing w:before="40" w:after="40" w:line="288" w:lineRule="auto"/>
              <w:jc w:val="center"/>
            </w:pPr>
            <w:r>
              <w:rPr>
                <w:sz w:val="18"/>
                <w:szCs w:val="18"/>
                <w:rtl/>
              </w:rPr>
              <w:t>☐ نعم ☐ لا</w:t>
            </w:r>
          </w:p>
        </w:tc>
        <w:tc>
          <w:tcPr>
            <w:tcW w:w="2835" w:type="dxa"/>
            <w:vAlign w:val="center"/>
          </w:tcPr>
          <w:p w14:paraId="1EAC1286" w14:textId="77777777" w:rsidR="00EB0B06" w:rsidRDefault="00EB0B06">
            <w:pPr>
              <w:bidi/>
              <w:spacing w:before="40" w:after="40" w:line="288" w:lineRule="auto"/>
            </w:pPr>
          </w:p>
        </w:tc>
      </w:tr>
      <w:tr w:rsidR="00EB0B06" w14:paraId="77C0890F" w14:textId="77777777">
        <w:trPr>
          <w:cantSplit/>
          <w:trHeight w:val="408"/>
          <w:jc w:val="center"/>
        </w:trPr>
        <w:tc>
          <w:tcPr>
            <w:tcW w:w="454" w:type="dxa"/>
            <w:vAlign w:val="center"/>
          </w:tcPr>
          <w:p w14:paraId="636B1388" w14:textId="77777777" w:rsidR="00EB0B06" w:rsidRDefault="00E30BD4">
            <w:pPr>
              <w:bidi/>
              <w:spacing w:before="40" w:after="40" w:line="288" w:lineRule="auto"/>
              <w:jc w:val="center"/>
            </w:pPr>
            <w:r>
              <w:rPr>
                <w:sz w:val="18"/>
                <w:szCs w:val="18"/>
                <w:rtl/>
              </w:rPr>
              <w:t>2</w:t>
            </w:r>
          </w:p>
        </w:tc>
        <w:tc>
          <w:tcPr>
            <w:tcW w:w="5329" w:type="dxa"/>
            <w:vAlign w:val="center"/>
          </w:tcPr>
          <w:p w14:paraId="1DD94397" w14:textId="77777777" w:rsidR="00EB0B06" w:rsidRDefault="00E30BD4">
            <w:pPr>
              <w:bidi/>
              <w:spacing w:before="40" w:after="40" w:line="288" w:lineRule="auto"/>
            </w:pPr>
            <w:r>
              <w:rPr>
                <w:sz w:val="18"/>
                <w:szCs w:val="18"/>
                <w:rtl/>
              </w:rPr>
              <w:t>هل يوجد مسؤول سلامة متفرغ بكل موقع بشهادة NEBOSH أو OSHA أو ما يعادلها؟</w:t>
            </w:r>
          </w:p>
        </w:tc>
        <w:tc>
          <w:tcPr>
            <w:tcW w:w="1474" w:type="dxa"/>
            <w:vAlign w:val="center"/>
          </w:tcPr>
          <w:p w14:paraId="3302C302" w14:textId="77777777" w:rsidR="00EB0B06" w:rsidRDefault="00E30BD4">
            <w:pPr>
              <w:bidi/>
              <w:spacing w:before="40" w:after="40" w:line="288" w:lineRule="auto"/>
              <w:jc w:val="center"/>
            </w:pPr>
            <w:r>
              <w:rPr>
                <w:sz w:val="18"/>
                <w:szCs w:val="18"/>
                <w:rtl/>
              </w:rPr>
              <w:t>☐ نعم ☐ لا</w:t>
            </w:r>
          </w:p>
        </w:tc>
        <w:tc>
          <w:tcPr>
            <w:tcW w:w="2835" w:type="dxa"/>
            <w:vAlign w:val="center"/>
          </w:tcPr>
          <w:p w14:paraId="0C0004B0" w14:textId="77777777" w:rsidR="00EB0B06" w:rsidRDefault="00EB0B06">
            <w:pPr>
              <w:bidi/>
              <w:spacing w:before="40" w:after="40" w:line="288" w:lineRule="auto"/>
            </w:pPr>
          </w:p>
        </w:tc>
      </w:tr>
      <w:tr w:rsidR="00EB0B06" w14:paraId="4AE0EA27" w14:textId="77777777">
        <w:trPr>
          <w:cantSplit/>
          <w:trHeight w:val="408"/>
          <w:jc w:val="center"/>
        </w:trPr>
        <w:tc>
          <w:tcPr>
            <w:tcW w:w="454" w:type="dxa"/>
            <w:vAlign w:val="center"/>
          </w:tcPr>
          <w:p w14:paraId="3056FC56" w14:textId="77777777" w:rsidR="00EB0B06" w:rsidRDefault="00E30BD4">
            <w:pPr>
              <w:bidi/>
              <w:spacing w:before="40" w:after="40" w:line="288" w:lineRule="auto"/>
              <w:jc w:val="center"/>
            </w:pPr>
            <w:r>
              <w:rPr>
                <w:sz w:val="18"/>
                <w:szCs w:val="18"/>
                <w:rtl/>
              </w:rPr>
              <w:t>3</w:t>
            </w:r>
          </w:p>
        </w:tc>
        <w:tc>
          <w:tcPr>
            <w:tcW w:w="5329" w:type="dxa"/>
            <w:vAlign w:val="center"/>
          </w:tcPr>
          <w:p w14:paraId="141B3AB3" w14:textId="77777777" w:rsidR="00EB0B06" w:rsidRDefault="00E30BD4">
            <w:pPr>
              <w:bidi/>
              <w:spacing w:before="40" w:after="40" w:line="288" w:lineRule="auto"/>
            </w:pPr>
            <w:r>
              <w:rPr>
                <w:sz w:val="18"/>
                <w:szCs w:val="18"/>
                <w:rtl/>
              </w:rPr>
              <w:t>هل تعقد اجتماعات توعية يومية Toolbox Talks وتحفظ سجلاتها؟</w:t>
            </w:r>
          </w:p>
        </w:tc>
        <w:tc>
          <w:tcPr>
            <w:tcW w:w="1474" w:type="dxa"/>
            <w:vAlign w:val="center"/>
          </w:tcPr>
          <w:p w14:paraId="73A79521" w14:textId="77777777" w:rsidR="00EB0B06" w:rsidRDefault="00E30BD4">
            <w:pPr>
              <w:bidi/>
              <w:spacing w:before="40" w:after="40" w:line="288" w:lineRule="auto"/>
              <w:jc w:val="center"/>
            </w:pPr>
            <w:r>
              <w:rPr>
                <w:sz w:val="18"/>
                <w:szCs w:val="18"/>
                <w:rtl/>
              </w:rPr>
              <w:t>☐ نعم ☐ لا</w:t>
            </w:r>
          </w:p>
        </w:tc>
        <w:tc>
          <w:tcPr>
            <w:tcW w:w="2835" w:type="dxa"/>
            <w:vAlign w:val="center"/>
          </w:tcPr>
          <w:p w14:paraId="7F11045A" w14:textId="77777777" w:rsidR="00EB0B06" w:rsidRDefault="00EB0B06">
            <w:pPr>
              <w:bidi/>
              <w:spacing w:before="40" w:after="40" w:line="288" w:lineRule="auto"/>
            </w:pPr>
          </w:p>
        </w:tc>
      </w:tr>
      <w:tr w:rsidR="00EB0B06" w14:paraId="158533BA" w14:textId="77777777">
        <w:trPr>
          <w:cantSplit/>
          <w:trHeight w:val="408"/>
          <w:jc w:val="center"/>
        </w:trPr>
        <w:tc>
          <w:tcPr>
            <w:tcW w:w="454" w:type="dxa"/>
            <w:vAlign w:val="center"/>
          </w:tcPr>
          <w:p w14:paraId="3183C4F1" w14:textId="77777777" w:rsidR="00EB0B06" w:rsidRDefault="00E30BD4">
            <w:pPr>
              <w:bidi/>
              <w:spacing w:before="40" w:after="40" w:line="288" w:lineRule="auto"/>
              <w:jc w:val="center"/>
            </w:pPr>
            <w:r>
              <w:rPr>
                <w:sz w:val="18"/>
                <w:szCs w:val="18"/>
                <w:rtl/>
              </w:rPr>
              <w:t>4</w:t>
            </w:r>
          </w:p>
        </w:tc>
        <w:tc>
          <w:tcPr>
            <w:tcW w:w="5329" w:type="dxa"/>
            <w:vAlign w:val="center"/>
          </w:tcPr>
          <w:p w14:paraId="2727252C" w14:textId="77777777" w:rsidR="00EB0B06" w:rsidRDefault="00E30BD4">
            <w:pPr>
              <w:bidi/>
              <w:spacing w:before="40" w:after="40" w:line="288" w:lineRule="auto"/>
            </w:pPr>
            <w:r>
              <w:rPr>
                <w:sz w:val="18"/>
                <w:szCs w:val="18"/>
                <w:rtl/>
              </w:rPr>
              <w:t>هل يوجد نظام تصاريح عمل للأعمال الخطرة (الارتفاعات، اللحام، الحفر، الأماكن المغلقة)؟</w:t>
            </w:r>
          </w:p>
        </w:tc>
        <w:tc>
          <w:tcPr>
            <w:tcW w:w="1474" w:type="dxa"/>
            <w:vAlign w:val="center"/>
          </w:tcPr>
          <w:p w14:paraId="23C9D7BC" w14:textId="77777777" w:rsidR="00EB0B06" w:rsidRDefault="00E30BD4">
            <w:pPr>
              <w:bidi/>
              <w:spacing w:before="40" w:after="40" w:line="288" w:lineRule="auto"/>
              <w:jc w:val="center"/>
            </w:pPr>
            <w:r>
              <w:rPr>
                <w:sz w:val="18"/>
                <w:szCs w:val="18"/>
                <w:rtl/>
              </w:rPr>
              <w:t>☐ نعم ☐ لا</w:t>
            </w:r>
          </w:p>
        </w:tc>
        <w:tc>
          <w:tcPr>
            <w:tcW w:w="2835" w:type="dxa"/>
            <w:vAlign w:val="center"/>
          </w:tcPr>
          <w:p w14:paraId="11661D78" w14:textId="77777777" w:rsidR="00EB0B06" w:rsidRDefault="00EB0B06">
            <w:pPr>
              <w:bidi/>
              <w:spacing w:before="40" w:after="40" w:line="288" w:lineRule="auto"/>
            </w:pPr>
          </w:p>
        </w:tc>
      </w:tr>
      <w:tr w:rsidR="00EB0B06" w14:paraId="65EEED18" w14:textId="77777777">
        <w:trPr>
          <w:cantSplit/>
          <w:trHeight w:val="408"/>
          <w:jc w:val="center"/>
        </w:trPr>
        <w:tc>
          <w:tcPr>
            <w:tcW w:w="454" w:type="dxa"/>
            <w:vAlign w:val="center"/>
          </w:tcPr>
          <w:p w14:paraId="321E23B7" w14:textId="77777777" w:rsidR="00EB0B06" w:rsidRDefault="00E30BD4">
            <w:pPr>
              <w:bidi/>
              <w:spacing w:before="40" w:after="40" w:line="288" w:lineRule="auto"/>
              <w:jc w:val="center"/>
            </w:pPr>
            <w:r>
              <w:rPr>
                <w:sz w:val="18"/>
                <w:szCs w:val="18"/>
                <w:rtl/>
              </w:rPr>
              <w:t>5</w:t>
            </w:r>
          </w:p>
        </w:tc>
        <w:tc>
          <w:tcPr>
            <w:tcW w:w="5329" w:type="dxa"/>
            <w:vAlign w:val="center"/>
          </w:tcPr>
          <w:p w14:paraId="494CDF59" w14:textId="77777777" w:rsidR="00EB0B06" w:rsidRDefault="00E30BD4">
            <w:pPr>
              <w:bidi/>
              <w:spacing w:before="40" w:after="40" w:line="288" w:lineRule="auto"/>
            </w:pPr>
            <w:r>
              <w:rPr>
                <w:sz w:val="18"/>
                <w:szCs w:val="18"/>
                <w:rtl/>
              </w:rPr>
              <w:t>هل تفحص السقالات ومعدات الرفع دوريا بشهادات طرف ثالث؟</w:t>
            </w:r>
          </w:p>
        </w:tc>
        <w:tc>
          <w:tcPr>
            <w:tcW w:w="1474" w:type="dxa"/>
            <w:vAlign w:val="center"/>
          </w:tcPr>
          <w:p w14:paraId="25213831" w14:textId="77777777" w:rsidR="00EB0B06" w:rsidRDefault="00E30BD4">
            <w:pPr>
              <w:bidi/>
              <w:spacing w:before="40" w:after="40" w:line="288" w:lineRule="auto"/>
              <w:jc w:val="center"/>
            </w:pPr>
            <w:r>
              <w:rPr>
                <w:sz w:val="18"/>
                <w:szCs w:val="18"/>
                <w:rtl/>
              </w:rPr>
              <w:t>☐ نعم ☐ لا</w:t>
            </w:r>
          </w:p>
        </w:tc>
        <w:tc>
          <w:tcPr>
            <w:tcW w:w="2835" w:type="dxa"/>
            <w:vAlign w:val="center"/>
          </w:tcPr>
          <w:p w14:paraId="067587FF" w14:textId="77777777" w:rsidR="00EB0B06" w:rsidRDefault="00EB0B06">
            <w:pPr>
              <w:bidi/>
              <w:spacing w:before="40" w:after="40" w:line="288" w:lineRule="auto"/>
            </w:pPr>
          </w:p>
        </w:tc>
      </w:tr>
      <w:tr w:rsidR="00EB0B06" w14:paraId="6B8E35DC" w14:textId="77777777">
        <w:trPr>
          <w:cantSplit/>
          <w:trHeight w:val="408"/>
          <w:jc w:val="center"/>
        </w:trPr>
        <w:tc>
          <w:tcPr>
            <w:tcW w:w="454" w:type="dxa"/>
            <w:vAlign w:val="center"/>
          </w:tcPr>
          <w:p w14:paraId="1A0A990C" w14:textId="77777777" w:rsidR="00EB0B06" w:rsidRDefault="00E30BD4">
            <w:pPr>
              <w:bidi/>
              <w:spacing w:before="40" w:after="40" w:line="288" w:lineRule="auto"/>
              <w:jc w:val="center"/>
            </w:pPr>
            <w:r>
              <w:rPr>
                <w:sz w:val="18"/>
                <w:szCs w:val="18"/>
                <w:rtl/>
              </w:rPr>
              <w:t>6</w:t>
            </w:r>
          </w:p>
        </w:tc>
        <w:tc>
          <w:tcPr>
            <w:tcW w:w="5329" w:type="dxa"/>
            <w:vAlign w:val="center"/>
          </w:tcPr>
          <w:p w14:paraId="239E2758" w14:textId="77777777" w:rsidR="00EB0B06" w:rsidRDefault="00E30BD4">
            <w:pPr>
              <w:bidi/>
              <w:spacing w:before="40" w:after="40" w:line="288" w:lineRule="auto"/>
            </w:pPr>
            <w:r>
              <w:rPr>
                <w:sz w:val="18"/>
                <w:szCs w:val="18"/>
                <w:rtl/>
              </w:rPr>
              <w:t>هل يتم الإبلاغ عن الحوادث والحوادث الوشيكة والتحقيق فيها؟</w:t>
            </w:r>
          </w:p>
        </w:tc>
        <w:tc>
          <w:tcPr>
            <w:tcW w:w="1474" w:type="dxa"/>
            <w:vAlign w:val="center"/>
          </w:tcPr>
          <w:p w14:paraId="05582779" w14:textId="77777777" w:rsidR="00EB0B06" w:rsidRDefault="00E30BD4">
            <w:pPr>
              <w:bidi/>
              <w:spacing w:before="40" w:after="40" w:line="288" w:lineRule="auto"/>
              <w:jc w:val="center"/>
            </w:pPr>
            <w:r>
              <w:rPr>
                <w:sz w:val="18"/>
                <w:szCs w:val="18"/>
                <w:rtl/>
              </w:rPr>
              <w:t>☐ نعم ☐ لا</w:t>
            </w:r>
          </w:p>
        </w:tc>
        <w:tc>
          <w:tcPr>
            <w:tcW w:w="2835" w:type="dxa"/>
            <w:vAlign w:val="center"/>
          </w:tcPr>
          <w:p w14:paraId="21EF11E5" w14:textId="77777777" w:rsidR="00EB0B06" w:rsidRDefault="00EB0B06">
            <w:pPr>
              <w:bidi/>
              <w:spacing w:before="40" w:after="40" w:line="288" w:lineRule="auto"/>
            </w:pPr>
          </w:p>
        </w:tc>
      </w:tr>
      <w:tr w:rsidR="00EB0B06" w14:paraId="66AAC77A" w14:textId="77777777">
        <w:trPr>
          <w:cantSplit/>
          <w:trHeight w:val="408"/>
          <w:jc w:val="center"/>
        </w:trPr>
        <w:tc>
          <w:tcPr>
            <w:tcW w:w="454" w:type="dxa"/>
            <w:vAlign w:val="center"/>
          </w:tcPr>
          <w:p w14:paraId="49B5378D" w14:textId="77777777" w:rsidR="00EB0B06" w:rsidRDefault="00E30BD4">
            <w:pPr>
              <w:bidi/>
              <w:spacing w:before="40" w:after="40" w:line="288" w:lineRule="auto"/>
              <w:jc w:val="center"/>
            </w:pPr>
            <w:r>
              <w:rPr>
                <w:sz w:val="18"/>
                <w:szCs w:val="18"/>
                <w:rtl/>
              </w:rPr>
              <w:t>7</w:t>
            </w:r>
          </w:p>
        </w:tc>
        <w:tc>
          <w:tcPr>
            <w:tcW w:w="5329" w:type="dxa"/>
            <w:vAlign w:val="center"/>
          </w:tcPr>
          <w:p w14:paraId="4820F52A" w14:textId="77777777" w:rsidR="00EB0B06" w:rsidRDefault="00E30BD4">
            <w:pPr>
              <w:bidi/>
              <w:spacing w:before="40" w:after="40" w:line="288" w:lineRule="auto"/>
            </w:pPr>
            <w:r>
              <w:rPr>
                <w:sz w:val="18"/>
                <w:szCs w:val="18"/>
                <w:rtl/>
              </w:rPr>
              <w:t>هل صدرت بحق الشركة مخالفات سلامة من جهات حكومية خلال آخر 3 سنوات؟</w:t>
            </w:r>
          </w:p>
        </w:tc>
        <w:tc>
          <w:tcPr>
            <w:tcW w:w="1474" w:type="dxa"/>
            <w:vAlign w:val="center"/>
          </w:tcPr>
          <w:p w14:paraId="336A170A" w14:textId="77777777" w:rsidR="00EB0B06" w:rsidRDefault="00E30BD4">
            <w:pPr>
              <w:bidi/>
              <w:spacing w:before="40" w:after="40" w:line="288" w:lineRule="auto"/>
              <w:jc w:val="center"/>
            </w:pPr>
            <w:r>
              <w:rPr>
                <w:sz w:val="18"/>
                <w:szCs w:val="18"/>
                <w:rtl/>
              </w:rPr>
              <w:t>☐ نعم ☐ لا</w:t>
            </w:r>
          </w:p>
        </w:tc>
        <w:tc>
          <w:tcPr>
            <w:tcW w:w="2835" w:type="dxa"/>
            <w:vAlign w:val="center"/>
          </w:tcPr>
          <w:p w14:paraId="080298C1" w14:textId="77777777" w:rsidR="00EB0B06" w:rsidRDefault="00EB0B06">
            <w:pPr>
              <w:bidi/>
              <w:spacing w:before="40" w:after="40" w:line="288" w:lineRule="auto"/>
            </w:pPr>
          </w:p>
        </w:tc>
      </w:tr>
    </w:tbl>
    <w:p w14:paraId="40B38955" w14:textId="77777777" w:rsidR="00EB0B06" w:rsidRDefault="00E30BD4">
      <w:pPr>
        <w:keepNext/>
        <w:bidi/>
        <w:spacing w:after="120"/>
        <w:outlineLvl w:val="1"/>
      </w:pPr>
      <w:r>
        <w:rPr>
          <w:b/>
          <w:bCs/>
          <w:color w:val="052976"/>
          <w:sz w:val="25"/>
          <w:szCs w:val="25"/>
          <w:rtl/>
        </w:rPr>
        <w:t>8.1 إحصائيات السلامة لآخر ثلاث سنوات</w:t>
      </w:r>
    </w:p>
    <w:tbl>
      <w:tblPr>
        <w:tblStyle w:val="TableGrid"/>
        <w:bidiVisual/>
        <w:tblW w:w="0" w:type="auto"/>
        <w:jc w:val="center"/>
        <w:tblLayout w:type="fixed"/>
        <w:tblLook w:val="04A0" w:firstRow="1" w:lastRow="0" w:firstColumn="1" w:lastColumn="0" w:noHBand="0" w:noVBand="1"/>
      </w:tblPr>
      <w:tblGrid>
        <w:gridCol w:w="4195"/>
        <w:gridCol w:w="1984"/>
        <w:gridCol w:w="1984"/>
        <w:gridCol w:w="1928"/>
      </w:tblGrid>
      <w:tr w:rsidR="00EB0B06" w14:paraId="78B264C8" w14:textId="77777777">
        <w:trPr>
          <w:cantSplit/>
          <w:trHeight w:val="408"/>
          <w:tblHeader/>
          <w:jc w:val="center"/>
        </w:trPr>
        <w:tc>
          <w:tcPr>
            <w:tcW w:w="4195" w:type="dxa"/>
            <w:shd w:val="clear" w:color="auto" w:fill="052976"/>
            <w:vAlign w:val="center"/>
          </w:tcPr>
          <w:p w14:paraId="42A85EF1" w14:textId="77777777" w:rsidR="00EB0B06" w:rsidRDefault="00E30BD4">
            <w:pPr>
              <w:bidi/>
              <w:spacing w:before="40" w:after="40" w:line="288" w:lineRule="auto"/>
              <w:jc w:val="center"/>
            </w:pPr>
            <w:r>
              <w:rPr>
                <w:b/>
                <w:bCs/>
                <w:color w:val="FFFFFF"/>
                <w:sz w:val="19"/>
                <w:szCs w:val="19"/>
                <w:rtl/>
              </w:rPr>
              <w:t>المؤشر</w:t>
            </w:r>
          </w:p>
        </w:tc>
        <w:tc>
          <w:tcPr>
            <w:tcW w:w="1984" w:type="dxa"/>
            <w:shd w:val="clear" w:color="auto" w:fill="052976"/>
            <w:vAlign w:val="center"/>
          </w:tcPr>
          <w:p w14:paraId="504F0DF4" w14:textId="77777777" w:rsidR="00EB0B06" w:rsidRDefault="00E30BD4">
            <w:pPr>
              <w:bidi/>
              <w:spacing w:before="40" w:after="40" w:line="288" w:lineRule="auto"/>
              <w:jc w:val="center"/>
            </w:pPr>
            <w:r>
              <w:rPr>
                <w:b/>
                <w:bCs/>
                <w:color w:val="FFFFFF"/>
                <w:sz w:val="19"/>
                <w:szCs w:val="19"/>
                <w:rtl/>
              </w:rPr>
              <w:t>2023</w:t>
            </w:r>
          </w:p>
        </w:tc>
        <w:tc>
          <w:tcPr>
            <w:tcW w:w="1984" w:type="dxa"/>
            <w:shd w:val="clear" w:color="auto" w:fill="052976"/>
            <w:vAlign w:val="center"/>
          </w:tcPr>
          <w:p w14:paraId="03D731A5" w14:textId="77777777" w:rsidR="00EB0B06" w:rsidRDefault="00E30BD4">
            <w:pPr>
              <w:bidi/>
              <w:spacing w:before="40" w:after="40" w:line="288" w:lineRule="auto"/>
              <w:jc w:val="center"/>
            </w:pPr>
            <w:r>
              <w:rPr>
                <w:b/>
                <w:bCs/>
                <w:color w:val="FFFFFF"/>
                <w:sz w:val="19"/>
                <w:szCs w:val="19"/>
                <w:rtl/>
              </w:rPr>
              <w:t>2024</w:t>
            </w:r>
          </w:p>
        </w:tc>
        <w:tc>
          <w:tcPr>
            <w:tcW w:w="1928" w:type="dxa"/>
            <w:shd w:val="clear" w:color="auto" w:fill="052976"/>
            <w:vAlign w:val="center"/>
          </w:tcPr>
          <w:p w14:paraId="71983EE9" w14:textId="77777777" w:rsidR="00EB0B06" w:rsidRDefault="00E30BD4">
            <w:pPr>
              <w:bidi/>
              <w:spacing w:before="40" w:after="40" w:line="288" w:lineRule="auto"/>
              <w:jc w:val="center"/>
            </w:pPr>
            <w:r>
              <w:rPr>
                <w:b/>
                <w:bCs/>
                <w:color w:val="FFFFFF"/>
                <w:sz w:val="19"/>
                <w:szCs w:val="19"/>
                <w:rtl/>
              </w:rPr>
              <w:t>2025</w:t>
            </w:r>
          </w:p>
        </w:tc>
      </w:tr>
      <w:tr w:rsidR="00EB0B06" w14:paraId="6872FEAA" w14:textId="77777777">
        <w:trPr>
          <w:cantSplit/>
          <w:trHeight w:val="408"/>
          <w:jc w:val="center"/>
        </w:trPr>
        <w:tc>
          <w:tcPr>
            <w:tcW w:w="4195" w:type="dxa"/>
            <w:vAlign w:val="center"/>
          </w:tcPr>
          <w:p w14:paraId="6ED13B79" w14:textId="77777777" w:rsidR="00EB0B06" w:rsidRDefault="00E30BD4">
            <w:pPr>
              <w:bidi/>
              <w:spacing w:before="40" w:after="40" w:line="288" w:lineRule="auto"/>
            </w:pPr>
            <w:r>
              <w:rPr>
                <w:sz w:val="19"/>
                <w:szCs w:val="19"/>
                <w:rtl/>
              </w:rPr>
              <w:t>إجمالي ساعات العمل</w:t>
            </w:r>
          </w:p>
        </w:tc>
        <w:tc>
          <w:tcPr>
            <w:tcW w:w="1984" w:type="dxa"/>
            <w:vAlign w:val="center"/>
          </w:tcPr>
          <w:p w14:paraId="6BE383AB" w14:textId="77777777" w:rsidR="00EB0B06" w:rsidRDefault="00EB0B06">
            <w:pPr>
              <w:bidi/>
              <w:spacing w:before="40" w:after="40" w:line="288" w:lineRule="auto"/>
            </w:pPr>
          </w:p>
        </w:tc>
        <w:tc>
          <w:tcPr>
            <w:tcW w:w="1984" w:type="dxa"/>
            <w:vAlign w:val="center"/>
          </w:tcPr>
          <w:p w14:paraId="123F3AEC" w14:textId="77777777" w:rsidR="00EB0B06" w:rsidRDefault="00EB0B06">
            <w:pPr>
              <w:bidi/>
              <w:spacing w:before="40" w:after="40" w:line="288" w:lineRule="auto"/>
            </w:pPr>
          </w:p>
        </w:tc>
        <w:tc>
          <w:tcPr>
            <w:tcW w:w="1928" w:type="dxa"/>
            <w:vAlign w:val="center"/>
          </w:tcPr>
          <w:p w14:paraId="1EC436B2" w14:textId="77777777" w:rsidR="00EB0B06" w:rsidRDefault="00EB0B06">
            <w:pPr>
              <w:bidi/>
              <w:spacing w:before="40" w:after="40" w:line="288" w:lineRule="auto"/>
            </w:pPr>
          </w:p>
        </w:tc>
      </w:tr>
      <w:tr w:rsidR="00EB0B06" w14:paraId="5DB780D4" w14:textId="77777777">
        <w:trPr>
          <w:cantSplit/>
          <w:trHeight w:val="408"/>
          <w:jc w:val="center"/>
        </w:trPr>
        <w:tc>
          <w:tcPr>
            <w:tcW w:w="4195" w:type="dxa"/>
            <w:vAlign w:val="center"/>
          </w:tcPr>
          <w:p w14:paraId="1EA09BD9" w14:textId="77777777" w:rsidR="00EB0B06" w:rsidRDefault="00E30BD4">
            <w:pPr>
              <w:bidi/>
              <w:spacing w:before="40" w:after="40" w:line="288" w:lineRule="auto"/>
            </w:pPr>
            <w:r>
              <w:rPr>
                <w:sz w:val="19"/>
                <w:szCs w:val="19"/>
                <w:rtl/>
              </w:rPr>
              <w:t>حوادث مضيعة للوقت LTI</w:t>
            </w:r>
          </w:p>
        </w:tc>
        <w:tc>
          <w:tcPr>
            <w:tcW w:w="1984" w:type="dxa"/>
            <w:vAlign w:val="center"/>
          </w:tcPr>
          <w:p w14:paraId="12879061" w14:textId="77777777" w:rsidR="00EB0B06" w:rsidRDefault="00EB0B06">
            <w:pPr>
              <w:bidi/>
              <w:spacing w:before="40" w:after="40" w:line="288" w:lineRule="auto"/>
            </w:pPr>
          </w:p>
        </w:tc>
        <w:tc>
          <w:tcPr>
            <w:tcW w:w="1984" w:type="dxa"/>
            <w:vAlign w:val="center"/>
          </w:tcPr>
          <w:p w14:paraId="75BA83B8" w14:textId="77777777" w:rsidR="00EB0B06" w:rsidRDefault="00EB0B06">
            <w:pPr>
              <w:bidi/>
              <w:spacing w:before="40" w:after="40" w:line="288" w:lineRule="auto"/>
            </w:pPr>
          </w:p>
        </w:tc>
        <w:tc>
          <w:tcPr>
            <w:tcW w:w="1928" w:type="dxa"/>
            <w:vAlign w:val="center"/>
          </w:tcPr>
          <w:p w14:paraId="0F5C29AD" w14:textId="77777777" w:rsidR="00EB0B06" w:rsidRDefault="00EB0B06">
            <w:pPr>
              <w:bidi/>
              <w:spacing w:before="40" w:after="40" w:line="288" w:lineRule="auto"/>
            </w:pPr>
          </w:p>
        </w:tc>
      </w:tr>
      <w:tr w:rsidR="00EB0B06" w14:paraId="1F9DA876" w14:textId="77777777">
        <w:trPr>
          <w:cantSplit/>
          <w:trHeight w:val="408"/>
          <w:jc w:val="center"/>
        </w:trPr>
        <w:tc>
          <w:tcPr>
            <w:tcW w:w="4195" w:type="dxa"/>
            <w:vAlign w:val="center"/>
          </w:tcPr>
          <w:p w14:paraId="63D61A95" w14:textId="77777777" w:rsidR="00EB0B06" w:rsidRDefault="00E30BD4">
            <w:pPr>
              <w:bidi/>
              <w:spacing w:before="40" w:after="40" w:line="288" w:lineRule="auto"/>
            </w:pPr>
            <w:r>
              <w:rPr>
                <w:sz w:val="19"/>
                <w:szCs w:val="19"/>
                <w:rtl/>
              </w:rPr>
              <w:t>حالات الوفاة</w:t>
            </w:r>
          </w:p>
        </w:tc>
        <w:tc>
          <w:tcPr>
            <w:tcW w:w="1984" w:type="dxa"/>
            <w:vAlign w:val="center"/>
          </w:tcPr>
          <w:p w14:paraId="27C6B09B" w14:textId="77777777" w:rsidR="00EB0B06" w:rsidRDefault="00EB0B06">
            <w:pPr>
              <w:bidi/>
              <w:spacing w:before="40" w:after="40" w:line="288" w:lineRule="auto"/>
            </w:pPr>
          </w:p>
        </w:tc>
        <w:tc>
          <w:tcPr>
            <w:tcW w:w="1984" w:type="dxa"/>
            <w:vAlign w:val="center"/>
          </w:tcPr>
          <w:p w14:paraId="0C71E20F" w14:textId="77777777" w:rsidR="00EB0B06" w:rsidRDefault="00EB0B06">
            <w:pPr>
              <w:bidi/>
              <w:spacing w:before="40" w:after="40" w:line="288" w:lineRule="auto"/>
            </w:pPr>
          </w:p>
        </w:tc>
        <w:tc>
          <w:tcPr>
            <w:tcW w:w="1928" w:type="dxa"/>
            <w:vAlign w:val="center"/>
          </w:tcPr>
          <w:p w14:paraId="07FA1253" w14:textId="77777777" w:rsidR="00EB0B06" w:rsidRDefault="00EB0B06">
            <w:pPr>
              <w:bidi/>
              <w:spacing w:before="40" w:after="40" w:line="288" w:lineRule="auto"/>
            </w:pPr>
          </w:p>
        </w:tc>
      </w:tr>
      <w:tr w:rsidR="00EB0B06" w14:paraId="4EB5E683" w14:textId="77777777">
        <w:trPr>
          <w:cantSplit/>
          <w:trHeight w:val="408"/>
          <w:jc w:val="center"/>
        </w:trPr>
        <w:tc>
          <w:tcPr>
            <w:tcW w:w="4195" w:type="dxa"/>
            <w:vAlign w:val="center"/>
          </w:tcPr>
          <w:p w14:paraId="7E547415" w14:textId="77777777" w:rsidR="00EB0B06" w:rsidRDefault="00E30BD4">
            <w:pPr>
              <w:bidi/>
              <w:spacing w:before="40" w:after="40" w:line="288" w:lineRule="auto"/>
            </w:pPr>
            <w:r>
              <w:rPr>
                <w:sz w:val="19"/>
                <w:szCs w:val="19"/>
                <w:rtl/>
              </w:rPr>
              <w:t>حالات الإسعافات الأولية</w:t>
            </w:r>
          </w:p>
        </w:tc>
        <w:tc>
          <w:tcPr>
            <w:tcW w:w="1984" w:type="dxa"/>
            <w:vAlign w:val="center"/>
          </w:tcPr>
          <w:p w14:paraId="08F632D5" w14:textId="77777777" w:rsidR="00EB0B06" w:rsidRDefault="00EB0B06">
            <w:pPr>
              <w:bidi/>
              <w:spacing w:before="40" w:after="40" w:line="288" w:lineRule="auto"/>
            </w:pPr>
          </w:p>
        </w:tc>
        <w:tc>
          <w:tcPr>
            <w:tcW w:w="1984" w:type="dxa"/>
            <w:vAlign w:val="center"/>
          </w:tcPr>
          <w:p w14:paraId="6808C9C0" w14:textId="77777777" w:rsidR="00EB0B06" w:rsidRDefault="00EB0B06">
            <w:pPr>
              <w:bidi/>
              <w:spacing w:before="40" w:after="40" w:line="288" w:lineRule="auto"/>
            </w:pPr>
          </w:p>
        </w:tc>
        <w:tc>
          <w:tcPr>
            <w:tcW w:w="1928" w:type="dxa"/>
            <w:vAlign w:val="center"/>
          </w:tcPr>
          <w:p w14:paraId="3430C9AE" w14:textId="77777777" w:rsidR="00EB0B06" w:rsidRDefault="00EB0B06">
            <w:pPr>
              <w:bidi/>
              <w:spacing w:before="40" w:after="40" w:line="288" w:lineRule="auto"/>
            </w:pPr>
          </w:p>
        </w:tc>
      </w:tr>
      <w:tr w:rsidR="00EB0B06" w14:paraId="1DE61731" w14:textId="77777777">
        <w:trPr>
          <w:cantSplit/>
          <w:trHeight w:val="408"/>
          <w:jc w:val="center"/>
        </w:trPr>
        <w:tc>
          <w:tcPr>
            <w:tcW w:w="4195" w:type="dxa"/>
            <w:vAlign w:val="center"/>
          </w:tcPr>
          <w:p w14:paraId="33590250" w14:textId="77777777" w:rsidR="00EB0B06" w:rsidRDefault="00E30BD4">
            <w:pPr>
              <w:bidi/>
              <w:spacing w:before="40" w:after="40" w:line="288" w:lineRule="auto"/>
            </w:pPr>
            <w:r>
              <w:rPr>
                <w:sz w:val="19"/>
                <w:szCs w:val="19"/>
                <w:rtl/>
              </w:rPr>
              <w:t>معدل تكرار الحوادث LTIFR لكل مليون ساعة</w:t>
            </w:r>
          </w:p>
        </w:tc>
        <w:tc>
          <w:tcPr>
            <w:tcW w:w="1984" w:type="dxa"/>
            <w:vAlign w:val="center"/>
          </w:tcPr>
          <w:p w14:paraId="78BA7EEA" w14:textId="77777777" w:rsidR="00EB0B06" w:rsidRDefault="00EB0B06">
            <w:pPr>
              <w:bidi/>
              <w:spacing w:before="40" w:after="40" w:line="288" w:lineRule="auto"/>
            </w:pPr>
          </w:p>
        </w:tc>
        <w:tc>
          <w:tcPr>
            <w:tcW w:w="1984" w:type="dxa"/>
            <w:vAlign w:val="center"/>
          </w:tcPr>
          <w:p w14:paraId="25A3DEA1" w14:textId="77777777" w:rsidR="00EB0B06" w:rsidRDefault="00EB0B06">
            <w:pPr>
              <w:bidi/>
              <w:spacing w:before="40" w:after="40" w:line="288" w:lineRule="auto"/>
            </w:pPr>
          </w:p>
        </w:tc>
        <w:tc>
          <w:tcPr>
            <w:tcW w:w="1928" w:type="dxa"/>
            <w:vAlign w:val="center"/>
          </w:tcPr>
          <w:p w14:paraId="1AA097A3" w14:textId="77777777" w:rsidR="00EB0B06" w:rsidRDefault="00EB0B06">
            <w:pPr>
              <w:bidi/>
              <w:spacing w:before="40" w:after="40" w:line="288" w:lineRule="auto"/>
            </w:pPr>
          </w:p>
        </w:tc>
      </w:tr>
    </w:tbl>
    <w:p w14:paraId="1F147783" w14:textId="77777777" w:rsidR="00EB0B06" w:rsidRDefault="00E30BD4">
      <w:pPr>
        <w:keepNext/>
        <w:pBdr>
          <w:bottom w:val="single" w:sz="8" w:space="1" w:color="2633FF"/>
        </w:pBdr>
        <w:bidi/>
        <w:spacing w:before="200" w:after="120"/>
        <w:outlineLvl w:val="0"/>
      </w:pPr>
      <w:r>
        <w:rPr>
          <w:b/>
          <w:bCs/>
          <w:color w:val="052976"/>
          <w:sz w:val="30"/>
          <w:szCs w:val="30"/>
          <w:rtl/>
        </w:rPr>
        <w:t>9. الإقرار الفني حسب التخصص</w:t>
      </w:r>
    </w:p>
    <w:p w14:paraId="6F39A5B8" w14:textId="77777777" w:rsidR="00EB0B06" w:rsidRDefault="00E30BD4">
      <w:pPr>
        <w:bidi/>
        <w:spacing w:after="80"/>
      </w:pPr>
      <w:r>
        <w:rPr>
          <w:sz w:val="20"/>
          <w:szCs w:val="20"/>
          <w:rtl/>
        </w:rPr>
        <w:t>يعبأ الجدول الخاص بالحزمة المتقدم لها فقط. يقر المقاول بقدرته على تحقيق معايير القبول الواردة واعتبارها نقاط توقف أو اختبارات إلزامية، مع تقديم الدليل المذكور.</w:t>
      </w:r>
    </w:p>
    <w:p w14:paraId="1197687A" w14:textId="77777777" w:rsidR="00EB0B06" w:rsidRDefault="00E30BD4">
      <w:pPr>
        <w:bidi/>
        <w:spacing w:after="80"/>
      </w:pPr>
      <w:r>
        <w:rPr>
          <w:color w:val="5B6475"/>
          <w:sz w:val="17"/>
          <w:szCs w:val="17"/>
          <w:rtl/>
        </w:rPr>
        <w:t>المرجع الفني للمعايير التقنية: كتاب الإشراف الهندسي وأصول التنفيذ لمشروعات المباني، م. يسري أحمد عبد الرحيم، ط4 2018 (صياغة ملخصة، أرقام الصفحات للإحالة). المرجع الملزم مواصفات العقد والكود المعتمد بالمشروع.</w:t>
      </w:r>
    </w:p>
    <w:p w14:paraId="788FC1B2" w14:textId="77777777" w:rsidR="00EB0B06" w:rsidRDefault="00E30BD4">
      <w:pPr>
        <w:keepNext/>
        <w:bidi/>
        <w:spacing w:after="120"/>
        <w:outlineLvl w:val="1"/>
      </w:pPr>
      <w:r>
        <w:rPr>
          <w:b/>
          <w:bCs/>
          <w:color w:val="052976"/>
          <w:sz w:val="25"/>
          <w:szCs w:val="25"/>
          <w:rtl/>
        </w:rPr>
        <w:t>9.1 إنشائي ومدني   ☐ ينطبق</w:t>
      </w:r>
    </w:p>
    <w:tbl>
      <w:tblPr>
        <w:tblStyle w:val="TableGrid"/>
        <w:bidiVisual/>
        <w:tblW w:w="0" w:type="auto"/>
        <w:jc w:val="center"/>
        <w:tblLayout w:type="fixed"/>
        <w:tblLook w:val="04A0" w:firstRow="1" w:lastRow="0" w:firstColumn="1" w:lastColumn="0" w:noHBand="0" w:noVBand="1"/>
      </w:tblPr>
      <w:tblGrid>
        <w:gridCol w:w="454"/>
        <w:gridCol w:w="5102"/>
        <w:gridCol w:w="1361"/>
        <w:gridCol w:w="1474"/>
        <w:gridCol w:w="1701"/>
      </w:tblGrid>
      <w:tr w:rsidR="00EB0B06" w14:paraId="20EB9195" w14:textId="77777777">
        <w:trPr>
          <w:cantSplit/>
          <w:trHeight w:val="408"/>
          <w:tblHeader/>
          <w:jc w:val="center"/>
        </w:trPr>
        <w:tc>
          <w:tcPr>
            <w:tcW w:w="454" w:type="dxa"/>
            <w:shd w:val="clear" w:color="auto" w:fill="052976"/>
            <w:vAlign w:val="center"/>
          </w:tcPr>
          <w:p w14:paraId="3E06BE67" w14:textId="77777777" w:rsidR="00EB0B06" w:rsidRDefault="00E30BD4">
            <w:pPr>
              <w:bidi/>
              <w:spacing w:before="40" w:after="40" w:line="288" w:lineRule="auto"/>
              <w:jc w:val="center"/>
            </w:pPr>
            <w:r>
              <w:rPr>
                <w:b/>
                <w:bCs/>
                <w:color w:val="FFFFFF"/>
                <w:sz w:val="19"/>
                <w:szCs w:val="19"/>
                <w:rtl/>
              </w:rPr>
              <w:t>م</w:t>
            </w:r>
          </w:p>
        </w:tc>
        <w:tc>
          <w:tcPr>
            <w:tcW w:w="5102" w:type="dxa"/>
            <w:shd w:val="clear" w:color="auto" w:fill="052976"/>
            <w:vAlign w:val="center"/>
          </w:tcPr>
          <w:p w14:paraId="23C34F42" w14:textId="77777777" w:rsidR="00EB0B06" w:rsidRDefault="00E30BD4">
            <w:pPr>
              <w:bidi/>
              <w:spacing w:before="40" w:after="40" w:line="288" w:lineRule="auto"/>
              <w:jc w:val="center"/>
            </w:pPr>
            <w:r>
              <w:rPr>
                <w:b/>
                <w:bCs/>
                <w:color w:val="FFFFFF"/>
                <w:sz w:val="19"/>
                <w:szCs w:val="19"/>
                <w:rtl/>
              </w:rPr>
              <w:t>معيار القبول الذي يلتزم به المقاول</w:t>
            </w:r>
          </w:p>
        </w:tc>
        <w:tc>
          <w:tcPr>
            <w:tcW w:w="1361" w:type="dxa"/>
            <w:shd w:val="clear" w:color="auto" w:fill="052976"/>
            <w:vAlign w:val="center"/>
          </w:tcPr>
          <w:p w14:paraId="16C468A7" w14:textId="77777777" w:rsidR="00EB0B06" w:rsidRDefault="00E30BD4">
            <w:pPr>
              <w:bidi/>
              <w:spacing w:before="40" w:after="40" w:line="288" w:lineRule="auto"/>
              <w:jc w:val="center"/>
            </w:pPr>
            <w:r>
              <w:rPr>
                <w:b/>
                <w:bCs/>
                <w:color w:val="FFFFFF"/>
                <w:sz w:val="19"/>
                <w:szCs w:val="19"/>
                <w:rtl/>
              </w:rPr>
              <w:t>المرجع</w:t>
            </w:r>
          </w:p>
        </w:tc>
        <w:tc>
          <w:tcPr>
            <w:tcW w:w="1474" w:type="dxa"/>
            <w:shd w:val="clear" w:color="auto" w:fill="052976"/>
            <w:vAlign w:val="center"/>
          </w:tcPr>
          <w:p w14:paraId="07EF81B3" w14:textId="77777777" w:rsidR="00EB0B06" w:rsidRDefault="00E30BD4">
            <w:pPr>
              <w:bidi/>
              <w:spacing w:before="40" w:after="40" w:line="288" w:lineRule="auto"/>
              <w:jc w:val="center"/>
            </w:pPr>
            <w:r>
              <w:rPr>
                <w:b/>
                <w:bCs/>
                <w:color w:val="FFFFFF"/>
                <w:sz w:val="19"/>
                <w:szCs w:val="19"/>
                <w:rtl/>
              </w:rPr>
              <w:t>الالتزام</w:t>
            </w:r>
          </w:p>
        </w:tc>
        <w:tc>
          <w:tcPr>
            <w:tcW w:w="1701" w:type="dxa"/>
            <w:shd w:val="clear" w:color="auto" w:fill="052976"/>
            <w:vAlign w:val="center"/>
          </w:tcPr>
          <w:p w14:paraId="0A4F57E5" w14:textId="77777777" w:rsidR="00EB0B06" w:rsidRDefault="00E30BD4">
            <w:pPr>
              <w:bidi/>
              <w:spacing w:before="40" w:after="40" w:line="288" w:lineRule="auto"/>
              <w:jc w:val="center"/>
            </w:pPr>
            <w:r>
              <w:rPr>
                <w:b/>
                <w:bCs/>
                <w:color w:val="FFFFFF"/>
                <w:sz w:val="19"/>
                <w:szCs w:val="19"/>
                <w:rtl/>
              </w:rPr>
              <w:t>الدليل المرفق</w:t>
            </w:r>
          </w:p>
        </w:tc>
      </w:tr>
      <w:tr w:rsidR="00EB0B06" w14:paraId="292A72E9" w14:textId="77777777">
        <w:trPr>
          <w:cantSplit/>
          <w:trHeight w:val="408"/>
          <w:jc w:val="center"/>
        </w:trPr>
        <w:tc>
          <w:tcPr>
            <w:tcW w:w="454" w:type="dxa"/>
            <w:vAlign w:val="center"/>
          </w:tcPr>
          <w:p w14:paraId="083CCD1C" w14:textId="77777777" w:rsidR="00EB0B06" w:rsidRDefault="00E30BD4">
            <w:pPr>
              <w:bidi/>
              <w:spacing w:before="40" w:after="40" w:line="288" w:lineRule="auto"/>
              <w:jc w:val="center"/>
            </w:pPr>
            <w:r>
              <w:rPr>
                <w:sz w:val="17"/>
                <w:szCs w:val="17"/>
                <w:rtl/>
              </w:rPr>
              <w:t>1</w:t>
            </w:r>
          </w:p>
        </w:tc>
        <w:tc>
          <w:tcPr>
            <w:tcW w:w="5102" w:type="dxa"/>
            <w:vAlign w:val="center"/>
          </w:tcPr>
          <w:p w14:paraId="1F9565B1" w14:textId="77777777" w:rsidR="00EB0B06" w:rsidRDefault="00E30BD4">
            <w:pPr>
              <w:bidi/>
              <w:spacing w:before="40" w:after="40" w:line="288" w:lineRule="auto"/>
            </w:pPr>
            <w:r>
              <w:rPr>
                <w:sz w:val="17"/>
                <w:szCs w:val="17"/>
                <w:rtl/>
              </w:rPr>
              <w:t>توريد خرسانة من محطة معتمدة بموازين معايرة وإجراء 3 خلطات تجريبية تأكيدية لكل رتبة قبل التوريد</w:t>
            </w:r>
          </w:p>
        </w:tc>
        <w:tc>
          <w:tcPr>
            <w:tcW w:w="1361" w:type="dxa"/>
            <w:vAlign w:val="center"/>
          </w:tcPr>
          <w:p w14:paraId="416B0BD2" w14:textId="77777777" w:rsidR="00EB0B06" w:rsidRDefault="00E30BD4">
            <w:pPr>
              <w:bidi/>
              <w:spacing w:before="40" w:after="40" w:line="288" w:lineRule="auto"/>
            </w:pPr>
            <w:r>
              <w:rPr>
                <w:sz w:val="17"/>
                <w:szCs w:val="17"/>
                <w:rtl/>
              </w:rPr>
              <w:t>ص 16، 42</w:t>
            </w:r>
          </w:p>
        </w:tc>
        <w:tc>
          <w:tcPr>
            <w:tcW w:w="1474" w:type="dxa"/>
            <w:vAlign w:val="center"/>
          </w:tcPr>
          <w:p w14:paraId="42B14CEF" w14:textId="77777777" w:rsidR="00EB0B06" w:rsidRDefault="00E30BD4">
            <w:pPr>
              <w:bidi/>
              <w:spacing w:before="40" w:after="40" w:line="288" w:lineRule="auto"/>
              <w:jc w:val="center"/>
            </w:pPr>
            <w:r>
              <w:rPr>
                <w:sz w:val="17"/>
                <w:szCs w:val="17"/>
                <w:rtl/>
              </w:rPr>
              <w:t>☐ نعم ☐ لا</w:t>
            </w:r>
          </w:p>
        </w:tc>
        <w:tc>
          <w:tcPr>
            <w:tcW w:w="1701" w:type="dxa"/>
            <w:vAlign w:val="center"/>
          </w:tcPr>
          <w:p w14:paraId="26E137E7" w14:textId="77777777" w:rsidR="00EB0B06" w:rsidRDefault="00E30BD4">
            <w:pPr>
              <w:bidi/>
              <w:spacing w:before="40" w:after="40" w:line="288" w:lineRule="auto"/>
            </w:pPr>
            <w:r>
              <w:rPr>
                <w:sz w:val="17"/>
                <w:szCs w:val="17"/>
                <w:rtl/>
              </w:rPr>
              <w:t>شهادة معايرة المحطة ونتائج الخلطات التجريبية</w:t>
            </w:r>
          </w:p>
        </w:tc>
      </w:tr>
      <w:tr w:rsidR="00EB0B06" w14:paraId="5B297480" w14:textId="77777777">
        <w:trPr>
          <w:cantSplit/>
          <w:trHeight w:val="408"/>
          <w:jc w:val="center"/>
        </w:trPr>
        <w:tc>
          <w:tcPr>
            <w:tcW w:w="454" w:type="dxa"/>
            <w:vAlign w:val="center"/>
          </w:tcPr>
          <w:p w14:paraId="5C870DE3" w14:textId="77777777" w:rsidR="00EB0B06" w:rsidRDefault="00E30BD4">
            <w:pPr>
              <w:bidi/>
              <w:spacing w:before="40" w:after="40" w:line="288" w:lineRule="auto"/>
              <w:jc w:val="center"/>
            </w:pPr>
            <w:r>
              <w:rPr>
                <w:sz w:val="17"/>
                <w:szCs w:val="17"/>
                <w:rtl/>
              </w:rPr>
              <w:t>2</w:t>
            </w:r>
          </w:p>
        </w:tc>
        <w:tc>
          <w:tcPr>
            <w:tcW w:w="5102" w:type="dxa"/>
            <w:vAlign w:val="center"/>
          </w:tcPr>
          <w:p w14:paraId="442CB4FA" w14:textId="77777777" w:rsidR="00EB0B06" w:rsidRDefault="00E30BD4">
            <w:pPr>
              <w:bidi/>
              <w:spacing w:before="40" w:after="40" w:line="288" w:lineRule="auto"/>
            </w:pPr>
            <w:r>
              <w:rPr>
                <w:sz w:val="17"/>
                <w:szCs w:val="17"/>
                <w:rtl/>
              </w:rPr>
              <w:t>التحكم في الخرسانة الطازجة عند الاستلام: هبوط مطابق للخلطة لكل 50 م3، حرارة لا تتجاوز 32 درجة (35 درجة حدا أقصى حسب الكود المصري ما لم تنص المواصفات على غير ذلك)، و6 مكعبات لأول 50 م3 ثم 6 لكل 100 م3 ولكل رتبة وعنصر ويوم صب</w:t>
            </w:r>
          </w:p>
        </w:tc>
        <w:tc>
          <w:tcPr>
            <w:tcW w:w="1361" w:type="dxa"/>
            <w:vAlign w:val="center"/>
          </w:tcPr>
          <w:p w14:paraId="0227A9CD" w14:textId="77777777" w:rsidR="00EB0B06" w:rsidRDefault="00E30BD4">
            <w:pPr>
              <w:bidi/>
              <w:spacing w:before="40" w:after="40" w:line="288" w:lineRule="auto"/>
            </w:pPr>
            <w:r>
              <w:rPr>
                <w:sz w:val="17"/>
                <w:szCs w:val="17"/>
                <w:rtl/>
              </w:rPr>
              <w:t>ص 64، 66، ملحق مصور ص 10 إلى 12</w:t>
            </w:r>
          </w:p>
        </w:tc>
        <w:tc>
          <w:tcPr>
            <w:tcW w:w="1474" w:type="dxa"/>
            <w:vAlign w:val="center"/>
          </w:tcPr>
          <w:p w14:paraId="46A9BBD2" w14:textId="77777777" w:rsidR="00EB0B06" w:rsidRDefault="00E30BD4">
            <w:pPr>
              <w:bidi/>
              <w:spacing w:before="40" w:after="40" w:line="288" w:lineRule="auto"/>
              <w:jc w:val="center"/>
            </w:pPr>
            <w:r>
              <w:rPr>
                <w:sz w:val="17"/>
                <w:szCs w:val="17"/>
                <w:rtl/>
              </w:rPr>
              <w:t>☐ نعم ☐ لا</w:t>
            </w:r>
          </w:p>
        </w:tc>
        <w:tc>
          <w:tcPr>
            <w:tcW w:w="1701" w:type="dxa"/>
            <w:vAlign w:val="center"/>
          </w:tcPr>
          <w:p w14:paraId="7897306B" w14:textId="77777777" w:rsidR="00EB0B06" w:rsidRDefault="00E30BD4">
            <w:pPr>
              <w:bidi/>
              <w:spacing w:before="40" w:after="40" w:line="288" w:lineRule="auto"/>
            </w:pPr>
            <w:r>
              <w:rPr>
                <w:sz w:val="17"/>
                <w:szCs w:val="17"/>
                <w:rtl/>
              </w:rPr>
              <w:t>إجراء الاستلام بالموقع وسجلات العينات</w:t>
            </w:r>
          </w:p>
        </w:tc>
      </w:tr>
      <w:tr w:rsidR="00EB0B06" w14:paraId="7B3F7161" w14:textId="77777777">
        <w:trPr>
          <w:cantSplit/>
          <w:trHeight w:val="408"/>
          <w:jc w:val="center"/>
        </w:trPr>
        <w:tc>
          <w:tcPr>
            <w:tcW w:w="454" w:type="dxa"/>
            <w:vAlign w:val="center"/>
          </w:tcPr>
          <w:p w14:paraId="6067479C" w14:textId="77777777" w:rsidR="00EB0B06" w:rsidRDefault="00E30BD4">
            <w:pPr>
              <w:bidi/>
              <w:spacing w:before="40" w:after="40" w:line="288" w:lineRule="auto"/>
              <w:jc w:val="center"/>
            </w:pPr>
            <w:r>
              <w:rPr>
                <w:sz w:val="17"/>
                <w:szCs w:val="17"/>
                <w:rtl/>
              </w:rPr>
              <w:t>3</w:t>
            </w:r>
          </w:p>
        </w:tc>
        <w:tc>
          <w:tcPr>
            <w:tcW w:w="5102" w:type="dxa"/>
            <w:vAlign w:val="center"/>
          </w:tcPr>
          <w:p w14:paraId="75332833" w14:textId="77777777" w:rsidR="00EB0B06" w:rsidRDefault="00E30BD4">
            <w:pPr>
              <w:bidi/>
              <w:spacing w:before="40" w:after="40" w:line="288" w:lineRule="auto"/>
            </w:pPr>
            <w:r>
              <w:rPr>
                <w:sz w:val="17"/>
                <w:szCs w:val="17"/>
                <w:rtl/>
              </w:rPr>
              <w:t>تحقيق معايير قبول مقاومة 28 يوما، والالتزام عند عدم المطابقة بإجراء اختبار القلب (3 قلوب على الأقل للعنصر) ثم اختبار التحميل بعد 6 أسابيع من الصب على نفقته</w:t>
            </w:r>
          </w:p>
        </w:tc>
        <w:tc>
          <w:tcPr>
            <w:tcW w:w="1361" w:type="dxa"/>
            <w:vAlign w:val="center"/>
          </w:tcPr>
          <w:p w14:paraId="469A2862" w14:textId="77777777" w:rsidR="00EB0B06" w:rsidRDefault="00E30BD4">
            <w:pPr>
              <w:bidi/>
              <w:spacing w:before="40" w:after="40" w:line="288" w:lineRule="auto"/>
            </w:pPr>
            <w:r>
              <w:rPr>
                <w:sz w:val="17"/>
                <w:szCs w:val="17"/>
                <w:rtl/>
              </w:rPr>
              <w:t>ص 46 إلى 49</w:t>
            </w:r>
          </w:p>
        </w:tc>
        <w:tc>
          <w:tcPr>
            <w:tcW w:w="1474" w:type="dxa"/>
            <w:vAlign w:val="center"/>
          </w:tcPr>
          <w:p w14:paraId="230C1B2F" w14:textId="77777777" w:rsidR="00EB0B06" w:rsidRDefault="00E30BD4">
            <w:pPr>
              <w:bidi/>
              <w:spacing w:before="40" w:after="40" w:line="288" w:lineRule="auto"/>
              <w:jc w:val="center"/>
            </w:pPr>
            <w:r>
              <w:rPr>
                <w:sz w:val="17"/>
                <w:szCs w:val="17"/>
                <w:rtl/>
              </w:rPr>
              <w:t>☐ نعم ☐ لا</w:t>
            </w:r>
          </w:p>
        </w:tc>
        <w:tc>
          <w:tcPr>
            <w:tcW w:w="1701" w:type="dxa"/>
            <w:vAlign w:val="center"/>
          </w:tcPr>
          <w:p w14:paraId="227B9CEA" w14:textId="77777777" w:rsidR="00EB0B06" w:rsidRDefault="00E30BD4">
            <w:pPr>
              <w:bidi/>
              <w:spacing w:before="40" w:after="40" w:line="288" w:lineRule="auto"/>
            </w:pPr>
            <w:r>
              <w:rPr>
                <w:sz w:val="17"/>
                <w:szCs w:val="17"/>
                <w:rtl/>
              </w:rPr>
              <w:t>نتائج مكعبات لمشروعات سابقة</w:t>
            </w:r>
          </w:p>
        </w:tc>
      </w:tr>
      <w:tr w:rsidR="00EB0B06" w14:paraId="2FA0289A" w14:textId="77777777">
        <w:trPr>
          <w:cantSplit/>
          <w:trHeight w:val="408"/>
          <w:jc w:val="center"/>
        </w:trPr>
        <w:tc>
          <w:tcPr>
            <w:tcW w:w="454" w:type="dxa"/>
            <w:vAlign w:val="center"/>
          </w:tcPr>
          <w:p w14:paraId="4BED952B" w14:textId="77777777" w:rsidR="00EB0B06" w:rsidRDefault="00E30BD4">
            <w:pPr>
              <w:bidi/>
              <w:spacing w:before="40" w:after="40" w:line="288" w:lineRule="auto"/>
              <w:jc w:val="center"/>
            </w:pPr>
            <w:r>
              <w:rPr>
                <w:sz w:val="17"/>
                <w:szCs w:val="17"/>
                <w:rtl/>
              </w:rPr>
              <w:t>4</w:t>
            </w:r>
          </w:p>
        </w:tc>
        <w:tc>
          <w:tcPr>
            <w:tcW w:w="5102" w:type="dxa"/>
            <w:vAlign w:val="center"/>
          </w:tcPr>
          <w:p w14:paraId="74806111" w14:textId="77777777" w:rsidR="00EB0B06" w:rsidRDefault="00E30BD4">
            <w:pPr>
              <w:bidi/>
              <w:spacing w:before="40" w:after="40" w:line="288" w:lineRule="auto"/>
            </w:pPr>
            <w:r>
              <w:rPr>
                <w:sz w:val="17"/>
                <w:szCs w:val="17"/>
                <w:rtl/>
              </w:rPr>
              <w:t>تقديم شهادات مصنع الحديد مع اختبارات الشد والثني لكل قطر ودفعة، واختبار الوصلات الميكانيكية والملحومة للأقطار 28 مم فأكثر عند 125% من إجهاد الخضوع</w:t>
            </w:r>
          </w:p>
        </w:tc>
        <w:tc>
          <w:tcPr>
            <w:tcW w:w="1361" w:type="dxa"/>
            <w:vAlign w:val="center"/>
          </w:tcPr>
          <w:p w14:paraId="7C18D031" w14:textId="77777777" w:rsidR="00EB0B06" w:rsidRDefault="00E30BD4">
            <w:pPr>
              <w:bidi/>
              <w:spacing w:before="40" w:after="40" w:line="288" w:lineRule="auto"/>
            </w:pPr>
            <w:r>
              <w:rPr>
                <w:sz w:val="17"/>
                <w:szCs w:val="17"/>
                <w:rtl/>
              </w:rPr>
              <w:t>ص 39 إلى 41، 81، 130</w:t>
            </w:r>
          </w:p>
        </w:tc>
        <w:tc>
          <w:tcPr>
            <w:tcW w:w="1474" w:type="dxa"/>
            <w:vAlign w:val="center"/>
          </w:tcPr>
          <w:p w14:paraId="5EF7F44A" w14:textId="77777777" w:rsidR="00EB0B06" w:rsidRDefault="00E30BD4">
            <w:pPr>
              <w:bidi/>
              <w:spacing w:before="40" w:after="40" w:line="288" w:lineRule="auto"/>
              <w:jc w:val="center"/>
            </w:pPr>
            <w:r>
              <w:rPr>
                <w:sz w:val="17"/>
                <w:szCs w:val="17"/>
                <w:rtl/>
              </w:rPr>
              <w:t>☐ نعم ☐ لا</w:t>
            </w:r>
          </w:p>
        </w:tc>
        <w:tc>
          <w:tcPr>
            <w:tcW w:w="1701" w:type="dxa"/>
            <w:vAlign w:val="center"/>
          </w:tcPr>
          <w:p w14:paraId="6963AAE6" w14:textId="77777777" w:rsidR="00EB0B06" w:rsidRDefault="00E30BD4">
            <w:pPr>
              <w:bidi/>
              <w:spacing w:before="40" w:after="40" w:line="288" w:lineRule="auto"/>
            </w:pPr>
            <w:r>
              <w:rPr>
                <w:sz w:val="17"/>
                <w:szCs w:val="17"/>
                <w:rtl/>
              </w:rPr>
              <w:t>نموذج خطة اختبارات الحديد</w:t>
            </w:r>
          </w:p>
        </w:tc>
      </w:tr>
      <w:tr w:rsidR="00EB0B06" w14:paraId="01A068D3" w14:textId="77777777">
        <w:trPr>
          <w:cantSplit/>
          <w:trHeight w:val="408"/>
          <w:jc w:val="center"/>
        </w:trPr>
        <w:tc>
          <w:tcPr>
            <w:tcW w:w="454" w:type="dxa"/>
            <w:vAlign w:val="center"/>
          </w:tcPr>
          <w:p w14:paraId="2E4256C4" w14:textId="77777777" w:rsidR="00EB0B06" w:rsidRDefault="00E30BD4">
            <w:pPr>
              <w:bidi/>
              <w:spacing w:before="40" w:after="40" w:line="288" w:lineRule="auto"/>
              <w:jc w:val="center"/>
            </w:pPr>
            <w:r>
              <w:rPr>
                <w:sz w:val="17"/>
                <w:szCs w:val="17"/>
                <w:rtl/>
              </w:rPr>
              <w:t>5</w:t>
            </w:r>
          </w:p>
        </w:tc>
        <w:tc>
          <w:tcPr>
            <w:tcW w:w="5102" w:type="dxa"/>
            <w:vAlign w:val="center"/>
          </w:tcPr>
          <w:p w14:paraId="4207673C" w14:textId="77777777" w:rsidR="00EB0B06" w:rsidRDefault="00E30BD4">
            <w:pPr>
              <w:bidi/>
              <w:spacing w:before="40" w:after="40" w:line="288" w:lineRule="auto"/>
            </w:pPr>
            <w:r>
              <w:rPr>
                <w:sz w:val="17"/>
                <w:szCs w:val="17"/>
                <w:rtl/>
              </w:rPr>
              <w:t>تسليم الحديد كنقطة توقف قبل الصب: الوصلات بالتبادل بحد أقصى 25% من المساحة في القطاع وتباعد 1.3 طول التماسك، تكثيف الكانات، والغطاء ببسكوت ومباعدات</w:t>
            </w:r>
          </w:p>
        </w:tc>
        <w:tc>
          <w:tcPr>
            <w:tcW w:w="1361" w:type="dxa"/>
            <w:vAlign w:val="center"/>
          </w:tcPr>
          <w:p w14:paraId="31102DF5" w14:textId="77777777" w:rsidR="00EB0B06" w:rsidRDefault="00E30BD4">
            <w:pPr>
              <w:bidi/>
              <w:spacing w:before="40" w:after="40" w:line="288" w:lineRule="auto"/>
            </w:pPr>
            <w:r>
              <w:rPr>
                <w:sz w:val="17"/>
                <w:szCs w:val="17"/>
                <w:rtl/>
              </w:rPr>
              <w:t>ص 81، 107، 125، 129</w:t>
            </w:r>
          </w:p>
        </w:tc>
        <w:tc>
          <w:tcPr>
            <w:tcW w:w="1474" w:type="dxa"/>
            <w:vAlign w:val="center"/>
          </w:tcPr>
          <w:p w14:paraId="54BFDC94" w14:textId="77777777" w:rsidR="00EB0B06" w:rsidRDefault="00E30BD4">
            <w:pPr>
              <w:bidi/>
              <w:spacing w:before="40" w:after="40" w:line="288" w:lineRule="auto"/>
              <w:jc w:val="center"/>
            </w:pPr>
            <w:r>
              <w:rPr>
                <w:sz w:val="17"/>
                <w:szCs w:val="17"/>
                <w:rtl/>
              </w:rPr>
              <w:t>☐ نعم ☐ لا</w:t>
            </w:r>
          </w:p>
        </w:tc>
        <w:tc>
          <w:tcPr>
            <w:tcW w:w="1701" w:type="dxa"/>
            <w:vAlign w:val="center"/>
          </w:tcPr>
          <w:p w14:paraId="5F7E0C08" w14:textId="77777777" w:rsidR="00EB0B06" w:rsidRDefault="00E30BD4">
            <w:pPr>
              <w:bidi/>
              <w:spacing w:before="40" w:after="40" w:line="288" w:lineRule="auto"/>
            </w:pPr>
            <w:r>
              <w:rPr>
                <w:sz w:val="17"/>
                <w:szCs w:val="17"/>
                <w:rtl/>
              </w:rPr>
              <w:t>Method Statement للحدادة</w:t>
            </w:r>
          </w:p>
        </w:tc>
      </w:tr>
      <w:tr w:rsidR="00EB0B06" w14:paraId="76DF628E" w14:textId="77777777">
        <w:trPr>
          <w:cantSplit/>
          <w:trHeight w:val="408"/>
          <w:jc w:val="center"/>
        </w:trPr>
        <w:tc>
          <w:tcPr>
            <w:tcW w:w="454" w:type="dxa"/>
            <w:vAlign w:val="center"/>
          </w:tcPr>
          <w:p w14:paraId="01E218EF" w14:textId="77777777" w:rsidR="00EB0B06" w:rsidRDefault="00E30BD4">
            <w:pPr>
              <w:bidi/>
              <w:spacing w:before="40" w:after="40" w:line="288" w:lineRule="auto"/>
              <w:jc w:val="center"/>
            </w:pPr>
            <w:r>
              <w:rPr>
                <w:sz w:val="17"/>
                <w:szCs w:val="17"/>
                <w:rtl/>
              </w:rPr>
              <w:t>6</w:t>
            </w:r>
          </w:p>
        </w:tc>
        <w:tc>
          <w:tcPr>
            <w:tcW w:w="5102" w:type="dxa"/>
            <w:vAlign w:val="center"/>
          </w:tcPr>
          <w:p w14:paraId="59E337BB" w14:textId="77777777" w:rsidR="00EB0B06" w:rsidRDefault="00E30BD4">
            <w:pPr>
              <w:bidi/>
              <w:spacing w:before="40" w:after="40" w:line="288" w:lineRule="auto"/>
            </w:pPr>
            <w:r>
              <w:rPr>
                <w:sz w:val="17"/>
                <w:szCs w:val="17"/>
                <w:rtl/>
              </w:rPr>
              <w:t>تصميم إنشائي للشدات للأسقف الثقيلة، واستلام أفقية شدة البلاطات في حدود 5 مم لكل 3 م، والفك المبكر عند 70% من مقاومة 28 يوما (75% من الرتبة في المواصفات السعودية) بعينات معالجة بجوار العنصر</w:t>
            </w:r>
          </w:p>
        </w:tc>
        <w:tc>
          <w:tcPr>
            <w:tcW w:w="1361" w:type="dxa"/>
            <w:vAlign w:val="center"/>
          </w:tcPr>
          <w:p w14:paraId="7CDDDB07" w14:textId="77777777" w:rsidR="00EB0B06" w:rsidRDefault="00E30BD4">
            <w:pPr>
              <w:bidi/>
              <w:spacing w:before="40" w:after="40" w:line="288" w:lineRule="auto"/>
            </w:pPr>
            <w:r>
              <w:rPr>
                <w:sz w:val="17"/>
                <w:szCs w:val="17"/>
                <w:rtl/>
              </w:rPr>
              <w:t>ص 115، 120، ملحق مصور ص 18 إلى 20</w:t>
            </w:r>
          </w:p>
        </w:tc>
        <w:tc>
          <w:tcPr>
            <w:tcW w:w="1474" w:type="dxa"/>
            <w:vAlign w:val="center"/>
          </w:tcPr>
          <w:p w14:paraId="6628A82E" w14:textId="77777777" w:rsidR="00EB0B06" w:rsidRDefault="00E30BD4">
            <w:pPr>
              <w:bidi/>
              <w:spacing w:before="40" w:after="40" w:line="288" w:lineRule="auto"/>
              <w:jc w:val="center"/>
            </w:pPr>
            <w:r>
              <w:rPr>
                <w:sz w:val="17"/>
                <w:szCs w:val="17"/>
                <w:rtl/>
              </w:rPr>
              <w:t>☐ نعم ☐ لا</w:t>
            </w:r>
          </w:p>
        </w:tc>
        <w:tc>
          <w:tcPr>
            <w:tcW w:w="1701" w:type="dxa"/>
            <w:vAlign w:val="center"/>
          </w:tcPr>
          <w:p w14:paraId="40C8EAAA" w14:textId="77777777" w:rsidR="00EB0B06" w:rsidRDefault="00E30BD4">
            <w:pPr>
              <w:bidi/>
              <w:spacing w:before="40" w:after="40" w:line="288" w:lineRule="auto"/>
            </w:pPr>
            <w:r>
              <w:rPr>
                <w:sz w:val="17"/>
                <w:szCs w:val="17"/>
                <w:rtl/>
              </w:rPr>
              <w:t>حسابات الشدات وإجراء الفك</w:t>
            </w:r>
          </w:p>
        </w:tc>
      </w:tr>
      <w:tr w:rsidR="00EB0B06" w14:paraId="46E5205F" w14:textId="77777777">
        <w:trPr>
          <w:cantSplit/>
          <w:trHeight w:val="408"/>
          <w:jc w:val="center"/>
        </w:trPr>
        <w:tc>
          <w:tcPr>
            <w:tcW w:w="454" w:type="dxa"/>
            <w:vAlign w:val="center"/>
          </w:tcPr>
          <w:p w14:paraId="72D4E9E1" w14:textId="77777777" w:rsidR="00EB0B06" w:rsidRDefault="00E30BD4">
            <w:pPr>
              <w:bidi/>
              <w:spacing w:before="40" w:after="40" w:line="288" w:lineRule="auto"/>
              <w:jc w:val="center"/>
            </w:pPr>
            <w:r>
              <w:rPr>
                <w:sz w:val="17"/>
                <w:szCs w:val="17"/>
                <w:rtl/>
              </w:rPr>
              <w:t>7</w:t>
            </w:r>
          </w:p>
        </w:tc>
        <w:tc>
          <w:tcPr>
            <w:tcW w:w="5102" w:type="dxa"/>
            <w:vAlign w:val="center"/>
          </w:tcPr>
          <w:p w14:paraId="6D1D4629" w14:textId="77777777" w:rsidR="00EB0B06" w:rsidRDefault="00E30BD4">
            <w:pPr>
              <w:bidi/>
              <w:spacing w:before="40" w:after="40" w:line="288" w:lineRule="auto"/>
            </w:pPr>
            <w:r>
              <w:rPr>
                <w:sz w:val="17"/>
                <w:szCs w:val="17"/>
                <w:rtl/>
              </w:rPr>
              <w:t>دمك الردم والإحلال على طبقات 20 إلى 25 سم بنسبة لا تقل عن 95% مع اختبار كثافة حقلية لكل 100 م2 لكل طبقة (3 اختبارات على الأقل)</w:t>
            </w:r>
          </w:p>
        </w:tc>
        <w:tc>
          <w:tcPr>
            <w:tcW w:w="1361" w:type="dxa"/>
            <w:vAlign w:val="center"/>
          </w:tcPr>
          <w:p w14:paraId="1719829E" w14:textId="77777777" w:rsidR="00EB0B06" w:rsidRDefault="00E30BD4">
            <w:pPr>
              <w:bidi/>
              <w:spacing w:before="40" w:after="40" w:line="288" w:lineRule="auto"/>
            </w:pPr>
            <w:r>
              <w:rPr>
                <w:sz w:val="17"/>
                <w:szCs w:val="17"/>
                <w:rtl/>
              </w:rPr>
              <w:t>ص 50، 60، 61، 95</w:t>
            </w:r>
          </w:p>
        </w:tc>
        <w:tc>
          <w:tcPr>
            <w:tcW w:w="1474" w:type="dxa"/>
            <w:vAlign w:val="center"/>
          </w:tcPr>
          <w:p w14:paraId="48B49448" w14:textId="77777777" w:rsidR="00EB0B06" w:rsidRDefault="00E30BD4">
            <w:pPr>
              <w:bidi/>
              <w:spacing w:before="40" w:after="40" w:line="288" w:lineRule="auto"/>
              <w:jc w:val="center"/>
            </w:pPr>
            <w:r>
              <w:rPr>
                <w:sz w:val="17"/>
                <w:szCs w:val="17"/>
                <w:rtl/>
              </w:rPr>
              <w:t>☐ نعم ☐ لا</w:t>
            </w:r>
          </w:p>
        </w:tc>
        <w:tc>
          <w:tcPr>
            <w:tcW w:w="1701" w:type="dxa"/>
            <w:vAlign w:val="center"/>
          </w:tcPr>
          <w:p w14:paraId="52A9606D" w14:textId="77777777" w:rsidR="00EB0B06" w:rsidRDefault="00E30BD4">
            <w:pPr>
              <w:bidi/>
              <w:spacing w:before="40" w:after="40" w:line="288" w:lineRule="auto"/>
            </w:pPr>
            <w:r>
              <w:rPr>
                <w:sz w:val="17"/>
                <w:szCs w:val="17"/>
                <w:rtl/>
              </w:rPr>
              <w:t>Method Statement للردم ونتائج سابقة</w:t>
            </w:r>
          </w:p>
        </w:tc>
      </w:tr>
      <w:tr w:rsidR="00EB0B06" w14:paraId="223E2D18" w14:textId="77777777">
        <w:trPr>
          <w:cantSplit/>
          <w:trHeight w:val="408"/>
          <w:jc w:val="center"/>
        </w:trPr>
        <w:tc>
          <w:tcPr>
            <w:tcW w:w="454" w:type="dxa"/>
            <w:vAlign w:val="center"/>
          </w:tcPr>
          <w:p w14:paraId="5F17B021" w14:textId="77777777" w:rsidR="00EB0B06" w:rsidRDefault="00E30BD4">
            <w:pPr>
              <w:bidi/>
              <w:spacing w:before="40" w:after="40" w:line="288" w:lineRule="auto"/>
              <w:jc w:val="center"/>
            </w:pPr>
            <w:r>
              <w:rPr>
                <w:sz w:val="17"/>
                <w:szCs w:val="17"/>
                <w:rtl/>
              </w:rPr>
              <w:t>8</w:t>
            </w:r>
          </w:p>
        </w:tc>
        <w:tc>
          <w:tcPr>
            <w:tcW w:w="5102" w:type="dxa"/>
            <w:vAlign w:val="center"/>
          </w:tcPr>
          <w:p w14:paraId="2ACCD71A" w14:textId="77777777" w:rsidR="00EB0B06" w:rsidRDefault="00E30BD4">
            <w:pPr>
              <w:bidi/>
              <w:spacing w:before="40" w:after="40" w:line="288" w:lineRule="auto"/>
            </w:pPr>
            <w:r>
              <w:rPr>
                <w:sz w:val="17"/>
                <w:szCs w:val="17"/>
                <w:rtl/>
              </w:rPr>
              <w:t>رأسية الأعمدة في حدود 5 مم لكل 6 م بعد الفك، وتطبيق احتياطات الصب في الطقس الحار حسب ACI 305 عند تجاوز حرارة الجو 36 درجة في الظل</w:t>
            </w:r>
          </w:p>
        </w:tc>
        <w:tc>
          <w:tcPr>
            <w:tcW w:w="1361" w:type="dxa"/>
            <w:vAlign w:val="center"/>
          </w:tcPr>
          <w:p w14:paraId="0F64D69E" w14:textId="77777777" w:rsidR="00EB0B06" w:rsidRDefault="00E30BD4">
            <w:pPr>
              <w:bidi/>
              <w:spacing w:before="40" w:after="40" w:line="288" w:lineRule="auto"/>
            </w:pPr>
            <w:r>
              <w:rPr>
                <w:sz w:val="17"/>
                <w:szCs w:val="17"/>
                <w:rtl/>
              </w:rPr>
              <w:t>ص 64، 111، 132</w:t>
            </w:r>
          </w:p>
        </w:tc>
        <w:tc>
          <w:tcPr>
            <w:tcW w:w="1474" w:type="dxa"/>
            <w:vAlign w:val="center"/>
          </w:tcPr>
          <w:p w14:paraId="2A8A1A88" w14:textId="77777777" w:rsidR="00EB0B06" w:rsidRDefault="00E30BD4">
            <w:pPr>
              <w:bidi/>
              <w:spacing w:before="40" w:after="40" w:line="288" w:lineRule="auto"/>
              <w:jc w:val="center"/>
            </w:pPr>
            <w:r>
              <w:rPr>
                <w:sz w:val="17"/>
                <w:szCs w:val="17"/>
                <w:rtl/>
              </w:rPr>
              <w:t>☐ نعم ☐ لا</w:t>
            </w:r>
          </w:p>
        </w:tc>
        <w:tc>
          <w:tcPr>
            <w:tcW w:w="1701" w:type="dxa"/>
            <w:vAlign w:val="center"/>
          </w:tcPr>
          <w:p w14:paraId="0F28908D" w14:textId="77777777" w:rsidR="00EB0B06" w:rsidRDefault="00E30BD4">
            <w:pPr>
              <w:bidi/>
              <w:spacing w:before="40" w:after="40" w:line="288" w:lineRule="auto"/>
            </w:pPr>
            <w:r>
              <w:rPr>
                <w:sz w:val="17"/>
                <w:szCs w:val="17"/>
                <w:rtl/>
              </w:rPr>
              <w:t>إجراء الصب في الطقس الحار</w:t>
            </w:r>
          </w:p>
        </w:tc>
      </w:tr>
    </w:tbl>
    <w:p w14:paraId="4654AA37" w14:textId="77777777" w:rsidR="00EB0B06" w:rsidRDefault="00EB0B06">
      <w:pPr>
        <w:bidi/>
        <w:spacing w:after="40"/>
      </w:pPr>
    </w:p>
    <w:p w14:paraId="3912D82C" w14:textId="77777777" w:rsidR="00EB0B06" w:rsidRDefault="00E30BD4">
      <w:pPr>
        <w:keepNext/>
        <w:bidi/>
        <w:spacing w:after="120"/>
        <w:outlineLvl w:val="1"/>
      </w:pPr>
      <w:r>
        <w:rPr>
          <w:b/>
          <w:bCs/>
          <w:color w:val="052976"/>
          <w:sz w:val="25"/>
          <w:szCs w:val="25"/>
          <w:rtl/>
        </w:rPr>
        <w:t>9.2 تشطيبات   ☐ ينطبق</w:t>
      </w:r>
    </w:p>
    <w:tbl>
      <w:tblPr>
        <w:tblStyle w:val="TableGrid"/>
        <w:bidiVisual/>
        <w:tblW w:w="0" w:type="auto"/>
        <w:jc w:val="center"/>
        <w:tblLayout w:type="fixed"/>
        <w:tblLook w:val="04A0" w:firstRow="1" w:lastRow="0" w:firstColumn="1" w:lastColumn="0" w:noHBand="0" w:noVBand="1"/>
      </w:tblPr>
      <w:tblGrid>
        <w:gridCol w:w="454"/>
        <w:gridCol w:w="5102"/>
        <w:gridCol w:w="1361"/>
        <w:gridCol w:w="1474"/>
        <w:gridCol w:w="1701"/>
      </w:tblGrid>
      <w:tr w:rsidR="00EB0B06" w14:paraId="7DF66A5A" w14:textId="77777777">
        <w:trPr>
          <w:cantSplit/>
          <w:trHeight w:val="408"/>
          <w:tblHeader/>
          <w:jc w:val="center"/>
        </w:trPr>
        <w:tc>
          <w:tcPr>
            <w:tcW w:w="454" w:type="dxa"/>
            <w:shd w:val="clear" w:color="auto" w:fill="052976"/>
            <w:vAlign w:val="center"/>
          </w:tcPr>
          <w:p w14:paraId="22FBE1CF" w14:textId="77777777" w:rsidR="00EB0B06" w:rsidRDefault="00E30BD4">
            <w:pPr>
              <w:bidi/>
              <w:spacing w:before="40" w:after="40" w:line="288" w:lineRule="auto"/>
              <w:jc w:val="center"/>
            </w:pPr>
            <w:r>
              <w:rPr>
                <w:b/>
                <w:bCs/>
                <w:color w:val="FFFFFF"/>
                <w:sz w:val="19"/>
                <w:szCs w:val="19"/>
                <w:rtl/>
              </w:rPr>
              <w:t>م</w:t>
            </w:r>
          </w:p>
        </w:tc>
        <w:tc>
          <w:tcPr>
            <w:tcW w:w="5102" w:type="dxa"/>
            <w:shd w:val="clear" w:color="auto" w:fill="052976"/>
            <w:vAlign w:val="center"/>
          </w:tcPr>
          <w:p w14:paraId="3412832A" w14:textId="77777777" w:rsidR="00EB0B06" w:rsidRDefault="00E30BD4">
            <w:pPr>
              <w:bidi/>
              <w:spacing w:before="40" w:after="40" w:line="288" w:lineRule="auto"/>
              <w:jc w:val="center"/>
            </w:pPr>
            <w:r>
              <w:rPr>
                <w:b/>
                <w:bCs/>
                <w:color w:val="FFFFFF"/>
                <w:sz w:val="19"/>
                <w:szCs w:val="19"/>
                <w:rtl/>
              </w:rPr>
              <w:t>معيار القبول الذي يلتزم به المقاول</w:t>
            </w:r>
          </w:p>
        </w:tc>
        <w:tc>
          <w:tcPr>
            <w:tcW w:w="1361" w:type="dxa"/>
            <w:shd w:val="clear" w:color="auto" w:fill="052976"/>
            <w:vAlign w:val="center"/>
          </w:tcPr>
          <w:p w14:paraId="453EA83E" w14:textId="77777777" w:rsidR="00EB0B06" w:rsidRDefault="00E30BD4">
            <w:pPr>
              <w:bidi/>
              <w:spacing w:before="40" w:after="40" w:line="288" w:lineRule="auto"/>
              <w:jc w:val="center"/>
            </w:pPr>
            <w:r>
              <w:rPr>
                <w:b/>
                <w:bCs/>
                <w:color w:val="FFFFFF"/>
                <w:sz w:val="19"/>
                <w:szCs w:val="19"/>
                <w:rtl/>
              </w:rPr>
              <w:t>المرجع</w:t>
            </w:r>
          </w:p>
        </w:tc>
        <w:tc>
          <w:tcPr>
            <w:tcW w:w="1474" w:type="dxa"/>
            <w:shd w:val="clear" w:color="auto" w:fill="052976"/>
            <w:vAlign w:val="center"/>
          </w:tcPr>
          <w:p w14:paraId="0FC91F07" w14:textId="77777777" w:rsidR="00EB0B06" w:rsidRDefault="00E30BD4">
            <w:pPr>
              <w:bidi/>
              <w:spacing w:before="40" w:after="40" w:line="288" w:lineRule="auto"/>
              <w:jc w:val="center"/>
            </w:pPr>
            <w:r>
              <w:rPr>
                <w:b/>
                <w:bCs/>
                <w:color w:val="FFFFFF"/>
                <w:sz w:val="19"/>
                <w:szCs w:val="19"/>
                <w:rtl/>
              </w:rPr>
              <w:t>الالتزام</w:t>
            </w:r>
          </w:p>
        </w:tc>
        <w:tc>
          <w:tcPr>
            <w:tcW w:w="1701" w:type="dxa"/>
            <w:shd w:val="clear" w:color="auto" w:fill="052976"/>
            <w:vAlign w:val="center"/>
          </w:tcPr>
          <w:p w14:paraId="31B8147A" w14:textId="77777777" w:rsidR="00EB0B06" w:rsidRDefault="00E30BD4">
            <w:pPr>
              <w:bidi/>
              <w:spacing w:before="40" w:after="40" w:line="288" w:lineRule="auto"/>
              <w:jc w:val="center"/>
            </w:pPr>
            <w:r>
              <w:rPr>
                <w:b/>
                <w:bCs/>
                <w:color w:val="FFFFFF"/>
                <w:sz w:val="19"/>
                <w:szCs w:val="19"/>
                <w:rtl/>
              </w:rPr>
              <w:t>الدليل المرفق</w:t>
            </w:r>
          </w:p>
        </w:tc>
      </w:tr>
      <w:tr w:rsidR="00EB0B06" w14:paraId="684959D6" w14:textId="77777777">
        <w:trPr>
          <w:cantSplit/>
          <w:trHeight w:val="408"/>
          <w:jc w:val="center"/>
        </w:trPr>
        <w:tc>
          <w:tcPr>
            <w:tcW w:w="454" w:type="dxa"/>
            <w:vAlign w:val="center"/>
          </w:tcPr>
          <w:p w14:paraId="715AFD52" w14:textId="77777777" w:rsidR="00EB0B06" w:rsidRDefault="00E30BD4">
            <w:pPr>
              <w:bidi/>
              <w:spacing w:before="40" w:after="40" w:line="288" w:lineRule="auto"/>
              <w:jc w:val="center"/>
            </w:pPr>
            <w:r>
              <w:rPr>
                <w:sz w:val="17"/>
                <w:szCs w:val="17"/>
                <w:rtl/>
              </w:rPr>
              <w:t>1</w:t>
            </w:r>
          </w:p>
        </w:tc>
        <w:tc>
          <w:tcPr>
            <w:tcW w:w="5102" w:type="dxa"/>
            <w:vAlign w:val="center"/>
          </w:tcPr>
          <w:p w14:paraId="4AB53218" w14:textId="77777777" w:rsidR="00EB0B06" w:rsidRDefault="00E30BD4">
            <w:pPr>
              <w:bidi/>
              <w:spacing w:before="40" w:after="40" w:line="288" w:lineRule="auto"/>
            </w:pPr>
            <w:r>
              <w:rPr>
                <w:sz w:val="17"/>
                <w:szCs w:val="17"/>
                <w:rtl/>
              </w:rPr>
              <w:t>مطابقة البلوك والمونة لاختبارات القبول: البلوك المفرغ 35.2 كجم/سم2 للعينة و42.2 كجم/سم2 للمتوسط، ومكعبات مونة 3 عينات لكل 2000 وحدة</w:t>
            </w:r>
          </w:p>
        </w:tc>
        <w:tc>
          <w:tcPr>
            <w:tcW w:w="1361" w:type="dxa"/>
            <w:vAlign w:val="center"/>
          </w:tcPr>
          <w:p w14:paraId="244F8D93" w14:textId="77777777" w:rsidR="00EB0B06" w:rsidRDefault="00E30BD4">
            <w:pPr>
              <w:bidi/>
              <w:spacing w:before="40" w:after="40" w:line="288" w:lineRule="auto"/>
            </w:pPr>
            <w:r>
              <w:rPr>
                <w:sz w:val="17"/>
                <w:szCs w:val="17"/>
                <w:rtl/>
              </w:rPr>
              <w:t>ص 160 إلى 161</w:t>
            </w:r>
          </w:p>
        </w:tc>
        <w:tc>
          <w:tcPr>
            <w:tcW w:w="1474" w:type="dxa"/>
            <w:vAlign w:val="center"/>
          </w:tcPr>
          <w:p w14:paraId="1AF7057D" w14:textId="77777777" w:rsidR="00EB0B06" w:rsidRDefault="00E30BD4">
            <w:pPr>
              <w:bidi/>
              <w:spacing w:before="40" w:after="40" w:line="288" w:lineRule="auto"/>
              <w:jc w:val="center"/>
            </w:pPr>
            <w:r>
              <w:rPr>
                <w:sz w:val="17"/>
                <w:szCs w:val="17"/>
                <w:rtl/>
              </w:rPr>
              <w:t>☐ نعم ☐ لا</w:t>
            </w:r>
          </w:p>
        </w:tc>
        <w:tc>
          <w:tcPr>
            <w:tcW w:w="1701" w:type="dxa"/>
            <w:vAlign w:val="center"/>
          </w:tcPr>
          <w:p w14:paraId="119A5206" w14:textId="77777777" w:rsidR="00EB0B06" w:rsidRDefault="00E30BD4">
            <w:pPr>
              <w:bidi/>
              <w:spacing w:before="40" w:after="40" w:line="288" w:lineRule="auto"/>
            </w:pPr>
            <w:r>
              <w:rPr>
                <w:sz w:val="17"/>
                <w:szCs w:val="17"/>
                <w:rtl/>
              </w:rPr>
              <w:t>نتائج اختبارات مواد مشروعات سابقة</w:t>
            </w:r>
          </w:p>
        </w:tc>
      </w:tr>
      <w:tr w:rsidR="00EB0B06" w14:paraId="269FEF7F" w14:textId="77777777">
        <w:trPr>
          <w:cantSplit/>
          <w:trHeight w:val="408"/>
          <w:jc w:val="center"/>
        </w:trPr>
        <w:tc>
          <w:tcPr>
            <w:tcW w:w="454" w:type="dxa"/>
            <w:vAlign w:val="center"/>
          </w:tcPr>
          <w:p w14:paraId="610866A5" w14:textId="77777777" w:rsidR="00EB0B06" w:rsidRDefault="00E30BD4">
            <w:pPr>
              <w:bidi/>
              <w:spacing w:before="40" w:after="40" w:line="288" w:lineRule="auto"/>
              <w:jc w:val="center"/>
            </w:pPr>
            <w:r>
              <w:rPr>
                <w:sz w:val="17"/>
                <w:szCs w:val="17"/>
                <w:rtl/>
              </w:rPr>
              <w:t>2</w:t>
            </w:r>
          </w:p>
        </w:tc>
        <w:tc>
          <w:tcPr>
            <w:tcW w:w="5102" w:type="dxa"/>
            <w:vAlign w:val="center"/>
          </w:tcPr>
          <w:p w14:paraId="1A56A41B" w14:textId="77777777" w:rsidR="00EB0B06" w:rsidRDefault="00E30BD4">
            <w:pPr>
              <w:bidi/>
              <w:spacing w:before="40" w:after="40" w:line="288" w:lineRule="auto"/>
            </w:pPr>
            <w:r>
              <w:rPr>
                <w:sz w:val="17"/>
                <w:szCs w:val="17"/>
                <w:rtl/>
              </w:rPr>
              <w:t>تنفيذ المباني بارتفاع لا يزيد عن 1.2 م في الدفعة، وأسياخ ربط بالأعمدة كل 50 سم، وفاصل مرن 12 إلى 25 مم أسفل الكمرات، وعدم استخدام المونة بعد ساعة من خلطها مع اختبار فيكات إذا تجاوزت 30 دقيقة</w:t>
            </w:r>
          </w:p>
        </w:tc>
        <w:tc>
          <w:tcPr>
            <w:tcW w:w="1361" w:type="dxa"/>
            <w:vAlign w:val="center"/>
          </w:tcPr>
          <w:p w14:paraId="08E26353" w14:textId="77777777" w:rsidR="00EB0B06" w:rsidRDefault="00E30BD4">
            <w:pPr>
              <w:bidi/>
              <w:spacing w:before="40" w:after="40" w:line="288" w:lineRule="auto"/>
            </w:pPr>
            <w:r>
              <w:rPr>
                <w:sz w:val="17"/>
                <w:szCs w:val="17"/>
                <w:rtl/>
              </w:rPr>
              <w:t>ص 162 إلى 165، 379</w:t>
            </w:r>
          </w:p>
        </w:tc>
        <w:tc>
          <w:tcPr>
            <w:tcW w:w="1474" w:type="dxa"/>
            <w:vAlign w:val="center"/>
          </w:tcPr>
          <w:p w14:paraId="70090D83" w14:textId="77777777" w:rsidR="00EB0B06" w:rsidRDefault="00E30BD4">
            <w:pPr>
              <w:bidi/>
              <w:spacing w:before="40" w:after="40" w:line="288" w:lineRule="auto"/>
              <w:jc w:val="center"/>
            </w:pPr>
            <w:r>
              <w:rPr>
                <w:sz w:val="17"/>
                <w:szCs w:val="17"/>
                <w:rtl/>
              </w:rPr>
              <w:t>☐ نعم ☐ لا</w:t>
            </w:r>
          </w:p>
        </w:tc>
        <w:tc>
          <w:tcPr>
            <w:tcW w:w="1701" w:type="dxa"/>
            <w:vAlign w:val="center"/>
          </w:tcPr>
          <w:p w14:paraId="26585ACB" w14:textId="77777777" w:rsidR="00EB0B06" w:rsidRDefault="00E30BD4">
            <w:pPr>
              <w:bidi/>
              <w:spacing w:before="40" w:after="40" w:line="288" w:lineRule="auto"/>
            </w:pPr>
            <w:r>
              <w:rPr>
                <w:sz w:val="17"/>
                <w:szCs w:val="17"/>
                <w:rtl/>
              </w:rPr>
              <w:t>Method Statement للمباني</w:t>
            </w:r>
          </w:p>
        </w:tc>
      </w:tr>
      <w:tr w:rsidR="00EB0B06" w14:paraId="26C90537" w14:textId="77777777">
        <w:trPr>
          <w:cantSplit/>
          <w:trHeight w:val="408"/>
          <w:jc w:val="center"/>
        </w:trPr>
        <w:tc>
          <w:tcPr>
            <w:tcW w:w="454" w:type="dxa"/>
            <w:vAlign w:val="center"/>
          </w:tcPr>
          <w:p w14:paraId="60B39521" w14:textId="77777777" w:rsidR="00EB0B06" w:rsidRDefault="00E30BD4">
            <w:pPr>
              <w:bidi/>
              <w:spacing w:before="40" w:after="40" w:line="288" w:lineRule="auto"/>
              <w:jc w:val="center"/>
            </w:pPr>
            <w:r>
              <w:rPr>
                <w:sz w:val="17"/>
                <w:szCs w:val="17"/>
                <w:rtl/>
              </w:rPr>
              <w:t>3</w:t>
            </w:r>
          </w:p>
        </w:tc>
        <w:tc>
          <w:tcPr>
            <w:tcW w:w="5102" w:type="dxa"/>
            <w:vAlign w:val="center"/>
          </w:tcPr>
          <w:p w14:paraId="646D0374" w14:textId="77777777" w:rsidR="00EB0B06" w:rsidRDefault="00E30BD4">
            <w:pPr>
              <w:bidi/>
              <w:spacing w:before="40" w:after="40" w:line="288" w:lineRule="auto"/>
            </w:pPr>
            <w:r>
              <w:rPr>
                <w:sz w:val="17"/>
                <w:szCs w:val="17"/>
                <w:rtl/>
              </w:rPr>
              <w:t>استواء اللياسة بحد أقصى 3 مم تحت قدة 3 م وخلوها من التطبيل، مع شبك عند التقاء الخرسانة بالمباني وأوتار لا تتباعد أكثر من 2 م</w:t>
            </w:r>
          </w:p>
        </w:tc>
        <w:tc>
          <w:tcPr>
            <w:tcW w:w="1361" w:type="dxa"/>
            <w:vAlign w:val="center"/>
          </w:tcPr>
          <w:p w14:paraId="452A6BA2" w14:textId="77777777" w:rsidR="00EB0B06" w:rsidRDefault="00E30BD4">
            <w:pPr>
              <w:bidi/>
              <w:spacing w:before="40" w:after="40" w:line="288" w:lineRule="auto"/>
            </w:pPr>
            <w:r>
              <w:rPr>
                <w:sz w:val="17"/>
                <w:szCs w:val="17"/>
                <w:rtl/>
              </w:rPr>
              <w:t>ص 176، ملحق مصور ص 29 إلى 33</w:t>
            </w:r>
          </w:p>
        </w:tc>
        <w:tc>
          <w:tcPr>
            <w:tcW w:w="1474" w:type="dxa"/>
            <w:vAlign w:val="center"/>
          </w:tcPr>
          <w:p w14:paraId="076FEE50" w14:textId="77777777" w:rsidR="00EB0B06" w:rsidRDefault="00E30BD4">
            <w:pPr>
              <w:bidi/>
              <w:spacing w:before="40" w:after="40" w:line="288" w:lineRule="auto"/>
              <w:jc w:val="center"/>
            </w:pPr>
            <w:r>
              <w:rPr>
                <w:sz w:val="17"/>
                <w:szCs w:val="17"/>
                <w:rtl/>
              </w:rPr>
              <w:t>☐ نعم ☐ لا</w:t>
            </w:r>
          </w:p>
        </w:tc>
        <w:tc>
          <w:tcPr>
            <w:tcW w:w="1701" w:type="dxa"/>
            <w:vAlign w:val="center"/>
          </w:tcPr>
          <w:p w14:paraId="6C1618F9" w14:textId="77777777" w:rsidR="00EB0B06" w:rsidRDefault="00E30BD4">
            <w:pPr>
              <w:bidi/>
              <w:spacing w:before="40" w:after="40" w:line="288" w:lineRule="auto"/>
            </w:pPr>
            <w:r>
              <w:rPr>
                <w:sz w:val="17"/>
                <w:szCs w:val="17"/>
                <w:rtl/>
              </w:rPr>
              <w:t>Method Statement للياسة</w:t>
            </w:r>
          </w:p>
        </w:tc>
      </w:tr>
      <w:tr w:rsidR="00EB0B06" w14:paraId="22F6EC8E" w14:textId="77777777">
        <w:trPr>
          <w:cantSplit/>
          <w:trHeight w:val="408"/>
          <w:jc w:val="center"/>
        </w:trPr>
        <w:tc>
          <w:tcPr>
            <w:tcW w:w="454" w:type="dxa"/>
            <w:vAlign w:val="center"/>
          </w:tcPr>
          <w:p w14:paraId="08D9D318" w14:textId="77777777" w:rsidR="00EB0B06" w:rsidRDefault="00E30BD4">
            <w:pPr>
              <w:bidi/>
              <w:spacing w:before="40" w:after="40" w:line="288" w:lineRule="auto"/>
              <w:jc w:val="center"/>
            </w:pPr>
            <w:r>
              <w:rPr>
                <w:sz w:val="17"/>
                <w:szCs w:val="17"/>
                <w:rtl/>
              </w:rPr>
              <w:t>4</w:t>
            </w:r>
          </w:p>
        </w:tc>
        <w:tc>
          <w:tcPr>
            <w:tcW w:w="5102" w:type="dxa"/>
            <w:vAlign w:val="center"/>
          </w:tcPr>
          <w:p w14:paraId="2783F778" w14:textId="77777777" w:rsidR="00EB0B06" w:rsidRDefault="00E30BD4">
            <w:pPr>
              <w:bidi/>
              <w:spacing w:before="40" w:after="40" w:line="288" w:lineRule="auto"/>
            </w:pPr>
            <w:r>
              <w:rPr>
                <w:sz w:val="17"/>
                <w:szCs w:val="17"/>
                <w:rtl/>
              </w:rPr>
              <w:t>تركيب البلاط والسيراميك دون تطبيل عند الطرق، وتغطية ظهر بلاط الحوائط 80% على الأقل و100% بالمناطق الرطبة، واختبار ميول أرضيات الحمامات بالماء</w:t>
            </w:r>
          </w:p>
        </w:tc>
        <w:tc>
          <w:tcPr>
            <w:tcW w:w="1361" w:type="dxa"/>
            <w:vAlign w:val="center"/>
          </w:tcPr>
          <w:p w14:paraId="0CB96F78" w14:textId="77777777" w:rsidR="00EB0B06" w:rsidRDefault="00E30BD4">
            <w:pPr>
              <w:bidi/>
              <w:spacing w:before="40" w:after="40" w:line="288" w:lineRule="auto"/>
            </w:pPr>
            <w:r>
              <w:rPr>
                <w:sz w:val="17"/>
                <w:szCs w:val="17"/>
                <w:rtl/>
              </w:rPr>
              <w:t>ص 182، 185، 296</w:t>
            </w:r>
          </w:p>
        </w:tc>
        <w:tc>
          <w:tcPr>
            <w:tcW w:w="1474" w:type="dxa"/>
            <w:vAlign w:val="center"/>
          </w:tcPr>
          <w:p w14:paraId="40F5FCE6" w14:textId="77777777" w:rsidR="00EB0B06" w:rsidRDefault="00E30BD4">
            <w:pPr>
              <w:bidi/>
              <w:spacing w:before="40" w:after="40" w:line="288" w:lineRule="auto"/>
              <w:jc w:val="center"/>
            </w:pPr>
            <w:r>
              <w:rPr>
                <w:sz w:val="17"/>
                <w:szCs w:val="17"/>
                <w:rtl/>
              </w:rPr>
              <w:t>☐ نعم ☐ لا</w:t>
            </w:r>
          </w:p>
        </w:tc>
        <w:tc>
          <w:tcPr>
            <w:tcW w:w="1701" w:type="dxa"/>
            <w:vAlign w:val="center"/>
          </w:tcPr>
          <w:p w14:paraId="37F3E723" w14:textId="77777777" w:rsidR="00EB0B06" w:rsidRDefault="00E30BD4">
            <w:pPr>
              <w:bidi/>
              <w:spacing w:before="40" w:after="40" w:line="288" w:lineRule="auto"/>
            </w:pPr>
            <w:r>
              <w:rPr>
                <w:sz w:val="17"/>
                <w:szCs w:val="17"/>
                <w:rtl/>
              </w:rPr>
              <w:t>Method Statement للتبليط</w:t>
            </w:r>
          </w:p>
        </w:tc>
      </w:tr>
      <w:tr w:rsidR="00EB0B06" w14:paraId="3651F21A" w14:textId="77777777">
        <w:trPr>
          <w:cantSplit/>
          <w:trHeight w:val="408"/>
          <w:jc w:val="center"/>
        </w:trPr>
        <w:tc>
          <w:tcPr>
            <w:tcW w:w="454" w:type="dxa"/>
            <w:vAlign w:val="center"/>
          </w:tcPr>
          <w:p w14:paraId="75DDB7F5" w14:textId="77777777" w:rsidR="00EB0B06" w:rsidRDefault="00E30BD4">
            <w:pPr>
              <w:bidi/>
              <w:spacing w:before="40" w:after="40" w:line="288" w:lineRule="auto"/>
              <w:jc w:val="center"/>
            </w:pPr>
            <w:r>
              <w:rPr>
                <w:sz w:val="17"/>
                <w:szCs w:val="17"/>
                <w:rtl/>
              </w:rPr>
              <w:t>5</w:t>
            </w:r>
          </w:p>
        </w:tc>
        <w:tc>
          <w:tcPr>
            <w:tcW w:w="5102" w:type="dxa"/>
            <w:vAlign w:val="center"/>
          </w:tcPr>
          <w:p w14:paraId="55E730EE" w14:textId="77777777" w:rsidR="00EB0B06" w:rsidRDefault="00E30BD4">
            <w:pPr>
              <w:bidi/>
              <w:spacing w:before="40" w:after="40" w:line="288" w:lineRule="auto"/>
            </w:pPr>
            <w:r>
              <w:rPr>
                <w:sz w:val="17"/>
                <w:szCs w:val="17"/>
                <w:rtl/>
              </w:rPr>
              <w:t>قياس رطوبة اللياسة قبل الدهان بحد أقصى 12% وقياس سمك الدهان الرطب والجاف لكل طبقة</w:t>
            </w:r>
          </w:p>
        </w:tc>
        <w:tc>
          <w:tcPr>
            <w:tcW w:w="1361" w:type="dxa"/>
            <w:vAlign w:val="center"/>
          </w:tcPr>
          <w:p w14:paraId="214D0F47" w14:textId="77777777" w:rsidR="00EB0B06" w:rsidRDefault="00E30BD4">
            <w:pPr>
              <w:bidi/>
              <w:spacing w:before="40" w:after="40" w:line="288" w:lineRule="auto"/>
            </w:pPr>
            <w:r>
              <w:rPr>
                <w:sz w:val="17"/>
                <w:szCs w:val="17"/>
                <w:rtl/>
              </w:rPr>
              <w:t>ص 202، ملحق مصور ص 43</w:t>
            </w:r>
          </w:p>
        </w:tc>
        <w:tc>
          <w:tcPr>
            <w:tcW w:w="1474" w:type="dxa"/>
            <w:vAlign w:val="center"/>
          </w:tcPr>
          <w:p w14:paraId="244FD117" w14:textId="77777777" w:rsidR="00EB0B06" w:rsidRDefault="00E30BD4">
            <w:pPr>
              <w:bidi/>
              <w:spacing w:before="40" w:after="40" w:line="288" w:lineRule="auto"/>
              <w:jc w:val="center"/>
            </w:pPr>
            <w:r>
              <w:rPr>
                <w:sz w:val="17"/>
                <w:szCs w:val="17"/>
                <w:rtl/>
              </w:rPr>
              <w:t>☐ نعم ☐ لا</w:t>
            </w:r>
          </w:p>
        </w:tc>
        <w:tc>
          <w:tcPr>
            <w:tcW w:w="1701" w:type="dxa"/>
            <w:vAlign w:val="center"/>
          </w:tcPr>
          <w:p w14:paraId="25151EF9" w14:textId="77777777" w:rsidR="00EB0B06" w:rsidRDefault="00E30BD4">
            <w:pPr>
              <w:bidi/>
              <w:spacing w:before="40" w:after="40" w:line="288" w:lineRule="auto"/>
            </w:pPr>
            <w:r>
              <w:rPr>
                <w:sz w:val="17"/>
                <w:szCs w:val="17"/>
                <w:rtl/>
              </w:rPr>
              <w:t>إجراء الدهان وأجهزة القياس</w:t>
            </w:r>
          </w:p>
        </w:tc>
      </w:tr>
      <w:tr w:rsidR="00EB0B06" w14:paraId="0C1CEFB5" w14:textId="77777777">
        <w:trPr>
          <w:cantSplit/>
          <w:trHeight w:val="408"/>
          <w:jc w:val="center"/>
        </w:trPr>
        <w:tc>
          <w:tcPr>
            <w:tcW w:w="454" w:type="dxa"/>
            <w:vAlign w:val="center"/>
          </w:tcPr>
          <w:p w14:paraId="00C19967" w14:textId="77777777" w:rsidR="00EB0B06" w:rsidRDefault="00E30BD4">
            <w:pPr>
              <w:bidi/>
              <w:spacing w:before="40" w:after="40" w:line="288" w:lineRule="auto"/>
              <w:jc w:val="center"/>
            </w:pPr>
            <w:r>
              <w:rPr>
                <w:sz w:val="17"/>
                <w:szCs w:val="17"/>
                <w:rtl/>
              </w:rPr>
              <w:t>6</w:t>
            </w:r>
          </w:p>
        </w:tc>
        <w:tc>
          <w:tcPr>
            <w:tcW w:w="5102" w:type="dxa"/>
            <w:vAlign w:val="center"/>
          </w:tcPr>
          <w:p w14:paraId="1E26C29C" w14:textId="77777777" w:rsidR="00EB0B06" w:rsidRDefault="00E30BD4">
            <w:pPr>
              <w:bidi/>
              <w:spacing w:before="40" w:after="40" w:line="288" w:lineRule="auto"/>
            </w:pPr>
            <w:r>
              <w:rPr>
                <w:sz w:val="17"/>
                <w:szCs w:val="17"/>
                <w:rtl/>
              </w:rPr>
              <w:t>استلام الأسقف المستعارة بشد الخيوط والتحقق من عدم الترخيم وثبات المنسوب</w:t>
            </w:r>
          </w:p>
        </w:tc>
        <w:tc>
          <w:tcPr>
            <w:tcW w:w="1361" w:type="dxa"/>
            <w:vAlign w:val="center"/>
          </w:tcPr>
          <w:p w14:paraId="5004AB5F" w14:textId="77777777" w:rsidR="00EB0B06" w:rsidRDefault="00E30BD4">
            <w:pPr>
              <w:bidi/>
              <w:spacing w:before="40" w:after="40" w:line="288" w:lineRule="auto"/>
            </w:pPr>
            <w:r>
              <w:rPr>
                <w:sz w:val="17"/>
                <w:szCs w:val="17"/>
                <w:rtl/>
              </w:rPr>
              <w:t>ص 192</w:t>
            </w:r>
          </w:p>
        </w:tc>
        <w:tc>
          <w:tcPr>
            <w:tcW w:w="1474" w:type="dxa"/>
            <w:vAlign w:val="center"/>
          </w:tcPr>
          <w:p w14:paraId="5E2F328A" w14:textId="77777777" w:rsidR="00EB0B06" w:rsidRDefault="00E30BD4">
            <w:pPr>
              <w:bidi/>
              <w:spacing w:before="40" w:after="40" w:line="288" w:lineRule="auto"/>
              <w:jc w:val="center"/>
            </w:pPr>
            <w:r>
              <w:rPr>
                <w:sz w:val="17"/>
                <w:szCs w:val="17"/>
                <w:rtl/>
              </w:rPr>
              <w:t>☐ نعم ☐ لا</w:t>
            </w:r>
          </w:p>
        </w:tc>
        <w:tc>
          <w:tcPr>
            <w:tcW w:w="1701" w:type="dxa"/>
            <w:vAlign w:val="center"/>
          </w:tcPr>
          <w:p w14:paraId="53B2C42E" w14:textId="77777777" w:rsidR="00EB0B06" w:rsidRDefault="00E30BD4">
            <w:pPr>
              <w:bidi/>
              <w:spacing w:before="40" w:after="40" w:line="288" w:lineRule="auto"/>
            </w:pPr>
            <w:r>
              <w:rPr>
                <w:sz w:val="17"/>
                <w:szCs w:val="17"/>
                <w:rtl/>
              </w:rPr>
              <w:t>Method Statement للأسقف المستعارة</w:t>
            </w:r>
          </w:p>
        </w:tc>
      </w:tr>
      <w:tr w:rsidR="00EB0B06" w14:paraId="79E5C224" w14:textId="77777777">
        <w:trPr>
          <w:cantSplit/>
          <w:trHeight w:val="408"/>
          <w:jc w:val="center"/>
        </w:trPr>
        <w:tc>
          <w:tcPr>
            <w:tcW w:w="454" w:type="dxa"/>
            <w:vAlign w:val="center"/>
          </w:tcPr>
          <w:p w14:paraId="4D24A1CF" w14:textId="77777777" w:rsidR="00EB0B06" w:rsidRDefault="00E30BD4">
            <w:pPr>
              <w:bidi/>
              <w:spacing w:before="40" w:after="40" w:line="288" w:lineRule="auto"/>
              <w:jc w:val="center"/>
            </w:pPr>
            <w:r>
              <w:rPr>
                <w:sz w:val="17"/>
                <w:szCs w:val="17"/>
                <w:rtl/>
              </w:rPr>
              <w:t>7</w:t>
            </w:r>
          </w:p>
        </w:tc>
        <w:tc>
          <w:tcPr>
            <w:tcW w:w="5102" w:type="dxa"/>
            <w:vAlign w:val="center"/>
          </w:tcPr>
          <w:p w14:paraId="11605EBD" w14:textId="77777777" w:rsidR="00EB0B06" w:rsidRDefault="00E30BD4">
            <w:pPr>
              <w:bidi/>
              <w:spacing w:before="40" w:after="40" w:line="288" w:lineRule="auto"/>
            </w:pPr>
            <w:r>
              <w:rPr>
                <w:sz w:val="17"/>
                <w:szCs w:val="17"/>
                <w:rtl/>
              </w:rPr>
              <w:t>خلوص ضلف الأبواب مع الحلوق 0.8 مم رأسي و1.5 مم أفقي، ومحتوى رطوبة الخشب قبل الدهان لا يزيد عن 12% للمعرض للجو و18% لغير المعرض</w:t>
            </w:r>
          </w:p>
        </w:tc>
        <w:tc>
          <w:tcPr>
            <w:tcW w:w="1361" w:type="dxa"/>
            <w:vAlign w:val="center"/>
          </w:tcPr>
          <w:p w14:paraId="391F38A6" w14:textId="77777777" w:rsidR="00EB0B06" w:rsidRDefault="00E30BD4">
            <w:pPr>
              <w:bidi/>
              <w:spacing w:before="40" w:after="40" w:line="288" w:lineRule="auto"/>
            </w:pPr>
            <w:r>
              <w:rPr>
                <w:sz w:val="17"/>
                <w:szCs w:val="17"/>
                <w:rtl/>
              </w:rPr>
              <w:t>ص 195 إلى 196، ملحق مصور ص 34 إلى 35</w:t>
            </w:r>
          </w:p>
        </w:tc>
        <w:tc>
          <w:tcPr>
            <w:tcW w:w="1474" w:type="dxa"/>
            <w:vAlign w:val="center"/>
          </w:tcPr>
          <w:p w14:paraId="7DCD16C9" w14:textId="77777777" w:rsidR="00EB0B06" w:rsidRDefault="00E30BD4">
            <w:pPr>
              <w:bidi/>
              <w:spacing w:before="40" w:after="40" w:line="288" w:lineRule="auto"/>
              <w:jc w:val="center"/>
            </w:pPr>
            <w:r>
              <w:rPr>
                <w:sz w:val="17"/>
                <w:szCs w:val="17"/>
                <w:rtl/>
              </w:rPr>
              <w:t>☐ نعم ☐ لا</w:t>
            </w:r>
          </w:p>
        </w:tc>
        <w:tc>
          <w:tcPr>
            <w:tcW w:w="1701" w:type="dxa"/>
            <w:vAlign w:val="center"/>
          </w:tcPr>
          <w:p w14:paraId="3FF01F18" w14:textId="77777777" w:rsidR="00EB0B06" w:rsidRDefault="00E30BD4">
            <w:pPr>
              <w:bidi/>
              <w:spacing w:before="40" w:after="40" w:line="288" w:lineRule="auto"/>
            </w:pPr>
            <w:r>
              <w:rPr>
                <w:sz w:val="17"/>
                <w:szCs w:val="17"/>
                <w:rtl/>
              </w:rPr>
              <w:t>عينات معتمدة وإجراء التركيب</w:t>
            </w:r>
          </w:p>
        </w:tc>
      </w:tr>
    </w:tbl>
    <w:p w14:paraId="7E55EAE4" w14:textId="77777777" w:rsidR="00EB0B06" w:rsidRDefault="00EB0B06">
      <w:pPr>
        <w:bidi/>
        <w:spacing w:after="40"/>
      </w:pPr>
    </w:p>
    <w:p w14:paraId="41212AEF" w14:textId="77777777" w:rsidR="00EB0B06" w:rsidRDefault="00E30BD4">
      <w:pPr>
        <w:keepNext/>
        <w:bidi/>
        <w:spacing w:after="120"/>
        <w:outlineLvl w:val="1"/>
      </w:pPr>
      <w:r>
        <w:rPr>
          <w:b/>
          <w:bCs/>
          <w:color w:val="052976"/>
          <w:sz w:val="25"/>
          <w:szCs w:val="25"/>
          <w:rtl/>
        </w:rPr>
        <w:t>9.3 كهروميكانيك MEP   ☐ ينطبق</w:t>
      </w:r>
    </w:p>
    <w:tbl>
      <w:tblPr>
        <w:tblStyle w:val="TableGrid"/>
        <w:bidiVisual/>
        <w:tblW w:w="0" w:type="auto"/>
        <w:jc w:val="center"/>
        <w:tblLayout w:type="fixed"/>
        <w:tblLook w:val="04A0" w:firstRow="1" w:lastRow="0" w:firstColumn="1" w:lastColumn="0" w:noHBand="0" w:noVBand="1"/>
      </w:tblPr>
      <w:tblGrid>
        <w:gridCol w:w="454"/>
        <w:gridCol w:w="5102"/>
        <w:gridCol w:w="1361"/>
        <w:gridCol w:w="1474"/>
        <w:gridCol w:w="1701"/>
      </w:tblGrid>
      <w:tr w:rsidR="00EB0B06" w14:paraId="13F02C9D" w14:textId="77777777">
        <w:trPr>
          <w:cantSplit/>
          <w:trHeight w:val="408"/>
          <w:tblHeader/>
          <w:jc w:val="center"/>
        </w:trPr>
        <w:tc>
          <w:tcPr>
            <w:tcW w:w="454" w:type="dxa"/>
            <w:shd w:val="clear" w:color="auto" w:fill="052976"/>
            <w:vAlign w:val="center"/>
          </w:tcPr>
          <w:p w14:paraId="3078E147" w14:textId="77777777" w:rsidR="00EB0B06" w:rsidRDefault="00E30BD4">
            <w:pPr>
              <w:bidi/>
              <w:spacing w:before="40" w:after="40" w:line="288" w:lineRule="auto"/>
              <w:jc w:val="center"/>
            </w:pPr>
            <w:r>
              <w:rPr>
                <w:b/>
                <w:bCs/>
                <w:color w:val="FFFFFF"/>
                <w:sz w:val="19"/>
                <w:szCs w:val="19"/>
                <w:rtl/>
              </w:rPr>
              <w:t>م</w:t>
            </w:r>
          </w:p>
        </w:tc>
        <w:tc>
          <w:tcPr>
            <w:tcW w:w="5102" w:type="dxa"/>
            <w:shd w:val="clear" w:color="auto" w:fill="052976"/>
            <w:vAlign w:val="center"/>
          </w:tcPr>
          <w:p w14:paraId="28671B17" w14:textId="77777777" w:rsidR="00EB0B06" w:rsidRDefault="00E30BD4">
            <w:pPr>
              <w:bidi/>
              <w:spacing w:before="40" w:after="40" w:line="288" w:lineRule="auto"/>
              <w:jc w:val="center"/>
            </w:pPr>
            <w:r>
              <w:rPr>
                <w:b/>
                <w:bCs/>
                <w:color w:val="FFFFFF"/>
                <w:sz w:val="19"/>
                <w:szCs w:val="19"/>
                <w:rtl/>
              </w:rPr>
              <w:t>معيار القبول الذي يلتزم به المقاول</w:t>
            </w:r>
          </w:p>
        </w:tc>
        <w:tc>
          <w:tcPr>
            <w:tcW w:w="1361" w:type="dxa"/>
            <w:shd w:val="clear" w:color="auto" w:fill="052976"/>
            <w:vAlign w:val="center"/>
          </w:tcPr>
          <w:p w14:paraId="168700F9" w14:textId="77777777" w:rsidR="00EB0B06" w:rsidRDefault="00E30BD4">
            <w:pPr>
              <w:bidi/>
              <w:spacing w:before="40" w:after="40" w:line="288" w:lineRule="auto"/>
              <w:jc w:val="center"/>
            </w:pPr>
            <w:r>
              <w:rPr>
                <w:b/>
                <w:bCs/>
                <w:color w:val="FFFFFF"/>
                <w:sz w:val="19"/>
                <w:szCs w:val="19"/>
                <w:rtl/>
              </w:rPr>
              <w:t>المرجع</w:t>
            </w:r>
          </w:p>
        </w:tc>
        <w:tc>
          <w:tcPr>
            <w:tcW w:w="1474" w:type="dxa"/>
            <w:shd w:val="clear" w:color="auto" w:fill="052976"/>
            <w:vAlign w:val="center"/>
          </w:tcPr>
          <w:p w14:paraId="543D0C19" w14:textId="77777777" w:rsidR="00EB0B06" w:rsidRDefault="00E30BD4">
            <w:pPr>
              <w:bidi/>
              <w:spacing w:before="40" w:after="40" w:line="288" w:lineRule="auto"/>
              <w:jc w:val="center"/>
            </w:pPr>
            <w:r>
              <w:rPr>
                <w:b/>
                <w:bCs/>
                <w:color w:val="FFFFFF"/>
                <w:sz w:val="19"/>
                <w:szCs w:val="19"/>
                <w:rtl/>
              </w:rPr>
              <w:t>الالتزام</w:t>
            </w:r>
          </w:p>
        </w:tc>
        <w:tc>
          <w:tcPr>
            <w:tcW w:w="1701" w:type="dxa"/>
            <w:shd w:val="clear" w:color="auto" w:fill="052976"/>
            <w:vAlign w:val="center"/>
          </w:tcPr>
          <w:p w14:paraId="45060B66" w14:textId="77777777" w:rsidR="00EB0B06" w:rsidRDefault="00E30BD4">
            <w:pPr>
              <w:bidi/>
              <w:spacing w:before="40" w:after="40" w:line="288" w:lineRule="auto"/>
              <w:jc w:val="center"/>
            </w:pPr>
            <w:r>
              <w:rPr>
                <w:b/>
                <w:bCs/>
                <w:color w:val="FFFFFF"/>
                <w:sz w:val="19"/>
                <w:szCs w:val="19"/>
                <w:rtl/>
              </w:rPr>
              <w:t>الدليل المرفق</w:t>
            </w:r>
          </w:p>
        </w:tc>
      </w:tr>
      <w:tr w:rsidR="00EB0B06" w14:paraId="1260BDB3" w14:textId="77777777">
        <w:trPr>
          <w:cantSplit/>
          <w:trHeight w:val="408"/>
          <w:jc w:val="center"/>
        </w:trPr>
        <w:tc>
          <w:tcPr>
            <w:tcW w:w="454" w:type="dxa"/>
            <w:vAlign w:val="center"/>
          </w:tcPr>
          <w:p w14:paraId="7FEC2D5E" w14:textId="77777777" w:rsidR="00EB0B06" w:rsidRDefault="00E30BD4">
            <w:pPr>
              <w:bidi/>
              <w:spacing w:before="40" w:after="40" w:line="288" w:lineRule="auto"/>
              <w:jc w:val="center"/>
            </w:pPr>
            <w:r>
              <w:rPr>
                <w:sz w:val="17"/>
                <w:szCs w:val="17"/>
                <w:rtl/>
              </w:rPr>
              <w:t>1</w:t>
            </w:r>
          </w:p>
        </w:tc>
        <w:tc>
          <w:tcPr>
            <w:tcW w:w="5102" w:type="dxa"/>
            <w:vAlign w:val="center"/>
          </w:tcPr>
          <w:p w14:paraId="2295610B" w14:textId="77777777" w:rsidR="00EB0B06" w:rsidRDefault="00E30BD4">
            <w:pPr>
              <w:bidi/>
              <w:spacing w:before="40" w:after="40" w:line="288" w:lineRule="auto"/>
            </w:pPr>
            <w:r>
              <w:rPr>
                <w:sz w:val="17"/>
                <w:szCs w:val="17"/>
                <w:rtl/>
              </w:rPr>
              <w:t>اختبار مواسير الصرف بالماء قبل التغطية بعمود ماء 3 م دون تسريب، وثبات المنسوب 15 دقيقة لخطوط الصرف بالجاذبية</w:t>
            </w:r>
          </w:p>
        </w:tc>
        <w:tc>
          <w:tcPr>
            <w:tcW w:w="1361" w:type="dxa"/>
            <w:vAlign w:val="center"/>
          </w:tcPr>
          <w:p w14:paraId="57B89A11" w14:textId="77777777" w:rsidR="00EB0B06" w:rsidRDefault="00E30BD4">
            <w:pPr>
              <w:bidi/>
              <w:spacing w:before="40" w:after="40" w:line="288" w:lineRule="auto"/>
            </w:pPr>
            <w:r>
              <w:rPr>
                <w:sz w:val="17"/>
                <w:szCs w:val="17"/>
                <w:rtl/>
              </w:rPr>
              <w:t>ص 225، 236</w:t>
            </w:r>
          </w:p>
        </w:tc>
        <w:tc>
          <w:tcPr>
            <w:tcW w:w="1474" w:type="dxa"/>
            <w:vAlign w:val="center"/>
          </w:tcPr>
          <w:p w14:paraId="5FFB6B6B" w14:textId="77777777" w:rsidR="00EB0B06" w:rsidRDefault="00E30BD4">
            <w:pPr>
              <w:bidi/>
              <w:spacing w:before="40" w:after="40" w:line="288" w:lineRule="auto"/>
              <w:jc w:val="center"/>
            </w:pPr>
            <w:r>
              <w:rPr>
                <w:sz w:val="17"/>
                <w:szCs w:val="17"/>
                <w:rtl/>
              </w:rPr>
              <w:t>☐ نعم ☐ لا</w:t>
            </w:r>
          </w:p>
        </w:tc>
        <w:tc>
          <w:tcPr>
            <w:tcW w:w="1701" w:type="dxa"/>
            <w:vAlign w:val="center"/>
          </w:tcPr>
          <w:p w14:paraId="4B54E1A1" w14:textId="77777777" w:rsidR="00EB0B06" w:rsidRDefault="00E30BD4">
            <w:pPr>
              <w:bidi/>
              <w:spacing w:before="40" w:after="40" w:line="288" w:lineRule="auto"/>
            </w:pPr>
            <w:r>
              <w:rPr>
                <w:sz w:val="17"/>
                <w:szCs w:val="17"/>
                <w:rtl/>
              </w:rPr>
              <w:t>إجراء الاختبار ونماذج محاضر سابقة</w:t>
            </w:r>
          </w:p>
        </w:tc>
      </w:tr>
      <w:tr w:rsidR="00EB0B06" w14:paraId="18C0FC95" w14:textId="77777777">
        <w:trPr>
          <w:cantSplit/>
          <w:trHeight w:val="408"/>
          <w:jc w:val="center"/>
        </w:trPr>
        <w:tc>
          <w:tcPr>
            <w:tcW w:w="454" w:type="dxa"/>
            <w:vAlign w:val="center"/>
          </w:tcPr>
          <w:p w14:paraId="245A3832" w14:textId="77777777" w:rsidR="00EB0B06" w:rsidRDefault="00E30BD4">
            <w:pPr>
              <w:bidi/>
              <w:spacing w:before="40" w:after="40" w:line="288" w:lineRule="auto"/>
              <w:jc w:val="center"/>
            </w:pPr>
            <w:r>
              <w:rPr>
                <w:sz w:val="17"/>
                <w:szCs w:val="17"/>
                <w:rtl/>
              </w:rPr>
              <w:t>2</w:t>
            </w:r>
          </w:p>
        </w:tc>
        <w:tc>
          <w:tcPr>
            <w:tcW w:w="5102" w:type="dxa"/>
            <w:vAlign w:val="center"/>
          </w:tcPr>
          <w:p w14:paraId="342AAA89" w14:textId="77777777" w:rsidR="00EB0B06" w:rsidRDefault="00E30BD4">
            <w:pPr>
              <w:bidi/>
              <w:spacing w:before="40" w:after="40" w:line="288" w:lineRule="auto"/>
            </w:pPr>
            <w:r>
              <w:rPr>
                <w:sz w:val="17"/>
                <w:szCs w:val="17"/>
                <w:rtl/>
              </w:rPr>
              <w:t>اختبار ضغط مواسير التغذية عند 1.5 مرة ضغط التشغيل (المعتاد 8 بار) دون هبوط، وتعقيم الشبكة والخزانات بمحلول كلور 50 مجم/لتر لمدة 24 ساعة قبل التشغيل</w:t>
            </w:r>
          </w:p>
        </w:tc>
        <w:tc>
          <w:tcPr>
            <w:tcW w:w="1361" w:type="dxa"/>
            <w:vAlign w:val="center"/>
          </w:tcPr>
          <w:p w14:paraId="63DD1179" w14:textId="77777777" w:rsidR="00EB0B06" w:rsidRDefault="00E30BD4">
            <w:pPr>
              <w:bidi/>
              <w:spacing w:before="40" w:after="40" w:line="288" w:lineRule="auto"/>
            </w:pPr>
            <w:r>
              <w:rPr>
                <w:sz w:val="17"/>
                <w:szCs w:val="17"/>
                <w:rtl/>
              </w:rPr>
              <w:t>ص 229، 231</w:t>
            </w:r>
          </w:p>
        </w:tc>
        <w:tc>
          <w:tcPr>
            <w:tcW w:w="1474" w:type="dxa"/>
            <w:vAlign w:val="center"/>
          </w:tcPr>
          <w:p w14:paraId="32F448A4" w14:textId="77777777" w:rsidR="00EB0B06" w:rsidRDefault="00E30BD4">
            <w:pPr>
              <w:bidi/>
              <w:spacing w:before="40" w:after="40" w:line="288" w:lineRule="auto"/>
              <w:jc w:val="center"/>
            </w:pPr>
            <w:r>
              <w:rPr>
                <w:sz w:val="17"/>
                <w:szCs w:val="17"/>
                <w:rtl/>
              </w:rPr>
              <w:t>☐ نعم ☐ لا</w:t>
            </w:r>
          </w:p>
        </w:tc>
        <w:tc>
          <w:tcPr>
            <w:tcW w:w="1701" w:type="dxa"/>
            <w:vAlign w:val="center"/>
          </w:tcPr>
          <w:p w14:paraId="609394D1" w14:textId="77777777" w:rsidR="00EB0B06" w:rsidRDefault="00E30BD4">
            <w:pPr>
              <w:bidi/>
              <w:spacing w:before="40" w:after="40" w:line="288" w:lineRule="auto"/>
            </w:pPr>
            <w:r>
              <w:rPr>
                <w:sz w:val="17"/>
                <w:szCs w:val="17"/>
                <w:rtl/>
              </w:rPr>
              <w:t>إجراء الاختبار والتعقيم</w:t>
            </w:r>
          </w:p>
        </w:tc>
      </w:tr>
      <w:tr w:rsidR="00EB0B06" w14:paraId="512A0CCC" w14:textId="77777777">
        <w:trPr>
          <w:cantSplit/>
          <w:trHeight w:val="408"/>
          <w:jc w:val="center"/>
        </w:trPr>
        <w:tc>
          <w:tcPr>
            <w:tcW w:w="454" w:type="dxa"/>
            <w:vAlign w:val="center"/>
          </w:tcPr>
          <w:p w14:paraId="3EA68DC3" w14:textId="77777777" w:rsidR="00EB0B06" w:rsidRDefault="00E30BD4">
            <w:pPr>
              <w:bidi/>
              <w:spacing w:before="40" w:after="40" w:line="288" w:lineRule="auto"/>
              <w:jc w:val="center"/>
            </w:pPr>
            <w:r>
              <w:rPr>
                <w:sz w:val="17"/>
                <w:szCs w:val="17"/>
                <w:rtl/>
              </w:rPr>
              <w:t>3</w:t>
            </w:r>
          </w:p>
        </w:tc>
        <w:tc>
          <w:tcPr>
            <w:tcW w:w="5102" w:type="dxa"/>
            <w:vAlign w:val="center"/>
          </w:tcPr>
          <w:p w14:paraId="16993D12" w14:textId="77777777" w:rsidR="00EB0B06" w:rsidRDefault="00E30BD4">
            <w:pPr>
              <w:bidi/>
              <w:spacing w:before="40" w:after="40" w:line="288" w:lineRule="auto"/>
            </w:pPr>
            <w:r>
              <w:rPr>
                <w:sz w:val="17"/>
                <w:szCs w:val="17"/>
                <w:rtl/>
              </w:rPr>
              <w:t>جرابات معدنية لكل ماسورة تخترق عنصرا خرسانيا بخلوص مناسب، وميول صرف أفقي 1:100 على الأقل للأقطار حتى 4 بوصة</w:t>
            </w:r>
          </w:p>
        </w:tc>
        <w:tc>
          <w:tcPr>
            <w:tcW w:w="1361" w:type="dxa"/>
            <w:vAlign w:val="center"/>
          </w:tcPr>
          <w:p w14:paraId="0FC89D1B" w14:textId="77777777" w:rsidR="00EB0B06" w:rsidRDefault="00E30BD4">
            <w:pPr>
              <w:bidi/>
              <w:spacing w:before="40" w:after="40" w:line="288" w:lineRule="auto"/>
            </w:pPr>
            <w:r>
              <w:rPr>
                <w:sz w:val="17"/>
                <w:szCs w:val="17"/>
                <w:rtl/>
              </w:rPr>
              <w:t>ص 222 إلى 223</w:t>
            </w:r>
          </w:p>
        </w:tc>
        <w:tc>
          <w:tcPr>
            <w:tcW w:w="1474" w:type="dxa"/>
            <w:vAlign w:val="center"/>
          </w:tcPr>
          <w:p w14:paraId="1E3FC5D0" w14:textId="77777777" w:rsidR="00EB0B06" w:rsidRDefault="00E30BD4">
            <w:pPr>
              <w:bidi/>
              <w:spacing w:before="40" w:after="40" w:line="288" w:lineRule="auto"/>
              <w:jc w:val="center"/>
            </w:pPr>
            <w:r>
              <w:rPr>
                <w:sz w:val="17"/>
                <w:szCs w:val="17"/>
                <w:rtl/>
              </w:rPr>
              <w:t>☐ نعم ☐ لا</w:t>
            </w:r>
          </w:p>
        </w:tc>
        <w:tc>
          <w:tcPr>
            <w:tcW w:w="1701" w:type="dxa"/>
            <w:vAlign w:val="center"/>
          </w:tcPr>
          <w:p w14:paraId="0F948E76" w14:textId="77777777" w:rsidR="00EB0B06" w:rsidRDefault="00E30BD4">
            <w:pPr>
              <w:bidi/>
              <w:spacing w:before="40" w:after="40" w:line="288" w:lineRule="auto"/>
            </w:pPr>
            <w:r>
              <w:rPr>
                <w:sz w:val="17"/>
                <w:szCs w:val="17"/>
                <w:rtl/>
              </w:rPr>
              <w:t>Method Statement للتأسيس الصحي</w:t>
            </w:r>
          </w:p>
        </w:tc>
      </w:tr>
      <w:tr w:rsidR="00EB0B06" w14:paraId="198CB302" w14:textId="77777777">
        <w:trPr>
          <w:cantSplit/>
          <w:trHeight w:val="408"/>
          <w:jc w:val="center"/>
        </w:trPr>
        <w:tc>
          <w:tcPr>
            <w:tcW w:w="454" w:type="dxa"/>
            <w:vAlign w:val="center"/>
          </w:tcPr>
          <w:p w14:paraId="5539D655" w14:textId="77777777" w:rsidR="00EB0B06" w:rsidRDefault="00E30BD4">
            <w:pPr>
              <w:bidi/>
              <w:spacing w:before="40" w:after="40" w:line="288" w:lineRule="auto"/>
              <w:jc w:val="center"/>
            </w:pPr>
            <w:r>
              <w:rPr>
                <w:sz w:val="17"/>
                <w:szCs w:val="17"/>
                <w:rtl/>
              </w:rPr>
              <w:t>4</w:t>
            </w:r>
          </w:p>
        </w:tc>
        <w:tc>
          <w:tcPr>
            <w:tcW w:w="5102" w:type="dxa"/>
            <w:vAlign w:val="center"/>
          </w:tcPr>
          <w:p w14:paraId="26E06E1F" w14:textId="77777777" w:rsidR="00EB0B06" w:rsidRDefault="00E30BD4">
            <w:pPr>
              <w:bidi/>
              <w:spacing w:before="40" w:after="40" w:line="288" w:lineRule="auto"/>
            </w:pPr>
            <w:r>
              <w:rPr>
                <w:sz w:val="17"/>
                <w:szCs w:val="17"/>
                <w:rtl/>
              </w:rPr>
              <w:t>تنفيذ تسلسل اختبارات التركيبات الكهربائية: الاستمرارية، قطب التأريض، مقاومة العزل، القطبية، معاوقة حلقة الخطأ الأرضي، وأداء قواطع التسرب</w:t>
            </w:r>
          </w:p>
        </w:tc>
        <w:tc>
          <w:tcPr>
            <w:tcW w:w="1361" w:type="dxa"/>
            <w:vAlign w:val="center"/>
          </w:tcPr>
          <w:p w14:paraId="0AED5CAD" w14:textId="77777777" w:rsidR="00EB0B06" w:rsidRDefault="00E30BD4">
            <w:pPr>
              <w:bidi/>
              <w:spacing w:before="40" w:after="40" w:line="288" w:lineRule="auto"/>
            </w:pPr>
            <w:r>
              <w:rPr>
                <w:sz w:val="17"/>
                <w:szCs w:val="17"/>
                <w:rtl/>
              </w:rPr>
              <w:t>ص 301</w:t>
            </w:r>
          </w:p>
        </w:tc>
        <w:tc>
          <w:tcPr>
            <w:tcW w:w="1474" w:type="dxa"/>
            <w:vAlign w:val="center"/>
          </w:tcPr>
          <w:p w14:paraId="4F092247" w14:textId="77777777" w:rsidR="00EB0B06" w:rsidRDefault="00E30BD4">
            <w:pPr>
              <w:bidi/>
              <w:spacing w:before="40" w:after="40" w:line="288" w:lineRule="auto"/>
              <w:jc w:val="center"/>
            </w:pPr>
            <w:r>
              <w:rPr>
                <w:sz w:val="17"/>
                <w:szCs w:val="17"/>
                <w:rtl/>
              </w:rPr>
              <w:t>☐ نعم ☐ لا</w:t>
            </w:r>
          </w:p>
        </w:tc>
        <w:tc>
          <w:tcPr>
            <w:tcW w:w="1701" w:type="dxa"/>
            <w:vAlign w:val="center"/>
          </w:tcPr>
          <w:p w14:paraId="2C74D7EF" w14:textId="77777777" w:rsidR="00EB0B06" w:rsidRDefault="00E30BD4">
            <w:pPr>
              <w:bidi/>
              <w:spacing w:before="40" w:after="40" w:line="288" w:lineRule="auto"/>
            </w:pPr>
            <w:r>
              <w:rPr>
                <w:sz w:val="17"/>
                <w:szCs w:val="17"/>
                <w:rtl/>
              </w:rPr>
              <w:t>نماذج تقارير اختبار وأجهزة معايرة</w:t>
            </w:r>
          </w:p>
        </w:tc>
      </w:tr>
      <w:tr w:rsidR="00EB0B06" w14:paraId="7D554F20" w14:textId="77777777">
        <w:trPr>
          <w:cantSplit/>
          <w:trHeight w:val="408"/>
          <w:jc w:val="center"/>
        </w:trPr>
        <w:tc>
          <w:tcPr>
            <w:tcW w:w="454" w:type="dxa"/>
            <w:vAlign w:val="center"/>
          </w:tcPr>
          <w:p w14:paraId="45BC1CA2" w14:textId="77777777" w:rsidR="00EB0B06" w:rsidRDefault="00E30BD4">
            <w:pPr>
              <w:bidi/>
              <w:spacing w:before="40" w:after="40" w:line="288" w:lineRule="auto"/>
              <w:jc w:val="center"/>
            </w:pPr>
            <w:r>
              <w:rPr>
                <w:sz w:val="17"/>
                <w:szCs w:val="17"/>
                <w:rtl/>
              </w:rPr>
              <w:t>5</w:t>
            </w:r>
          </w:p>
        </w:tc>
        <w:tc>
          <w:tcPr>
            <w:tcW w:w="5102" w:type="dxa"/>
            <w:vAlign w:val="center"/>
          </w:tcPr>
          <w:p w14:paraId="5CA34293" w14:textId="77777777" w:rsidR="00EB0B06" w:rsidRDefault="00E30BD4">
            <w:pPr>
              <w:bidi/>
              <w:spacing w:before="40" w:after="40" w:line="288" w:lineRule="auto"/>
            </w:pPr>
            <w:r>
              <w:rPr>
                <w:sz w:val="17"/>
                <w:szCs w:val="17"/>
                <w:rtl/>
              </w:rPr>
              <w:t>حماية دوائر المقابس والأماكن الرطبة بقاطع تسرب 30 مللي أمبير، وغطاء خرساني 40 مم للمواسير المدفونة ومنع دفنها في بلاطات أقل من 100 مم</w:t>
            </w:r>
          </w:p>
        </w:tc>
        <w:tc>
          <w:tcPr>
            <w:tcW w:w="1361" w:type="dxa"/>
            <w:vAlign w:val="center"/>
          </w:tcPr>
          <w:p w14:paraId="7E3DE56E" w14:textId="77777777" w:rsidR="00EB0B06" w:rsidRDefault="00E30BD4">
            <w:pPr>
              <w:bidi/>
              <w:spacing w:before="40" w:after="40" w:line="288" w:lineRule="auto"/>
            </w:pPr>
            <w:r>
              <w:rPr>
                <w:sz w:val="17"/>
                <w:szCs w:val="17"/>
                <w:rtl/>
              </w:rPr>
              <w:t>ص 131، 244، 253</w:t>
            </w:r>
          </w:p>
        </w:tc>
        <w:tc>
          <w:tcPr>
            <w:tcW w:w="1474" w:type="dxa"/>
            <w:vAlign w:val="center"/>
          </w:tcPr>
          <w:p w14:paraId="2797999C" w14:textId="77777777" w:rsidR="00EB0B06" w:rsidRDefault="00E30BD4">
            <w:pPr>
              <w:bidi/>
              <w:spacing w:before="40" w:after="40" w:line="288" w:lineRule="auto"/>
              <w:jc w:val="center"/>
            </w:pPr>
            <w:r>
              <w:rPr>
                <w:sz w:val="17"/>
                <w:szCs w:val="17"/>
                <w:rtl/>
              </w:rPr>
              <w:t>☐ نعم ☐ لا</w:t>
            </w:r>
          </w:p>
        </w:tc>
        <w:tc>
          <w:tcPr>
            <w:tcW w:w="1701" w:type="dxa"/>
            <w:vAlign w:val="center"/>
          </w:tcPr>
          <w:p w14:paraId="7DECB7D5" w14:textId="77777777" w:rsidR="00EB0B06" w:rsidRDefault="00E30BD4">
            <w:pPr>
              <w:bidi/>
              <w:spacing w:before="40" w:after="40" w:line="288" w:lineRule="auto"/>
            </w:pPr>
            <w:r>
              <w:rPr>
                <w:sz w:val="17"/>
                <w:szCs w:val="17"/>
                <w:rtl/>
              </w:rPr>
              <w:t>Method Statement للتأسيس الكهربائي</w:t>
            </w:r>
          </w:p>
        </w:tc>
      </w:tr>
      <w:tr w:rsidR="00EB0B06" w14:paraId="6EFA89A1" w14:textId="77777777">
        <w:trPr>
          <w:cantSplit/>
          <w:trHeight w:val="408"/>
          <w:jc w:val="center"/>
        </w:trPr>
        <w:tc>
          <w:tcPr>
            <w:tcW w:w="454" w:type="dxa"/>
            <w:vAlign w:val="center"/>
          </w:tcPr>
          <w:p w14:paraId="4CC97C6E" w14:textId="77777777" w:rsidR="00EB0B06" w:rsidRDefault="00E30BD4">
            <w:pPr>
              <w:bidi/>
              <w:spacing w:before="40" w:after="40" w:line="288" w:lineRule="auto"/>
              <w:jc w:val="center"/>
            </w:pPr>
            <w:r>
              <w:rPr>
                <w:sz w:val="17"/>
                <w:szCs w:val="17"/>
                <w:rtl/>
              </w:rPr>
              <w:t>6</w:t>
            </w:r>
          </w:p>
        </w:tc>
        <w:tc>
          <w:tcPr>
            <w:tcW w:w="5102" w:type="dxa"/>
            <w:vAlign w:val="center"/>
          </w:tcPr>
          <w:p w14:paraId="68B760E6" w14:textId="77777777" w:rsidR="00EB0B06" w:rsidRDefault="00E30BD4">
            <w:pPr>
              <w:bidi/>
              <w:spacing w:before="40" w:after="40" w:line="288" w:lineRule="auto"/>
            </w:pPr>
            <w:r>
              <w:rPr>
                <w:sz w:val="17"/>
                <w:szCs w:val="17"/>
                <w:rtl/>
              </w:rPr>
              <w:t>الاختبار الهيدروستاتيكي لشبكة الحريق بضغط التصميم مضافا إليه 3.5 بار وبحد أدنى 14 بار لمدة ساعتين دون فقد، ولا يقل عن 13.8 بار حسب NFPA 13</w:t>
            </w:r>
          </w:p>
        </w:tc>
        <w:tc>
          <w:tcPr>
            <w:tcW w:w="1361" w:type="dxa"/>
            <w:vAlign w:val="center"/>
          </w:tcPr>
          <w:p w14:paraId="5E0D48B2" w14:textId="77777777" w:rsidR="00EB0B06" w:rsidRDefault="00E30BD4">
            <w:pPr>
              <w:bidi/>
              <w:spacing w:before="40" w:after="40" w:line="288" w:lineRule="auto"/>
            </w:pPr>
            <w:r>
              <w:rPr>
                <w:sz w:val="17"/>
                <w:szCs w:val="17"/>
                <w:rtl/>
              </w:rPr>
              <w:t>ص 285، 298</w:t>
            </w:r>
          </w:p>
        </w:tc>
        <w:tc>
          <w:tcPr>
            <w:tcW w:w="1474" w:type="dxa"/>
            <w:vAlign w:val="center"/>
          </w:tcPr>
          <w:p w14:paraId="3EAAB925" w14:textId="77777777" w:rsidR="00EB0B06" w:rsidRDefault="00E30BD4">
            <w:pPr>
              <w:bidi/>
              <w:spacing w:before="40" w:after="40" w:line="288" w:lineRule="auto"/>
              <w:jc w:val="center"/>
            </w:pPr>
            <w:r>
              <w:rPr>
                <w:sz w:val="17"/>
                <w:szCs w:val="17"/>
                <w:rtl/>
              </w:rPr>
              <w:t>☐ نعم ☐ لا</w:t>
            </w:r>
          </w:p>
        </w:tc>
        <w:tc>
          <w:tcPr>
            <w:tcW w:w="1701" w:type="dxa"/>
            <w:vAlign w:val="center"/>
          </w:tcPr>
          <w:p w14:paraId="368D8A2C" w14:textId="77777777" w:rsidR="00EB0B06" w:rsidRDefault="00E30BD4">
            <w:pPr>
              <w:bidi/>
              <w:spacing w:before="40" w:after="40" w:line="288" w:lineRule="auto"/>
            </w:pPr>
            <w:r>
              <w:rPr>
                <w:sz w:val="17"/>
                <w:szCs w:val="17"/>
                <w:rtl/>
              </w:rPr>
              <w:t>إجراء الاختبار حسب SBC 801 وNFPA 13</w:t>
            </w:r>
          </w:p>
        </w:tc>
      </w:tr>
      <w:tr w:rsidR="00EB0B06" w14:paraId="35418195" w14:textId="77777777">
        <w:trPr>
          <w:cantSplit/>
          <w:trHeight w:val="408"/>
          <w:jc w:val="center"/>
        </w:trPr>
        <w:tc>
          <w:tcPr>
            <w:tcW w:w="454" w:type="dxa"/>
            <w:vAlign w:val="center"/>
          </w:tcPr>
          <w:p w14:paraId="1C7EE8EA" w14:textId="77777777" w:rsidR="00EB0B06" w:rsidRDefault="00E30BD4">
            <w:pPr>
              <w:bidi/>
              <w:spacing w:before="40" w:after="40" w:line="288" w:lineRule="auto"/>
              <w:jc w:val="center"/>
            </w:pPr>
            <w:r>
              <w:rPr>
                <w:sz w:val="17"/>
                <w:szCs w:val="17"/>
                <w:rtl/>
              </w:rPr>
              <w:t>7</w:t>
            </w:r>
          </w:p>
        </w:tc>
        <w:tc>
          <w:tcPr>
            <w:tcW w:w="5102" w:type="dxa"/>
            <w:vAlign w:val="center"/>
          </w:tcPr>
          <w:p w14:paraId="4BBA2390" w14:textId="77777777" w:rsidR="00EB0B06" w:rsidRDefault="00E30BD4">
            <w:pPr>
              <w:bidi/>
              <w:spacing w:before="40" w:after="40" w:line="288" w:lineRule="auto"/>
            </w:pPr>
            <w:r>
              <w:rPr>
                <w:sz w:val="17"/>
                <w:szCs w:val="17"/>
                <w:rtl/>
              </w:rPr>
              <w:t>اختبار نظام الإنذار: الكواشف لكل منطقة، إنذار مفتاح التدفق خلال 90 ثانية، وشدة الصوت 15 ديسيبل فوق ضوضاء المكان على الأقل</w:t>
            </w:r>
          </w:p>
        </w:tc>
        <w:tc>
          <w:tcPr>
            <w:tcW w:w="1361" w:type="dxa"/>
            <w:vAlign w:val="center"/>
          </w:tcPr>
          <w:p w14:paraId="3EF31AE3" w14:textId="77777777" w:rsidR="00EB0B06" w:rsidRDefault="00E30BD4">
            <w:pPr>
              <w:bidi/>
              <w:spacing w:before="40" w:after="40" w:line="288" w:lineRule="auto"/>
            </w:pPr>
            <w:r>
              <w:rPr>
                <w:sz w:val="17"/>
                <w:szCs w:val="17"/>
                <w:rtl/>
              </w:rPr>
              <w:t>ص 268، 302</w:t>
            </w:r>
          </w:p>
        </w:tc>
        <w:tc>
          <w:tcPr>
            <w:tcW w:w="1474" w:type="dxa"/>
            <w:vAlign w:val="center"/>
          </w:tcPr>
          <w:p w14:paraId="0F5B4C90" w14:textId="77777777" w:rsidR="00EB0B06" w:rsidRDefault="00E30BD4">
            <w:pPr>
              <w:bidi/>
              <w:spacing w:before="40" w:after="40" w:line="288" w:lineRule="auto"/>
              <w:jc w:val="center"/>
            </w:pPr>
            <w:r>
              <w:rPr>
                <w:sz w:val="17"/>
                <w:szCs w:val="17"/>
                <w:rtl/>
              </w:rPr>
              <w:t>☐ نعم ☐ لا</w:t>
            </w:r>
          </w:p>
        </w:tc>
        <w:tc>
          <w:tcPr>
            <w:tcW w:w="1701" w:type="dxa"/>
            <w:vAlign w:val="center"/>
          </w:tcPr>
          <w:p w14:paraId="3C94D879" w14:textId="77777777" w:rsidR="00EB0B06" w:rsidRDefault="00E30BD4">
            <w:pPr>
              <w:bidi/>
              <w:spacing w:before="40" w:after="40" w:line="288" w:lineRule="auto"/>
            </w:pPr>
            <w:r>
              <w:rPr>
                <w:sz w:val="17"/>
                <w:szCs w:val="17"/>
                <w:rtl/>
              </w:rPr>
              <w:t>خطة التشغيل التجريبي</w:t>
            </w:r>
          </w:p>
        </w:tc>
      </w:tr>
      <w:tr w:rsidR="00EB0B06" w14:paraId="3D333397" w14:textId="77777777">
        <w:trPr>
          <w:cantSplit/>
          <w:trHeight w:val="408"/>
          <w:jc w:val="center"/>
        </w:trPr>
        <w:tc>
          <w:tcPr>
            <w:tcW w:w="454" w:type="dxa"/>
            <w:vAlign w:val="center"/>
          </w:tcPr>
          <w:p w14:paraId="2D1512FD" w14:textId="77777777" w:rsidR="00EB0B06" w:rsidRDefault="00E30BD4">
            <w:pPr>
              <w:bidi/>
              <w:spacing w:before="40" w:after="40" w:line="288" w:lineRule="auto"/>
              <w:jc w:val="center"/>
            </w:pPr>
            <w:r>
              <w:rPr>
                <w:sz w:val="17"/>
                <w:szCs w:val="17"/>
                <w:rtl/>
              </w:rPr>
              <w:t>8</w:t>
            </w:r>
          </w:p>
        </w:tc>
        <w:tc>
          <w:tcPr>
            <w:tcW w:w="5102" w:type="dxa"/>
            <w:vAlign w:val="center"/>
          </w:tcPr>
          <w:p w14:paraId="1C862FEE" w14:textId="77777777" w:rsidR="00EB0B06" w:rsidRDefault="00E30BD4">
            <w:pPr>
              <w:bidi/>
              <w:spacing w:before="40" w:after="40" w:line="288" w:lineRule="auto"/>
            </w:pPr>
            <w:r>
              <w:rPr>
                <w:sz w:val="17"/>
                <w:szCs w:val="17"/>
                <w:rtl/>
              </w:rPr>
              <w:t>اختبار تسرب مجاري الهواء قبل العزل، واختبار المياه المثلجة عند 1.5 مرة ضغط التشغيل لمدة 24 ساعة، وتنفيذ الضبط والموازنة TAB وصمامات الحريق</w:t>
            </w:r>
          </w:p>
        </w:tc>
        <w:tc>
          <w:tcPr>
            <w:tcW w:w="1361" w:type="dxa"/>
            <w:vAlign w:val="center"/>
          </w:tcPr>
          <w:p w14:paraId="62E983E4" w14:textId="77777777" w:rsidR="00EB0B06" w:rsidRDefault="00E30BD4">
            <w:pPr>
              <w:bidi/>
              <w:spacing w:before="40" w:after="40" w:line="288" w:lineRule="auto"/>
            </w:pPr>
            <w:r>
              <w:rPr>
                <w:sz w:val="17"/>
                <w:szCs w:val="17"/>
                <w:rtl/>
              </w:rPr>
              <w:t>ص 275، 278 إلى 281</w:t>
            </w:r>
          </w:p>
        </w:tc>
        <w:tc>
          <w:tcPr>
            <w:tcW w:w="1474" w:type="dxa"/>
            <w:vAlign w:val="center"/>
          </w:tcPr>
          <w:p w14:paraId="3375B824" w14:textId="77777777" w:rsidR="00EB0B06" w:rsidRDefault="00E30BD4">
            <w:pPr>
              <w:bidi/>
              <w:spacing w:before="40" w:after="40" w:line="288" w:lineRule="auto"/>
              <w:jc w:val="center"/>
            </w:pPr>
            <w:r>
              <w:rPr>
                <w:sz w:val="17"/>
                <w:szCs w:val="17"/>
                <w:rtl/>
              </w:rPr>
              <w:t>☐ نعم ☐ لا</w:t>
            </w:r>
          </w:p>
        </w:tc>
        <w:tc>
          <w:tcPr>
            <w:tcW w:w="1701" w:type="dxa"/>
            <w:vAlign w:val="center"/>
          </w:tcPr>
          <w:p w14:paraId="46260FA6" w14:textId="77777777" w:rsidR="00EB0B06" w:rsidRDefault="00E30BD4">
            <w:pPr>
              <w:bidi/>
              <w:spacing w:before="40" w:after="40" w:line="288" w:lineRule="auto"/>
            </w:pPr>
            <w:r>
              <w:rPr>
                <w:sz w:val="17"/>
                <w:szCs w:val="17"/>
                <w:rtl/>
              </w:rPr>
              <w:t>إجراءات الاختبار وشهادة مقاول TAB</w:t>
            </w:r>
          </w:p>
        </w:tc>
      </w:tr>
    </w:tbl>
    <w:p w14:paraId="704EEAFD" w14:textId="77777777" w:rsidR="00EB0B06" w:rsidRDefault="00EB0B06">
      <w:pPr>
        <w:bidi/>
        <w:spacing w:after="40"/>
      </w:pPr>
    </w:p>
    <w:p w14:paraId="1E99E286" w14:textId="77777777" w:rsidR="00EB0B06" w:rsidRDefault="00E30BD4">
      <w:pPr>
        <w:keepNext/>
        <w:bidi/>
        <w:spacing w:after="120"/>
        <w:outlineLvl w:val="1"/>
      </w:pPr>
      <w:r>
        <w:rPr>
          <w:b/>
          <w:bCs/>
          <w:color w:val="052976"/>
          <w:sz w:val="25"/>
          <w:szCs w:val="25"/>
          <w:rtl/>
        </w:rPr>
        <w:t>9.4 عزل مائي وحراري   ☐ ينطبق</w:t>
      </w:r>
    </w:p>
    <w:tbl>
      <w:tblPr>
        <w:tblStyle w:val="TableGrid"/>
        <w:bidiVisual/>
        <w:tblW w:w="0" w:type="auto"/>
        <w:jc w:val="center"/>
        <w:tblLayout w:type="fixed"/>
        <w:tblLook w:val="04A0" w:firstRow="1" w:lastRow="0" w:firstColumn="1" w:lastColumn="0" w:noHBand="0" w:noVBand="1"/>
      </w:tblPr>
      <w:tblGrid>
        <w:gridCol w:w="454"/>
        <w:gridCol w:w="5102"/>
        <w:gridCol w:w="1361"/>
        <w:gridCol w:w="1474"/>
        <w:gridCol w:w="1701"/>
      </w:tblGrid>
      <w:tr w:rsidR="00EB0B06" w14:paraId="3DC9D637" w14:textId="77777777">
        <w:trPr>
          <w:cantSplit/>
          <w:trHeight w:val="408"/>
          <w:tblHeader/>
          <w:jc w:val="center"/>
        </w:trPr>
        <w:tc>
          <w:tcPr>
            <w:tcW w:w="454" w:type="dxa"/>
            <w:shd w:val="clear" w:color="auto" w:fill="052976"/>
            <w:vAlign w:val="center"/>
          </w:tcPr>
          <w:p w14:paraId="1093F6D7" w14:textId="77777777" w:rsidR="00EB0B06" w:rsidRDefault="00E30BD4">
            <w:pPr>
              <w:bidi/>
              <w:spacing w:before="40" w:after="40" w:line="288" w:lineRule="auto"/>
              <w:jc w:val="center"/>
            </w:pPr>
            <w:r>
              <w:rPr>
                <w:b/>
                <w:bCs/>
                <w:color w:val="FFFFFF"/>
                <w:sz w:val="19"/>
                <w:szCs w:val="19"/>
                <w:rtl/>
              </w:rPr>
              <w:t>م</w:t>
            </w:r>
          </w:p>
        </w:tc>
        <w:tc>
          <w:tcPr>
            <w:tcW w:w="5102" w:type="dxa"/>
            <w:shd w:val="clear" w:color="auto" w:fill="052976"/>
            <w:vAlign w:val="center"/>
          </w:tcPr>
          <w:p w14:paraId="17714683" w14:textId="77777777" w:rsidR="00EB0B06" w:rsidRDefault="00E30BD4">
            <w:pPr>
              <w:bidi/>
              <w:spacing w:before="40" w:after="40" w:line="288" w:lineRule="auto"/>
              <w:jc w:val="center"/>
            </w:pPr>
            <w:r>
              <w:rPr>
                <w:b/>
                <w:bCs/>
                <w:color w:val="FFFFFF"/>
                <w:sz w:val="19"/>
                <w:szCs w:val="19"/>
                <w:rtl/>
              </w:rPr>
              <w:t>معيار القبول الذي يلتزم به المقاول</w:t>
            </w:r>
          </w:p>
        </w:tc>
        <w:tc>
          <w:tcPr>
            <w:tcW w:w="1361" w:type="dxa"/>
            <w:shd w:val="clear" w:color="auto" w:fill="052976"/>
            <w:vAlign w:val="center"/>
          </w:tcPr>
          <w:p w14:paraId="6FAAD01A" w14:textId="77777777" w:rsidR="00EB0B06" w:rsidRDefault="00E30BD4">
            <w:pPr>
              <w:bidi/>
              <w:spacing w:before="40" w:after="40" w:line="288" w:lineRule="auto"/>
              <w:jc w:val="center"/>
            </w:pPr>
            <w:r>
              <w:rPr>
                <w:b/>
                <w:bCs/>
                <w:color w:val="FFFFFF"/>
                <w:sz w:val="19"/>
                <w:szCs w:val="19"/>
                <w:rtl/>
              </w:rPr>
              <w:t>المرجع</w:t>
            </w:r>
          </w:p>
        </w:tc>
        <w:tc>
          <w:tcPr>
            <w:tcW w:w="1474" w:type="dxa"/>
            <w:shd w:val="clear" w:color="auto" w:fill="052976"/>
            <w:vAlign w:val="center"/>
          </w:tcPr>
          <w:p w14:paraId="06FE5E59" w14:textId="77777777" w:rsidR="00EB0B06" w:rsidRDefault="00E30BD4">
            <w:pPr>
              <w:bidi/>
              <w:spacing w:before="40" w:after="40" w:line="288" w:lineRule="auto"/>
              <w:jc w:val="center"/>
            </w:pPr>
            <w:r>
              <w:rPr>
                <w:b/>
                <w:bCs/>
                <w:color w:val="FFFFFF"/>
                <w:sz w:val="19"/>
                <w:szCs w:val="19"/>
                <w:rtl/>
              </w:rPr>
              <w:t>الالتزام</w:t>
            </w:r>
          </w:p>
        </w:tc>
        <w:tc>
          <w:tcPr>
            <w:tcW w:w="1701" w:type="dxa"/>
            <w:shd w:val="clear" w:color="auto" w:fill="052976"/>
            <w:vAlign w:val="center"/>
          </w:tcPr>
          <w:p w14:paraId="67763B32" w14:textId="77777777" w:rsidR="00EB0B06" w:rsidRDefault="00E30BD4">
            <w:pPr>
              <w:bidi/>
              <w:spacing w:before="40" w:after="40" w:line="288" w:lineRule="auto"/>
              <w:jc w:val="center"/>
            </w:pPr>
            <w:r>
              <w:rPr>
                <w:b/>
                <w:bCs/>
                <w:color w:val="FFFFFF"/>
                <w:sz w:val="19"/>
                <w:szCs w:val="19"/>
                <w:rtl/>
              </w:rPr>
              <w:t>الدليل المرفق</w:t>
            </w:r>
          </w:p>
        </w:tc>
      </w:tr>
      <w:tr w:rsidR="00EB0B06" w14:paraId="2DA2A322" w14:textId="77777777">
        <w:trPr>
          <w:cantSplit/>
          <w:trHeight w:val="408"/>
          <w:jc w:val="center"/>
        </w:trPr>
        <w:tc>
          <w:tcPr>
            <w:tcW w:w="454" w:type="dxa"/>
            <w:vAlign w:val="center"/>
          </w:tcPr>
          <w:p w14:paraId="032BC8C9" w14:textId="77777777" w:rsidR="00EB0B06" w:rsidRDefault="00E30BD4">
            <w:pPr>
              <w:bidi/>
              <w:spacing w:before="40" w:after="40" w:line="288" w:lineRule="auto"/>
              <w:jc w:val="center"/>
            </w:pPr>
            <w:r>
              <w:rPr>
                <w:sz w:val="17"/>
                <w:szCs w:val="17"/>
                <w:rtl/>
              </w:rPr>
              <w:t>1</w:t>
            </w:r>
          </w:p>
        </w:tc>
        <w:tc>
          <w:tcPr>
            <w:tcW w:w="5102" w:type="dxa"/>
            <w:vAlign w:val="center"/>
          </w:tcPr>
          <w:p w14:paraId="41C28177" w14:textId="77777777" w:rsidR="00EB0B06" w:rsidRDefault="00E30BD4">
            <w:pPr>
              <w:bidi/>
              <w:spacing w:before="40" w:after="40" w:line="288" w:lineRule="auto"/>
            </w:pPr>
            <w:r>
              <w:rPr>
                <w:sz w:val="17"/>
                <w:szCs w:val="17"/>
                <w:rtl/>
              </w:rPr>
              <w:t>اختبار البيتومين لكل توريد (نقطة الوميض، نقطة التليين، الاختراق)، واختبارات اللفائف (السمك، الشد والاستطالة، التمزق، مقاومة الحرارة) لكل 10,000 م2</w:t>
            </w:r>
          </w:p>
        </w:tc>
        <w:tc>
          <w:tcPr>
            <w:tcW w:w="1361" w:type="dxa"/>
            <w:vAlign w:val="center"/>
          </w:tcPr>
          <w:p w14:paraId="5DED7FC8" w14:textId="77777777" w:rsidR="00EB0B06" w:rsidRDefault="00E30BD4">
            <w:pPr>
              <w:bidi/>
              <w:spacing w:before="40" w:after="40" w:line="288" w:lineRule="auto"/>
            </w:pPr>
            <w:r>
              <w:rPr>
                <w:sz w:val="17"/>
                <w:szCs w:val="17"/>
                <w:rtl/>
              </w:rPr>
              <w:t>ص 91، 177</w:t>
            </w:r>
          </w:p>
        </w:tc>
        <w:tc>
          <w:tcPr>
            <w:tcW w:w="1474" w:type="dxa"/>
            <w:vAlign w:val="center"/>
          </w:tcPr>
          <w:p w14:paraId="7B4C0C6C" w14:textId="77777777" w:rsidR="00EB0B06" w:rsidRDefault="00E30BD4">
            <w:pPr>
              <w:bidi/>
              <w:spacing w:before="40" w:after="40" w:line="288" w:lineRule="auto"/>
              <w:jc w:val="center"/>
            </w:pPr>
            <w:r>
              <w:rPr>
                <w:sz w:val="17"/>
                <w:szCs w:val="17"/>
                <w:rtl/>
              </w:rPr>
              <w:t>☐ نعم ☐ لا</w:t>
            </w:r>
          </w:p>
        </w:tc>
        <w:tc>
          <w:tcPr>
            <w:tcW w:w="1701" w:type="dxa"/>
            <w:vAlign w:val="center"/>
          </w:tcPr>
          <w:p w14:paraId="2F85733C" w14:textId="77777777" w:rsidR="00EB0B06" w:rsidRDefault="00E30BD4">
            <w:pPr>
              <w:bidi/>
              <w:spacing w:before="40" w:after="40" w:line="288" w:lineRule="auto"/>
            </w:pPr>
            <w:r>
              <w:rPr>
                <w:sz w:val="17"/>
                <w:szCs w:val="17"/>
                <w:rtl/>
              </w:rPr>
              <w:t>شهادات المصنع وخطة اختبارات المواد</w:t>
            </w:r>
          </w:p>
        </w:tc>
      </w:tr>
      <w:tr w:rsidR="00EB0B06" w14:paraId="6927DF4D" w14:textId="77777777">
        <w:trPr>
          <w:cantSplit/>
          <w:trHeight w:val="408"/>
          <w:jc w:val="center"/>
        </w:trPr>
        <w:tc>
          <w:tcPr>
            <w:tcW w:w="454" w:type="dxa"/>
            <w:vAlign w:val="center"/>
          </w:tcPr>
          <w:p w14:paraId="53591D20" w14:textId="77777777" w:rsidR="00EB0B06" w:rsidRDefault="00E30BD4">
            <w:pPr>
              <w:bidi/>
              <w:spacing w:before="40" w:after="40" w:line="288" w:lineRule="auto"/>
              <w:jc w:val="center"/>
            </w:pPr>
            <w:r>
              <w:rPr>
                <w:sz w:val="17"/>
                <w:szCs w:val="17"/>
                <w:rtl/>
              </w:rPr>
              <w:t>2</w:t>
            </w:r>
          </w:p>
        </w:tc>
        <w:tc>
          <w:tcPr>
            <w:tcW w:w="5102" w:type="dxa"/>
            <w:vAlign w:val="center"/>
          </w:tcPr>
          <w:p w14:paraId="1CBF434C" w14:textId="77777777" w:rsidR="00EB0B06" w:rsidRDefault="00E30BD4">
            <w:pPr>
              <w:bidi/>
              <w:spacing w:before="40" w:after="40" w:line="288" w:lineRule="auto"/>
            </w:pPr>
            <w:r>
              <w:rPr>
                <w:sz w:val="17"/>
                <w:szCs w:val="17"/>
                <w:rtl/>
              </w:rPr>
              <w:t>بدء عزل الأساسات بعد انتهاء معالجة آخر عنصر (7 أيام) ودهان بيتوميني طبقتين للأوجه الملاصقة للتربة قبل الردم</w:t>
            </w:r>
          </w:p>
        </w:tc>
        <w:tc>
          <w:tcPr>
            <w:tcW w:w="1361" w:type="dxa"/>
            <w:vAlign w:val="center"/>
          </w:tcPr>
          <w:p w14:paraId="708578F2" w14:textId="77777777" w:rsidR="00EB0B06" w:rsidRDefault="00E30BD4">
            <w:pPr>
              <w:bidi/>
              <w:spacing w:before="40" w:after="40" w:line="288" w:lineRule="auto"/>
            </w:pPr>
            <w:r>
              <w:rPr>
                <w:sz w:val="17"/>
                <w:szCs w:val="17"/>
                <w:rtl/>
              </w:rPr>
              <w:t>ص 91، 362</w:t>
            </w:r>
          </w:p>
        </w:tc>
        <w:tc>
          <w:tcPr>
            <w:tcW w:w="1474" w:type="dxa"/>
            <w:vAlign w:val="center"/>
          </w:tcPr>
          <w:p w14:paraId="4B7DE0E9" w14:textId="77777777" w:rsidR="00EB0B06" w:rsidRDefault="00E30BD4">
            <w:pPr>
              <w:bidi/>
              <w:spacing w:before="40" w:after="40" w:line="288" w:lineRule="auto"/>
              <w:jc w:val="center"/>
            </w:pPr>
            <w:r>
              <w:rPr>
                <w:sz w:val="17"/>
                <w:szCs w:val="17"/>
                <w:rtl/>
              </w:rPr>
              <w:t>☐ نعم ☐ لا</w:t>
            </w:r>
          </w:p>
        </w:tc>
        <w:tc>
          <w:tcPr>
            <w:tcW w:w="1701" w:type="dxa"/>
            <w:vAlign w:val="center"/>
          </w:tcPr>
          <w:p w14:paraId="372A345F" w14:textId="77777777" w:rsidR="00EB0B06" w:rsidRDefault="00E30BD4">
            <w:pPr>
              <w:bidi/>
              <w:spacing w:before="40" w:after="40" w:line="288" w:lineRule="auto"/>
            </w:pPr>
            <w:r>
              <w:rPr>
                <w:sz w:val="17"/>
                <w:szCs w:val="17"/>
                <w:rtl/>
              </w:rPr>
              <w:t>Method Statement لعزل الأساسات</w:t>
            </w:r>
          </w:p>
        </w:tc>
      </w:tr>
      <w:tr w:rsidR="00EB0B06" w14:paraId="12E90D2B" w14:textId="77777777">
        <w:trPr>
          <w:cantSplit/>
          <w:trHeight w:val="408"/>
          <w:jc w:val="center"/>
        </w:trPr>
        <w:tc>
          <w:tcPr>
            <w:tcW w:w="454" w:type="dxa"/>
            <w:vAlign w:val="center"/>
          </w:tcPr>
          <w:p w14:paraId="39AE6F0E" w14:textId="77777777" w:rsidR="00EB0B06" w:rsidRDefault="00E30BD4">
            <w:pPr>
              <w:bidi/>
              <w:spacing w:before="40" w:after="40" w:line="288" w:lineRule="auto"/>
              <w:jc w:val="center"/>
            </w:pPr>
            <w:r>
              <w:rPr>
                <w:sz w:val="17"/>
                <w:szCs w:val="17"/>
                <w:rtl/>
              </w:rPr>
              <w:t>3</w:t>
            </w:r>
          </w:p>
        </w:tc>
        <w:tc>
          <w:tcPr>
            <w:tcW w:w="5102" w:type="dxa"/>
            <w:vAlign w:val="center"/>
          </w:tcPr>
          <w:p w14:paraId="73E73D01" w14:textId="77777777" w:rsidR="00EB0B06" w:rsidRDefault="00E30BD4">
            <w:pPr>
              <w:bidi/>
              <w:spacing w:before="40" w:after="40" w:line="288" w:lineRule="auto"/>
            </w:pPr>
            <w:r>
              <w:rPr>
                <w:sz w:val="17"/>
                <w:szCs w:val="17"/>
                <w:rtl/>
              </w:rPr>
              <w:t>اختبار غمر عزل حوائط البدروم بالردم حتى نصف الارتفاع والتشبع لمدة أسبوع دون رشح للداخل</w:t>
            </w:r>
          </w:p>
        </w:tc>
        <w:tc>
          <w:tcPr>
            <w:tcW w:w="1361" w:type="dxa"/>
            <w:vAlign w:val="center"/>
          </w:tcPr>
          <w:p w14:paraId="091C562A" w14:textId="77777777" w:rsidR="00EB0B06" w:rsidRDefault="00E30BD4">
            <w:pPr>
              <w:bidi/>
              <w:spacing w:before="40" w:after="40" w:line="288" w:lineRule="auto"/>
            </w:pPr>
            <w:r>
              <w:rPr>
                <w:sz w:val="17"/>
                <w:szCs w:val="17"/>
                <w:rtl/>
              </w:rPr>
              <w:t>ص 92</w:t>
            </w:r>
          </w:p>
        </w:tc>
        <w:tc>
          <w:tcPr>
            <w:tcW w:w="1474" w:type="dxa"/>
            <w:vAlign w:val="center"/>
          </w:tcPr>
          <w:p w14:paraId="1F22340B" w14:textId="77777777" w:rsidR="00EB0B06" w:rsidRDefault="00E30BD4">
            <w:pPr>
              <w:bidi/>
              <w:spacing w:before="40" w:after="40" w:line="288" w:lineRule="auto"/>
              <w:jc w:val="center"/>
            </w:pPr>
            <w:r>
              <w:rPr>
                <w:sz w:val="17"/>
                <w:szCs w:val="17"/>
                <w:rtl/>
              </w:rPr>
              <w:t>☐ نعم ☐ لا</w:t>
            </w:r>
          </w:p>
        </w:tc>
        <w:tc>
          <w:tcPr>
            <w:tcW w:w="1701" w:type="dxa"/>
            <w:vAlign w:val="center"/>
          </w:tcPr>
          <w:p w14:paraId="7E3358F8" w14:textId="77777777" w:rsidR="00EB0B06" w:rsidRDefault="00E30BD4">
            <w:pPr>
              <w:bidi/>
              <w:spacing w:before="40" w:after="40" w:line="288" w:lineRule="auto"/>
            </w:pPr>
            <w:r>
              <w:rPr>
                <w:sz w:val="17"/>
                <w:szCs w:val="17"/>
                <w:rtl/>
              </w:rPr>
              <w:t>إجراء الاختبار</w:t>
            </w:r>
          </w:p>
        </w:tc>
      </w:tr>
      <w:tr w:rsidR="00EB0B06" w14:paraId="058178C3" w14:textId="77777777">
        <w:trPr>
          <w:cantSplit/>
          <w:trHeight w:val="408"/>
          <w:jc w:val="center"/>
        </w:trPr>
        <w:tc>
          <w:tcPr>
            <w:tcW w:w="454" w:type="dxa"/>
            <w:vAlign w:val="center"/>
          </w:tcPr>
          <w:p w14:paraId="11AAF3D4" w14:textId="77777777" w:rsidR="00EB0B06" w:rsidRDefault="00E30BD4">
            <w:pPr>
              <w:bidi/>
              <w:spacing w:before="40" w:after="40" w:line="288" w:lineRule="auto"/>
              <w:jc w:val="center"/>
            </w:pPr>
            <w:r>
              <w:rPr>
                <w:sz w:val="17"/>
                <w:szCs w:val="17"/>
                <w:rtl/>
              </w:rPr>
              <w:t>4</w:t>
            </w:r>
          </w:p>
        </w:tc>
        <w:tc>
          <w:tcPr>
            <w:tcW w:w="5102" w:type="dxa"/>
            <w:vAlign w:val="center"/>
          </w:tcPr>
          <w:p w14:paraId="6658D13F" w14:textId="77777777" w:rsidR="00EB0B06" w:rsidRDefault="00E30BD4">
            <w:pPr>
              <w:bidi/>
              <w:spacing w:before="40" w:after="40" w:line="288" w:lineRule="auto"/>
            </w:pPr>
            <w:r>
              <w:rPr>
                <w:sz w:val="17"/>
                <w:szCs w:val="17"/>
                <w:rtl/>
              </w:rPr>
              <w:t>اختبار الغمر للحمامات والأسطح بارتفاع 10 إلى 15 سم لمدة 48 ساعة (الأسطح 48 إلى 72 ساعة) دون تسريب</w:t>
            </w:r>
          </w:p>
        </w:tc>
        <w:tc>
          <w:tcPr>
            <w:tcW w:w="1361" w:type="dxa"/>
            <w:vAlign w:val="center"/>
          </w:tcPr>
          <w:p w14:paraId="786057CB" w14:textId="77777777" w:rsidR="00EB0B06" w:rsidRDefault="00E30BD4">
            <w:pPr>
              <w:bidi/>
              <w:spacing w:before="40" w:after="40" w:line="288" w:lineRule="auto"/>
            </w:pPr>
            <w:r>
              <w:rPr>
                <w:sz w:val="17"/>
                <w:szCs w:val="17"/>
                <w:rtl/>
              </w:rPr>
              <w:t>ص 178 إلى 179</w:t>
            </w:r>
          </w:p>
        </w:tc>
        <w:tc>
          <w:tcPr>
            <w:tcW w:w="1474" w:type="dxa"/>
            <w:vAlign w:val="center"/>
          </w:tcPr>
          <w:p w14:paraId="2314F4E5" w14:textId="77777777" w:rsidR="00EB0B06" w:rsidRDefault="00E30BD4">
            <w:pPr>
              <w:bidi/>
              <w:spacing w:before="40" w:after="40" w:line="288" w:lineRule="auto"/>
              <w:jc w:val="center"/>
            </w:pPr>
            <w:r>
              <w:rPr>
                <w:sz w:val="17"/>
                <w:szCs w:val="17"/>
                <w:rtl/>
              </w:rPr>
              <w:t>☐ نعم ☐ لا</w:t>
            </w:r>
          </w:p>
        </w:tc>
        <w:tc>
          <w:tcPr>
            <w:tcW w:w="1701" w:type="dxa"/>
            <w:vAlign w:val="center"/>
          </w:tcPr>
          <w:p w14:paraId="7603A943" w14:textId="77777777" w:rsidR="00EB0B06" w:rsidRDefault="00E30BD4">
            <w:pPr>
              <w:bidi/>
              <w:spacing w:before="40" w:after="40" w:line="288" w:lineRule="auto"/>
            </w:pPr>
            <w:r>
              <w:rPr>
                <w:sz w:val="17"/>
                <w:szCs w:val="17"/>
                <w:rtl/>
              </w:rPr>
              <w:t>نماذج محاضر اختبار سابقة</w:t>
            </w:r>
          </w:p>
        </w:tc>
      </w:tr>
      <w:tr w:rsidR="00EB0B06" w14:paraId="4B13B5A1" w14:textId="77777777">
        <w:trPr>
          <w:cantSplit/>
          <w:trHeight w:val="408"/>
          <w:jc w:val="center"/>
        </w:trPr>
        <w:tc>
          <w:tcPr>
            <w:tcW w:w="454" w:type="dxa"/>
            <w:vAlign w:val="center"/>
          </w:tcPr>
          <w:p w14:paraId="53028969" w14:textId="77777777" w:rsidR="00EB0B06" w:rsidRDefault="00E30BD4">
            <w:pPr>
              <w:bidi/>
              <w:spacing w:before="40" w:after="40" w:line="288" w:lineRule="auto"/>
              <w:jc w:val="center"/>
            </w:pPr>
            <w:r>
              <w:rPr>
                <w:sz w:val="17"/>
                <w:szCs w:val="17"/>
                <w:rtl/>
              </w:rPr>
              <w:t>5</w:t>
            </w:r>
          </w:p>
        </w:tc>
        <w:tc>
          <w:tcPr>
            <w:tcW w:w="5102" w:type="dxa"/>
            <w:vAlign w:val="center"/>
          </w:tcPr>
          <w:p w14:paraId="235E604E" w14:textId="77777777" w:rsidR="00EB0B06" w:rsidRDefault="00E30BD4">
            <w:pPr>
              <w:bidi/>
              <w:spacing w:before="40" w:after="40" w:line="288" w:lineRule="auto"/>
            </w:pPr>
            <w:r>
              <w:rPr>
                <w:sz w:val="17"/>
                <w:szCs w:val="17"/>
                <w:rtl/>
              </w:rPr>
              <w:t>تراكب لفائف العزل 10 سم طوليا و15 سم عرضيا مع اتجاه سريان المياه وفحص اللحامات</w:t>
            </w:r>
          </w:p>
        </w:tc>
        <w:tc>
          <w:tcPr>
            <w:tcW w:w="1361" w:type="dxa"/>
            <w:vAlign w:val="center"/>
          </w:tcPr>
          <w:p w14:paraId="76A15E09" w14:textId="77777777" w:rsidR="00EB0B06" w:rsidRDefault="00E30BD4">
            <w:pPr>
              <w:bidi/>
              <w:spacing w:before="40" w:after="40" w:line="288" w:lineRule="auto"/>
            </w:pPr>
            <w:r>
              <w:rPr>
                <w:sz w:val="17"/>
                <w:szCs w:val="17"/>
                <w:rtl/>
              </w:rPr>
              <w:t>ص 145 إلى 146، ملحق مصور ص 40 إلى 41</w:t>
            </w:r>
          </w:p>
        </w:tc>
        <w:tc>
          <w:tcPr>
            <w:tcW w:w="1474" w:type="dxa"/>
            <w:vAlign w:val="center"/>
          </w:tcPr>
          <w:p w14:paraId="27A166F9" w14:textId="77777777" w:rsidR="00EB0B06" w:rsidRDefault="00E30BD4">
            <w:pPr>
              <w:bidi/>
              <w:spacing w:before="40" w:after="40" w:line="288" w:lineRule="auto"/>
              <w:jc w:val="center"/>
            </w:pPr>
            <w:r>
              <w:rPr>
                <w:sz w:val="17"/>
                <w:szCs w:val="17"/>
                <w:rtl/>
              </w:rPr>
              <w:t>☐ نعم ☐ لا</w:t>
            </w:r>
          </w:p>
        </w:tc>
        <w:tc>
          <w:tcPr>
            <w:tcW w:w="1701" w:type="dxa"/>
            <w:vAlign w:val="center"/>
          </w:tcPr>
          <w:p w14:paraId="75F820EA" w14:textId="77777777" w:rsidR="00EB0B06" w:rsidRDefault="00E30BD4">
            <w:pPr>
              <w:bidi/>
              <w:spacing w:before="40" w:after="40" w:line="288" w:lineRule="auto"/>
            </w:pPr>
            <w:r>
              <w:rPr>
                <w:sz w:val="17"/>
                <w:szCs w:val="17"/>
                <w:rtl/>
              </w:rPr>
              <w:t>Method Statement لعزل الأسطح</w:t>
            </w:r>
          </w:p>
        </w:tc>
      </w:tr>
      <w:tr w:rsidR="00EB0B06" w14:paraId="0A15D1A9" w14:textId="77777777">
        <w:trPr>
          <w:cantSplit/>
          <w:trHeight w:val="408"/>
          <w:jc w:val="center"/>
        </w:trPr>
        <w:tc>
          <w:tcPr>
            <w:tcW w:w="454" w:type="dxa"/>
            <w:vAlign w:val="center"/>
          </w:tcPr>
          <w:p w14:paraId="4E2BCECF" w14:textId="77777777" w:rsidR="00EB0B06" w:rsidRDefault="00E30BD4">
            <w:pPr>
              <w:bidi/>
              <w:spacing w:before="40" w:after="40" w:line="288" w:lineRule="auto"/>
              <w:jc w:val="center"/>
            </w:pPr>
            <w:r>
              <w:rPr>
                <w:sz w:val="17"/>
                <w:szCs w:val="17"/>
                <w:rtl/>
              </w:rPr>
              <w:t>6</w:t>
            </w:r>
          </w:p>
        </w:tc>
        <w:tc>
          <w:tcPr>
            <w:tcW w:w="5102" w:type="dxa"/>
            <w:vAlign w:val="center"/>
          </w:tcPr>
          <w:p w14:paraId="01A9B591" w14:textId="77777777" w:rsidR="00EB0B06" w:rsidRDefault="00E30BD4">
            <w:pPr>
              <w:bidi/>
              <w:spacing w:before="40" w:after="40" w:line="288" w:lineRule="auto"/>
            </w:pPr>
            <w:r>
              <w:rPr>
                <w:sz w:val="17"/>
                <w:szCs w:val="17"/>
                <w:rtl/>
              </w:rPr>
              <w:t>ميول الأسطح 1% ولا تقل عن 3 مم/م، ورفع العزل 400 مم على الدروة مع Flashing، وتثبيت الجرجوري في أوطى نقطة قبل العزل</w:t>
            </w:r>
          </w:p>
        </w:tc>
        <w:tc>
          <w:tcPr>
            <w:tcW w:w="1361" w:type="dxa"/>
            <w:vAlign w:val="center"/>
          </w:tcPr>
          <w:p w14:paraId="66A73166" w14:textId="77777777" w:rsidR="00EB0B06" w:rsidRDefault="00E30BD4">
            <w:pPr>
              <w:bidi/>
              <w:spacing w:before="40" w:after="40" w:line="288" w:lineRule="auto"/>
            </w:pPr>
            <w:r>
              <w:rPr>
                <w:sz w:val="17"/>
                <w:szCs w:val="17"/>
                <w:rtl/>
              </w:rPr>
              <w:t>ص 179، 231، 378، ملحق مصور ص 39</w:t>
            </w:r>
          </w:p>
        </w:tc>
        <w:tc>
          <w:tcPr>
            <w:tcW w:w="1474" w:type="dxa"/>
            <w:vAlign w:val="center"/>
          </w:tcPr>
          <w:p w14:paraId="371EF8F6" w14:textId="77777777" w:rsidR="00EB0B06" w:rsidRDefault="00E30BD4">
            <w:pPr>
              <w:bidi/>
              <w:spacing w:before="40" w:after="40" w:line="288" w:lineRule="auto"/>
              <w:jc w:val="center"/>
            </w:pPr>
            <w:r>
              <w:rPr>
                <w:sz w:val="17"/>
                <w:szCs w:val="17"/>
                <w:rtl/>
              </w:rPr>
              <w:t>☐ نعم ☐ لا</w:t>
            </w:r>
          </w:p>
        </w:tc>
        <w:tc>
          <w:tcPr>
            <w:tcW w:w="1701" w:type="dxa"/>
            <w:vAlign w:val="center"/>
          </w:tcPr>
          <w:p w14:paraId="3A41D1AE" w14:textId="77777777" w:rsidR="00EB0B06" w:rsidRDefault="00E30BD4">
            <w:pPr>
              <w:bidi/>
              <w:spacing w:before="40" w:after="40" w:line="288" w:lineRule="auto"/>
            </w:pPr>
            <w:r>
              <w:rPr>
                <w:sz w:val="17"/>
                <w:szCs w:val="17"/>
                <w:rtl/>
              </w:rPr>
              <w:t>تفاصيل التنفيذ المقترحة</w:t>
            </w:r>
          </w:p>
        </w:tc>
      </w:tr>
      <w:tr w:rsidR="00EB0B06" w14:paraId="73438E63" w14:textId="77777777">
        <w:trPr>
          <w:cantSplit/>
          <w:trHeight w:val="408"/>
          <w:jc w:val="center"/>
        </w:trPr>
        <w:tc>
          <w:tcPr>
            <w:tcW w:w="454" w:type="dxa"/>
            <w:vAlign w:val="center"/>
          </w:tcPr>
          <w:p w14:paraId="021904E2" w14:textId="77777777" w:rsidR="00EB0B06" w:rsidRDefault="00E30BD4">
            <w:pPr>
              <w:bidi/>
              <w:spacing w:before="40" w:after="40" w:line="288" w:lineRule="auto"/>
              <w:jc w:val="center"/>
            </w:pPr>
            <w:r>
              <w:rPr>
                <w:sz w:val="17"/>
                <w:szCs w:val="17"/>
                <w:rtl/>
              </w:rPr>
              <w:t>7</w:t>
            </w:r>
          </w:p>
        </w:tc>
        <w:tc>
          <w:tcPr>
            <w:tcW w:w="5102" w:type="dxa"/>
            <w:vAlign w:val="center"/>
          </w:tcPr>
          <w:p w14:paraId="14DD0654" w14:textId="77777777" w:rsidR="00EB0B06" w:rsidRDefault="00E30BD4">
            <w:pPr>
              <w:bidi/>
              <w:spacing w:before="40" w:after="40" w:line="288" w:lineRule="auto"/>
            </w:pPr>
            <w:r>
              <w:rPr>
                <w:sz w:val="17"/>
                <w:szCs w:val="17"/>
                <w:rtl/>
              </w:rPr>
              <w:t>معالجة اختراقات المواسير بجلبة وFlashing مرفوع 300 مم، ورفع عزل الحوائط الساندة 300 مم فوق أعلى منسوب للمياه الجوفية</w:t>
            </w:r>
          </w:p>
        </w:tc>
        <w:tc>
          <w:tcPr>
            <w:tcW w:w="1361" w:type="dxa"/>
            <w:vAlign w:val="center"/>
          </w:tcPr>
          <w:p w14:paraId="7E488F25" w14:textId="77777777" w:rsidR="00EB0B06" w:rsidRDefault="00E30BD4">
            <w:pPr>
              <w:bidi/>
              <w:spacing w:before="40" w:after="40" w:line="288" w:lineRule="auto"/>
            </w:pPr>
            <w:r>
              <w:rPr>
                <w:sz w:val="17"/>
                <w:szCs w:val="17"/>
                <w:rtl/>
              </w:rPr>
              <w:t>ص 92، 389</w:t>
            </w:r>
          </w:p>
        </w:tc>
        <w:tc>
          <w:tcPr>
            <w:tcW w:w="1474" w:type="dxa"/>
            <w:vAlign w:val="center"/>
          </w:tcPr>
          <w:p w14:paraId="40A86BFD" w14:textId="77777777" w:rsidR="00EB0B06" w:rsidRDefault="00E30BD4">
            <w:pPr>
              <w:bidi/>
              <w:spacing w:before="40" w:after="40" w:line="288" w:lineRule="auto"/>
              <w:jc w:val="center"/>
            </w:pPr>
            <w:r>
              <w:rPr>
                <w:sz w:val="17"/>
                <w:szCs w:val="17"/>
                <w:rtl/>
              </w:rPr>
              <w:t>☐ نعم ☐ لا</w:t>
            </w:r>
          </w:p>
        </w:tc>
        <w:tc>
          <w:tcPr>
            <w:tcW w:w="1701" w:type="dxa"/>
            <w:vAlign w:val="center"/>
          </w:tcPr>
          <w:p w14:paraId="184391F8" w14:textId="77777777" w:rsidR="00EB0B06" w:rsidRDefault="00E30BD4">
            <w:pPr>
              <w:bidi/>
              <w:spacing w:before="40" w:after="40" w:line="288" w:lineRule="auto"/>
            </w:pPr>
            <w:r>
              <w:rPr>
                <w:sz w:val="17"/>
                <w:szCs w:val="17"/>
                <w:rtl/>
              </w:rPr>
              <w:t>تفاصيل التنفيذ المقترحة</w:t>
            </w:r>
          </w:p>
        </w:tc>
      </w:tr>
    </w:tbl>
    <w:p w14:paraId="01BA6E1F" w14:textId="77777777" w:rsidR="00EB0B06" w:rsidRDefault="00EB0B06">
      <w:pPr>
        <w:bidi/>
        <w:spacing w:after="40"/>
      </w:pPr>
    </w:p>
    <w:p w14:paraId="681F3C01" w14:textId="77777777" w:rsidR="00EB0B06" w:rsidRDefault="00E30BD4">
      <w:pPr>
        <w:keepNext/>
        <w:bidi/>
        <w:spacing w:after="120"/>
        <w:outlineLvl w:val="1"/>
      </w:pPr>
      <w:r>
        <w:rPr>
          <w:b/>
          <w:bCs/>
          <w:color w:val="052976"/>
          <w:sz w:val="25"/>
          <w:szCs w:val="25"/>
          <w:rtl/>
        </w:rPr>
        <w:t>9.5 واجهات   ☐ ينطبق</w:t>
      </w:r>
    </w:p>
    <w:tbl>
      <w:tblPr>
        <w:tblStyle w:val="TableGrid"/>
        <w:bidiVisual/>
        <w:tblW w:w="0" w:type="auto"/>
        <w:jc w:val="center"/>
        <w:tblLayout w:type="fixed"/>
        <w:tblLook w:val="04A0" w:firstRow="1" w:lastRow="0" w:firstColumn="1" w:lastColumn="0" w:noHBand="0" w:noVBand="1"/>
      </w:tblPr>
      <w:tblGrid>
        <w:gridCol w:w="454"/>
        <w:gridCol w:w="5102"/>
        <w:gridCol w:w="1361"/>
        <w:gridCol w:w="1474"/>
        <w:gridCol w:w="1701"/>
      </w:tblGrid>
      <w:tr w:rsidR="00EB0B06" w14:paraId="79F15242" w14:textId="77777777">
        <w:trPr>
          <w:cantSplit/>
          <w:trHeight w:val="408"/>
          <w:tblHeader/>
          <w:jc w:val="center"/>
        </w:trPr>
        <w:tc>
          <w:tcPr>
            <w:tcW w:w="454" w:type="dxa"/>
            <w:shd w:val="clear" w:color="auto" w:fill="052976"/>
            <w:vAlign w:val="center"/>
          </w:tcPr>
          <w:p w14:paraId="114DDAAB" w14:textId="77777777" w:rsidR="00EB0B06" w:rsidRDefault="00E30BD4">
            <w:pPr>
              <w:bidi/>
              <w:spacing w:before="40" w:after="40" w:line="288" w:lineRule="auto"/>
              <w:jc w:val="center"/>
            </w:pPr>
            <w:r>
              <w:rPr>
                <w:b/>
                <w:bCs/>
                <w:color w:val="FFFFFF"/>
                <w:sz w:val="19"/>
                <w:szCs w:val="19"/>
                <w:rtl/>
              </w:rPr>
              <w:t>م</w:t>
            </w:r>
          </w:p>
        </w:tc>
        <w:tc>
          <w:tcPr>
            <w:tcW w:w="5102" w:type="dxa"/>
            <w:shd w:val="clear" w:color="auto" w:fill="052976"/>
            <w:vAlign w:val="center"/>
          </w:tcPr>
          <w:p w14:paraId="72CA969A" w14:textId="77777777" w:rsidR="00EB0B06" w:rsidRDefault="00E30BD4">
            <w:pPr>
              <w:bidi/>
              <w:spacing w:before="40" w:after="40" w:line="288" w:lineRule="auto"/>
              <w:jc w:val="center"/>
            </w:pPr>
            <w:r>
              <w:rPr>
                <w:b/>
                <w:bCs/>
                <w:color w:val="FFFFFF"/>
                <w:sz w:val="19"/>
                <w:szCs w:val="19"/>
                <w:rtl/>
              </w:rPr>
              <w:t>معيار القبول الذي يلتزم به المقاول</w:t>
            </w:r>
          </w:p>
        </w:tc>
        <w:tc>
          <w:tcPr>
            <w:tcW w:w="1361" w:type="dxa"/>
            <w:shd w:val="clear" w:color="auto" w:fill="052976"/>
            <w:vAlign w:val="center"/>
          </w:tcPr>
          <w:p w14:paraId="610092E5" w14:textId="77777777" w:rsidR="00EB0B06" w:rsidRDefault="00E30BD4">
            <w:pPr>
              <w:bidi/>
              <w:spacing w:before="40" w:after="40" w:line="288" w:lineRule="auto"/>
              <w:jc w:val="center"/>
            </w:pPr>
            <w:r>
              <w:rPr>
                <w:b/>
                <w:bCs/>
                <w:color w:val="FFFFFF"/>
                <w:sz w:val="19"/>
                <w:szCs w:val="19"/>
                <w:rtl/>
              </w:rPr>
              <w:t>المرجع</w:t>
            </w:r>
          </w:p>
        </w:tc>
        <w:tc>
          <w:tcPr>
            <w:tcW w:w="1474" w:type="dxa"/>
            <w:shd w:val="clear" w:color="auto" w:fill="052976"/>
            <w:vAlign w:val="center"/>
          </w:tcPr>
          <w:p w14:paraId="6E104C41" w14:textId="77777777" w:rsidR="00EB0B06" w:rsidRDefault="00E30BD4">
            <w:pPr>
              <w:bidi/>
              <w:spacing w:before="40" w:after="40" w:line="288" w:lineRule="auto"/>
              <w:jc w:val="center"/>
            </w:pPr>
            <w:r>
              <w:rPr>
                <w:b/>
                <w:bCs/>
                <w:color w:val="FFFFFF"/>
                <w:sz w:val="19"/>
                <w:szCs w:val="19"/>
                <w:rtl/>
              </w:rPr>
              <w:t>الالتزام</w:t>
            </w:r>
          </w:p>
        </w:tc>
        <w:tc>
          <w:tcPr>
            <w:tcW w:w="1701" w:type="dxa"/>
            <w:shd w:val="clear" w:color="auto" w:fill="052976"/>
            <w:vAlign w:val="center"/>
          </w:tcPr>
          <w:p w14:paraId="024A5D7E" w14:textId="77777777" w:rsidR="00EB0B06" w:rsidRDefault="00E30BD4">
            <w:pPr>
              <w:bidi/>
              <w:spacing w:before="40" w:after="40" w:line="288" w:lineRule="auto"/>
              <w:jc w:val="center"/>
            </w:pPr>
            <w:r>
              <w:rPr>
                <w:b/>
                <w:bCs/>
                <w:color w:val="FFFFFF"/>
                <w:sz w:val="19"/>
                <w:szCs w:val="19"/>
                <w:rtl/>
              </w:rPr>
              <w:t>الدليل المرفق</w:t>
            </w:r>
          </w:p>
        </w:tc>
      </w:tr>
      <w:tr w:rsidR="00EB0B06" w14:paraId="34C7214E" w14:textId="77777777">
        <w:trPr>
          <w:cantSplit/>
          <w:trHeight w:val="408"/>
          <w:jc w:val="center"/>
        </w:trPr>
        <w:tc>
          <w:tcPr>
            <w:tcW w:w="454" w:type="dxa"/>
            <w:vAlign w:val="center"/>
          </w:tcPr>
          <w:p w14:paraId="39EDA39E" w14:textId="77777777" w:rsidR="00EB0B06" w:rsidRDefault="00E30BD4">
            <w:pPr>
              <w:bidi/>
              <w:spacing w:before="40" w:after="40" w:line="288" w:lineRule="auto"/>
              <w:jc w:val="center"/>
            </w:pPr>
            <w:r>
              <w:rPr>
                <w:sz w:val="17"/>
                <w:szCs w:val="17"/>
                <w:rtl/>
              </w:rPr>
              <w:t>1</w:t>
            </w:r>
          </w:p>
        </w:tc>
        <w:tc>
          <w:tcPr>
            <w:tcW w:w="5102" w:type="dxa"/>
            <w:vAlign w:val="center"/>
          </w:tcPr>
          <w:p w14:paraId="6CAAB5B1" w14:textId="77777777" w:rsidR="00EB0B06" w:rsidRDefault="00E30BD4">
            <w:pPr>
              <w:bidi/>
              <w:spacing w:before="40" w:after="40" w:line="288" w:lineRule="auto"/>
            </w:pPr>
            <w:r>
              <w:rPr>
                <w:sz w:val="17"/>
                <w:szCs w:val="17"/>
                <w:rtl/>
              </w:rPr>
              <w:t>اختبارات أداء الحوائط الستائرية: نفاذية الماء والهواء وتحمل ضغط الرياح والعزل الحراري والصوتي حسب المواصفات</w:t>
            </w:r>
          </w:p>
        </w:tc>
        <w:tc>
          <w:tcPr>
            <w:tcW w:w="1361" w:type="dxa"/>
            <w:vAlign w:val="center"/>
          </w:tcPr>
          <w:p w14:paraId="6C094A93" w14:textId="77777777" w:rsidR="00EB0B06" w:rsidRDefault="00E30BD4">
            <w:pPr>
              <w:bidi/>
              <w:spacing w:before="40" w:after="40" w:line="288" w:lineRule="auto"/>
            </w:pPr>
            <w:r>
              <w:rPr>
                <w:sz w:val="17"/>
                <w:szCs w:val="17"/>
                <w:rtl/>
              </w:rPr>
              <w:t>ص 214</w:t>
            </w:r>
          </w:p>
        </w:tc>
        <w:tc>
          <w:tcPr>
            <w:tcW w:w="1474" w:type="dxa"/>
            <w:vAlign w:val="center"/>
          </w:tcPr>
          <w:p w14:paraId="3B7ECC3C" w14:textId="77777777" w:rsidR="00EB0B06" w:rsidRDefault="00E30BD4">
            <w:pPr>
              <w:bidi/>
              <w:spacing w:before="40" w:after="40" w:line="288" w:lineRule="auto"/>
              <w:jc w:val="center"/>
            </w:pPr>
            <w:r>
              <w:rPr>
                <w:sz w:val="17"/>
                <w:szCs w:val="17"/>
                <w:rtl/>
              </w:rPr>
              <w:t>☐ نعم ☐ لا</w:t>
            </w:r>
          </w:p>
        </w:tc>
        <w:tc>
          <w:tcPr>
            <w:tcW w:w="1701" w:type="dxa"/>
            <w:vAlign w:val="center"/>
          </w:tcPr>
          <w:p w14:paraId="0A6DE3C1" w14:textId="77777777" w:rsidR="00EB0B06" w:rsidRDefault="00E30BD4">
            <w:pPr>
              <w:bidi/>
              <w:spacing w:before="40" w:after="40" w:line="288" w:lineRule="auto"/>
            </w:pPr>
            <w:r>
              <w:rPr>
                <w:sz w:val="17"/>
                <w:szCs w:val="17"/>
                <w:rtl/>
              </w:rPr>
              <w:t>تقارير اختبار معملية للنظام المقترح</w:t>
            </w:r>
          </w:p>
        </w:tc>
      </w:tr>
      <w:tr w:rsidR="00EB0B06" w14:paraId="66AF02D1" w14:textId="77777777">
        <w:trPr>
          <w:cantSplit/>
          <w:trHeight w:val="408"/>
          <w:jc w:val="center"/>
        </w:trPr>
        <w:tc>
          <w:tcPr>
            <w:tcW w:w="454" w:type="dxa"/>
            <w:vAlign w:val="center"/>
          </w:tcPr>
          <w:p w14:paraId="56557E08" w14:textId="77777777" w:rsidR="00EB0B06" w:rsidRDefault="00E30BD4">
            <w:pPr>
              <w:bidi/>
              <w:spacing w:before="40" w:after="40" w:line="288" w:lineRule="auto"/>
              <w:jc w:val="center"/>
            </w:pPr>
            <w:r>
              <w:rPr>
                <w:sz w:val="17"/>
                <w:szCs w:val="17"/>
                <w:rtl/>
              </w:rPr>
              <w:t>2</w:t>
            </w:r>
          </w:p>
        </w:tc>
        <w:tc>
          <w:tcPr>
            <w:tcW w:w="5102" w:type="dxa"/>
            <w:vAlign w:val="center"/>
          </w:tcPr>
          <w:p w14:paraId="28D0EACD" w14:textId="77777777" w:rsidR="00EB0B06" w:rsidRDefault="00E30BD4">
            <w:pPr>
              <w:bidi/>
              <w:spacing w:before="40" w:after="40" w:line="288" w:lineRule="auto"/>
            </w:pPr>
            <w:r>
              <w:rPr>
                <w:sz w:val="17"/>
                <w:szCs w:val="17"/>
                <w:rtl/>
              </w:rPr>
              <w:t>اختبار تسليط الماء المضغوط من الخارج على الشبابيك والأبواب الألومنيوم والواجهات الزجاجية خاصة مناطق التجميع دون تسرب للداخل</w:t>
            </w:r>
          </w:p>
        </w:tc>
        <w:tc>
          <w:tcPr>
            <w:tcW w:w="1361" w:type="dxa"/>
            <w:vAlign w:val="center"/>
          </w:tcPr>
          <w:p w14:paraId="71CC718B" w14:textId="77777777" w:rsidR="00EB0B06" w:rsidRDefault="00E30BD4">
            <w:pPr>
              <w:bidi/>
              <w:spacing w:before="40" w:after="40" w:line="288" w:lineRule="auto"/>
            </w:pPr>
            <w:r>
              <w:rPr>
                <w:sz w:val="17"/>
                <w:szCs w:val="17"/>
                <w:rtl/>
              </w:rPr>
              <w:t>ص 295</w:t>
            </w:r>
          </w:p>
        </w:tc>
        <w:tc>
          <w:tcPr>
            <w:tcW w:w="1474" w:type="dxa"/>
            <w:vAlign w:val="center"/>
          </w:tcPr>
          <w:p w14:paraId="4B2CCEBE" w14:textId="77777777" w:rsidR="00EB0B06" w:rsidRDefault="00E30BD4">
            <w:pPr>
              <w:bidi/>
              <w:spacing w:before="40" w:after="40" w:line="288" w:lineRule="auto"/>
              <w:jc w:val="center"/>
            </w:pPr>
            <w:r>
              <w:rPr>
                <w:sz w:val="17"/>
                <w:szCs w:val="17"/>
                <w:rtl/>
              </w:rPr>
              <w:t>☐ نعم ☐ لا</w:t>
            </w:r>
          </w:p>
        </w:tc>
        <w:tc>
          <w:tcPr>
            <w:tcW w:w="1701" w:type="dxa"/>
            <w:vAlign w:val="center"/>
          </w:tcPr>
          <w:p w14:paraId="11042292" w14:textId="77777777" w:rsidR="00EB0B06" w:rsidRDefault="00E30BD4">
            <w:pPr>
              <w:bidi/>
              <w:spacing w:before="40" w:after="40" w:line="288" w:lineRule="auto"/>
            </w:pPr>
            <w:r>
              <w:rPr>
                <w:sz w:val="17"/>
                <w:szCs w:val="17"/>
                <w:rtl/>
              </w:rPr>
              <w:t>إجراء الاختبار بالموقع</w:t>
            </w:r>
          </w:p>
        </w:tc>
      </w:tr>
      <w:tr w:rsidR="00EB0B06" w14:paraId="3A3EFCFF" w14:textId="77777777">
        <w:trPr>
          <w:cantSplit/>
          <w:trHeight w:val="408"/>
          <w:jc w:val="center"/>
        </w:trPr>
        <w:tc>
          <w:tcPr>
            <w:tcW w:w="454" w:type="dxa"/>
            <w:vAlign w:val="center"/>
          </w:tcPr>
          <w:p w14:paraId="630C0C93" w14:textId="77777777" w:rsidR="00EB0B06" w:rsidRDefault="00E30BD4">
            <w:pPr>
              <w:bidi/>
              <w:spacing w:before="40" w:after="40" w:line="288" w:lineRule="auto"/>
              <w:jc w:val="center"/>
            </w:pPr>
            <w:r>
              <w:rPr>
                <w:sz w:val="17"/>
                <w:szCs w:val="17"/>
                <w:rtl/>
              </w:rPr>
              <w:t>3</w:t>
            </w:r>
          </w:p>
        </w:tc>
        <w:tc>
          <w:tcPr>
            <w:tcW w:w="5102" w:type="dxa"/>
            <w:vAlign w:val="center"/>
          </w:tcPr>
          <w:p w14:paraId="604B5EE2" w14:textId="77777777" w:rsidR="00EB0B06" w:rsidRDefault="00E30BD4">
            <w:pPr>
              <w:bidi/>
              <w:spacing w:before="40" w:after="40" w:line="288" w:lineRule="auto"/>
            </w:pPr>
            <w:r>
              <w:rPr>
                <w:sz w:val="17"/>
                <w:szCs w:val="17"/>
                <w:rtl/>
              </w:rPr>
              <w:t>سمك طبقة الأنودة للألومنيوم من 12 إلى 25 ميكرون حسب درجة تلوث الجو (22 إلى 25 ميكرون للمناطق الساحلية)، مع اختبار عينات عشوائية بمعمل متخصص</w:t>
            </w:r>
          </w:p>
        </w:tc>
        <w:tc>
          <w:tcPr>
            <w:tcW w:w="1361" w:type="dxa"/>
            <w:vAlign w:val="center"/>
          </w:tcPr>
          <w:p w14:paraId="4683EB21" w14:textId="77777777" w:rsidR="00EB0B06" w:rsidRDefault="00E30BD4">
            <w:pPr>
              <w:bidi/>
              <w:spacing w:before="40" w:after="40" w:line="288" w:lineRule="auto"/>
            </w:pPr>
            <w:r>
              <w:rPr>
                <w:sz w:val="17"/>
                <w:szCs w:val="17"/>
                <w:rtl/>
              </w:rPr>
              <w:t>ص 211</w:t>
            </w:r>
          </w:p>
        </w:tc>
        <w:tc>
          <w:tcPr>
            <w:tcW w:w="1474" w:type="dxa"/>
            <w:vAlign w:val="center"/>
          </w:tcPr>
          <w:p w14:paraId="4DE02176" w14:textId="77777777" w:rsidR="00EB0B06" w:rsidRDefault="00E30BD4">
            <w:pPr>
              <w:bidi/>
              <w:spacing w:before="40" w:after="40" w:line="288" w:lineRule="auto"/>
              <w:jc w:val="center"/>
            </w:pPr>
            <w:r>
              <w:rPr>
                <w:sz w:val="17"/>
                <w:szCs w:val="17"/>
                <w:rtl/>
              </w:rPr>
              <w:t>☐ نعم ☐ لا</w:t>
            </w:r>
          </w:p>
        </w:tc>
        <w:tc>
          <w:tcPr>
            <w:tcW w:w="1701" w:type="dxa"/>
            <w:vAlign w:val="center"/>
          </w:tcPr>
          <w:p w14:paraId="2A7088DB" w14:textId="77777777" w:rsidR="00EB0B06" w:rsidRDefault="00E30BD4">
            <w:pPr>
              <w:bidi/>
              <w:spacing w:before="40" w:after="40" w:line="288" w:lineRule="auto"/>
            </w:pPr>
            <w:r>
              <w:rPr>
                <w:sz w:val="17"/>
                <w:szCs w:val="17"/>
                <w:rtl/>
              </w:rPr>
              <w:t>شهادات المصنع وتقارير المعمل</w:t>
            </w:r>
          </w:p>
        </w:tc>
      </w:tr>
      <w:tr w:rsidR="00EB0B06" w14:paraId="36805F07" w14:textId="77777777">
        <w:trPr>
          <w:cantSplit/>
          <w:trHeight w:val="408"/>
          <w:jc w:val="center"/>
        </w:trPr>
        <w:tc>
          <w:tcPr>
            <w:tcW w:w="454" w:type="dxa"/>
            <w:vAlign w:val="center"/>
          </w:tcPr>
          <w:p w14:paraId="1D7C8866" w14:textId="77777777" w:rsidR="00EB0B06" w:rsidRDefault="00E30BD4">
            <w:pPr>
              <w:bidi/>
              <w:spacing w:before="40" w:after="40" w:line="288" w:lineRule="auto"/>
              <w:jc w:val="center"/>
            </w:pPr>
            <w:r>
              <w:rPr>
                <w:sz w:val="17"/>
                <w:szCs w:val="17"/>
                <w:rtl/>
              </w:rPr>
              <w:t>4</w:t>
            </w:r>
          </w:p>
        </w:tc>
        <w:tc>
          <w:tcPr>
            <w:tcW w:w="5102" w:type="dxa"/>
            <w:vAlign w:val="center"/>
          </w:tcPr>
          <w:p w14:paraId="4D8968A7" w14:textId="77777777" w:rsidR="00EB0B06" w:rsidRDefault="00E30BD4">
            <w:pPr>
              <w:bidi/>
              <w:spacing w:before="40" w:after="40" w:line="288" w:lineRule="auto"/>
            </w:pPr>
            <w:r>
              <w:rPr>
                <w:sz w:val="17"/>
                <w:szCs w:val="17"/>
                <w:rtl/>
              </w:rPr>
              <w:t>سمك الزجاج حسب مساحة اللوح: 4 مم حتى 0.50 م2، و6 مم حتى 3.30 م2، و8 مم فأكثر للأكبر أو حسب حسابات الرياح، مع فحص عينات عشوائية</w:t>
            </w:r>
          </w:p>
        </w:tc>
        <w:tc>
          <w:tcPr>
            <w:tcW w:w="1361" w:type="dxa"/>
            <w:vAlign w:val="center"/>
          </w:tcPr>
          <w:p w14:paraId="2B809FF7" w14:textId="77777777" w:rsidR="00EB0B06" w:rsidRDefault="00E30BD4">
            <w:pPr>
              <w:bidi/>
              <w:spacing w:before="40" w:after="40" w:line="288" w:lineRule="auto"/>
            </w:pPr>
            <w:r>
              <w:rPr>
                <w:sz w:val="17"/>
                <w:szCs w:val="17"/>
                <w:rtl/>
              </w:rPr>
              <w:t>ص 211</w:t>
            </w:r>
          </w:p>
        </w:tc>
        <w:tc>
          <w:tcPr>
            <w:tcW w:w="1474" w:type="dxa"/>
            <w:vAlign w:val="center"/>
          </w:tcPr>
          <w:p w14:paraId="0085A3A5" w14:textId="77777777" w:rsidR="00EB0B06" w:rsidRDefault="00E30BD4">
            <w:pPr>
              <w:bidi/>
              <w:spacing w:before="40" w:after="40" w:line="288" w:lineRule="auto"/>
              <w:jc w:val="center"/>
            </w:pPr>
            <w:r>
              <w:rPr>
                <w:sz w:val="17"/>
                <w:szCs w:val="17"/>
                <w:rtl/>
              </w:rPr>
              <w:t>☐ نعم ☐ لا</w:t>
            </w:r>
          </w:p>
        </w:tc>
        <w:tc>
          <w:tcPr>
            <w:tcW w:w="1701" w:type="dxa"/>
            <w:vAlign w:val="center"/>
          </w:tcPr>
          <w:p w14:paraId="21E3AD69" w14:textId="77777777" w:rsidR="00EB0B06" w:rsidRDefault="00E30BD4">
            <w:pPr>
              <w:bidi/>
              <w:spacing w:before="40" w:after="40" w:line="288" w:lineRule="auto"/>
            </w:pPr>
            <w:r>
              <w:rPr>
                <w:sz w:val="17"/>
                <w:szCs w:val="17"/>
                <w:rtl/>
              </w:rPr>
              <w:t>حسابات الزجاج وشهادات المورد</w:t>
            </w:r>
          </w:p>
        </w:tc>
      </w:tr>
      <w:tr w:rsidR="00EB0B06" w14:paraId="441AB1AB" w14:textId="77777777">
        <w:trPr>
          <w:cantSplit/>
          <w:trHeight w:val="408"/>
          <w:jc w:val="center"/>
        </w:trPr>
        <w:tc>
          <w:tcPr>
            <w:tcW w:w="454" w:type="dxa"/>
            <w:vAlign w:val="center"/>
          </w:tcPr>
          <w:p w14:paraId="75CA5243" w14:textId="77777777" w:rsidR="00EB0B06" w:rsidRDefault="00E30BD4">
            <w:pPr>
              <w:bidi/>
              <w:spacing w:before="40" w:after="40" w:line="288" w:lineRule="auto"/>
              <w:jc w:val="center"/>
            </w:pPr>
            <w:r>
              <w:rPr>
                <w:sz w:val="17"/>
                <w:szCs w:val="17"/>
                <w:rtl/>
              </w:rPr>
              <w:t>5</w:t>
            </w:r>
          </w:p>
        </w:tc>
        <w:tc>
          <w:tcPr>
            <w:tcW w:w="5102" w:type="dxa"/>
            <w:vAlign w:val="center"/>
          </w:tcPr>
          <w:p w14:paraId="6DC2DE35" w14:textId="77777777" w:rsidR="00EB0B06" w:rsidRDefault="00E30BD4">
            <w:pPr>
              <w:bidi/>
              <w:spacing w:before="40" w:after="40" w:line="288" w:lineRule="auto"/>
            </w:pPr>
            <w:r>
              <w:rPr>
                <w:sz w:val="17"/>
                <w:szCs w:val="17"/>
                <w:rtl/>
              </w:rPr>
              <w:t>التثبيت الميكانيكي للتكسيات الحجرية بمسامير ستانلس بعمق 2 بوصة على الأقل في الخرسانة، ولوح تعليق معدني بعرض 50 مم على الأقل عند التثبيت بباطن البلاطات</w:t>
            </w:r>
          </w:p>
        </w:tc>
        <w:tc>
          <w:tcPr>
            <w:tcW w:w="1361" w:type="dxa"/>
            <w:vAlign w:val="center"/>
          </w:tcPr>
          <w:p w14:paraId="67D3797C" w14:textId="77777777" w:rsidR="00EB0B06" w:rsidRDefault="00E30BD4">
            <w:pPr>
              <w:bidi/>
              <w:spacing w:before="40" w:after="40" w:line="288" w:lineRule="auto"/>
            </w:pPr>
            <w:r>
              <w:rPr>
                <w:sz w:val="17"/>
                <w:szCs w:val="17"/>
                <w:rtl/>
              </w:rPr>
              <w:t>ص 385، 390</w:t>
            </w:r>
          </w:p>
        </w:tc>
        <w:tc>
          <w:tcPr>
            <w:tcW w:w="1474" w:type="dxa"/>
            <w:vAlign w:val="center"/>
          </w:tcPr>
          <w:p w14:paraId="36E868FB" w14:textId="77777777" w:rsidR="00EB0B06" w:rsidRDefault="00E30BD4">
            <w:pPr>
              <w:bidi/>
              <w:spacing w:before="40" w:after="40" w:line="288" w:lineRule="auto"/>
              <w:jc w:val="center"/>
            </w:pPr>
            <w:r>
              <w:rPr>
                <w:sz w:val="17"/>
                <w:szCs w:val="17"/>
                <w:rtl/>
              </w:rPr>
              <w:t>☐ نعم ☐ لا</w:t>
            </w:r>
          </w:p>
        </w:tc>
        <w:tc>
          <w:tcPr>
            <w:tcW w:w="1701" w:type="dxa"/>
            <w:vAlign w:val="center"/>
          </w:tcPr>
          <w:p w14:paraId="0D104459" w14:textId="77777777" w:rsidR="00EB0B06" w:rsidRDefault="00E30BD4">
            <w:pPr>
              <w:bidi/>
              <w:spacing w:before="40" w:after="40" w:line="288" w:lineRule="auto"/>
            </w:pPr>
            <w:r>
              <w:rPr>
                <w:sz w:val="17"/>
                <w:szCs w:val="17"/>
                <w:rtl/>
              </w:rPr>
              <w:t>تفاصيل التثبيت وحسابات المثبتات</w:t>
            </w:r>
          </w:p>
        </w:tc>
      </w:tr>
      <w:tr w:rsidR="00EB0B06" w14:paraId="169DFC39" w14:textId="77777777">
        <w:trPr>
          <w:cantSplit/>
          <w:trHeight w:val="408"/>
          <w:jc w:val="center"/>
        </w:trPr>
        <w:tc>
          <w:tcPr>
            <w:tcW w:w="454" w:type="dxa"/>
            <w:vAlign w:val="center"/>
          </w:tcPr>
          <w:p w14:paraId="4F1ED4D2" w14:textId="77777777" w:rsidR="00EB0B06" w:rsidRDefault="00E30BD4">
            <w:pPr>
              <w:bidi/>
              <w:spacing w:before="40" w:after="40" w:line="288" w:lineRule="auto"/>
              <w:jc w:val="center"/>
            </w:pPr>
            <w:r>
              <w:rPr>
                <w:sz w:val="17"/>
                <w:szCs w:val="17"/>
                <w:rtl/>
              </w:rPr>
              <w:t>6</w:t>
            </w:r>
          </w:p>
        </w:tc>
        <w:tc>
          <w:tcPr>
            <w:tcW w:w="5102" w:type="dxa"/>
            <w:vAlign w:val="center"/>
          </w:tcPr>
          <w:p w14:paraId="6CD7651D" w14:textId="77777777" w:rsidR="00EB0B06" w:rsidRDefault="00E30BD4">
            <w:pPr>
              <w:bidi/>
              <w:spacing w:before="40" w:after="40" w:line="288" w:lineRule="auto"/>
            </w:pPr>
            <w:r>
              <w:rPr>
                <w:sz w:val="17"/>
                <w:szCs w:val="17"/>
                <w:rtl/>
              </w:rPr>
              <w:t>أبواب مقاومة للحريق بشهادة اختبار معتمدة تناسب مقاومة الجدار وفق NFPA 252 أو UL 10C بدلا من ASTM E152 المسحوبة، وتثبيت الحلوق بثلاثة مسامير على الأقل بكل جانب ومسمارين بالعتب</w:t>
            </w:r>
          </w:p>
        </w:tc>
        <w:tc>
          <w:tcPr>
            <w:tcW w:w="1361" w:type="dxa"/>
            <w:vAlign w:val="center"/>
          </w:tcPr>
          <w:p w14:paraId="1E4EE7CC" w14:textId="77777777" w:rsidR="00EB0B06" w:rsidRDefault="00E30BD4">
            <w:pPr>
              <w:bidi/>
              <w:spacing w:before="40" w:after="40" w:line="288" w:lineRule="auto"/>
            </w:pPr>
            <w:r>
              <w:rPr>
                <w:sz w:val="17"/>
                <w:szCs w:val="17"/>
                <w:rtl/>
              </w:rPr>
              <w:t>ص 200</w:t>
            </w:r>
          </w:p>
        </w:tc>
        <w:tc>
          <w:tcPr>
            <w:tcW w:w="1474" w:type="dxa"/>
            <w:vAlign w:val="center"/>
          </w:tcPr>
          <w:p w14:paraId="541F4411" w14:textId="77777777" w:rsidR="00EB0B06" w:rsidRDefault="00E30BD4">
            <w:pPr>
              <w:bidi/>
              <w:spacing w:before="40" w:after="40" w:line="288" w:lineRule="auto"/>
              <w:jc w:val="center"/>
            </w:pPr>
            <w:r>
              <w:rPr>
                <w:sz w:val="17"/>
                <w:szCs w:val="17"/>
                <w:rtl/>
              </w:rPr>
              <w:t>☐ نعم ☐ لا</w:t>
            </w:r>
          </w:p>
        </w:tc>
        <w:tc>
          <w:tcPr>
            <w:tcW w:w="1701" w:type="dxa"/>
            <w:vAlign w:val="center"/>
          </w:tcPr>
          <w:p w14:paraId="4E831A8A" w14:textId="77777777" w:rsidR="00EB0B06" w:rsidRDefault="00E30BD4">
            <w:pPr>
              <w:bidi/>
              <w:spacing w:before="40" w:after="40" w:line="288" w:lineRule="auto"/>
            </w:pPr>
            <w:r>
              <w:rPr>
                <w:sz w:val="17"/>
                <w:szCs w:val="17"/>
                <w:rtl/>
              </w:rPr>
              <w:t>شهادات الاختبار والاعتماد</w:t>
            </w:r>
          </w:p>
        </w:tc>
      </w:tr>
      <w:tr w:rsidR="00EB0B06" w14:paraId="73264632" w14:textId="77777777">
        <w:trPr>
          <w:cantSplit/>
          <w:trHeight w:val="408"/>
          <w:jc w:val="center"/>
        </w:trPr>
        <w:tc>
          <w:tcPr>
            <w:tcW w:w="454" w:type="dxa"/>
            <w:vAlign w:val="center"/>
          </w:tcPr>
          <w:p w14:paraId="45E1D340" w14:textId="77777777" w:rsidR="00EB0B06" w:rsidRDefault="00E30BD4">
            <w:pPr>
              <w:bidi/>
              <w:spacing w:before="40" w:after="40" w:line="288" w:lineRule="auto"/>
              <w:jc w:val="center"/>
            </w:pPr>
            <w:r>
              <w:rPr>
                <w:sz w:val="17"/>
                <w:szCs w:val="17"/>
                <w:rtl/>
              </w:rPr>
              <w:t>7</w:t>
            </w:r>
          </w:p>
        </w:tc>
        <w:tc>
          <w:tcPr>
            <w:tcW w:w="5102" w:type="dxa"/>
            <w:vAlign w:val="center"/>
          </w:tcPr>
          <w:p w14:paraId="03720F1A" w14:textId="77777777" w:rsidR="00EB0B06" w:rsidRDefault="00E30BD4">
            <w:pPr>
              <w:bidi/>
              <w:spacing w:before="40" w:after="40" w:line="288" w:lineRule="auto"/>
            </w:pPr>
            <w:r>
              <w:rPr>
                <w:sz w:val="17"/>
                <w:szCs w:val="17"/>
                <w:rtl/>
              </w:rPr>
              <w:t>ارتفاع درابزين الدرج الصافي بعد التشطيب من 870 إلى 970 مم ويمتد 300 مم عند بداية الدرج ونهايته، مع تثبيت آمن</w:t>
            </w:r>
          </w:p>
        </w:tc>
        <w:tc>
          <w:tcPr>
            <w:tcW w:w="1361" w:type="dxa"/>
            <w:vAlign w:val="center"/>
          </w:tcPr>
          <w:p w14:paraId="49BA0B8C" w14:textId="77777777" w:rsidR="00EB0B06" w:rsidRDefault="00E30BD4">
            <w:pPr>
              <w:bidi/>
              <w:spacing w:before="40" w:after="40" w:line="288" w:lineRule="auto"/>
            </w:pPr>
            <w:r>
              <w:rPr>
                <w:sz w:val="17"/>
                <w:szCs w:val="17"/>
                <w:rtl/>
              </w:rPr>
              <w:t>ص 216</w:t>
            </w:r>
          </w:p>
        </w:tc>
        <w:tc>
          <w:tcPr>
            <w:tcW w:w="1474" w:type="dxa"/>
            <w:vAlign w:val="center"/>
          </w:tcPr>
          <w:p w14:paraId="0159CF0F" w14:textId="77777777" w:rsidR="00EB0B06" w:rsidRDefault="00E30BD4">
            <w:pPr>
              <w:bidi/>
              <w:spacing w:before="40" w:after="40" w:line="288" w:lineRule="auto"/>
              <w:jc w:val="center"/>
            </w:pPr>
            <w:r>
              <w:rPr>
                <w:sz w:val="17"/>
                <w:szCs w:val="17"/>
                <w:rtl/>
              </w:rPr>
              <w:t>☐ نعم ☐ لا</w:t>
            </w:r>
          </w:p>
        </w:tc>
        <w:tc>
          <w:tcPr>
            <w:tcW w:w="1701" w:type="dxa"/>
            <w:vAlign w:val="center"/>
          </w:tcPr>
          <w:p w14:paraId="6D6913B7" w14:textId="77777777" w:rsidR="00EB0B06" w:rsidRDefault="00E30BD4">
            <w:pPr>
              <w:bidi/>
              <w:spacing w:before="40" w:after="40" w:line="288" w:lineRule="auto"/>
            </w:pPr>
            <w:r>
              <w:rPr>
                <w:sz w:val="17"/>
                <w:szCs w:val="17"/>
                <w:rtl/>
              </w:rPr>
              <w:t>تفاصيل الدرابزين</w:t>
            </w:r>
          </w:p>
        </w:tc>
      </w:tr>
    </w:tbl>
    <w:p w14:paraId="1E5FD524" w14:textId="77777777" w:rsidR="00EB0B06" w:rsidRDefault="00EB0B06">
      <w:pPr>
        <w:bidi/>
        <w:spacing w:after="40"/>
      </w:pPr>
    </w:p>
    <w:p w14:paraId="5D808BFC" w14:textId="77777777" w:rsidR="00EB0B06" w:rsidRDefault="00E30BD4">
      <w:r>
        <w:br w:type="page"/>
      </w:r>
    </w:p>
    <w:p w14:paraId="27872E72" w14:textId="77777777" w:rsidR="00EB0B06" w:rsidRDefault="00E30BD4">
      <w:pPr>
        <w:keepNext/>
        <w:pBdr>
          <w:bottom w:val="single" w:sz="8" w:space="1" w:color="2633FF"/>
        </w:pBdr>
        <w:bidi/>
        <w:spacing w:before="200" w:after="120"/>
        <w:outlineLvl w:val="0"/>
      </w:pPr>
      <w:r>
        <w:rPr>
          <w:b/>
          <w:bCs/>
          <w:color w:val="052976"/>
          <w:sz w:val="30"/>
          <w:szCs w:val="30"/>
          <w:rtl/>
        </w:rPr>
        <w:t>10. الإقرار والتوقيع</w:t>
      </w:r>
    </w:p>
    <w:p w14:paraId="080D9479" w14:textId="77777777" w:rsidR="00EB0B06" w:rsidRDefault="00E30BD4">
      <w:pPr>
        <w:bidi/>
        <w:spacing w:after="80"/>
      </w:pPr>
      <w:r>
        <w:rPr>
          <w:sz w:val="21"/>
          <w:szCs w:val="21"/>
          <w:rtl/>
        </w:rPr>
        <w:t>نقر نحن الموقعين أدناه بأن جميع البيانات والمستندات المقدمة في هذا الاستبيان صحيحة وسارية، ونفوض المبدعون العرب للاستشارات الهندسية بالتحقق منها لدى الجهات المعنية، ونلتزم بإبلاغها كتابيا بأي تغيير جوهري في وضع الشركة النظامي أو المالي خلال فترة التأهيل والتنفيذ. ونعلم أن تقديم بيانات غير صحيحة يؤدي إلى الاستبعاد.</w:t>
      </w:r>
    </w:p>
    <w:tbl>
      <w:tblPr>
        <w:tblStyle w:val="TableGrid"/>
        <w:bidiVisual/>
        <w:tblW w:w="0" w:type="auto"/>
        <w:jc w:val="center"/>
        <w:tblLayout w:type="fixed"/>
        <w:tblLook w:val="04A0" w:firstRow="1" w:lastRow="0" w:firstColumn="1" w:lastColumn="0" w:noHBand="0" w:noVBand="1"/>
      </w:tblPr>
      <w:tblGrid>
        <w:gridCol w:w="5046"/>
        <w:gridCol w:w="5046"/>
      </w:tblGrid>
      <w:tr w:rsidR="00EB0B06" w14:paraId="05591074" w14:textId="77777777">
        <w:trPr>
          <w:cantSplit/>
          <w:trHeight w:val="408"/>
          <w:tblHeader/>
          <w:jc w:val="center"/>
        </w:trPr>
        <w:tc>
          <w:tcPr>
            <w:tcW w:w="5046" w:type="dxa"/>
            <w:shd w:val="clear" w:color="auto" w:fill="052976"/>
            <w:vAlign w:val="center"/>
          </w:tcPr>
          <w:p w14:paraId="0C059D42" w14:textId="77777777" w:rsidR="00EB0B06" w:rsidRDefault="00E30BD4">
            <w:pPr>
              <w:bidi/>
              <w:spacing w:before="40" w:after="40" w:line="288" w:lineRule="auto"/>
              <w:jc w:val="center"/>
            </w:pPr>
            <w:r>
              <w:rPr>
                <w:b/>
                <w:bCs/>
                <w:color w:val="FFFFFF"/>
                <w:sz w:val="19"/>
                <w:szCs w:val="19"/>
                <w:rtl/>
              </w:rPr>
              <w:t>عن مقاول الباطن</w:t>
            </w:r>
          </w:p>
        </w:tc>
        <w:tc>
          <w:tcPr>
            <w:tcW w:w="5046" w:type="dxa"/>
            <w:shd w:val="clear" w:color="auto" w:fill="052976"/>
            <w:vAlign w:val="center"/>
          </w:tcPr>
          <w:p w14:paraId="4E6EA266" w14:textId="77777777" w:rsidR="00EB0B06" w:rsidRDefault="00E30BD4">
            <w:pPr>
              <w:bidi/>
              <w:spacing w:before="40" w:after="40" w:line="288" w:lineRule="auto"/>
              <w:jc w:val="center"/>
            </w:pPr>
            <w:r>
              <w:rPr>
                <w:b/>
                <w:bCs/>
                <w:color w:val="FFFFFF"/>
                <w:sz w:val="19"/>
                <w:szCs w:val="19"/>
                <w:rtl/>
              </w:rPr>
              <w:t>ختم الشركة</w:t>
            </w:r>
          </w:p>
        </w:tc>
      </w:tr>
      <w:tr w:rsidR="00EB0B06" w14:paraId="0009D900" w14:textId="77777777">
        <w:trPr>
          <w:cantSplit/>
          <w:trHeight w:val="2381"/>
          <w:jc w:val="center"/>
        </w:trPr>
        <w:tc>
          <w:tcPr>
            <w:tcW w:w="5046" w:type="dxa"/>
            <w:vAlign w:val="center"/>
          </w:tcPr>
          <w:p w14:paraId="44D8ED1C" w14:textId="77777777" w:rsidR="00EB0B06" w:rsidRDefault="00E30BD4">
            <w:pPr>
              <w:bidi/>
              <w:spacing w:before="40" w:after="40" w:line="288" w:lineRule="auto"/>
            </w:pPr>
            <w:r>
              <w:rPr>
                <w:sz w:val="20"/>
                <w:szCs w:val="20"/>
                <w:rtl/>
              </w:rPr>
              <w:t>الاسم:</w:t>
            </w:r>
            <w:r>
              <w:rPr>
                <w:sz w:val="20"/>
                <w:szCs w:val="20"/>
                <w:rtl/>
              </w:rPr>
              <w:br/>
            </w:r>
            <w:r>
              <w:rPr>
                <w:sz w:val="20"/>
                <w:szCs w:val="20"/>
                <w:rtl/>
              </w:rPr>
              <w:br/>
              <w:t>الصفة:</w:t>
            </w:r>
            <w:r>
              <w:rPr>
                <w:sz w:val="20"/>
                <w:szCs w:val="20"/>
                <w:rtl/>
              </w:rPr>
              <w:br/>
            </w:r>
            <w:r>
              <w:rPr>
                <w:sz w:val="20"/>
                <w:szCs w:val="20"/>
                <w:rtl/>
              </w:rPr>
              <w:br/>
              <w:t>التوقيع:</w:t>
            </w:r>
            <w:r>
              <w:rPr>
                <w:sz w:val="20"/>
                <w:szCs w:val="20"/>
                <w:rtl/>
              </w:rPr>
              <w:br/>
            </w:r>
            <w:r>
              <w:rPr>
                <w:sz w:val="20"/>
                <w:szCs w:val="20"/>
                <w:rtl/>
              </w:rPr>
              <w:br/>
              <w:t>التاريخ:</w:t>
            </w:r>
          </w:p>
        </w:tc>
        <w:tc>
          <w:tcPr>
            <w:tcW w:w="5046" w:type="dxa"/>
            <w:vAlign w:val="center"/>
          </w:tcPr>
          <w:p w14:paraId="510D2323" w14:textId="77777777" w:rsidR="00EB0B06" w:rsidRDefault="00EB0B06">
            <w:pPr>
              <w:bidi/>
              <w:spacing w:before="40" w:after="40" w:line="288" w:lineRule="auto"/>
            </w:pPr>
          </w:p>
        </w:tc>
      </w:tr>
    </w:tbl>
    <w:p w14:paraId="14D67BF7" w14:textId="77777777" w:rsidR="00EB0B06" w:rsidRDefault="00E30BD4">
      <w:pPr>
        <w:keepNext/>
        <w:bidi/>
        <w:spacing w:after="120"/>
        <w:outlineLvl w:val="1"/>
      </w:pPr>
      <w:r>
        <w:rPr>
          <w:b/>
          <w:bCs/>
          <w:color w:val="052976"/>
          <w:sz w:val="25"/>
          <w:szCs w:val="25"/>
          <w:rtl/>
        </w:rPr>
        <w:t>للاستخدام الداخلي لدى ACE</w:t>
      </w:r>
    </w:p>
    <w:tbl>
      <w:tblPr>
        <w:tblStyle w:val="TableGrid"/>
        <w:bidiVisual/>
        <w:tblW w:w="0" w:type="auto"/>
        <w:jc w:val="center"/>
        <w:tblLayout w:type="fixed"/>
        <w:tblLook w:val="04A0" w:firstRow="1" w:lastRow="0" w:firstColumn="1" w:lastColumn="0" w:noHBand="0" w:noVBand="1"/>
      </w:tblPr>
      <w:tblGrid>
        <w:gridCol w:w="2268"/>
        <w:gridCol w:w="2778"/>
        <w:gridCol w:w="2268"/>
        <w:gridCol w:w="2778"/>
      </w:tblGrid>
      <w:tr w:rsidR="00EB0B06" w14:paraId="2F7BA190" w14:textId="77777777">
        <w:trPr>
          <w:cantSplit/>
          <w:trHeight w:val="408"/>
          <w:jc w:val="center"/>
        </w:trPr>
        <w:tc>
          <w:tcPr>
            <w:tcW w:w="2268" w:type="dxa"/>
            <w:shd w:val="clear" w:color="auto" w:fill="EEF1FA"/>
            <w:vAlign w:val="center"/>
          </w:tcPr>
          <w:p w14:paraId="035E7798" w14:textId="77777777" w:rsidR="00EB0B06" w:rsidRDefault="00E30BD4">
            <w:pPr>
              <w:bidi/>
              <w:spacing w:before="40" w:after="40" w:line="288" w:lineRule="auto"/>
            </w:pPr>
            <w:r>
              <w:rPr>
                <w:sz w:val="19"/>
                <w:szCs w:val="19"/>
                <w:rtl/>
              </w:rPr>
              <w:t>تاريخ الاستلام</w:t>
            </w:r>
          </w:p>
        </w:tc>
        <w:tc>
          <w:tcPr>
            <w:tcW w:w="2778" w:type="dxa"/>
            <w:vAlign w:val="center"/>
          </w:tcPr>
          <w:p w14:paraId="5A1EC094" w14:textId="77777777" w:rsidR="00EB0B06" w:rsidRDefault="00EB0B06">
            <w:pPr>
              <w:bidi/>
              <w:spacing w:before="40" w:after="40" w:line="288" w:lineRule="auto"/>
            </w:pPr>
          </w:p>
        </w:tc>
        <w:tc>
          <w:tcPr>
            <w:tcW w:w="2268" w:type="dxa"/>
            <w:shd w:val="clear" w:color="auto" w:fill="EEF1FA"/>
            <w:vAlign w:val="center"/>
          </w:tcPr>
          <w:p w14:paraId="68CEC48D" w14:textId="77777777" w:rsidR="00EB0B06" w:rsidRDefault="00E30BD4">
            <w:pPr>
              <w:bidi/>
              <w:spacing w:before="40" w:after="40" w:line="288" w:lineRule="auto"/>
            </w:pPr>
            <w:r>
              <w:rPr>
                <w:sz w:val="19"/>
                <w:szCs w:val="19"/>
                <w:rtl/>
              </w:rPr>
              <w:t>استلمه</w:t>
            </w:r>
          </w:p>
        </w:tc>
        <w:tc>
          <w:tcPr>
            <w:tcW w:w="2778" w:type="dxa"/>
            <w:vAlign w:val="center"/>
          </w:tcPr>
          <w:p w14:paraId="5F57343B" w14:textId="77777777" w:rsidR="00EB0B06" w:rsidRDefault="00EB0B06">
            <w:pPr>
              <w:bidi/>
              <w:spacing w:before="40" w:after="40" w:line="288" w:lineRule="auto"/>
            </w:pPr>
          </w:p>
        </w:tc>
      </w:tr>
      <w:tr w:rsidR="00EB0B06" w14:paraId="317B6B78" w14:textId="77777777">
        <w:trPr>
          <w:cantSplit/>
          <w:trHeight w:val="408"/>
          <w:jc w:val="center"/>
        </w:trPr>
        <w:tc>
          <w:tcPr>
            <w:tcW w:w="2268" w:type="dxa"/>
            <w:shd w:val="clear" w:color="auto" w:fill="EEF1FA"/>
            <w:vAlign w:val="center"/>
          </w:tcPr>
          <w:p w14:paraId="34F1DAE5" w14:textId="77777777" w:rsidR="00EB0B06" w:rsidRDefault="00E30BD4">
            <w:pPr>
              <w:bidi/>
              <w:spacing w:before="40" w:after="40" w:line="288" w:lineRule="auto"/>
            </w:pPr>
            <w:r>
              <w:rPr>
                <w:sz w:val="19"/>
                <w:szCs w:val="19"/>
                <w:rtl/>
              </w:rPr>
              <w:t>اكتمال المستندات</w:t>
            </w:r>
          </w:p>
        </w:tc>
        <w:tc>
          <w:tcPr>
            <w:tcW w:w="2778" w:type="dxa"/>
            <w:vAlign w:val="center"/>
          </w:tcPr>
          <w:p w14:paraId="3D6744E7" w14:textId="77777777" w:rsidR="00EB0B06" w:rsidRDefault="00E30BD4">
            <w:pPr>
              <w:bidi/>
              <w:spacing w:before="40" w:after="40" w:line="288" w:lineRule="auto"/>
            </w:pPr>
            <w:r>
              <w:rPr>
                <w:sz w:val="19"/>
                <w:szCs w:val="19"/>
                <w:rtl/>
              </w:rPr>
              <w:t>☐ مكتمل ☐ ناقص</w:t>
            </w:r>
          </w:p>
        </w:tc>
        <w:tc>
          <w:tcPr>
            <w:tcW w:w="2268" w:type="dxa"/>
            <w:shd w:val="clear" w:color="auto" w:fill="EEF1FA"/>
            <w:vAlign w:val="center"/>
          </w:tcPr>
          <w:p w14:paraId="3DCB3739" w14:textId="77777777" w:rsidR="00EB0B06" w:rsidRDefault="00E30BD4">
            <w:pPr>
              <w:bidi/>
              <w:spacing w:before="40" w:after="40" w:line="288" w:lineRule="auto"/>
            </w:pPr>
            <w:r>
              <w:rPr>
                <w:sz w:val="19"/>
                <w:szCs w:val="19"/>
                <w:rtl/>
              </w:rPr>
              <w:t>النتيجة الموزونة</w:t>
            </w:r>
          </w:p>
        </w:tc>
        <w:tc>
          <w:tcPr>
            <w:tcW w:w="2778" w:type="dxa"/>
            <w:vAlign w:val="center"/>
          </w:tcPr>
          <w:p w14:paraId="38124F5D" w14:textId="77777777" w:rsidR="00EB0B06" w:rsidRDefault="00EB0B06">
            <w:pPr>
              <w:bidi/>
              <w:spacing w:before="40" w:after="40" w:line="288" w:lineRule="auto"/>
            </w:pPr>
          </w:p>
        </w:tc>
      </w:tr>
      <w:tr w:rsidR="00EB0B06" w14:paraId="6D79FB8D" w14:textId="77777777">
        <w:trPr>
          <w:cantSplit/>
          <w:trHeight w:val="408"/>
          <w:jc w:val="center"/>
        </w:trPr>
        <w:tc>
          <w:tcPr>
            <w:tcW w:w="2268" w:type="dxa"/>
            <w:shd w:val="clear" w:color="auto" w:fill="EEF1FA"/>
            <w:vAlign w:val="center"/>
          </w:tcPr>
          <w:p w14:paraId="66D69569" w14:textId="77777777" w:rsidR="00EB0B06" w:rsidRDefault="00E30BD4">
            <w:pPr>
              <w:bidi/>
              <w:spacing w:before="40" w:after="40" w:line="288" w:lineRule="auto"/>
            </w:pPr>
            <w:r>
              <w:rPr>
                <w:sz w:val="19"/>
                <w:szCs w:val="19"/>
                <w:rtl/>
              </w:rPr>
              <w:t>القرار</w:t>
            </w:r>
          </w:p>
        </w:tc>
        <w:tc>
          <w:tcPr>
            <w:tcW w:w="2778" w:type="dxa"/>
            <w:vAlign w:val="center"/>
          </w:tcPr>
          <w:p w14:paraId="512ECD89" w14:textId="77777777" w:rsidR="00EB0B06" w:rsidRDefault="00E30BD4">
            <w:pPr>
              <w:bidi/>
              <w:spacing w:before="40" w:after="40" w:line="288" w:lineRule="auto"/>
            </w:pPr>
            <w:r>
              <w:rPr>
                <w:sz w:val="19"/>
                <w:szCs w:val="19"/>
                <w:rtl/>
              </w:rPr>
              <w:t>☐ مؤهل ☐ مؤهل بشروط ☐ غير مؤهل</w:t>
            </w:r>
          </w:p>
        </w:tc>
        <w:tc>
          <w:tcPr>
            <w:tcW w:w="2268" w:type="dxa"/>
            <w:shd w:val="clear" w:color="auto" w:fill="EEF1FA"/>
            <w:vAlign w:val="center"/>
          </w:tcPr>
          <w:p w14:paraId="0B8FEC4C" w14:textId="77777777" w:rsidR="00EB0B06" w:rsidRDefault="00E30BD4">
            <w:pPr>
              <w:bidi/>
              <w:spacing w:before="40" w:after="40" w:line="288" w:lineRule="auto"/>
            </w:pPr>
            <w:r>
              <w:rPr>
                <w:sz w:val="19"/>
                <w:szCs w:val="19"/>
                <w:rtl/>
              </w:rPr>
              <w:t>الشروط إن وجدت</w:t>
            </w:r>
          </w:p>
        </w:tc>
        <w:tc>
          <w:tcPr>
            <w:tcW w:w="2778" w:type="dxa"/>
            <w:vAlign w:val="center"/>
          </w:tcPr>
          <w:p w14:paraId="2B68C5D3" w14:textId="77777777" w:rsidR="00EB0B06" w:rsidRDefault="00EB0B06">
            <w:pPr>
              <w:bidi/>
              <w:spacing w:before="40" w:after="40" w:line="288" w:lineRule="auto"/>
            </w:pPr>
          </w:p>
        </w:tc>
      </w:tr>
    </w:tbl>
    <w:p w14:paraId="7BB4507F" w14:textId="77777777" w:rsidR="00EB0B06" w:rsidRDefault="00EB0B06">
      <w:pPr>
        <w:bidi/>
        <w:spacing w:after="40"/>
      </w:pPr>
    </w:p>
    <w:p w14:paraId="4F811724" w14:textId="77777777" w:rsidR="00EB0B06" w:rsidRDefault="00E30BD4">
      <w:pPr>
        <w:bidi/>
        <w:spacing w:after="80"/>
      </w:pPr>
      <w:r>
        <w:rPr>
          <w:b/>
          <w:bCs/>
          <w:color w:val="052976"/>
          <w:rtl/>
        </w:rPr>
        <w:t>اعتماد: م/ أحمد فتحي، مدير المشاريع</w:t>
      </w:r>
    </w:p>
    <w:p w14:paraId="2661956C" w14:textId="77777777" w:rsidR="00EB0B06" w:rsidRDefault="00E30BD4">
      <w:pPr>
        <w:bidi/>
        <w:spacing w:after="80"/>
      </w:pPr>
      <w:r>
        <w:rPr>
          <w:sz w:val="20"/>
          <w:szCs w:val="20"/>
          <w:rtl/>
        </w:rPr>
        <w:t>التوقيع: ....................................      التاريخ: ....................</w:t>
      </w:r>
    </w:p>
    <w:sectPr w:rsidR="00EB0B06" w:rsidSect="00034616">
      <w:headerReference w:type="default" r:id="rId8"/>
      <w:footerReference w:type="default" r:id="rId9"/>
      <w:pgSz w:w="11906" w:h="16838"/>
      <w:pgMar w:top="907" w:right="907" w:bottom="850" w:left="907" w:header="340" w:footer="283"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0415E" w14:textId="77777777" w:rsidR="00E30BD4" w:rsidRDefault="00E30BD4">
      <w:pPr>
        <w:spacing w:after="0" w:line="240" w:lineRule="auto"/>
      </w:pPr>
      <w:r>
        <w:separator/>
      </w:r>
    </w:p>
  </w:endnote>
  <w:endnote w:type="continuationSeparator" w:id="0">
    <w:p w14:paraId="78787773" w14:textId="77777777" w:rsidR="00E30BD4" w:rsidRDefault="00E30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lmarai">
    <w:panose1 w:val="00000000000000000000"/>
    <w:charset w:val="00"/>
    <w:family w:val="auto"/>
    <w:pitch w:val="variable"/>
    <w:sig w:usb0="8000202B" w:usb1="9000205A"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72F0" w14:textId="77777777" w:rsidR="00EB0B06" w:rsidRDefault="00E30BD4">
    <w:pPr>
      <w:pStyle w:val="Footer"/>
      <w:pBdr>
        <w:top w:val="single" w:sz="4" w:space="4" w:color="2633FF"/>
      </w:pBdr>
      <w:bidi/>
      <w:jc w:val="center"/>
    </w:pPr>
    <w:r>
      <w:rPr>
        <w:color w:val="5B6475"/>
        <w:sz w:val="14"/>
        <w:szCs w:val="14"/>
        <w:rtl/>
      </w:rPr>
      <w:t>المبدعون العرب للاستشارات الهندسية  |  المقر الرئيسي: القاهرة، مدينة 15 مايو  |  مكتب الرياض قيد التأسيس</w:t>
    </w:r>
  </w:p>
  <w:p w14:paraId="1DE72826" w14:textId="77777777" w:rsidR="00EB0B06" w:rsidRDefault="00E30BD4">
    <w:pPr>
      <w:bidi/>
      <w:spacing w:after="0"/>
      <w:jc w:val="center"/>
    </w:pPr>
    <w:r>
      <w:rPr>
        <w:b/>
        <w:bCs/>
        <w:color w:val="052976"/>
        <w:sz w:val="15"/>
        <w:szCs w:val="15"/>
        <w:rtl/>
      </w:rPr>
      <w:t>info@arabcreators.co  |  www.arabcreators.co</w:t>
    </w:r>
  </w:p>
  <w:p w14:paraId="47FBEDCE" w14:textId="77777777" w:rsidR="00EB0B06" w:rsidRDefault="00E30BD4">
    <w:pPr>
      <w:bidi/>
      <w:spacing w:after="0"/>
      <w:jc w:val="center"/>
    </w:pPr>
    <w:r>
      <w:rPr>
        <w:color w:val="5B6475"/>
        <w:sz w:val="15"/>
        <w:szCs w:val="15"/>
        <w:rtl/>
      </w:rPr>
      <w:t xml:space="preserve">صفحة </w:t>
    </w:r>
    <w:r>
      <w:fldChar w:fldCharType="begin"/>
    </w:r>
    <w:r>
      <w:instrText>PAGE</w:instrText>
    </w:r>
    <w:r>
      <w:fldChar w:fldCharType="separate"/>
    </w:r>
    <w:r>
      <w:rPr>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6D14A" w14:textId="77777777" w:rsidR="00E30BD4" w:rsidRDefault="00E30BD4">
      <w:pPr>
        <w:spacing w:after="0" w:line="240" w:lineRule="auto"/>
      </w:pPr>
      <w:r>
        <w:separator/>
      </w:r>
    </w:p>
  </w:footnote>
  <w:footnote w:type="continuationSeparator" w:id="0">
    <w:p w14:paraId="1952AB9B" w14:textId="77777777" w:rsidR="00E30BD4" w:rsidRDefault="00E30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E3C3" w14:textId="77777777" w:rsidR="00EB0B06" w:rsidRDefault="00E30BD4">
    <w:pPr>
      <w:pStyle w:val="Header"/>
      <w:pBdr>
        <w:bottom w:val="double" w:sz="6" w:space="4" w:color="052976"/>
      </w:pBdr>
    </w:pPr>
    <w:r>
      <w:rPr>
        <w:noProof/>
      </w:rPr>
      <w:drawing>
        <wp:inline distT="0" distB="0" distL="0" distR="0" wp14:anchorId="18E74F6E" wp14:editId="7CDEE20F">
          <wp:extent cx="1365698"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_h.png"/>
                  <pic:cNvPicPr/>
                </pic:nvPicPr>
                <pic:blipFill>
                  <a:blip r:embed="rId1"/>
                  <a:stretch>
                    <a:fillRect/>
                  </a:stretch>
                </pic:blipFill>
                <pic:spPr>
                  <a:xfrm>
                    <a:off x="0" y="0"/>
                    <a:ext cx="1365698"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89150594">
    <w:abstractNumId w:val="8"/>
  </w:num>
  <w:num w:numId="2" w16cid:durableId="230508709">
    <w:abstractNumId w:val="6"/>
  </w:num>
  <w:num w:numId="3" w16cid:durableId="1469788269">
    <w:abstractNumId w:val="5"/>
  </w:num>
  <w:num w:numId="4" w16cid:durableId="1699546416">
    <w:abstractNumId w:val="4"/>
  </w:num>
  <w:num w:numId="5" w16cid:durableId="1533105587">
    <w:abstractNumId w:val="7"/>
  </w:num>
  <w:num w:numId="6" w16cid:durableId="477653974">
    <w:abstractNumId w:val="3"/>
  </w:num>
  <w:num w:numId="7" w16cid:durableId="1887444538">
    <w:abstractNumId w:val="2"/>
  </w:num>
  <w:num w:numId="8" w16cid:durableId="526794903">
    <w:abstractNumId w:val="1"/>
  </w:num>
  <w:num w:numId="9" w16cid:durableId="63921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C0D99"/>
    <w:rsid w:val="00AA1D8D"/>
    <w:rsid w:val="00B47730"/>
    <w:rsid w:val="00CB0664"/>
    <w:rsid w:val="00E30BD4"/>
    <w:rsid w:val="00EB0B06"/>
    <w:rsid w:val="00FC693F"/>
    <w:rsid w:val="00FF4B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88712F"/>
  <w14:defaultImageDpi w14:val="300"/>
  <w15:docId w15:val="{CB40D4BB-3D79-491E-8095-5848696D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lmarai" w:hAnsi="Almarai" w:cs="Almara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2361</Words>
  <Characters>13459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Prequalification Questionnaire</dc:title>
  <dc:subject>ACE QMS</dc:subject>
  <dc:creator>Ahmed Fathy</dc:creator>
  <cp:keywords/>
  <dc:description/>
  <cp:lastModifiedBy>Ahmed Fathy</cp:lastModifiedBy>
  <cp:revision>2</cp:revision>
  <dcterms:created xsi:type="dcterms:W3CDTF">2026-11-03T20:28:00Z</dcterms:created>
  <dcterms:modified xsi:type="dcterms:W3CDTF">2026-11-03T20:28:00Z</dcterms:modified>
  <cp:category/>
</cp:coreProperties>
</file>