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204A5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204A5A" w:rsidRDefault="00E1648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204A5A" w:rsidRDefault="00204A5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204A5A" w:rsidRDefault="00E1648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204A5A" w:rsidRDefault="00204A5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204A5A" w:rsidRDefault="00E1648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204A5A" w:rsidRDefault="00204A5A">
            <w:pPr>
              <w:bidi/>
              <w:spacing w:line="240" w:lineRule="auto"/>
            </w:pPr>
          </w:p>
        </w:tc>
      </w:tr>
      <w:tr w:rsidR="00204A5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204A5A" w:rsidRDefault="00E1648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204A5A" w:rsidRDefault="00204A5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204A5A" w:rsidRDefault="00E1648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204A5A" w:rsidRDefault="00204A5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204A5A" w:rsidRDefault="00E1648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204A5A" w:rsidRDefault="00204A5A">
            <w:pPr>
              <w:bidi/>
              <w:spacing w:line="240" w:lineRule="auto"/>
            </w:pPr>
          </w:p>
        </w:tc>
      </w:tr>
      <w:tr w:rsidR="00204A5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204A5A" w:rsidRDefault="00E1648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204A5A" w:rsidRDefault="00204A5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204A5A" w:rsidRDefault="00E1648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204A5A" w:rsidRDefault="00E16481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204A5A" w:rsidRDefault="00204A5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04A5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04A5A" w:rsidRDefault="00E16481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204A5A" w:rsidRDefault="00204A5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204A5A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04A5A" w:rsidRDefault="00E1648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204A5A" w:rsidRDefault="00E1648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204A5A" w:rsidRDefault="00E1648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204A5A" w:rsidRDefault="00E16481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04A5A" w:rsidRDefault="00E1648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204A5A" w:rsidRDefault="00E1648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04A5A" w:rsidRDefault="00E1648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204A5A" w:rsidRDefault="00E1648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204A5A">
        <w:trPr>
          <w:cantSplit/>
          <w:jc w:val="center"/>
        </w:trPr>
        <w:tc>
          <w:tcPr>
            <w:tcW w:w="397" w:type="dxa"/>
            <w:vAlign w:val="center"/>
          </w:tcPr>
          <w:p w:rsidR="00204A5A" w:rsidRDefault="00E164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204A5A" w:rsidRDefault="00E1648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</w:tr>
      <w:tr w:rsidR="00204A5A">
        <w:trPr>
          <w:cantSplit/>
          <w:jc w:val="center"/>
        </w:trPr>
        <w:tc>
          <w:tcPr>
            <w:tcW w:w="397" w:type="dxa"/>
            <w:vAlign w:val="center"/>
          </w:tcPr>
          <w:p w:rsidR="00204A5A" w:rsidRDefault="00E164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204A5A" w:rsidRDefault="00E1648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</w:tr>
      <w:tr w:rsidR="00204A5A">
        <w:trPr>
          <w:cantSplit/>
          <w:jc w:val="center"/>
        </w:trPr>
        <w:tc>
          <w:tcPr>
            <w:tcW w:w="397" w:type="dxa"/>
            <w:vAlign w:val="center"/>
          </w:tcPr>
          <w:p w:rsidR="00204A5A" w:rsidRDefault="00E164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204A5A" w:rsidRDefault="00E1648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</w:tr>
      <w:tr w:rsidR="00204A5A">
        <w:trPr>
          <w:cantSplit/>
          <w:jc w:val="center"/>
        </w:trPr>
        <w:tc>
          <w:tcPr>
            <w:tcW w:w="397" w:type="dxa"/>
            <w:vAlign w:val="center"/>
          </w:tcPr>
          <w:p w:rsidR="00204A5A" w:rsidRDefault="00E164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204A5A" w:rsidRDefault="00E1648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</w:tr>
      <w:tr w:rsidR="00204A5A">
        <w:trPr>
          <w:cantSplit/>
          <w:jc w:val="center"/>
        </w:trPr>
        <w:tc>
          <w:tcPr>
            <w:tcW w:w="397" w:type="dxa"/>
            <w:vAlign w:val="center"/>
          </w:tcPr>
          <w:p w:rsidR="00204A5A" w:rsidRDefault="00E164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204A5A" w:rsidRDefault="00E1648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</w:tr>
      <w:tr w:rsidR="00204A5A">
        <w:trPr>
          <w:cantSplit/>
          <w:jc w:val="center"/>
        </w:trPr>
        <w:tc>
          <w:tcPr>
            <w:tcW w:w="397" w:type="dxa"/>
            <w:vAlign w:val="center"/>
          </w:tcPr>
          <w:p w:rsidR="00204A5A" w:rsidRDefault="00E164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204A5A" w:rsidRDefault="00E1648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</w:tr>
      <w:tr w:rsidR="00204A5A">
        <w:trPr>
          <w:cantSplit/>
          <w:jc w:val="center"/>
        </w:trPr>
        <w:tc>
          <w:tcPr>
            <w:tcW w:w="397" w:type="dxa"/>
            <w:vAlign w:val="center"/>
          </w:tcPr>
          <w:p w:rsidR="00204A5A" w:rsidRDefault="00E164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204A5A" w:rsidRDefault="00E1648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</w:tr>
      <w:tr w:rsidR="00204A5A">
        <w:trPr>
          <w:cantSplit/>
          <w:jc w:val="center"/>
        </w:trPr>
        <w:tc>
          <w:tcPr>
            <w:tcW w:w="397" w:type="dxa"/>
            <w:vAlign w:val="center"/>
          </w:tcPr>
          <w:p w:rsidR="00204A5A" w:rsidRDefault="00E164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204A5A" w:rsidRDefault="00E1648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</w:tr>
    </w:tbl>
    <w:p w:rsidR="00204A5A" w:rsidRDefault="00204A5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04A5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طبقة M.C.O لأعمال الطرق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04A5A" w:rsidRDefault="00E16481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Roads: Prime Coat (MC) Checklist</w:t>
            </w:r>
          </w:p>
        </w:tc>
      </w:tr>
    </w:tbl>
    <w:p w:rsidR="00204A5A" w:rsidRDefault="00204A5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204A5A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04A5A" w:rsidRDefault="00E1648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204A5A" w:rsidRDefault="00E1648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204A5A" w:rsidRDefault="00E1648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204A5A" w:rsidRDefault="00E16481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204A5A" w:rsidRDefault="00E1648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204A5A" w:rsidRDefault="00E1648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204A5A" w:rsidRDefault="00E1648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204A5A" w:rsidRDefault="00E1648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204A5A" w:rsidRDefault="00E1648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204A5A" w:rsidRDefault="00E1648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04A5A" w:rsidRDefault="00E1648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204A5A" w:rsidRDefault="00E1648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204A5A">
        <w:trPr>
          <w:cantSplit/>
          <w:jc w:val="center"/>
        </w:trPr>
        <w:tc>
          <w:tcPr>
            <w:tcW w:w="397" w:type="dxa"/>
            <w:vAlign w:val="center"/>
          </w:tcPr>
          <w:p w:rsidR="00204A5A" w:rsidRDefault="00E164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حماية البردورات بالشمع أثناء الرش.</w:t>
            </w:r>
          </w:p>
        </w:tc>
        <w:tc>
          <w:tcPr>
            <w:tcW w:w="3402" w:type="dxa"/>
            <w:vAlign w:val="center"/>
          </w:tcPr>
          <w:p w:rsidR="00204A5A" w:rsidRDefault="00E1648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Kerbs are protected with wax during spraying.</w:t>
            </w:r>
          </w:p>
        </w:tc>
        <w:tc>
          <w:tcPr>
            <w:tcW w:w="595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</w:tr>
      <w:tr w:rsidR="00204A5A">
        <w:trPr>
          <w:cantSplit/>
          <w:jc w:val="center"/>
        </w:trPr>
        <w:tc>
          <w:tcPr>
            <w:tcW w:w="397" w:type="dxa"/>
            <w:vAlign w:val="center"/>
          </w:tcPr>
          <w:p w:rsidR="00204A5A" w:rsidRDefault="00E164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نسبة الرطوبة لطبقة الأساس.</w:t>
            </w:r>
          </w:p>
        </w:tc>
        <w:tc>
          <w:tcPr>
            <w:tcW w:w="3402" w:type="dxa"/>
            <w:vAlign w:val="center"/>
          </w:tcPr>
          <w:p w:rsidR="00204A5A" w:rsidRDefault="00E1648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Base course moisture content is checked.</w:t>
            </w:r>
          </w:p>
        </w:tc>
        <w:tc>
          <w:tcPr>
            <w:tcW w:w="595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</w:tr>
      <w:tr w:rsidR="00204A5A">
        <w:trPr>
          <w:cantSplit/>
          <w:jc w:val="center"/>
        </w:trPr>
        <w:tc>
          <w:tcPr>
            <w:tcW w:w="397" w:type="dxa"/>
            <w:vAlign w:val="center"/>
          </w:tcPr>
          <w:p w:rsidR="00204A5A" w:rsidRDefault="00E164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أن معدل رش M.C.O لا يقل عن 1.50 كجم/م2 (اختبار اللوح الخشبي أثناء الرش).</w:t>
            </w:r>
          </w:p>
        </w:tc>
        <w:tc>
          <w:tcPr>
            <w:tcW w:w="3402" w:type="dxa"/>
            <w:vAlign w:val="center"/>
          </w:tcPr>
          <w:p w:rsidR="00204A5A" w:rsidRDefault="00E1648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MC spray rate is not less than 1.50 kg/m2 (tray test during spraying).</w:t>
            </w:r>
          </w:p>
        </w:tc>
        <w:tc>
          <w:tcPr>
            <w:tcW w:w="595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</w:tr>
      <w:tr w:rsidR="00204A5A">
        <w:trPr>
          <w:cantSplit/>
          <w:jc w:val="center"/>
        </w:trPr>
        <w:tc>
          <w:tcPr>
            <w:tcW w:w="397" w:type="dxa"/>
            <w:vAlign w:val="center"/>
          </w:tcPr>
          <w:p w:rsidR="00204A5A" w:rsidRDefault="00E164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الرش بالتوزيع المتجانس.</w:t>
            </w:r>
          </w:p>
        </w:tc>
        <w:tc>
          <w:tcPr>
            <w:tcW w:w="3402" w:type="dxa"/>
            <w:vAlign w:val="center"/>
          </w:tcPr>
          <w:p w:rsidR="00204A5A" w:rsidRDefault="00E1648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Spraying is uniform.</w:t>
            </w:r>
          </w:p>
        </w:tc>
        <w:tc>
          <w:tcPr>
            <w:tcW w:w="595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</w:tr>
      <w:tr w:rsidR="00204A5A">
        <w:trPr>
          <w:cantSplit/>
          <w:jc w:val="center"/>
        </w:trPr>
        <w:tc>
          <w:tcPr>
            <w:tcW w:w="397" w:type="dxa"/>
            <w:vAlign w:val="center"/>
          </w:tcPr>
          <w:p w:rsidR="00204A5A" w:rsidRDefault="00E1648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عدم ترك طبقة M.C.O بدون الطبقة الرابطة (أسفلت) أكثر من 48 ساعة، وإلا يعاد رشها.</w:t>
            </w:r>
          </w:p>
        </w:tc>
        <w:tc>
          <w:tcPr>
            <w:tcW w:w="3402" w:type="dxa"/>
            <w:vAlign w:val="center"/>
          </w:tcPr>
          <w:p w:rsidR="00204A5A" w:rsidRDefault="00E1648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Prime coat is not left uncovered by binder course for more than 48 hours, otherwise re-sprayed.</w:t>
            </w:r>
          </w:p>
        </w:tc>
        <w:tc>
          <w:tcPr>
            <w:tcW w:w="595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04A5A" w:rsidRDefault="00204A5A">
            <w:pPr>
              <w:bidi/>
              <w:spacing w:line="240" w:lineRule="auto"/>
              <w:jc w:val="center"/>
            </w:pPr>
          </w:p>
        </w:tc>
      </w:tr>
    </w:tbl>
    <w:p w:rsidR="00204A5A" w:rsidRDefault="00204A5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204A5A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204A5A" w:rsidRDefault="00E16481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لأعمال الطرق الحضرية والخلوية، مواصفات المشروع</w:t>
            </w:r>
          </w:p>
        </w:tc>
        <w:tc>
          <w:tcPr>
            <w:tcW w:w="4309" w:type="dxa"/>
            <w:vAlign w:val="center"/>
          </w:tcPr>
          <w:p w:rsidR="00204A5A" w:rsidRDefault="00E1648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code for urban and rural roads, project specifications</w:t>
            </w:r>
          </w:p>
        </w:tc>
      </w:tr>
      <w:tr w:rsidR="00204A5A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204A5A" w:rsidRDefault="00E16481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الخلطة المعتمدة Job Mix ☐ نتائج الكثافة والكور ☐ شهادات المواد</w:t>
            </w:r>
          </w:p>
        </w:tc>
        <w:tc>
          <w:tcPr>
            <w:tcW w:w="4309" w:type="dxa"/>
            <w:vAlign w:val="center"/>
          </w:tcPr>
          <w:p w:rsidR="00204A5A" w:rsidRDefault="00E1648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Approved job mix   ☐ Density and core results   ☐ Material certificates</w:t>
            </w:r>
          </w:p>
        </w:tc>
      </w:tr>
    </w:tbl>
    <w:p w:rsidR="00204A5A" w:rsidRDefault="00204A5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204A5A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04A5A" w:rsidRDefault="00E1648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204A5A" w:rsidRDefault="00E16481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204A5A" w:rsidRDefault="00204A5A">
            <w:pPr>
              <w:keepNext/>
              <w:bidi/>
              <w:spacing w:line="240" w:lineRule="auto"/>
            </w:pPr>
          </w:p>
        </w:tc>
      </w:tr>
    </w:tbl>
    <w:p w:rsidR="00204A5A" w:rsidRDefault="00204A5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204A5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04A5A" w:rsidRDefault="00E1648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204A5A" w:rsidRDefault="00E16481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204A5A" w:rsidRDefault="00E1648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204A5A" w:rsidRDefault="00E1648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204A5A" w:rsidRDefault="00E1648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204A5A" w:rsidRDefault="00E1648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204A5A" w:rsidRDefault="00E1648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204A5A" w:rsidRDefault="00E1648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204A5A" w:rsidRDefault="00E1648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204A5A" w:rsidRDefault="00E1648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204A5A" w:rsidRDefault="00204A5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204A5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04A5A" w:rsidRDefault="00E16481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204A5A" w:rsidRDefault="00E16481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04A5A" w:rsidRDefault="00E1648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204A5A" w:rsidRDefault="00E1648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04A5A" w:rsidRDefault="00E1648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204A5A" w:rsidRDefault="00E1648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04A5A" w:rsidRDefault="00E1648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204A5A" w:rsidRDefault="00E1648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204A5A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04A5A" w:rsidRDefault="00E1648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204A5A" w:rsidRDefault="00E1648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204A5A" w:rsidRDefault="00E1648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04A5A" w:rsidRDefault="00E1648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04A5A" w:rsidRDefault="00E1648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204A5A" w:rsidRDefault="00E1648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04A5A" w:rsidRDefault="00E1648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04A5A" w:rsidRDefault="00E1648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204A5A" w:rsidRDefault="00E1648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04A5A" w:rsidRDefault="00E1648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04A5A" w:rsidRDefault="00E1648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204A5A" w:rsidRDefault="00204A5A">
      <w:pPr>
        <w:spacing w:line="20" w:lineRule="exact"/>
      </w:pPr>
    </w:p>
    <w:sectPr w:rsidR="00204A5A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16481" w:rsidRDefault="00E16481">
      <w:pPr>
        <w:spacing w:line="240" w:lineRule="auto"/>
      </w:pPr>
      <w:r>
        <w:separator/>
      </w:r>
    </w:p>
  </w:endnote>
  <w:endnote w:type="continuationSeparator" w:id="0">
    <w:p w:rsidR="00E16481" w:rsidRDefault="00E164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204A5A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204A5A" w:rsidRDefault="00E1648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204A5A" w:rsidRDefault="00E16481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ACE-QC-RD-003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16481" w:rsidRDefault="00E16481">
      <w:pPr>
        <w:spacing w:line="240" w:lineRule="auto"/>
      </w:pPr>
      <w:r>
        <w:separator/>
      </w:r>
    </w:p>
  </w:footnote>
  <w:footnote w:type="continuationSeparator" w:id="0">
    <w:p w:rsidR="00E16481" w:rsidRDefault="00E164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204A5A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204A5A" w:rsidRDefault="00E16481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204A5A" w:rsidRDefault="00E16481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204A5A" w:rsidRDefault="00E16481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204A5A" w:rsidRDefault="00E1648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204A5A" w:rsidRDefault="00E16481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ACE-QC-RD-003</w:t>
          </w:r>
        </w:p>
      </w:tc>
    </w:tr>
    <w:tr w:rsidR="00204A5A">
      <w:trPr>
        <w:trHeight w:val="283"/>
        <w:jc w:val="center"/>
      </w:trPr>
      <w:tc>
        <w:tcPr>
          <w:tcW w:w="2041" w:type="dxa"/>
          <w:vMerge/>
          <w:vAlign w:val="center"/>
        </w:tcPr>
        <w:p w:rsidR="00204A5A" w:rsidRDefault="00204A5A"/>
      </w:tc>
      <w:tc>
        <w:tcPr>
          <w:tcW w:w="5669" w:type="dxa"/>
          <w:vMerge/>
          <w:vAlign w:val="center"/>
        </w:tcPr>
        <w:p w:rsidR="00204A5A" w:rsidRDefault="00204A5A"/>
      </w:tc>
      <w:tc>
        <w:tcPr>
          <w:tcW w:w="1361" w:type="dxa"/>
          <w:shd w:val="clear" w:color="auto" w:fill="F2F2F2"/>
          <w:vAlign w:val="center"/>
        </w:tcPr>
        <w:p w:rsidR="00204A5A" w:rsidRDefault="00E1648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204A5A" w:rsidRDefault="00E16481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204A5A">
      <w:trPr>
        <w:trHeight w:val="283"/>
        <w:jc w:val="center"/>
      </w:trPr>
      <w:tc>
        <w:tcPr>
          <w:tcW w:w="2041" w:type="dxa"/>
          <w:vMerge/>
          <w:vAlign w:val="center"/>
        </w:tcPr>
        <w:p w:rsidR="00204A5A" w:rsidRDefault="00204A5A"/>
      </w:tc>
      <w:tc>
        <w:tcPr>
          <w:tcW w:w="5669" w:type="dxa"/>
          <w:vMerge w:val="restart"/>
          <w:shd w:val="clear" w:color="auto" w:fill="E7E6E6"/>
          <w:vAlign w:val="center"/>
        </w:tcPr>
        <w:p w:rsidR="00204A5A" w:rsidRDefault="00E16481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طبقة الرش التأسيسي MC (الطرق)</w:t>
          </w:r>
        </w:p>
        <w:p w:rsidR="00204A5A" w:rsidRDefault="00E16481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Roads: Prime Coat (MC)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204A5A" w:rsidRDefault="00E1648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204A5A" w:rsidRDefault="00E16481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204A5A">
      <w:trPr>
        <w:trHeight w:val="283"/>
        <w:jc w:val="center"/>
      </w:trPr>
      <w:tc>
        <w:tcPr>
          <w:tcW w:w="2041" w:type="dxa"/>
          <w:vMerge/>
          <w:vAlign w:val="center"/>
        </w:tcPr>
        <w:p w:rsidR="00204A5A" w:rsidRDefault="00204A5A"/>
      </w:tc>
      <w:tc>
        <w:tcPr>
          <w:tcW w:w="5669" w:type="dxa"/>
          <w:vMerge/>
          <w:vAlign w:val="center"/>
        </w:tcPr>
        <w:p w:rsidR="00204A5A" w:rsidRDefault="00204A5A"/>
      </w:tc>
      <w:tc>
        <w:tcPr>
          <w:tcW w:w="1361" w:type="dxa"/>
          <w:shd w:val="clear" w:color="auto" w:fill="F2F2F2"/>
          <w:vAlign w:val="center"/>
        </w:tcPr>
        <w:p w:rsidR="00204A5A" w:rsidRDefault="00E1648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204A5A" w:rsidRDefault="00E16481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204A5A" w:rsidRDefault="00204A5A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68500416">
    <w:abstractNumId w:val="8"/>
  </w:num>
  <w:num w:numId="2" w16cid:durableId="1753115988">
    <w:abstractNumId w:val="6"/>
  </w:num>
  <w:num w:numId="3" w16cid:durableId="286860093">
    <w:abstractNumId w:val="5"/>
  </w:num>
  <w:num w:numId="4" w16cid:durableId="641734697">
    <w:abstractNumId w:val="4"/>
  </w:num>
  <w:num w:numId="5" w16cid:durableId="1429735539">
    <w:abstractNumId w:val="7"/>
  </w:num>
  <w:num w:numId="6" w16cid:durableId="1872957701">
    <w:abstractNumId w:val="3"/>
  </w:num>
  <w:num w:numId="7" w16cid:durableId="1370715246">
    <w:abstractNumId w:val="2"/>
  </w:num>
  <w:num w:numId="8" w16cid:durableId="2107648939">
    <w:abstractNumId w:val="1"/>
  </w:num>
  <w:num w:numId="9" w16cid:durableId="1226530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4A5A"/>
    <w:rsid w:val="002856FD"/>
    <w:rsid w:val="0029639D"/>
    <w:rsid w:val="00326F90"/>
    <w:rsid w:val="005C0D99"/>
    <w:rsid w:val="00AA1D8D"/>
    <w:rsid w:val="00B47730"/>
    <w:rsid w:val="00CB0664"/>
    <w:rsid w:val="00E1648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28E0CE1B-C144-43D2-98B8-00A29DDEE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ACE_QC-RD-003_Road_Prime_Coat_MC_20261009_v4.dotx</Template>
  <TotalTime>0</TotalTime>
  <Pages>1</Pages>
  <Words>447</Words>
  <Characters>2551</Characters>
  <Application>Microsoft Office Word</Application>
  <DocSecurity>0</DocSecurity>
  <Lines>21</Lines>
  <Paragraphs>5</Paragraphs>
  <ScaleCrop>false</ScaleCrop>
  <Manager>Ahmed Fathy</Manager>
  <Company>Arab Creators for Engineering Consultancy</Company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ACE-QC-RD-003 Roads: Prime Coat (MC) Inspection</dc:title>
  <dc:subject>فحص واستلام طبقة الرش التأسيسي MC (الطرق)</dc:subject>
  <dc:creator>Ahmed Fathy</dc:creator>
  <cp:keywords>QC; ITP; Inspection</cp:keywords>
  <dc:description/>
  <cp:lastModifiedBy>Ahmed Fathy</cp:lastModifiedBy>
  <cp:revision>2</cp:revision>
  <dcterms:created xsi:type="dcterms:W3CDTF">2026-11-03T20:19:00Z</dcterms:created>
  <dcterms:modified xsi:type="dcterms:W3CDTF">2026-11-03T20:19:00Z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