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F5E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</w:tr>
      <w:tr w:rsidR="000F5E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</w:tr>
      <w:tr w:rsidR="000F5E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F5E81" w:rsidRDefault="000F5E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F5E81" w:rsidRDefault="006B0BD7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F5E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F5E8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F5E81" w:rsidRDefault="006B0BD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F5E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طبقة التأسيس لأعمال الطرق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Roads: Subgrade Checklist</w:t>
            </w: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F5E8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F5E81" w:rsidRDefault="006B0BD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F5E81" w:rsidRDefault="006B0BD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استواء سطح طبقة التأسيس في الاتجاهين الطولي والعرضي، وتحقيقها لمناسيب جسر الطريق، ومن نسبة الدمك.</w:t>
            </w:r>
          </w:p>
        </w:tc>
        <w:tc>
          <w:tcPr>
            <w:tcW w:w="3402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Subgrade surface is true longitudinally and transversely, meets road embankment levels and required compaction.</w:t>
            </w: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استواء السطح بقدة معدنية 4 م طولي ولا يزيد الفرق في المنسوب عن 1.2 سم.</w:t>
            </w:r>
          </w:p>
        </w:tc>
        <w:tc>
          <w:tcPr>
            <w:tcW w:w="3402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tested with 4 m straightedge; level deviation does not exceed 1.2 cm.</w:t>
            </w: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  <w:tr w:rsidR="000F5E81">
        <w:trPr>
          <w:cantSplit/>
          <w:jc w:val="center"/>
        </w:trPr>
        <w:tc>
          <w:tcPr>
            <w:tcW w:w="397" w:type="dxa"/>
            <w:vAlign w:val="center"/>
          </w:tcPr>
          <w:p w:rsidR="000F5E81" w:rsidRDefault="006B0BD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إنهاء طبقات الإحلال في المناطق التي يحددها تقرير التربة.</w:t>
            </w:r>
          </w:p>
        </w:tc>
        <w:tc>
          <w:tcPr>
            <w:tcW w:w="3402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Soil replacement layers are completed in areas defined by the soil report.</w:t>
            </w: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F5E81" w:rsidRDefault="000F5E81">
            <w:pPr>
              <w:bidi/>
              <w:spacing w:line="240" w:lineRule="auto"/>
              <w:jc w:val="center"/>
            </w:pP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F5E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0F5E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0F5E81" w:rsidRDefault="006B0BD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0F5E81" w:rsidRDefault="000F5E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F5E8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F5E81" w:rsidRDefault="006B0BD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F5E81" w:rsidRDefault="006B0BD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F5E81" w:rsidRDefault="000F5E81">
            <w:pPr>
              <w:keepNext/>
              <w:bidi/>
              <w:spacing w:line="240" w:lineRule="auto"/>
            </w:pPr>
          </w:p>
        </w:tc>
      </w:tr>
    </w:tbl>
    <w:p w:rsidR="000F5E81" w:rsidRDefault="000F5E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F5E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F5E81" w:rsidRDefault="006B0BD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F5E81" w:rsidRDefault="006B0BD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F5E81" w:rsidRDefault="000F5E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F5E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F5E81" w:rsidRDefault="006B0BD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F5E81" w:rsidRDefault="006B0BD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F5E81" w:rsidRDefault="006B0BD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F5E81" w:rsidRDefault="006B0BD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F5E8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F5E81" w:rsidRDefault="006B0BD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F5E81" w:rsidRDefault="006B0BD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F5E81" w:rsidRDefault="006B0BD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F5E81" w:rsidRDefault="000F5E81">
      <w:pPr>
        <w:spacing w:line="20" w:lineRule="exact"/>
      </w:pPr>
    </w:p>
    <w:sectPr w:rsidR="000F5E8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0BD7" w:rsidRDefault="006B0BD7">
      <w:pPr>
        <w:spacing w:line="240" w:lineRule="auto"/>
      </w:pPr>
      <w:r>
        <w:separator/>
      </w:r>
    </w:p>
  </w:endnote>
  <w:endnote w:type="continuationSeparator" w:id="0">
    <w:p w:rsidR="006B0BD7" w:rsidRDefault="006B0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F5E8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F5E81" w:rsidRDefault="006B0BD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F5E81" w:rsidRDefault="006B0BD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0BD7" w:rsidRDefault="006B0BD7">
      <w:pPr>
        <w:spacing w:line="240" w:lineRule="auto"/>
      </w:pPr>
      <w:r>
        <w:separator/>
      </w:r>
    </w:p>
  </w:footnote>
  <w:footnote w:type="continuationSeparator" w:id="0">
    <w:p w:rsidR="006B0BD7" w:rsidRDefault="006B0B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F5E8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F5E81" w:rsidRDefault="006B0BD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F5E81" w:rsidRDefault="006B0BD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F5E81" w:rsidRDefault="006B0BD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F5E81" w:rsidRDefault="006B0BD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F5E81" w:rsidRDefault="006B0BD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ACE-QC-RD-001</w:t>
          </w:r>
        </w:p>
      </w:tc>
    </w:tr>
    <w:tr w:rsidR="000F5E81">
      <w:trPr>
        <w:trHeight w:val="283"/>
        <w:jc w:val="center"/>
      </w:trPr>
      <w:tc>
        <w:tcPr>
          <w:tcW w:w="2041" w:type="dxa"/>
          <w:vMerge/>
          <w:vAlign w:val="center"/>
        </w:tcPr>
        <w:p w:rsidR="000F5E81" w:rsidRDefault="000F5E81"/>
      </w:tc>
      <w:tc>
        <w:tcPr>
          <w:tcW w:w="5669" w:type="dxa"/>
          <w:vMerge/>
          <w:vAlign w:val="center"/>
        </w:tcPr>
        <w:p w:rsidR="000F5E81" w:rsidRDefault="000F5E81"/>
      </w:tc>
      <w:tc>
        <w:tcPr>
          <w:tcW w:w="1361" w:type="dxa"/>
          <w:shd w:val="clear" w:color="auto" w:fill="F2F2F2"/>
          <w:vAlign w:val="center"/>
        </w:tcPr>
        <w:p w:rsidR="000F5E81" w:rsidRDefault="006B0BD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F5E81" w:rsidRDefault="006B0BD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F5E81">
      <w:trPr>
        <w:trHeight w:val="283"/>
        <w:jc w:val="center"/>
      </w:trPr>
      <w:tc>
        <w:tcPr>
          <w:tcW w:w="2041" w:type="dxa"/>
          <w:vMerge/>
          <w:vAlign w:val="center"/>
        </w:tcPr>
        <w:p w:rsidR="000F5E81" w:rsidRDefault="000F5E81"/>
      </w:tc>
      <w:tc>
        <w:tcPr>
          <w:tcW w:w="5669" w:type="dxa"/>
          <w:vMerge w:val="restart"/>
          <w:shd w:val="clear" w:color="auto" w:fill="E7E6E6"/>
          <w:vAlign w:val="center"/>
        </w:tcPr>
        <w:p w:rsidR="000F5E81" w:rsidRDefault="006B0BD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طبقة التأسيس (الفرمة) (الطرق)</w:t>
          </w:r>
        </w:p>
        <w:p w:rsidR="000F5E81" w:rsidRDefault="006B0BD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Roads: Subgrade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F5E81" w:rsidRDefault="006B0BD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F5E81" w:rsidRDefault="006B0BD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F5E81">
      <w:trPr>
        <w:trHeight w:val="283"/>
        <w:jc w:val="center"/>
      </w:trPr>
      <w:tc>
        <w:tcPr>
          <w:tcW w:w="2041" w:type="dxa"/>
          <w:vMerge/>
          <w:vAlign w:val="center"/>
        </w:tcPr>
        <w:p w:rsidR="000F5E81" w:rsidRDefault="000F5E81"/>
      </w:tc>
      <w:tc>
        <w:tcPr>
          <w:tcW w:w="5669" w:type="dxa"/>
          <w:vMerge/>
          <w:vAlign w:val="center"/>
        </w:tcPr>
        <w:p w:rsidR="000F5E81" w:rsidRDefault="000F5E81"/>
      </w:tc>
      <w:tc>
        <w:tcPr>
          <w:tcW w:w="1361" w:type="dxa"/>
          <w:shd w:val="clear" w:color="auto" w:fill="F2F2F2"/>
          <w:vAlign w:val="center"/>
        </w:tcPr>
        <w:p w:rsidR="000F5E81" w:rsidRDefault="006B0BD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F5E81" w:rsidRDefault="006B0BD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F5E81" w:rsidRDefault="000F5E8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2129865">
    <w:abstractNumId w:val="8"/>
  </w:num>
  <w:num w:numId="2" w16cid:durableId="245040258">
    <w:abstractNumId w:val="6"/>
  </w:num>
  <w:num w:numId="3" w16cid:durableId="1880969516">
    <w:abstractNumId w:val="5"/>
  </w:num>
  <w:num w:numId="4" w16cid:durableId="1240166915">
    <w:abstractNumId w:val="4"/>
  </w:num>
  <w:num w:numId="5" w16cid:durableId="1456217854">
    <w:abstractNumId w:val="7"/>
  </w:num>
  <w:num w:numId="6" w16cid:durableId="558903410">
    <w:abstractNumId w:val="3"/>
  </w:num>
  <w:num w:numId="7" w16cid:durableId="1974291650">
    <w:abstractNumId w:val="2"/>
  </w:num>
  <w:num w:numId="8" w16cid:durableId="1209685005">
    <w:abstractNumId w:val="1"/>
  </w:num>
  <w:num w:numId="9" w16cid:durableId="188679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E81"/>
    <w:rsid w:val="0015074B"/>
    <w:rsid w:val="0029639D"/>
    <w:rsid w:val="00326F90"/>
    <w:rsid w:val="005C0D99"/>
    <w:rsid w:val="006B0BD7"/>
    <w:rsid w:val="00AA1D8D"/>
    <w:rsid w:val="00B47730"/>
    <w:rsid w:val="00CB0664"/>
    <w:rsid w:val="00D908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358D27F-F7A2-4C15-B2D2-3EAD290D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ACE_QC-RD-001_Road_Subgrade_20261009_v4.dotx</Template>
  <TotalTime>0</TotalTime>
  <Pages>1</Pages>
  <Words>440</Words>
  <Characters>2509</Characters>
  <Application>Microsoft Office Word</Application>
  <DocSecurity>0</DocSecurity>
  <Lines>20</Lines>
  <Paragraphs>5</Paragraphs>
  <ScaleCrop>false</ScaleCrop>
  <Manager>Ahmed Fathy</Manager>
  <Company>Arab Creators for Engineering Consultancy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ACE-QC-RD-001 Roads: Subgrade Inspection</dc:title>
  <dc:subject>فحص واستلام طبقة التأسيس (الفرمة) (الطرق)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