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342104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342104" w:rsidRDefault="00A666A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الإرسال</w:t>
            </w:r>
          </w:p>
          <w:p w:rsidR="00342104" w:rsidRDefault="00A666A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Submittal No.</w:t>
            </w:r>
          </w:p>
        </w:tc>
        <w:tc>
          <w:tcPr>
            <w:tcW w:w="1831" w:type="dxa"/>
            <w:vAlign w:val="center"/>
          </w:tcPr>
          <w:p w:rsidR="00342104" w:rsidRDefault="00342104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342104" w:rsidRDefault="00A666A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342104" w:rsidRDefault="00A666A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342104" w:rsidRDefault="00342104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342104" w:rsidRDefault="00A666A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</w:t>
            </w:r>
          </w:p>
          <w:p w:rsidR="00342104" w:rsidRDefault="00A666A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</w:t>
            </w:r>
          </w:p>
        </w:tc>
        <w:tc>
          <w:tcPr>
            <w:tcW w:w="1831" w:type="dxa"/>
            <w:vAlign w:val="center"/>
          </w:tcPr>
          <w:p w:rsidR="00342104" w:rsidRDefault="00342104">
            <w:pPr>
              <w:bidi/>
              <w:spacing w:line="240" w:lineRule="auto"/>
            </w:pPr>
          </w:p>
        </w:tc>
      </w:tr>
      <w:tr w:rsidR="00342104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342104" w:rsidRDefault="00A666A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342104" w:rsidRDefault="00A666A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342104" w:rsidRDefault="00342104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342104" w:rsidRDefault="00A666A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تاريخ التقديم</w:t>
            </w:r>
          </w:p>
          <w:p w:rsidR="00342104" w:rsidRDefault="00A666A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Submission Date</w:t>
            </w:r>
          </w:p>
        </w:tc>
        <w:tc>
          <w:tcPr>
            <w:tcW w:w="1831" w:type="dxa"/>
            <w:vAlign w:val="center"/>
          </w:tcPr>
          <w:p w:rsidR="00342104" w:rsidRDefault="00342104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342104" w:rsidRDefault="00A666A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المرجع</w:t>
            </w:r>
          </w:p>
          <w:p w:rsidR="00342104" w:rsidRDefault="00A666A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Ref. Doc No.</w:t>
            </w:r>
          </w:p>
        </w:tc>
        <w:tc>
          <w:tcPr>
            <w:tcW w:w="1831" w:type="dxa"/>
            <w:vAlign w:val="center"/>
          </w:tcPr>
          <w:p w:rsidR="00342104" w:rsidRDefault="00342104">
            <w:pPr>
              <w:bidi/>
              <w:spacing w:line="240" w:lineRule="auto"/>
            </w:pPr>
          </w:p>
        </w:tc>
      </w:tr>
    </w:tbl>
    <w:p w:rsidR="00342104" w:rsidRDefault="00342104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342104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342104" w:rsidRDefault="00A666AC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بنود المراجعة: قائمة وثائق تسليم المشروع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342104" w:rsidRDefault="00A666AC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Review Criteria</w:t>
            </w:r>
          </w:p>
        </w:tc>
      </w:tr>
    </w:tbl>
    <w:p w:rsidR="00342104" w:rsidRDefault="00342104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309"/>
        <w:gridCol w:w="3742"/>
        <w:gridCol w:w="567"/>
        <w:gridCol w:w="567"/>
        <w:gridCol w:w="850"/>
      </w:tblGrid>
      <w:tr w:rsidR="00342104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342104" w:rsidRDefault="00A666AC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342104" w:rsidRDefault="00A666AC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4309" w:type="dxa"/>
            <w:shd w:val="clear" w:color="auto" w:fill="E7E6E6"/>
            <w:vAlign w:val="center"/>
          </w:tcPr>
          <w:p w:rsidR="00342104" w:rsidRDefault="00A666AC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المراجعة</w:t>
            </w:r>
          </w:p>
        </w:tc>
        <w:tc>
          <w:tcPr>
            <w:tcW w:w="3742" w:type="dxa"/>
            <w:shd w:val="clear" w:color="auto" w:fill="E7E6E6"/>
            <w:vAlign w:val="center"/>
          </w:tcPr>
          <w:p w:rsidR="00342104" w:rsidRDefault="00A666AC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Review Criteria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342104" w:rsidRDefault="00A666AC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نعم</w:t>
            </w:r>
          </w:p>
          <w:p w:rsidR="00342104" w:rsidRDefault="00A666AC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Yes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342104" w:rsidRDefault="00A666AC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</w:t>
            </w:r>
          </w:p>
          <w:p w:rsidR="00342104" w:rsidRDefault="00A666AC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</w:t>
            </w:r>
          </w:p>
        </w:tc>
        <w:tc>
          <w:tcPr>
            <w:tcW w:w="850" w:type="dxa"/>
            <w:shd w:val="clear" w:color="auto" w:fill="E7E6E6"/>
            <w:vAlign w:val="center"/>
          </w:tcPr>
          <w:p w:rsidR="00342104" w:rsidRDefault="00A666AC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342104" w:rsidRDefault="00A666AC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342104">
        <w:trPr>
          <w:cantSplit/>
          <w:jc w:val="center"/>
        </w:trPr>
        <w:tc>
          <w:tcPr>
            <w:tcW w:w="397" w:type="dxa"/>
            <w:vAlign w:val="center"/>
          </w:tcPr>
          <w:p w:rsidR="00342104" w:rsidRDefault="00A666A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4309" w:type="dxa"/>
            <w:vAlign w:val="center"/>
          </w:tcPr>
          <w:p w:rsidR="00342104" w:rsidRDefault="00A666A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المخططات حسب التنفيذ ‏(As-Built)‏ ورقيا وإلكترونيا.</w:t>
            </w:r>
          </w:p>
        </w:tc>
        <w:tc>
          <w:tcPr>
            <w:tcW w:w="3742" w:type="dxa"/>
            <w:vAlign w:val="center"/>
          </w:tcPr>
          <w:p w:rsidR="00342104" w:rsidRDefault="00A666A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As-built drawings, hard and soft copies.</w:t>
            </w:r>
          </w:p>
        </w:tc>
        <w:tc>
          <w:tcPr>
            <w:tcW w:w="567" w:type="dxa"/>
            <w:vAlign w:val="center"/>
          </w:tcPr>
          <w:p w:rsidR="00342104" w:rsidRDefault="00342104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42104" w:rsidRDefault="00342104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342104" w:rsidRDefault="00342104">
            <w:pPr>
              <w:bidi/>
              <w:spacing w:line="240" w:lineRule="auto"/>
              <w:jc w:val="center"/>
            </w:pPr>
          </w:p>
        </w:tc>
      </w:tr>
      <w:tr w:rsidR="00342104">
        <w:trPr>
          <w:cantSplit/>
          <w:jc w:val="center"/>
        </w:trPr>
        <w:tc>
          <w:tcPr>
            <w:tcW w:w="397" w:type="dxa"/>
            <w:vAlign w:val="center"/>
          </w:tcPr>
          <w:p w:rsidR="00342104" w:rsidRDefault="00A666A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4309" w:type="dxa"/>
            <w:vAlign w:val="center"/>
          </w:tcPr>
          <w:p w:rsidR="00342104" w:rsidRDefault="00A666A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أدلة التشغيل والصيانة لجميع الأنظمة والمعدات.</w:t>
            </w:r>
          </w:p>
        </w:tc>
        <w:tc>
          <w:tcPr>
            <w:tcW w:w="3742" w:type="dxa"/>
            <w:vAlign w:val="center"/>
          </w:tcPr>
          <w:p w:rsidR="00342104" w:rsidRDefault="00A666A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Operation and maintenance manuals for all systems and equipment.</w:t>
            </w:r>
          </w:p>
        </w:tc>
        <w:tc>
          <w:tcPr>
            <w:tcW w:w="567" w:type="dxa"/>
            <w:vAlign w:val="center"/>
          </w:tcPr>
          <w:p w:rsidR="00342104" w:rsidRDefault="00342104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42104" w:rsidRDefault="00342104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342104" w:rsidRDefault="00342104">
            <w:pPr>
              <w:bidi/>
              <w:spacing w:line="240" w:lineRule="auto"/>
              <w:jc w:val="center"/>
            </w:pPr>
          </w:p>
        </w:tc>
      </w:tr>
      <w:tr w:rsidR="00342104">
        <w:trPr>
          <w:cantSplit/>
          <w:jc w:val="center"/>
        </w:trPr>
        <w:tc>
          <w:tcPr>
            <w:tcW w:w="397" w:type="dxa"/>
            <w:vAlign w:val="center"/>
          </w:tcPr>
          <w:p w:rsidR="00342104" w:rsidRDefault="00A666A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4309" w:type="dxa"/>
            <w:vAlign w:val="center"/>
          </w:tcPr>
          <w:p w:rsidR="00342104" w:rsidRDefault="00A666A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شهادات الضمان (العزل، المعدات، الأنظمة) ومددها.</w:t>
            </w:r>
          </w:p>
        </w:tc>
        <w:tc>
          <w:tcPr>
            <w:tcW w:w="3742" w:type="dxa"/>
            <w:vAlign w:val="center"/>
          </w:tcPr>
          <w:p w:rsidR="00342104" w:rsidRDefault="00A666A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Warranty certificates (waterproofing, equipment, systems) and periods.</w:t>
            </w:r>
          </w:p>
        </w:tc>
        <w:tc>
          <w:tcPr>
            <w:tcW w:w="567" w:type="dxa"/>
            <w:vAlign w:val="center"/>
          </w:tcPr>
          <w:p w:rsidR="00342104" w:rsidRDefault="00342104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42104" w:rsidRDefault="00342104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342104" w:rsidRDefault="00342104">
            <w:pPr>
              <w:bidi/>
              <w:spacing w:line="240" w:lineRule="auto"/>
              <w:jc w:val="center"/>
            </w:pPr>
          </w:p>
        </w:tc>
      </w:tr>
      <w:tr w:rsidR="00342104">
        <w:trPr>
          <w:cantSplit/>
          <w:jc w:val="center"/>
        </w:trPr>
        <w:tc>
          <w:tcPr>
            <w:tcW w:w="397" w:type="dxa"/>
            <w:vAlign w:val="center"/>
          </w:tcPr>
          <w:p w:rsidR="00342104" w:rsidRDefault="00A666A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4309" w:type="dxa"/>
            <w:vAlign w:val="center"/>
          </w:tcPr>
          <w:p w:rsidR="00342104" w:rsidRDefault="00A666A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نتائج الاختبارات والتشغيل لجميع الأنظمة.</w:t>
            </w:r>
          </w:p>
        </w:tc>
        <w:tc>
          <w:tcPr>
            <w:tcW w:w="3742" w:type="dxa"/>
            <w:vAlign w:val="center"/>
          </w:tcPr>
          <w:p w:rsidR="00342104" w:rsidRDefault="00A666A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Test and commissioning results for all systems.</w:t>
            </w:r>
          </w:p>
        </w:tc>
        <w:tc>
          <w:tcPr>
            <w:tcW w:w="567" w:type="dxa"/>
            <w:vAlign w:val="center"/>
          </w:tcPr>
          <w:p w:rsidR="00342104" w:rsidRDefault="00342104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42104" w:rsidRDefault="00342104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342104" w:rsidRDefault="00342104">
            <w:pPr>
              <w:bidi/>
              <w:spacing w:line="240" w:lineRule="auto"/>
              <w:jc w:val="center"/>
            </w:pPr>
          </w:p>
        </w:tc>
      </w:tr>
      <w:tr w:rsidR="00342104">
        <w:trPr>
          <w:cantSplit/>
          <w:jc w:val="center"/>
        </w:trPr>
        <w:tc>
          <w:tcPr>
            <w:tcW w:w="397" w:type="dxa"/>
            <w:vAlign w:val="center"/>
          </w:tcPr>
          <w:p w:rsidR="00342104" w:rsidRDefault="00A666A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4309" w:type="dxa"/>
            <w:vAlign w:val="center"/>
          </w:tcPr>
          <w:p w:rsidR="00342104" w:rsidRDefault="00A666A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قوائم قطع الغيار والمواد الاحتياطية المسلمة.</w:t>
            </w:r>
          </w:p>
        </w:tc>
        <w:tc>
          <w:tcPr>
            <w:tcW w:w="3742" w:type="dxa"/>
            <w:vAlign w:val="center"/>
          </w:tcPr>
          <w:p w:rsidR="00342104" w:rsidRDefault="00A666A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Spare parts and attic stock lists delivered.</w:t>
            </w:r>
          </w:p>
        </w:tc>
        <w:tc>
          <w:tcPr>
            <w:tcW w:w="567" w:type="dxa"/>
            <w:vAlign w:val="center"/>
          </w:tcPr>
          <w:p w:rsidR="00342104" w:rsidRDefault="00342104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42104" w:rsidRDefault="00342104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342104" w:rsidRDefault="00342104">
            <w:pPr>
              <w:bidi/>
              <w:spacing w:line="240" w:lineRule="auto"/>
              <w:jc w:val="center"/>
            </w:pPr>
          </w:p>
        </w:tc>
      </w:tr>
      <w:tr w:rsidR="00342104">
        <w:trPr>
          <w:cantSplit/>
          <w:jc w:val="center"/>
        </w:trPr>
        <w:tc>
          <w:tcPr>
            <w:tcW w:w="397" w:type="dxa"/>
            <w:vAlign w:val="center"/>
          </w:tcPr>
          <w:p w:rsidR="00342104" w:rsidRDefault="00A666A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4309" w:type="dxa"/>
            <w:vAlign w:val="center"/>
          </w:tcPr>
          <w:p w:rsidR="00342104" w:rsidRDefault="00A666A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شهادات الجهات الحكومية (الدفاع المدني، الكهرباء، المياه).</w:t>
            </w:r>
          </w:p>
        </w:tc>
        <w:tc>
          <w:tcPr>
            <w:tcW w:w="3742" w:type="dxa"/>
            <w:vAlign w:val="center"/>
          </w:tcPr>
          <w:p w:rsidR="00342104" w:rsidRDefault="00A666A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Authority certificates (civil defence, power, water).</w:t>
            </w:r>
          </w:p>
        </w:tc>
        <w:tc>
          <w:tcPr>
            <w:tcW w:w="567" w:type="dxa"/>
            <w:vAlign w:val="center"/>
          </w:tcPr>
          <w:p w:rsidR="00342104" w:rsidRDefault="00342104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42104" w:rsidRDefault="00342104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342104" w:rsidRDefault="00342104">
            <w:pPr>
              <w:bidi/>
              <w:spacing w:line="240" w:lineRule="auto"/>
              <w:jc w:val="center"/>
            </w:pPr>
          </w:p>
        </w:tc>
      </w:tr>
      <w:tr w:rsidR="00342104">
        <w:trPr>
          <w:cantSplit/>
          <w:jc w:val="center"/>
        </w:trPr>
        <w:tc>
          <w:tcPr>
            <w:tcW w:w="397" w:type="dxa"/>
            <w:vAlign w:val="center"/>
          </w:tcPr>
          <w:p w:rsidR="00342104" w:rsidRDefault="00A666A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4309" w:type="dxa"/>
            <w:vAlign w:val="center"/>
          </w:tcPr>
          <w:p w:rsidR="00342104" w:rsidRDefault="00A666A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المفاتيح والمفتاح الرئيسي مع كشف بها.</w:t>
            </w:r>
          </w:p>
        </w:tc>
        <w:tc>
          <w:tcPr>
            <w:tcW w:w="3742" w:type="dxa"/>
            <w:vAlign w:val="center"/>
          </w:tcPr>
          <w:p w:rsidR="00342104" w:rsidRDefault="00A666A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Keys and master keys with a key schedule.</w:t>
            </w:r>
          </w:p>
        </w:tc>
        <w:tc>
          <w:tcPr>
            <w:tcW w:w="567" w:type="dxa"/>
            <w:vAlign w:val="center"/>
          </w:tcPr>
          <w:p w:rsidR="00342104" w:rsidRDefault="00342104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42104" w:rsidRDefault="00342104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342104" w:rsidRDefault="00342104">
            <w:pPr>
              <w:bidi/>
              <w:spacing w:line="240" w:lineRule="auto"/>
              <w:jc w:val="center"/>
            </w:pPr>
          </w:p>
        </w:tc>
      </w:tr>
      <w:tr w:rsidR="00342104">
        <w:trPr>
          <w:cantSplit/>
          <w:jc w:val="center"/>
        </w:trPr>
        <w:tc>
          <w:tcPr>
            <w:tcW w:w="397" w:type="dxa"/>
            <w:vAlign w:val="center"/>
          </w:tcPr>
          <w:p w:rsidR="00342104" w:rsidRDefault="00A666A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4309" w:type="dxa"/>
            <w:vAlign w:val="center"/>
          </w:tcPr>
          <w:p w:rsidR="00342104" w:rsidRDefault="00A666A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تدريب فريق التشغيل وتوقيع محضر التدريب.</w:t>
            </w:r>
          </w:p>
        </w:tc>
        <w:tc>
          <w:tcPr>
            <w:tcW w:w="3742" w:type="dxa"/>
            <w:vAlign w:val="center"/>
          </w:tcPr>
          <w:p w:rsidR="00342104" w:rsidRDefault="00A666A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Operations team trained; training record signed.</w:t>
            </w:r>
          </w:p>
        </w:tc>
        <w:tc>
          <w:tcPr>
            <w:tcW w:w="567" w:type="dxa"/>
            <w:vAlign w:val="center"/>
          </w:tcPr>
          <w:p w:rsidR="00342104" w:rsidRDefault="00342104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42104" w:rsidRDefault="00342104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342104" w:rsidRDefault="00342104">
            <w:pPr>
              <w:bidi/>
              <w:spacing w:line="240" w:lineRule="auto"/>
              <w:jc w:val="center"/>
            </w:pPr>
          </w:p>
        </w:tc>
      </w:tr>
      <w:tr w:rsidR="00342104">
        <w:trPr>
          <w:cantSplit/>
          <w:jc w:val="center"/>
        </w:trPr>
        <w:tc>
          <w:tcPr>
            <w:tcW w:w="397" w:type="dxa"/>
            <w:vAlign w:val="center"/>
          </w:tcPr>
          <w:p w:rsidR="00342104" w:rsidRDefault="00A666A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9</w:t>
            </w:r>
          </w:p>
        </w:tc>
        <w:tc>
          <w:tcPr>
            <w:tcW w:w="4309" w:type="dxa"/>
            <w:vAlign w:val="center"/>
          </w:tcPr>
          <w:p w:rsidR="00342104" w:rsidRDefault="00A666A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ترقيم المحابس واللوحات وتعليق المخططات التوضيحية.</w:t>
            </w:r>
          </w:p>
        </w:tc>
        <w:tc>
          <w:tcPr>
            <w:tcW w:w="3742" w:type="dxa"/>
            <w:vAlign w:val="center"/>
          </w:tcPr>
          <w:p w:rsidR="00342104" w:rsidRDefault="00A666A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Valves and boards labelled; schematic diagrams displayed.</w:t>
            </w:r>
          </w:p>
        </w:tc>
        <w:tc>
          <w:tcPr>
            <w:tcW w:w="567" w:type="dxa"/>
            <w:vAlign w:val="center"/>
          </w:tcPr>
          <w:p w:rsidR="00342104" w:rsidRDefault="00342104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42104" w:rsidRDefault="00342104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342104" w:rsidRDefault="00342104">
            <w:pPr>
              <w:bidi/>
              <w:spacing w:line="240" w:lineRule="auto"/>
              <w:jc w:val="center"/>
            </w:pPr>
          </w:p>
        </w:tc>
      </w:tr>
    </w:tbl>
    <w:p w:rsidR="00342104" w:rsidRDefault="00342104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342104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342104" w:rsidRDefault="00A666A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342104" w:rsidRDefault="00A666AC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342104" w:rsidRDefault="00A666AC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شروط العقد (الاستلام والضمان)، المخططات والمواصفات المعتمدة</w:t>
            </w:r>
          </w:p>
        </w:tc>
        <w:tc>
          <w:tcPr>
            <w:tcW w:w="4309" w:type="dxa"/>
            <w:vAlign w:val="center"/>
          </w:tcPr>
          <w:p w:rsidR="00342104" w:rsidRDefault="00A666AC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Contract conditions (taking-over and defects liability), approved drawings and specifications</w:t>
            </w:r>
          </w:p>
        </w:tc>
      </w:tr>
      <w:tr w:rsidR="00342104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342104" w:rsidRDefault="00A666A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342104" w:rsidRDefault="00A666AC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342104" w:rsidRDefault="00A666AC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قائمة الملاحظات ☐ محضر الاستلام ☐ الضمانات والشهادات</w:t>
            </w:r>
          </w:p>
        </w:tc>
        <w:tc>
          <w:tcPr>
            <w:tcW w:w="4309" w:type="dxa"/>
            <w:vAlign w:val="center"/>
          </w:tcPr>
          <w:p w:rsidR="00342104" w:rsidRDefault="00A666AC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Snag list   ☐ Acceptance minutes   ☐ Warranties and certificates</w:t>
            </w:r>
          </w:p>
        </w:tc>
      </w:tr>
    </w:tbl>
    <w:p w:rsidR="00342104" w:rsidRDefault="00342104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342104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342104" w:rsidRDefault="00A666AC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342104" w:rsidRDefault="00A666AC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342104" w:rsidRDefault="00342104">
            <w:pPr>
              <w:keepNext/>
              <w:bidi/>
              <w:spacing w:line="240" w:lineRule="auto"/>
            </w:pPr>
          </w:p>
        </w:tc>
      </w:tr>
    </w:tbl>
    <w:p w:rsidR="00342104" w:rsidRDefault="00342104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342104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342104" w:rsidRDefault="00A666AC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المراجعة</w:t>
            </w:r>
          </w:p>
          <w:p w:rsidR="00342104" w:rsidRDefault="00A666AC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Review Result</w:t>
            </w:r>
          </w:p>
        </w:tc>
        <w:tc>
          <w:tcPr>
            <w:tcW w:w="2154" w:type="dxa"/>
            <w:vAlign w:val="center"/>
          </w:tcPr>
          <w:p w:rsidR="00342104" w:rsidRDefault="00A666AC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342104" w:rsidRDefault="00A666A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342104" w:rsidRDefault="00A666AC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342104" w:rsidRDefault="00A666A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342104" w:rsidRDefault="00A666AC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342104" w:rsidRDefault="00A666A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342104" w:rsidRDefault="00A666AC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342104" w:rsidRDefault="00A666A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342104" w:rsidRDefault="00342104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342104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342104" w:rsidRDefault="00A666AC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342104" w:rsidRDefault="00A666AC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342104" w:rsidRDefault="00A666AC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ممثل المقاول</w:t>
            </w:r>
          </w:p>
          <w:p w:rsidR="00342104" w:rsidRDefault="00A666A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342104" w:rsidRDefault="00A666AC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الاستشاري المشرف</w:t>
            </w:r>
          </w:p>
          <w:p w:rsidR="00342104" w:rsidRDefault="00A666A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Consultant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342104" w:rsidRDefault="00A666AC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ممثل المالك</w:t>
            </w:r>
          </w:p>
          <w:p w:rsidR="00342104" w:rsidRDefault="00A666A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Owner Representative</w:t>
            </w:r>
          </w:p>
        </w:tc>
      </w:tr>
      <w:tr w:rsidR="00342104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342104" w:rsidRDefault="00A666A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342104" w:rsidRDefault="00A666A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342104" w:rsidRDefault="00A666A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342104" w:rsidRDefault="00A666A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342104" w:rsidRDefault="00A666A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342104" w:rsidRDefault="00A666A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342104" w:rsidRDefault="00A666A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342104" w:rsidRDefault="00A666A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342104" w:rsidRDefault="00A666A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342104" w:rsidRDefault="00A666A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342104" w:rsidRDefault="00A666A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342104" w:rsidRDefault="00342104">
      <w:pPr>
        <w:spacing w:line="20" w:lineRule="exact"/>
      </w:pPr>
    </w:p>
    <w:sectPr w:rsidR="00342104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666AC" w:rsidRDefault="00A666AC">
      <w:pPr>
        <w:spacing w:line="240" w:lineRule="auto"/>
      </w:pPr>
      <w:r>
        <w:separator/>
      </w:r>
    </w:p>
  </w:endnote>
  <w:endnote w:type="continuationSeparator" w:id="0">
    <w:p w:rsidR="00A666AC" w:rsidRDefault="00A666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342104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342104" w:rsidRDefault="00A666AC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342104" w:rsidRDefault="00A666AC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ACE-QC-PM-006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666AC" w:rsidRDefault="00A666AC">
      <w:pPr>
        <w:spacing w:line="240" w:lineRule="auto"/>
      </w:pPr>
      <w:r>
        <w:separator/>
      </w:r>
    </w:p>
  </w:footnote>
  <w:footnote w:type="continuationSeparator" w:id="0">
    <w:p w:rsidR="00A666AC" w:rsidRDefault="00A666A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342104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342104" w:rsidRDefault="00A666AC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342104" w:rsidRDefault="00A666AC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342104" w:rsidRDefault="00A666AC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342104" w:rsidRDefault="00A666AC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342104" w:rsidRDefault="00A666AC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ACE-QC-PM-006</w:t>
          </w:r>
        </w:p>
      </w:tc>
    </w:tr>
    <w:tr w:rsidR="00342104">
      <w:trPr>
        <w:trHeight w:val="283"/>
        <w:jc w:val="center"/>
      </w:trPr>
      <w:tc>
        <w:tcPr>
          <w:tcW w:w="2041" w:type="dxa"/>
          <w:vMerge/>
          <w:vAlign w:val="center"/>
        </w:tcPr>
        <w:p w:rsidR="00342104" w:rsidRDefault="00342104"/>
      </w:tc>
      <w:tc>
        <w:tcPr>
          <w:tcW w:w="5669" w:type="dxa"/>
          <w:vMerge/>
          <w:vAlign w:val="center"/>
        </w:tcPr>
        <w:p w:rsidR="00342104" w:rsidRDefault="00342104"/>
      </w:tc>
      <w:tc>
        <w:tcPr>
          <w:tcW w:w="1361" w:type="dxa"/>
          <w:shd w:val="clear" w:color="auto" w:fill="F2F2F2"/>
          <w:vAlign w:val="center"/>
        </w:tcPr>
        <w:p w:rsidR="00342104" w:rsidRDefault="00A666AC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342104" w:rsidRDefault="00A666AC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342104">
      <w:trPr>
        <w:trHeight w:val="283"/>
        <w:jc w:val="center"/>
      </w:trPr>
      <w:tc>
        <w:tcPr>
          <w:tcW w:w="2041" w:type="dxa"/>
          <w:vMerge/>
          <w:vAlign w:val="center"/>
        </w:tcPr>
        <w:p w:rsidR="00342104" w:rsidRDefault="00342104"/>
      </w:tc>
      <w:tc>
        <w:tcPr>
          <w:tcW w:w="5669" w:type="dxa"/>
          <w:vMerge w:val="restart"/>
          <w:shd w:val="clear" w:color="auto" w:fill="E7E6E6"/>
          <w:vAlign w:val="center"/>
        </w:tcPr>
        <w:p w:rsidR="00342104" w:rsidRDefault="00A666AC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قائمة وثائق تسليم المشروع</w:t>
          </w:r>
        </w:p>
        <w:p w:rsidR="00342104" w:rsidRDefault="00A666AC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Project Handover Documents Checklist</w:t>
          </w:r>
        </w:p>
      </w:tc>
      <w:tc>
        <w:tcPr>
          <w:tcW w:w="1361" w:type="dxa"/>
          <w:shd w:val="clear" w:color="auto" w:fill="F2F2F2"/>
          <w:vAlign w:val="center"/>
        </w:tcPr>
        <w:p w:rsidR="00342104" w:rsidRDefault="00A666AC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342104" w:rsidRDefault="00A666AC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342104">
      <w:trPr>
        <w:trHeight w:val="283"/>
        <w:jc w:val="center"/>
      </w:trPr>
      <w:tc>
        <w:tcPr>
          <w:tcW w:w="2041" w:type="dxa"/>
          <w:vMerge/>
          <w:vAlign w:val="center"/>
        </w:tcPr>
        <w:p w:rsidR="00342104" w:rsidRDefault="00342104"/>
      </w:tc>
      <w:tc>
        <w:tcPr>
          <w:tcW w:w="5669" w:type="dxa"/>
          <w:vMerge/>
          <w:vAlign w:val="center"/>
        </w:tcPr>
        <w:p w:rsidR="00342104" w:rsidRDefault="00342104"/>
      </w:tc>
      <w:tc>
        <w:tcPr>
          <w:tcW w:w="1361" w:type="dxa"/>
          <w:shd w:val="clear" w:color="auto" w:fill="F2F2F2"/>
          <w:vAlign w:val="center"/>
        </w:tcPr>
        <w:p w:rsidR="00342104" w:rsidRDefault="00A666AC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342104" w:rsidRDefault="00A666AC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342104" w:rsidRDefault="00342104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17699908">
    <w:abstractNumId w:val="8"/>
  </w:num>
  <w:num w:numId="2" w16cid:durableId="347682673">
    <w:abstractNumId w:val="6"/>
  </w:num>
  <w:num w:numId="3" w16cid:durableId="1429932348">
    <w:abstractNumId w:val="5"/>
  </w:num>
  <w:num w:numId="4" w16cid:durableId="287593763">
    <w:abstractNumId w:val="4"/>
  </w:num>
  <w:num w:numId="5" w16cid:durableId="844979485">
    <w:abstractNumId w:val="7"/>
  </w:num>
  <w:num w:numId="6" w16cid:durableId="885725121">
    <w:abstractNumId w:val="3"/>
  </w:num>
  <w:num w:numId="7" w16cid:durableId="1900439055">
    <w:abstractNumId w:val="2"/>
  </w:num>
  <w:num w:numId="8" w16cid:durableId="1030717246">
    <w:abstractNumId w:val="1"/>
  </w:num>
  <w:num w:numId="9" w16cid:durableId="14019465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42104"/>
    <w:rsid w:val="004E46D7"/>
    <w:rsid w:val="005C0D99"/>
    <w:rsid w:val="00A666AC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C905538B-75F2-4913-8140-C717ED9A2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ACE_QC-PM-006_Handover_Documents_20261009_v4.dotx</Template>
  <TotalTime>0</TotalTime>
  <Pages>1</Pages>
  <Words>307</Words>
  <Characters>1754</Characters>
  <Application>Microsoft Office Word</Application>
  <DocSecurity>0</DocSecurity>
  <Lines>14</Lines>
  <Paragraphs>4</Paragraphs>
  <ScaleCrop>false</ScaleCrop>
  <Manager>Ahmed Fathy</Manager>
  <Company>Arab Creators for Engineering Consultancy</Company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ACE-QC-PM-006 Project Handover Documents Checklist</dc:title>
  <dc:subject>قائمة وثائق تسليم المشروع</dc:subject>
  <dc:creator>Ahmed Fathy</dc:creator>
  <cp:keywords>QC; ITP; Inspection</cp:keywords>
  <dc:description/>
  <cp:lastModifiedBy>Ahmed Fathy</cp:lastModifiedBy>
  <cp:revision>2</cp:revision>
  <dcterms:created xsi:type="dcterms:W3CDTF">2026-11-03T20:19:00Z</dcterms:created>
  <dcterms:modified xsi:type="dcterms:W3CDTF">2026-11-03T20:19:00Z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