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3E4F2D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3E4F2D" w:rsidRDefault="001D02F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الإرسال</w:t>
            </w:r>
          </w:p>
          <w:p w:rsidR="003E4F2D" w:rsidRDefault="001D02F2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Submittal No.</w:t>
            </w:r>
          </w:p>
        </w:tc>
        <w:tc>
          <w:tcPr>
            <w:tcW w:w="1831" w:type="dxa"/>
            <w:vAlign w:val="center"/>
          </w:tcPr>
          <w:p w:rsidR="003E4F2D" w:rsidRDefault="003E4F2D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3E4F2D" w:rsidRDefault="001D02F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3E4F2D" w:rsidRDefault="001D02F2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3E4F2D" w:rsidRDefault="003E4F2D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3E4F2D" w:rsidRDefault="001D02F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</w:t>
            </w:r>
          </w:p>
          <w:p w:rsidR="003E4F2D" w:rsidRDefault="001D02F2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</w:t>
            </w:r>
          </w:p>
        </w:tc>
        <w:tc>
          <w:tcPr>
            <w:tcW w:w="1831" w:type="dxa"/>
            <w:vAlign w:val="center"/>
          </w:tcPr>
          <w:p w:rsidR="003E4F2D" w:rsidRDefault="003E4F2D">
            <w:pPr>
              <w:bidi/>
              <w:spacing w:line="240" w:lineRule="auto"/>
            </w:pPr>
          </w:p>
        </w:tc>
      </w:tr>
      <w:tr w:rsidR="003E4F2D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3E4F2D" w:rsidRDefault="001D02F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3E4F2D" w:rsidRDefault="001D02F2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3E4F2D" w:rsidRDefault="003E4F2D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3E4F2D" w:rsidRDefault="001D02F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تاريخ التقديم</w:t>
            </w:r>
          </w:p>
          <w:p w:rsidR="003E4F2D" w:rsidRDefault="001D02F2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Submission Date</w:t>
            </w:r>
          </w:p>
        </w:tc>
        <w:tc>
          <w:tcPr>
            <w:tcW w:w="1831" w:type="dxa"/>
            <w:vAlign w:val="center"/>
          </w:tcPr>
          <w:p w:rsidR="003E4F2D" w:rsidRDefault="003E4F2D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3E4F2D" w:rsidRDefault="001D02F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المرجع</w:t>
            </w:r>
          </w:p>
          <w:p w:rsidR="003E4F2D" w:rsidRDefault="001D02F2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Ref. Doc No.</w:t>
            </w:r>
          </w:p>
        </w:tc>
        <w:tc>
          <w:tcPr>
            <w:tcW w:w="1831" w:type="dxa"/>
            <w:vAlign w:val="center"/>
          </w:tcPr>
          <w:p w:rsidR="003E4F2D" w:rsidRDefault="003E4F2D">
            <w:pPr>
              <w:bidi/>
              <w:spacing w:line="240" w:lineRule="auto"/>
            </w:pPr>
          </w:p>
        </w:tc>
      </w:tr>
    </w:tbl>
    <w:p w:rsidR="003E4F2D" w:rsidRDefault="003E4F2D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3E4F2D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3E4F2D" w:rsidRDefault="001D02F2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بنود المراجعة: الاستلام الابتدائي للمشروع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3E4F2D" w:rsidRDefault="001D02F2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Review Criteria</w:t>
            </w:r>
          </w:p>
        </w:tc>
      </w:tr>
    </w:tbl>
    <w:p w:rsidR="003E4F2D" w:rsidRDefault="003E4F2D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309"/>
        <w:gridCol w:w="3742"/>
        <w:gridCol w:w="567"/>
        <w:gridCol w:w="567"/>
        <w:gridCol w:w="850"/>
      </w:tblGrid>
      <w:tr w:rsidR="003E4F2D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3E4F2D" w:rsidRDefault="001D02F2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3E4F2D" w:rsidRDefault="001D02F2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4309" w:type="dxa"/>
            <w:shd w:val="clear" w:color="auto" w:fill="E7E6E6"/>
            <w:vAlign w:val="center"/>
          </w:tcPr>
          <w:p w:rsidR="003E4F2D" w:rsidRDefault="001D02F2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المراجعة</w:t>
            </w:r>
          </w:p>
        </w:tc>
        <w:tc>
          <w:tcPr>
            <w:tcW w:w="3742" w:type="dxa"/>
            <w:shd w:val="clear" w:color="auto" w:fill="E7E6E6"/>
            <w:vAlign w:val="center"/>
          </w:tcPr>
          <w:p w:rsidR="003E4F2D" w:rsidRDefault="001D02F2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Review Criteria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3E4F2D" w:rsidRDefault="001D02F2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نعم</w:t>
            </w:r>
          </w:p>
          <w:p w:rsidR="003E4F2D" w:rsidRDefault="001D02F2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Yes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3E4F2D" w:rsidRDefault="001D02F2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</w:t>
            </w:r>
          </w:p>
          <w:p w:rsidR="003E4F2D" w:rsidRDefault="001D02F2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</w:t>
            </w:r>
          </w:p>
        </w:tc>
        <w:tc>
          <w:tcPr>
            <w:tcW w:w="850" w:type="dxa"/>
            <w:shd w:val="clear" w:color="auto" w:fill="E7E6E6"/>
            <w:vAlign w:val="center"/>
          </w:tcPr>
          <w:p w:rsidR="003E4F2D" w:rsidRDefault="001D02F2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3E4F2D" w:rsidRDefault="001D02F2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3E4F2D">
        <w:trPr>
          <w:cantSplit/>
          <w:jc w:val="center"/>
        </w:trPr>
        <w:tc>
          <w:tcPr>
            <w:tcW w:w="397" w:type="dxa"/>
            <w:vAlign w:val="center"/>
          </w:tcPr>
          <w:p w:rsidR="003E4F2D" w:rsidRDefault="001D02F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4309" w:type="dxa"/>
            <w:vAlign w:val="center"/>
          </w:tcPr>
          <w:p w:rsidR="003E4F2D" w:rsidRDefault="001D02F2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إشعار المقاول بجاهزية الأعمال للاستلام.</w:t>
            </w:r>
          </w:p>
        </w:tc>
        <w:tc>
          <w:tcPr>
            <w:tcW w:w="3742" w:type="dxa"/>
            <w:vAlign w:val="center"/>
          </w:tcPr>
          <w:p w:rsidR="003E4F2D" w:rsidRDefault="001D02F2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Contractor notifies readiness for acceptance.</w:t>
            </w:r>
          </w:p>
        </w:tc>
        <w:tc>
          <w:tcPr>
            <w:tcW w:w="567" w:type="dxa"/>
            <w:vAlign w:val="center"/>
          </w:tcPr>
          <w:p w:rsidR="003E4F2D" w:rsidRDefault="003E4F2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E4F2D" w:rsidRDefault="003E4F2D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3E4F2D" w:rsidRDefault="003E4F2D">
            <w:pPr>
              <w:bidi/>
              <w:spacing w:line="240" w:lineRule="auto"/>
              <w:jc w:val="center"/>
            </w:pPr>
          </w:p>
        </w:tc>
      </w:tr>
      <w:tr w:rsidR="003E4F2D">
        <w:trPr>
          <w:cantSplit/>
          <w:jc w:val="center"/>
        </w:trPr>
        <w:tc>
          <w:tcPr>
            <w:tcW w:w="397" w:type="dxa"/>
            <w:vAlign w:val="center"/>
          </w:tcPr>
          <w:p w:rsidR="003E4F2D" w:rsidRDefault="001D02F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4309" w:type="dxa"/>
            <w:vAlign w:val="center"/>
          </w:tcPr>
          <w:p w:rsidR="003E4F2D" w:rsidRDefault="001D02F2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تشكيل لجنة الاستلام من المالك والاستشاري والمقاول.</w:t>
            </w:r>
          </w:p>
        </w:tc>
        <w:tc>
          <w:tcPr>
            <w:tcW w:w="3742" w:type="dxa"/>
            <w:vAlign w:val="center"/>
          </w:tcPr>
          <w:p w:rsidR="003E4F2D" w:rsidRDefault="001D02F2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Acceptance committee formed (owner, consultant, contractor).</w:t>
            </w:r>
          </w:p>
        </w:tc>
        <w:tc>
          <w:tcPr>
            <w:tcW w:w="567" w:type="dxa"/>
            <w:vAlign w:val="center"/>
          </w:tcPr>
          <w:p w:rsidR="003E4F2D" w:rsidRDefault="003E4F2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E4F2D" w:rsidRDefault="003E4F2D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3E4F2D" w:rsidRDefault="003E4F2D">
            <w:pPr>
              <w:bidi/>
              <w:spacing w:line="240" w:lineRule="auto"/>
              <w:jc w:val="center"/>
            </w:pPr>
          </w:p>
        </w:tc>
      </w:tr>
      <w:tr w:rsidR="003E4F2D">
        <w:trPr>
          <w:cantSplit/>
          <w:jc w:val="center"/>
        </w:trPr>
        <w:tc>
          <w:tcPr>
            <w:tcW w:w="397" w:type="dxa"/>
            <w:vAlign w:val="center"/>
          </w:tcPr>
          <w:p w:rsidR="003E4F2D" w:rsidRDefault="001D02F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4309" w:type="dxa"/>
            <w:vAlign w:val="center"/>
          </w:tcPr>
          <w:p w:rsidR="003E4F2D" w:rsidRDefault="001D02F2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المعاينة الشاملة لجميع الأعمال وإعداد قائمة الملاحظات.</w:t>
            </w:r>
          </w:p>
        </w:tc>
        <w:tc>
          <w:tcPr>
            <w:tcW w:w="3742" w:type="dxa"/>
            <w:vAlign w:val="center"/>
          </w:tcPr>
          <w:p w:rsidR="003E4F2D" w:rsidRDefault="001D02F2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Full inspection of all works and snag list prepared.</w:t>
            </w:r>
          </w:p>
        </w:tc>
        <w:tc>
          <w:tcPr>
            <w:tcW w:w="567" w:type="dxa"/>
            <w:vAlign w:val="center"/>
          </w:tcPr>
          <w:p w:rsidR="003E4F2D" w:rsidRDefault="003E4F2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E4F2D" w:rsidRDefault="003E4F2D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3E4F2D" w:rsidRDefault="003E4F2D">
            <w:pPr>
              <w:bidi/>
              <w:spacing w:line="240" w:lineRule="auto"/>
              <w:jc w:val="center"/>
            </w:pPr>
          </w:p>
        </w:tc>
      </w:tr>
      <w:tr w:rsidR="003E4F2D">
        <w:trPr>
          <w:cantSplit/>
          <w:jc w:val="center"/>
        </w:trPr>
        <w:tc>
          <w:tcPr>
            <w:tcW w:w="397" w:type="dxa"/>
            <w:vAlign w:val="center"/>
          </w:tcPr>
          <w:p w:rsidR="003E4F2D" w:rsidRDefault="001D02F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4309" w:type="dxa"/>
            <w:vAlign w:val="center"/>
          </w:tcPr>
          <w:p w:rsidR="003E4F2D" w:rsidRDefault="001D02F2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تحديد مدة لإنهاء الملاحظات.</w:t>
            </w:r>
          </w:p>
        </w:tc>
        <w:tc>
          <w:tcPr>
            <w:tcW w:w="3742" w:type="dxa"/>
            <w:vAlign w:val="center"/>
          </w:tcPr>
          <w:p w:rsidR="003E4F2D" w:rsidRDefault="001D02F2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Period set to close snag items.</w:t>
            </w:r>
          </w:p>
        </w:tc>
        <w:tc>
          <w:tcPr>
            <w:tcW w:w="567" w:type="dxa"/>
            <w:vAlign w:val="center"/>
          </w:tcPr>
          <w:p w:rsidR="003E4F2D" w:rsidRDefault="003E4F2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E4F2D" w:rsidRDefault="003E4F2D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3E4F2D" w:rsidRDefault="003E4F2D">
            <w:pPr>
              <w:bidi/>
              <w:spacing w:line="240" w:lineRule="auto"/>
              <w:jc w:val="center"/>
            </w:pPr>
          </w:p>
        </w:tc>
      </w:tr>
      <w:tr w:rsidR="003E4F2D">
        <w:trPr>
          <w:cantSplit/>
          <w:jc w:val="center"/>
        </w:trPr>
        <w:tc>
          <w:tcPr>
            <w:tcW w:w="397" w:type="dxa"/>
            <w:vAlign w:val="center"/>
          </w:tcPr>
          <w:p w:rsidR="003E4F2D" w:rsidRDefault="001D02F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4309" w:type="dxa"/>
            <w:vAlign w:val="center"/>
          </w:tcPr>
          <w:p w:rsidR="003E4F2D" w:rsidRDefault="001D02F2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اختبار وتشغيل جميع الأنظمة بحضور اللجنة.</w:t>
            </w:r>
          </w:p>
        </w:tc>
        <w:tc>
          <w:tcPr>
            <w:tcW w:w="3742" w:type="dxa"/>
            <w:vAlign w:val="center"/>
          </w:tcPr>
          <w:p w:rsidR="003E4F2D" w:rsidRDefault="001D02F2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All systems tested and commissioned in the committee presence.</w:t>
            </w:r>
          </w:p>
        </w:tc>
        <w:tc>
          <w:tcPr>
            <w:tcW w:w="567" w:type="dxa"/>
            <w:vAlign w:val="center"/>
          </w:tcPr>
          <w:p w:rsidR="003E4F2D" w:rsidRDefault="003E4F2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E4F2D" w:rsidRDefault="003E4F2D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3E4F2D" w:rsidRDefault="003E4F2D">
            <w:pPr>
              <w:bidi/>
              <w:spacing w:line="240" w:lineRule="auto"/>
              <w:jc w:val="center"/>
            </w:pPr>
          </w:p>
        </w:tc>
      </w:tr>
      <w:tr w:rsidR="003E4F2D">
        <w:trPr>
          <w:cantSplit/>
          <w:jc w:val="center"/>
        </w:trPr>
        <w:tc>
          <w:tcPr>
            <w:tcW w:w="397" w:type="dxa"/>
            <w:vAlign w:val="center"/>
          </w:tcPr>
          <w:p w:rsidR="003E4F2D" w:rsidRDefault="001D02F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4309" w:type="dxa"/>
            <w:vAlign w:val="center"/>
          </w:tcPr>
          <w:p w:rsidR="003E4F2D" w:rsidRDefault="001D02F2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إزالة المنشآت المؤقتة وتنظيف الموقع.</w:t>
            </w:r>
          </w:p>
        </w:tc>
        <w:tc>
          <w:tcPr>
            <w:tcW w:w="3742" w:type="dxa"/>
            <w:vAlign w:val="center"/>
          </w:tcPr>
          <w:p w:rsidR="003E4F2D" w:rsidRDefault="001D02F2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Temporary facilities removed and site cleaned.</w:t>
            </w:r>
          </w:p>
        </w:tc>
        <w:tc>
          <w:tcPr>
            <w:tcW w:w="567" w:type="dxa"/>
            <w:vAlign w:val="center"/>
          </w:tcPr>
          <w:p w:rsidR="003E4F2D" w:rsidRDefault="003E4F2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E4F2D" w:rsidRDefault="003E4F2D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3E4F2D" w:rsidRDefault="003E4F2D">
            <w:pPr>
              <w:bidi/>
              <w:spacing w:line="240" w:lineRule="auto"/>
              <w:jc w:val="center"/>
            </w:pPr>
          </w:p>
        </w:tc>
      </w:tr>
      <w:tr w:rsidR="003E4F2D">
        <w:trPr>
          <w:cantSplit/>
          <w:jc w:val="center"/>
        </w:trPr>
        <w:tc>
          <w:tcPr>
            <w:tcW w:w="397" w:type="dxa"/>
            <w:vAlign w:val="center"/>
          </w:tcPr>
          <w:p w:rsidR="003E4F2D" w:rsidRDefault="001D02F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4309" w:type="dxa"/>
            <w:vAlign w:val="center"/>
          </w:tcPr>
          <w:p w:rsidR="003E4F2D" w:rsidRDefault="001D02F2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توصيل الخدمات الدائمة (كهرباء، مياه، صرف).</w:t>
            </w:r>
          </w:p>
        </w:tc>
        <w:tc>
          <w:tcPr>
            <w:tcW w:w="3742" w:type="dxa"/>
            <w:vAlign w:val="center"/>
          </w:tcPr>
          <w:p w:rsidR="003E4F2D" w:rsidRDefault="001D02F2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Permanent utilities connected (power, water, drainage).</w:t>
            </w:r>
          </w:p>
        </w:tc>
        <w:tc>
          <w:tcPr>
            <w:tcW w:w="567" w:type="dxa"/>
            <w:vAlign w:val="center"/>
          </w:tcPr>
          <w:p w:rsidR="003E4F2D" w:rsidRDefault="003E4F2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E4F2D" w:rsidRDefault="003E4F2D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3E4F2D" w:rsidRDefault="003E4F2D">
            <w:pPr>
              <w:bidi/>
              <w:spacing w:line="240" w:lineRule="auto"/>
              <w:jc w:val="center"/>
            </w:pPr>
          </w:p>
        </w:tc>
      </w:tr>
      <w:tr w:rsidR="003E4F2D">
        <w:trPr>
          <w:cantSplit/>
          <w:jc w:val="center"/>
        </w:trPr>
        <w:tc>
          <w:tcPr>
            <w:tcW w:w="397" w:type="dxa"/>
            <w:vAlign w:val="center"/>
          </w:tcPr>
          <w:p w:rsidR="003E4F2D" w:rsidRDefault="001D02F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4309" w:type="dxa"/>
            <w:vAlign w:val="center"/>
          </w:tcPr>
          <w:p w:rsidR="003E4F2D" w:rsidRDefault="001D02F2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تحرير محضر الاستلام الابتدائي وبدء فترة الضمان.</w:t>
            </w:r>
          </w:p>
        </w:tc>
        <w:tc>
          <w:tcPr>
            <w:tcW w:w="3742" w:type="dxa"/>
            <w:vAlign w:val="center"/>
          </w:tcPr>
          <w:p w:rsidR="003E4F2D" w:rsidRDefault="001D02F2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Provisional acceptance certificate issued; defects liability period starts.</w:t>
            </w:r>
          </w:p>
        </w:tc>
        <w:tc>
          <w:tcPr>
            <w:tcW w:w="567" w:type="dxa"/>
            <w:vAlign w:val="center"/>
          </w:tcPr>
          <w:p w:rsidR="003E4F2D" w:rsidRDefault="003E4F2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E4F2D" w:rsidRDefault="003E4F2D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3E4F2D" w:rsidRDefault="003E4F2D">
            <w:pPr>
              <w:bidi/>
              <w:spacing w:line="240" w:lineRule="auto"/>
              <w:jc w:val="center"/>
            </w:pPr>
          </w:p>
        </w:tc>
      </w:tr>
    </w:tbl>
    <w:p w:rsidR="003E4F2D" w:rsidRDefault="003E4F2D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3E4F2D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3E4F2D" w:rsidRDefault="001D02F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3E4F2D" w:rsidRDefault="001D02F2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3E4F2D" w:rsidRDefault="001D02F2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شروط العقد (الاستلام والضمان)، المخططات والمواصفات المعتمدة</w:t>
            </w:r>
          </w:p>
        </w:tc>
        <w:tc>
          <w:tcPr>
            <w:tcW w:w="4309" w:type="dxa"/>
            <w:vAlign w:val="center"/>
          </w:tcPr>
          <w:p w:rsidR="003E4F2D" w:rsidRDefault="001D02F2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Contract conditions (taking-over and defects liability), approved drawings and specifications</w:t>
            </w:r>
          </w:p>
        </w:tc>
      </w:tr>
      <w:tr w:rsidR="003E4F2D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3E4F2D" w:rsidRDefault="001D02F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3E4F2D" w:rsidRDefault="001D02F2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3E4F2D" w:rsidRDefault="001D02F2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قائمة الملاحظات ☐ محضر الاستلام ☐ الضمانات والشهادات</w:t>
            </w:r>
          </w:p>
        </w:tc>
        <w:tc>
          <w:tcPr>
            <w:tcW w:w="4309" w:type="dxa"/>
            <w:vAlign w:val="center"/>
          </w:tcPr>
          <w:p w:rsidR="003E4F2D" w:rsidRDefault="001D02F2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Snag list   ☐ Acceptance minutes   ☐ Warranties and certificates</w:t>
            </w:r>
          </w:p>
        </w:tc>
      </w:tr>
    </w:tbl>
    <w:p w:rsidR="003E4F2D" w:rsidRDefault="003E4F2D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3E4F2D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3E4F2D" w:rsidRDefault="001D02F2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3E4F2D" w:rsidRDefault="001D02F2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3E4F2D" w:rsidRDefault="003E4F2D">
            <w:pPr>
              <w:keepNext/>
              <w:bidi/>
              <w:spacing w:line="240" w:lineRule="auto"/>
            </w:pPr>
          </w:p>
        </w:tc>
      </w:tr>
    </w:tbl>
    <w:p w:rsidR="003E4F2D" w:rsidRDefault="003E4F2D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3E4F2D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3E4F2D" w:rsidRDefault="001D02F2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المراجعة</w:t>
            </w:r>
          </w:p>
          <w:p w:rsidR="003E4F2D" w:rsidRDefault="001D02F2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Review Result</w:t>
            </w:r>
          </w:p>
        </w:tc>
        <w:tc>
          <w:tcPr>
            <w:tcW w:w="2154" w:type="dxa"/>
            <w:vAlign w:val="center"/>
          </w:tcPr>
          <w:p w:rsidR="003E4F2D" w:rsidRDefault="001D02F2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3E4F2D" w:rsidRDefault="001D02F2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3E4F2D" w:rsidRDefault="001D02F2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3E4F2D" w:rsidRDefault="001D02F2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3E4F2D" w:rsidRDefault="001D02F2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3E4F2D" w:rsidRDefault="001D02F2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3E4F2D" w:rsidRDefault="001D02F2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3E4F2D" w:rsidRDefault="001D02F2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3E4F2D" w:rsidRDefault="003E4F2D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3E4F2D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3E4F2D" w:rsidRDefault="001D02F2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3E4F2D" w:rsidRDefault="001D02F2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3E4F2D" w:rsidRDefault="001D02F2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ممثل المقاول</w:t>
            </w:r>
          </w:p>
          <w:p w:rsidR="003E4F2D" w:rsidRDefault="001D02F2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3E4F2D" w:rsidRDefault="001D02F2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الاستشاري المشرف</w:t>
            </w:r>
          </w:p>
          <w:p w:rsidR="003E4F2D" w:rsidRDefault="001D02F2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Consultant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3E4F2D" w:rsidRDefault="001D02F2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ممثل المالك</w:t>
            </w:r>
          </w:p>
          <w:p w:rsidR="003E4F2D" w:rsidRDefault="001D02F2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Owner Representative</w:t>
            </w:r>
          </w:p>
        </w:tc>
      </w:tr>
      <w:tr w:rsidR="003E4F2D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3E4F2D" w:rsidRDefault="001D02F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3E4F2D" w:rsidRDefault="001D02F2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3E4F2D" w:rsidRDefault="001D02F2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3E4F2D" w:rsidRDefault="001D02F2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3E4F2D" w:rsidRDefault="001D02F2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3E4F2D" w:rsidRDefault="001D02F2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3E4F2D" w:rsidRDefault="001D02F2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3E4F2D" w:rsidRDefault="001D02F2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3E4F2D" w:rsidRDefault="001D02F2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3E4F2D" w:rsidRDefault="001D02F2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3E4F2D" w:rsidRDefault="001D02F2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3E4F2D" w:rsidRDefault="003E4F2D">
      <w:pPr>
        <w:spacing w:line="20" w:lineRule="exact"/>
      </w:pPr>
    </w:p>
    <w:sectPr w:rsidR="003E4F2D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D02F2" w:rsidRDefault="001D02F2">
      <w:pPr>
        <w:spacing w:line="240" w:lineRule="auto"/>
      </w:pPr>
      <w:r>
        <w:separator/>
      </w:r>
    </w:p>
  </w:endnote>
  <w:endnote w:type="continuationSeparator" w:id="0">
    <w:p w:rsidR="001D02F2" w:rsidRDefault="001D02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3E4F2D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3E4F2D" w:rsidRDefault="001D02F2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3E4F2D" w:rsidRDefault="001D02F2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ACE-QC-PM-004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D02F2" w:rsidRDefault="001D02F2">
      <w:pPr>
        <w:spacing w:line="240" w:lineRule="auto"/>
      </w:pPr>
      <w:r>
        <w:separator/>
      </w:r>
    </w:p>
  </w:footnote>
  <w:footnote w:type="continuationSeparator" w:id="0">
    <w:p w:rsidR="001D02F2" w:rsidRDefault="001D02F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3E4F2D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3E4F2D" w:rsidRDefault="001D02F2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3E4F2D" w:rsidRDefault="001D02F2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3E4F2D" w:rsidRDefault="001D02F2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3E4F2D" w:rsidRDefault="001D02F2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3E4F2D" w:rsidRDefault="001D02F2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ACE-QC-PM-004</w:t>
          </w:r>
        </w:p>
      </w:tc>
    </w:tr>
    <w:tr w:rsidR="003E4F2D">
      <w:trPr>
        <w:trHeight w:val="283"/>
        <w:jc w:val="center"/>
      </w:trPr>
      <w:tc>
        <w:tcPr>
          <w:tcW w:w="2041" w:type="dxa"/>
          <w:vMerge/>
          <w:vAlign w:val="center"/>
        </w:tcPr>
        <w:p w:rsidR="003E4F2D" w:rsidRDefault="003E4F2D"/>
      </w:tc>
      <w:tc>
        <w:tcPr>
          <w:tcW w:w="5669" w:type="dxa"/>
          <w:vMerge/>
          <w:vAlign w:val="center"/>
        </w:tcPr>
        <w:p w:rsidR="003E4F2D" w:rsidRDefault="003E4F2D"/>
      </w:tc>
      <w:tc>
        <w:tcPr>
          <w:tcW w:w="1361" w:type="dxa"/>
          <w:shd w:val="clear" w:color="auto" w:fill="F2F2F2"/>
          <w:vAlign w:val="center"/>
        </w:tcPr>
        <w:p w:rsidR="003E4F2D" w:rsidRDefault="001D02F2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3E4F2D" w:rsidRDefault="001D02F2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3E4F2D">
      <w:trPr>
        <w:trHeight w:val="283"/>
        <w:jc w:val="center"/>
      </w:trPr>
      <w:tc>
        <w:tcPr>
          <w:tcW w:w="2041" w:type="dxa"/>
          <w:vMerge/>
          <w:vAlign w:val="center"/>
        </w:tcPr>
        <w:p w:rsidR="003E4F2D" w:rsidRDefault="003E4F2D"/>
      </w:tc>
      <w:tc>
        <w:tcPr>
          <w:tcW w:w="5669" w:type="dxa"/>
          <w:vMerge w:val="restart"/>
          <w:shd w:val="clear" w:color="auto" w:fill="E7E6E6"/>
          <w:vAlign w:val="center"/>
        </w:tcPr>
        <w:p w:rsidR="003E4F2D" w:rsidRDefault="001D02F2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الاستلام الابتدائي للمشروع</w:t>
          </w:r>
        </w:p>
        <w:p w:rsidR="003E4F2D" w:rsidRDefault="001D02F2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Provisional Acceptance (Substantial Completion)</w:t>
          </w:r>
        </w:p>
      </w:tc>
      <w:tc>
        <w:tcPr>
          <w:tcW w:w="1361" w:type="dxa"/>
          <w:shd w:val="clear" w:color="auto" w:fill="F2F2F2"/>
          <w:vAlign w:val="center"/>
        </w:tcPr>
        <w:p w:rsidR="003E4F2D" w:rsidRDefault="001D02F2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3E4F2D" w:rsidRDefault="001D02F2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3E4F2D">
      <w:trPr>
        <w:trHeight w:val="283"/>
        <w:jc w:val="center"/>
      </w:trPr>
      <w:tc>
        <w:tcPr>
          <w:tcW w:w="2041" w:type="dxa"/>
          <w:vMerge/>
          <w:vAlign w:val="center"/>
        </w:tcPr>
        <w:p w:rsidR="003E4F2D" w:rsidRDefault="003E4F2D"/>
      </w:tc>
      <w:tc>
        <w:tcPr>
          <w:tcW w:w="5669" w:type="dxa"/>
          <w:vMerge/>
          <w:vAlign w:val="center"/>
        </w:tcPr>
        <w:p w:rsidR="003E4F2D" w:rsidRDefault="003E4F2D"/>
      </w:tc>
      <w:tc>
        <w:tcPr>
          <w:tcW w:w="1361" w:type="dxa"/>
          <w:shd w:val="clear" w:color="auto" w:fill="F2F2F2"/>
          <w:vAlign w:val="center"/>
        </w:tcPr>
        <w:p w:rsidR="003E4F2D" w:rsidRDefault="001D02F2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3E4F2D" w:rsidRDefault="001D02F2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3E4F2D" w:rsidRDefault="003E4F2D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91573672">
    <w:abstractNumId w:val="8"/>
  </w:num>
  <w:num w:numId="2" w16cid:durableId="911232050">
    <w:abstractNumId w:val="6"/>
  </w:num>
  <w:num w:numId="3" w16cid:durableId="171723358">
    <w:abstractNumId w:val="5"/>
  </w:num>
  <w:num w:numId="4" w16cid:durableId="2034837953">
    <w:abstractNumId w:val="4"/>
  </w:num>
  <w:num w:numId="5" w16cid:durableId="991714454">
    <w:abstractNumId w:val="7"/>
  </w:num>
  <w:num w:numId="6" w16cid:durableId="1862930719">
    <w:abstractNumId w:val="3"/>
  </w:num>
  <w:num w:numId="7" w16cid:durableId="1381130846">
    <w:abstractNumId w:val="2"/>
  </w:num>
  <w:num w:numId="8" w16cid:durableId="236676859">
    <w:abstractNumId w:val="1"/>
  </w:num>
  <w:num w:numId="9" w16cid:durableId="228149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D02F2"/>
    <w:rsid w:val="0029639D"/>
    <w:rsid w:val="002B4D89"/>
    <w:rsid w:val="00326F90"/>
    <w:rsid w:val="003E4F2D"/>
    <w:rsid w:val="005C0D9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48116F40-D8F2-4CFB-AFD8-969530AF1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ACE_QC-PM-004_Provisional_Acceptance_20261009_v4.dotx</Template>
  <TotalTime>0</TotalTime>
  <Pages>1</Pages>
  <Words>289</Words>
  <Characters>1653</Characters>
  <Application>Microsoft Office Word</Application>
  <DocSecurity>0</DocSecurity>
  <Lines>13</Lines>
  <Paragraphs>3</Paragraphs>
  <ScaleCrop>false</ScaleCrop>
  <Manager>Ahmed Fathy</Manager>
  <Company>Arab Creators for Engineering Consultancy</Company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ACE-QC-PM-004 Provisional Acceptance (Substantial Completion)</dc:title>
  <dc:subject>الاستلام الابتدائي للمشروع</dc:subject>
  <dc:creator>Ahmed Fathy</dc:creator>
  <cp:keywords>QC; ITP; Inspection</cp:keywords>
  <dc:description/>
  <cp:lastModifiedBy>Ahmed Fathy</cp:lastModifiedBy>
  <cp:revision>2</cp:revision>
  <dcterms:created xsi:type="dcterms:W3CDTF">2026-11-03T20:19:00Z</dcterms:created>
  <dcterms:modified xsi:type="dcterms:W3CDTF">2026-11-03T20:19:00Z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