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C80A9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</w:tr>
      <w:tr w:rsidR="00C80A9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</w:tr>
      <w:tr w:rsidR="00C80A9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C80A9C" w:rsidRDefault="00C80A9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C80A9C" w:rsidRDefault="00525FC6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C80A9C" w:rsidRDefault="00C80A9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80A9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C80A9C" w:rsidRDefault="00C80A9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C80A9C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80A9C" w:rsidRDefault="00525FC6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</w:tbl>
    <w:p w:rsidR="00C80A9C" w:rsidRDefault="00C80A9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C80A9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سخانات المياه الشمسية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Solar Water Heaters Checklist</w:t>
            </w:r>
          </w:p>
        </w:tc>
      </w:tr>
    </w:tbl>
    <w:p w:rsidR="00C80A9C" w:rsidRDefault="00C80A9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C80A9C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C80A9C" w:rsidRDefault="00525FC6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C80A9C" w:rsidRDefault="00525FC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السخان مطابق للاعتماد (السعة، عدد الألواح، النوع).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Heater complies with approval (capacity, number of collectors, type).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القاعدة والحامل مثبتان ومقاومان للرياح دون الإضرار بالعزل.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and frame are fixed and wind-resistant without damaging the waterproofing.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اتجاه الألواح وزاوية الميل حسب التصميم.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Collector orientation and tilt angle per design.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عزل المواسير الساخنة المكشوفة وحمايتها من الشمس.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Exposed hot pipes are insulated and UV-protected.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محبس الأمان وصمام عدم الرجوع ومحبس التصريف مركبة.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Safety valve, non-return valve and drain valve installed.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السخان الكهربائي المساعد موصل بقاطع مستقل ومؤرض.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Electric backup heater on an individual, earthed breaker.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  <w:tr w:rsidR="00C80A9C">
        <w:trPr>
          <w:cantSplit/>
          <w:jc w:val="center"/>
        </w:trPr>
        <w:tc>
          <w:tcPr>
            <w:tcW w:w="397" w:type="dxa"/>
            <w:vAlign w:val="center"/>
          </w:tcPr>
          <w:p w:rsidR="00C80A9C" w:rsidRDefault="00525FC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التسرب والتشغيل وقياس درجة الحرارة.</w:t>
            </w:r>
          </w:p>
        </w:tc>
        <w:tc>
          <w:tcPr>
            <w:tcW w:w="3402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Leak test, operation and temperature check.</w:t>
            </w: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C80A9C" w:rsidRDefault="00C80A9C">
            <w:pPr>
              <w:bidi/>
              <w:spacing w:line="240" w:lineRule="auto"/>
              <w:jc w:val="center"/>
            </w:pPr>
          </w:p>
        </w:tc>
      </w:tr>
    </w:tbl>
    <w:p w:rsidR="00C80A9C" w:rsidRDefault="00C80A9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C80A9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C80A9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C80A9C" w:rsidRDefault="00525FC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C80A9C" w:rsidRDefault="00C80A9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C80A9C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80A9C" w:rsidRDefault="00525FC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C80A9C" w:rsidRDefault="00525FC6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C80A9C" w:rsidRDefault="00C80A9C">
            <w:pPr>
              <w:keepNext/>
              <w:bidi/>
              <w:spacing w:line="240" w:lineRule="auto"/>
            </w:pPr>
          </w:p>
        </w:tc>
      </w:tr>
    </w:tbl>
    <w:p w:rsidR="00C80A9C" w:rsidRDefault="00C80A9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C80A9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80A9C" w:rsidRDefault="00525FC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C80A9C" w:rsidRDefault="00525FC6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C80A9C" w:rsidRDefault="00C80A9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C80A9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80A9C" w:rsidRDefault="00525FC6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C80A9C" w:rsidRDefault="00525FC6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C80A9C" w:rsidRDefault="00525FC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C80A9C" w:rsidRDefault="00525FC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C80A9C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C80A9C" w:rsidRDefault="00525FC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C80A9C" w:rsidRDefault="00525FC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C80A9C" w:rsidRDefault="00525FC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C80A9C" w:rsidRDefault="00C80A9C">
      <w:pPr>
        <w:spacing w:line="20" w:lineRule="exact"/>
      </w:pPr>
    </w:p>
    <w:sectPr w:rsidR="00C80A9C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5FC6" w:rsidRDefault="00525FC6">
      <w:pPr>
        <w:spacing w:line="240" w:lineRule="auto"/>
      </w:pPr>
      <w:r>
        <w:separator/>
      </w:r>
    </w:p>
  </w:endnote>
  <w:endnote w:type="continuationSeparator" w:id="0">
    <w:p w:rsidR="00525FC6" w:rsidRDefault="00525F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C80A9C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C80A9C" w:rsidRDefault="00525FC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C80A9C" w:rsidRDefault="00525FC6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ACE-QC-MEP-030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5FC6" w:rsidRDefault="00525FC6">
      <w:pPr>
        <w:spacing w:line="240" w:lineRule="auto"/>
      </w:pPr>
      <w:r>
        <w:separator/>
      </w:r>
    </w:p>
  </w:footnote>
  <w:footnote w:type="continuationSeparator" w:id="0">
    <w:p w:rsidR="00525FC6" w:rsidRDefault="00525F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C80A9C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C80A9C" w:rsidRDefault="00525FC6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C80A9C" w:rsidRDefault="00525FC6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C80A9C" w:rsidRDefault="00525FC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C80A9C" w:rsidRDefault="00525FC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C80A9C" w:rsidRDefault="00525FC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ACE-QC-MEP-030</w:t>
          </w:r>
        </w:p>
      </w:tc>
    </w:tr>
    <w:tr w:rsidR="00C80A9C">
      <w:trPr>
        <w:trHeight w:val="283"/>
        <w:jc w:val="center"/>
      </w:trPr>
      <w:tc>
        <w:tcPr>
          <w:tcW w:w="2041" w:type="dxa"/>
          <w:vMerge/>
          <w:vAlign w:val="center"/>
        </w:tcPr>
        <w:p w:rsidR="00C80A9C" w:rsidRDefault="00C80A9C"/>
      </w:tc>
      <w:tc>
        <w:tcPr>
          <w:tcW w:w="5669" w:type="dxa"/>
          <w:vMerge/>
          <w:vAlign w:val="center"/>
        </w:tcPr>
        <w:p w:rsidR="00C80A9C" w:rsidRDefault="00C80A9C"/>
      </w:tc>
      <w:tc>
        <w:tcPr>
          <w:tcW w:w="1361" w:type="dxa"/>
          <w:shd w:val="clear" w:color="auto" w:fill="F2F2F2"/>
          <w:vAlign w:val="center"/>
        </w:tcPr>
        <w:p w:rsidR="00C80A9C" w:rsidRDefault="00525FC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C80A9C" w:rsidRDefault="00525FC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C80A9C">
      <w:trPr>
        <w:trHeight w:val="283"/>
        <w:jc w:val="center"/>
      </w:trPr>
      <w:tc>
        <w:tcPr>
          <w:tcW w:w="2041" w:type="dxa"/>
          <w:vMerge/>
          <w:vAlign w:val="center"/>
        </w:tcPr>
        <w:p w:rsidR="00C80A9C" w:rsidRDefault="00C80A9C"/>
      </w:tc>
      <w:tc>
        <w:tcPr>
          <w:tcW w:w="5669" w:type="dxa"/>
          <w:vMerge w:val="restart"/>
          <w:shd w:val="clear" w:color="auto" w:fill="E7E6E6"/>
          <w:vAlign w:val="center"/>
        </w:tcPr>
        <w:p w:rsidR="00C80A9C" w:rsidRDefault="00525FC6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سخانات المياه الشمسية</w:t>
          </w:r>
        </w:p>
        <w:p w:rsidR="00C80A9C" w:rsidRDefault="00525FC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Solar Water Heaters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C80A9C" w:rsidRDefault="00525FC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C80A9C" w:rsidRDefault="00525FC6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C80A9C">
      <w:trPr>
        <w:trHeight w:val="283"/>
        <w:jc w:val="center"/>
      </w:trPr>
      <w:tc>
        <w:tcPr>
          <w:tcW w:w="2041" w:type="dxa"/>
          <w:vMerge/>
          <w:vAlign w:val="center"/>
        </w:tcPr>
        <w:p w:rsidR="00C80A9C" w:rsidRDefault="00C80A9C"/>
      </w:tc>
      <w:tc>
        <w:tcPr>
          <w:tcW w:w="5669" w:type="dxa"/>
          <w:vMerge/>
          <w:vAlign w:val="center"/>
        </w:tcPr>
        <w:p w:rsidR="00C80A9C" w:rsidRDefault="00C80A9C"/>
      </w:tc>
      <w:tc>
        <w:tcPr>
          <w:tcW w:w="1361" w:type="dxa"/>
          <w:shd w:val="clear" w:color="auto" w:fill="F2F2F2"/>
          <w:vAlign w:val="center"/>
        </w:tcPr>
        <w:p w:rsidR="00C80A9C" w:rsidRDefault="00525FC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C80A9C" w:rsidRDefault="00525FC6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C80A9C" w:rsidRDefault="00C80A9C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71214">
    <w:abstractNumId w:val="8"/>
  </w:num>
  <w:num w:numId="2" w16cid:durableId="1261255738">
    <w:abstractNumId w:val="6"/>
  </w:num>
  <w:num w:numId="3" w16cid:durableId="1777169163">
    <w:abstractNumId w:val="5"/>
  </w:num>
  <w:num w:numId="4" w16cid:durableId="993949614">
    <w:abstractNumId w:val="4"/>
  </w:num>
  <w:num w:numId="5" w16cid:durableId="805243711">
    <w:abstractNumId w:val="7"/>
  </w:num>
  <w:num w:numId="6" w16cid:durableId="548877615">
    <w:abstractNumId w:val="3"/>
  </w:num>
  <w:num w:numId="7" w16cid:durableId="1276475911">
    <w:abstractNumId w:val="2"/>
  </w:num>
  <w:num w:numId="8" w16cid:durableId="1124887976">
    <w:abstractNumId w:val="1"/>
  </w:num>
  <w:num w:numId="9" w16cid:durableId="34695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1E47"/>
    <w:rsid w:val="00525FC6"/>
    <w:rsid w:val="005C0D99"/>
    <w:rsid w:val="00AA1D8D"/>
    <w:rsid w:val="00B47730"/>
    <w:rsid w:val="00C80A9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320CEEEA-553F-4DC1-B186-322BC1E9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ACE_QC-MEP-030_Solar_Water_Heaters_20261009_v4.dotx</Template>
  <TotalTime>0</TotalTime>
  <Pages>1</Pages>
  <Words>490</Words>
  <Characters>2799</Characters>
  <Application>Microsoft Office Word</Application>
  <DocSecurity>0</DocSecurity>
  <Lines>23</Lines>
  <Paragraphs>6</Paragraphs>
  <ScaleCrop>false</ScaleCrop>
  <Manager>Ahmed Fathy</Manager>
  <Company>Arab Creators for Engineering Consultancy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ACE-QC-MEP-030 Solar Water Heaters Inspection</dc:title>
  <dc:subject>فحص واستلام سخانات المياه الشمسية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