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228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</w:tr>
      <w:tr w:rsidR="004228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</w:tr>
      <w:tr w:rsidR="004228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228D8" w:rsidRDefault="004228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228D8" w:rsidRDefault="00AD4DE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228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228D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228D8" w:rsidRDefault="00AD4DE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228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شبكة الغاز المركزي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Central Gas System Checklist</w:t>
            </w: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228D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228D8" w:rsidRDefault="00AD4DE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228D8" w:rsidRDefault="00AD4DE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موقع الخزان أو غرفة الأسطوانات مطابق للمسافات الآمنة المعتمدة.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or cylinder room location meets approved safety distances.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المواسير والقطع من النوع المعتمد للغاز ومحمية من الصدأ.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Pipes and fittings are gas-approved and corrosion-protected.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المسار مكشوف أو في مجرى مهوى وغير مار بغرف النوم أو الأماكن المغلقة.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Route is exposed or in a ventilated chase; not through bedrooms or enclosed spaces.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منظمات الضغط ومحابس القطع عند الخزان وكل وحدة.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regulators and shut-off valves at the tank and each unit.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الضغط وثبات القراءة للمدة المحددة دون تسرب.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test holds for the specified period without leakage.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كواشف تسرب الغاز وصمام القطع الآلي يعملان.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Gas leak detectors and automatic shut-off valve operate.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تمييز المواسير باللون الأصفر واللوحات التحذيرية.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Pipes identified in yellow with warning signs.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  <w:tr w:rsidR="004228D8">
        <w:trPr>
          <w:cantSplit/>
          <w:jc w:val="center"/>
        </w:trPr>
        <w:tc>
          <w:tcPr>
            <w:tcW w:w="397" w:type="dxa"/>
            <w:vAlign w:val="center"/>
          </w:tcPr>
          <w:p w:rsidR="004228D8" w:rsidRDefault="00AD4DE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الجهة المختصة قبل التشغيل.</w:t>
            </w:r>
          </w:p>
        </w:tc>
        <w:tc>
          <w:tcPr>
            <w:tcW w:w="3402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Authority approval obtained before commissioning.</w:t>
            </w: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228D8" w:rsidRDefault="004228D8">
            <w:pPr>
              <w:bidi/>
              <w:spacing w:line="240" w:lineRule="auto"/>
              <w:jc w:val="center"/>
            </w:pP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228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NFPA 54 / 58، اشتراطات شركة الغاز الطبيعي،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NFPA 54 / 58, natural gas company requirements, project specifications</w:t>
            </w:r>
            <w:r>
              <w:rPr>
                <w:color w:val="595959"/>
                <w:sz w:val="13"/>
                <w:szCs w:val="13"/>
              </w:rPr>
              <w:t>; Saudi Building Code SBC 401, SBC 501, SBC 701, SBC 801</w:t>
            </w:r>
          </w:p>
        </w:tc>
      </w:tr>
      <w:tr w:rsidR="004228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اعتماد الجهة المختصة</w:t>
            </w:r>
          </w:p>
        </w:tc>
        <w:tc>
          <w:tcPr>
            <w:tcW w:w="4309" w:type="dxa"/>
            <w:vAlign w:val="center"/>
          </w:tcPr>
          <w:p w:rsidR="004228D8" w:rsidRDefault="00AD4DE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Authority approval</w:t>
            </w:r>
          </w:p>
        </w:tc>
      </w:tr>
    </w:tbl>
    <w:p w:rsidR="004228D8" w:rsidRDefault="004228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228D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28D8" w:rsidRDefault="00AD4DE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228D8" w:rsidRDefault="00AD4DE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228D8" w:rsidRDefault="004228D8">
            <w:pPr>
              <w:keepNext/>
              <w:bidi/>
              <w:spacing w:line="240" w:lineRule="auto"/>
            </w:pPr>
          </w:p>
        </w:tc>
      </w:tr>
    </w:tbl>
    <w:p w:rsidR="004228D8" w:rsidRDefault="004228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228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28D8" w:rsidRDefault="00AD4DE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228D8" w:rsidRDefault="00AD4DE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228D8" w:rsidRDefault="004228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228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28D8" w:rsidRDefault="00AD4DE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228D8" w:rsidRDefault="00AD4DE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228D8" w:rsidRDefault="00AD4DE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228D8" w:rsidRDefault="00AD4DE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228D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228D8" w:rsidRDefault="00AD4DE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228D8" w:rsidRDefault="00AD4DE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228D8" w:rsidRDefault="00AD4DE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228D8" w:rsidRDefault="004228D8">
      <w:pPr>
        <w:spacing w:line="20" w:lineRule="exact"/>
      </w:pPr>
    </w:p>
    <w:sectPr w:rsidR="004228D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4DEB" w:rsidRDefault="00AD4DEB">
      <w:pPr>
        <w:spacing w:line="240" w:lineRule="auto"/>
      </w:pPr>
      <w:r>
        <w:separator/>
      </w:r>
    </w:p>
  </w:endnote>
  <w:endnote w:type="continuationSeparator" w:id="0">
    <w:p w:rsidR="00AD4DEB" w:rsidRDefault="00AD4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228D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228D8" w:rsidRDefault="00AD4D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228D8" w:rsidRDefault="00AD4DE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4DEB" w:rsidRDefault="00AD4DEB">
      <w:pPr>
        <w:spacing w:line="240" w:lineRule="auto"/>
      </w:pPr>
      <w:r>
        <w:separator/>
      </w:r>
    </w:p>
  </w:footnote>
  <w:footnote w:type="continuationSeparator" w:id="0">
    <w:p w:rsidR="00AD4DEB" w:rsidRDefault="00AD4D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228D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228D8" w:rsidRDefault="00AD4DE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228D8" w:rsidRDefault="00AD4DE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228D8" w:rsidRDefault="00AD4DE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228D8" w:rsidRDefault="00AD4D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228D8" w:rsidRDefault="00AD4DE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ACE-QC-MEP-029</w:t>
          </w:r>
        </w:p>
      </w:tc>
    </w:tr>
    <w:tr w:rsidR="004228D8">
      <w:trPr>
        <w:trHeight w:val="283"/>
        <w:jc w:val="center"/>
      </w:trPr>
      <w:tc>
        <w:tcPr>
          <w:tcW w:w="2041" w:type="dxa"/>
          <w:vMerge/>
          <w:vAlign w:val="center"/>
        </w:tcPr>
        <w:p w:rsidR="004228D8" w:rsidRDefault="004228D8"/>
      </w:tc>
      <w:tc>
        <w:tcPr>
          <w:tcW w:w="5669" w:type="dxa"/>
          <w:vMerge/>
          <w:vAlign w:val="center"/>
        </w:tcPr>
        <w:p w:rsidR="004228D8" w:rsidRDefault="004228D8"/>
      </w:tc>
      <w:tc>
        <w:tcPr>
          <w:tcW w:w="1361" w:type="dxa"/>
          <w:shd w:val="clear" w:color="auto" w:fill="F2F2F2"/>
          <w:vAlign w:val="center"/>
        </w:tcPr>
        <w:p w:rsidR="004228D8" w:rsidRDefault="00AD4D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228D8" w:rsidRDefault="00AD4DE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228D8">
      <w:trPr>
        <w:trHeight w:val="283"/>
        <w:jc w:val="center"/>
      </w:trPr>
      <w:tc>
        <w:tcPr>
          <w:tcW w:w="2041" w:type="dxa"/>
          <w:vMerge/>
          <w:vAlign w:val="center"/>
        </w:tcPr>
        <w:p w:rsidR="004228D8" w:rsidRDefault="004228D8"/>
      </w:tc>
      <w:tc>
        <w:tcPr>
          <w:tcW w:w="5669" w:type="dxa"/>
          <w:vMerge w:val="restart"/>
          <w:shd w:val="clear" w:color="auto" w:fill="E7E6E6"/>
          <w:vAlign w:val="center"/>
        </w:tcPr>
        <w:p w:rsidR="004228D8" w:rsidRDefault="00AD4DE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شبكة الغاز المركزي</w:t>
          </w:r>
        </w:p>
        <w:p w:rsidR="004228D8" w:rsidRDefault="00AD4DE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Central Gas System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228D8" w:rsidRDefault="00AD4D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228D8" w:rsidRDefault="00AD4DE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228D8">
      <w:trPr>
        <w:trHeight w:val="283"/>
        <w:jc w:val="center"/>
      </w:trPr>
      <w:tc>
        <w:tcPr>
          <w:tcW w:w="2041" w:type="dxa"/>
          <w:vMerge/>
          <w:vAlign w:val="center"/>
        </w:tcPr>
        <w:p w:rsidR="004228D8" w:rsidRDefault="004228D8"/>
      </w:tc>
      <w:tc>
        <w:tcPr>
          <w:tcW w:w="5669" w:type="dxa"/>
          <w:vMerge/>
          <w:vAlign w:val="center"/>
        </w:tcPr>
        <w:p w:rsidR="004228D8" w:rsidRDefault="004228D8"/>
      </w:tc>
      <w:tc>
        <w:tcPr>
          <w:tcW w:w="1361" w:type="dxa"/>
          <w:shd w:val="clear" w:color="auto" w:fill="F2F2F2"/>
          <w:vAlign w:val="center"/>
        </w:tcPr>
        <w:p w:rsidR="004228D8" w:rsidRDefault="00AD4DE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228D8" w:rsidRDefault="00AD4DE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228D8" w:rsidRDefault="004228D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1474076">
    <w:abstractNumId w:val="8"/>
  </w:num>
  <w:num w:numId="2" w16cid:durableId="80878404">
    <w:abstractNumId w:val="6"/>
  </w:num>
  <w:num w:numId="3" w16cid:durableId="1821459164">
    <w:abstractNumId w:val="5"/>
  </w:num>
  <w:num w:numId="4" w16cid:durableId="1507089436">
    <w:abstractNumId w:val="4"/>
  </w:num>
  <w:num w:numId="5" w16cid:durableId="1696030337">
    <w:abstractNumId w:val="7"/>
  </w:num>
  <w:num w:numId="6" w16cid:durableId="1078870117">
    <w:abstractNumId w:val="3"/>
  </w:num>
  <w:num w:numId="7" w16cid:durableId="1203321688">
    <w:abstractNumId w:val="2"/>
  </w:num>
  <w:num w:numId="8" w16cid:durableId="648095895">
    <w:abstractNumId w:val="1"/>
  </w:num>
  <w:num w:numId="9" w16cid:durableId="62890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28D8"/>
    <w:rsid w:val="005C0D99"/>
    <w:rsid w:val="00AA1D8D"/>
    <w:rsid w:val="00AD4DEB"/>
    <w:rsid w:val="00B47730"/>
    <w:rsid w:val="00CB0664"/>
    <w:rsid w:val="00F044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48077A9-7328-4492-B304-FD93F61E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ACE_QC-MEP-029_Central_Gas_System_20261009_v4.dotx</Template>
  <TotalTime>0</TotalTime>
  <Pages>1</Pages>
  <Words>518</Words>
  <Characters>2955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ACE-QC-MEP-029 Central Gas System Inspection</dc:title>
  <dc:subject>فحص واستلام شبكة الغاز المركزي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