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AC6CA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</w:tr>
      <w:tr w:rsidR="00AC6CA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</w:tr>
      <w:tr w:rsidR="00AC6CA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AC6CA9" w:rsidRDefault="00AC6CA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AC6CA9" w:rsidRDefault="0052594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AC6CA9" w:rsidRDefault="00AC6CA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C6CA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AC6CA9" w:rsidRDefault="00AC6CA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AC6CA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C6CA9" w:rsidRDefault="0052594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</w:tbl>
    <w:p w:rsidR="00AC6CA9" w:rsidRDefault="00AC6CA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AC6CA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مجاري الهواء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Ductwork Checklist</w:t>
            </w:r>
          </w:p>
        </w:tc>
      </w:tr>
    </w:tbl>
    <w:p w:rsidR="00AC6CA9" w:rsidRDefault="00AC6CA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AC6CA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AC6CA9" w:rsidRDefault="0052594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AC6CA9" w:rsidRDefault="005259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سماكة الصاج وفئة الضغط حسب المواصفات.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Sheet gauge and pressure class per specification.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الوصلات والدرزات محكمة ومعزولة بالمادة المانعة للتسرب.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Joints and seams tight and sealed.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التعليقات والحوامل على المسافات المحددة.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Hangers and supports at specified spacing.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الحراري بالسماكة المحددة وحاجز البخار سليم.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Thermal insulation at specified thickness; vapour barrier intact.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الدامبرات وبوابات الحريق في أماكنها.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Volume dampers and fire dampers installed at their locations.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فتحات الصيانة عند الدامبرات والملفات.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Access doors at dampers and coils.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التسرب للمجاري حسب فئة الضغط.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Duct leakage test per pressure class.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  <w:tr w:rsidR="00AC6CA9">
        <w:trPr>
          <w:cantSplit/>
          <w:jc w:val="center"/>
        </w:trPr>
        <w:tc>
          <w:tcPr>
            <w:tcW w:w="397" w:type="dxa"/>
            <w:vAlign w:val="center"/>
          </w:tcPr>
          <w:p w:rsidR="00AC6CA9" w:rsidRDefault="005259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نظافة المجاري من الداخل وتغطية الفتحات أثناء التنفيذ.</w:t>
            </w:r>
          </w:p>
        </w:tc>
        <w:tc>
          <w:tcPr>
            <w:tcW w:w="3402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Ducts clean internally; openings covered during works.</w:t>
            </w: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AC6CA9" w:rsidRDefault="00AC6CA9">
            <w:pPr>
              <w:bidi/>
              <w:spacing w:line="240" w:lineRule="auto"/>
              <w:jc w:val="center"/>
            </w:pPr>
          </w:p>
        </w:tc>
      </w:tr>
    </w:tbl>
    <w:p w:rsidR="00AC6CA9" w:rsidRDefault="00AC6CA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AC6CA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للتهوية وتكييف الهواء، SMACNA، ASHRAE،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HVAC code, SMACNA, ASHRAE, project specifications; Saudi Building Code SBC 401, SBC 501, SBC 701, SBC 801</w:t>
            </w:r>
          </w:p>
        </w:tc>
      </w:tr>
      <w:tr w:rsidR="00AC6CA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المعدات ☐ سجل اختبار التسرب ☐ تقرير الموازنة TAB</w:t>
            </w:r>
          </w:p>
        </w:tc>
        <w:tc>
          <w:tcPr>
            <w:tcW w:w="4309" w:type="dxa"/>
            <w:vAlign w:val="center"/>
          </w:tcPr>
          <w:p w:rsidR="00AC6CA9" w:rsidRDefault="0052594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Equipment approval   ☐ Leakage test record   ☐ TAB report</w:t>
            </w:r>
          </w:p>
        </w:tc>
      </w:tr>
    </w:tbl>
    <w:p w:rsidR="00AC6CA9" w:rsidRDefault="00AC6CA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AC6CA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6CA9" w:rsidRDefault="0052594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AC6CA9" w:rsidRDefault="0052594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AC6CA9" w:rsidRDefault="00AC6CA9">
            <w:pPr>
              <w:keepNext/>
              <w:bidi/>
              <w:spacing w:line="240" w:lineRule="auto"/>
            </w:pPr>
          </w:p>
        </w:tc>
      </w:tr>
    </w:tbl>
    <w:p w:rsidR="00AC6CA9" w:rsidRDefault="00AC6CA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AC6CA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6CA9" w:rsidRDefault="0052594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AC6CA9" w:rsidRDefault="0052594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AC6CA9" w:rsidRDefault="00AC6CA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AC6CA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6CA9" w:rsidRDefault="0052594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AC6CA9" w:rsidRDefault="0052594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AC6CA9" w:rsidRDefault="005259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AC6CA9" w:rsidRDefault="005259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AC6CA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AC6CA9" w:rsidRDefault="005259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AC6CA9" w:rsidRDefault="005259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AC6CA9" w:rsidRDefault="005259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AC6CA9" w:rsidRDefault="00AC6CA9">
      <w:pPr>
        <w:spacing w:line="20" w:lineRule="exact"/>
      </w:pPr>
    </w:p>
    <w:sectPr w:rsidR="00AC6CA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5945" w:rsidRDefault="00525945">
      <w:pPr>
        <w:spacing w:line="240" w:lineRule="auto"/>
      </w:pPr>
      <w:r>
        <w:separator/>
      </w:r>
    </w:p>
  </w:endnote>
  <w:endnote w:type="continuationSeparator" w:id="0">
    <w:p w:rsidR="00525945" w:rsidRDefault="005259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AC6CA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AC6CA9" w:rsidRDefault="005259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AC6CA9" w:rsidRDefault="0052594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5945" w:rsidRDefault="00525945">
      <w:pPr>
        <w:spacing w:line="240" w:lineRule="auto"/>
      </w:pPr>
      <w:r>
        <w:separator/>
      </w:r>
    </w:p>
  </w:footnote>
  <w:footnote w:type="continuationSeparator" w:id="0">
    <w:p w:rsidR="00525945" w:rsidRDefault="005259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AC6CA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AC6CA9" w:rsidRDefault="0052594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AC6CA9" w:rsidRDefault="0052594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AC6CA9" w:rsidRDefault="0052594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AC6CA9" w:rsidRDefault="005259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AC6CA9" w:rsidRDefault="0052594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ACE-QC-MEP-024</w:t>
          </w:r>
        </w:p>
      </w:tc>
    </w:tr>
    <w:tr w:rsidR="00AC6CA9">
      <w:trPr>
        <w:trHeight w:val="283"/>
        <w:jc w:val="center"/>
      </w:trPr>
      <w:tc>
        <w:tcPr>
          <w:tcW w:w="2041" w:type="dxa"/>
          <w:vMerge/>
          <w:vAlign w:val="center"/>
        </w:tcPr>
        <w:p w:rsidR="00AC6CA9" w:rsidRDefault="00AC6CA9"/>
      </w:tc>
      <w:tc>
        <w:tcPr>
          <w:tcW w:w="5669" w:type="dxa"/>
          <w:vMerge/>
          <w:vAlign w:val="center"/>
        </w:tcPr>
        <w:p w:rsidR="00AC6CA9" w:rsidRDefault="00AC6CA9"/>
      </w:tc>
      <w:tc>
        <w:tcPr>
          <w:tcW w:w="1361" w:type="dxa"/>
          <w:shd w:val="clear" w:color="auto" w:fill="F2F2F2"/>
          <w:vAlign w:val="center"/>
        </w:tcPr>
        <w:p w:rsidR="00AC6CA9" w:rsidRDefault="005259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AC6CA9" w:rsidRDefault="0052594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AC6CA9">
      <w:trPr>
        <w:trHeight w:val="283"/>
        <w:jc w:val="center"/>
      </w:trPr>
      <w:tc>
        <w:tcPr>
          <w:tcW w:w="2041" w:type="dxa"/>
          <w:vMerge/>
          <w:vAlign w:val="center"/>
        </w:tcPr>
        <w:p w:rsidR="00AC6CA9" w:rsidRDefault="00AC6CA9"/>
      </w:tc>
      <w:tc>
        <w:tcPr>
          <w:tcW w:w="5669" w:type="dxa"/>
          <w:vMerge w:val="restart"/>
          <w:shd w:val="clear" w:color="auto" w:fill="E7E6E6"/>
          <w:vAlign w:val="center"/>
        </w:tcPr>
        <w:p w:rsidR="00AC6CA9" w:rsidRDefault="0052594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مجاري الهواء</w:t>
          </w:r>
        </w:p>
        <w:p w:rsidR="00AC6CA9" w:rsidRDefault="0052594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Ductwork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AC6CA9" w:rsidRDefault="005259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AC6CA9" w:rsidRDefault="0052594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AC6CA9">
      <w:trPr>
        <w:trHeight w:val="283"/>
        <w:jc w:val="center"/>
      </w:trPr>
      <w:tc>
        <w:tcPr>
          <w:tcW w:w="2041" w:type="dxa"/>
          <w:vMerge/>
          <w:vAlign w:val="center"/>
        </w:tcPr>
        <w:p w:rsidR="00AC6CA9" w:rsidRDefault="00AC6CA9"/>
      </w:tc>
      <w:tc>
        <w:tcPr>
          <w:tcW w:w="5669" w:type="dxa"/>
          <w:vMerge/>
          <w:vAlign w:val="center"/>
        </w:tcPr>
        <w:p w:rsidR="00AC6CA9" w:rsidRDefault="00AC6CA9"/>
      </w:tc>
      <w:tc>
        <w:tcPr>
          <w:tcW w:w="1361" w:type="dxa"/>
          <w:shd w:val="clear" w:color="auto" w:fill="F2F2F2"/>
          <w:vAlign w:val="center"/>
        </w:tcPr>
        <w:p w:rsidR="00AC6CA9" w:rsidRDefault="005259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AC6CA9" w:rsidRDefault="0052594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AC6CA9" w:rsidRDefault="00AC6CA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9103430">
    <w:abstractNumId w:val="8"/>
  </w:num>
  <w:num w:numId="2" w16cid:durableId="2090929980">
    <w:abstractNumId w:val="6"/>
  </w:num>
  <w:num w:numId="3" w16cid:durableId="1126050005">
    <w:abstractNumId w:val="5"/>
  </w:num>
  <w:num w:numId="4" w16cid:durableId="1137185806">
    <w:abstractNumId w:val="4"/>
  </w:num>
  <w:num w:numId="5" w16cid:durableId="410543748">
    <w:abstractNumId w:val="7"/>
  </w:num>
  <w:num w:numId="6" w16cid:durableId="2054689828">
    <w:abstractNumId w:val="3"/>
  </w:num>
  <w:num w:numId="7" w16cid:durableId="2007777986">
    <w:abstractNumId w:val="2"/>
  </w:num>
  <w:num w:numId="8" w16cid:durableId="1280651169">
    <w:abstractNumId w:val="1"/>
  </w:num>
  <w:num w:numId="9" w16cid:durableId="190703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5945"/>
    <w:rsid w:val="005C0D99"/>
    <w:rsid w:val="00717B55"/>
    <w:rsid w:val="00AA1D8D"/>
    <w:rsid w:val="00AC6CA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9E65BDF-6BFA-4FB8-8DE7-1C9BF3384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ACE_QC-MEP-024_Ductwork_20261009_v4.dotx</Template>
  <TotalTime>0</TotalTime>
  <Pages>1</Pages>
  <Words>488</Words>
  <Characters>2788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ACE-QC-MEP-024 Ductwork Inspection</dc:title>
  <dc:subject>فحص واستلام مجاري الهواء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