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F21E7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F21E79" w:rsidRDefault="00CA134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F21E79" w:rsidRDefault="00F21E7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F21E79" w:rsidRDefault="00CA134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F21E79" w:rsidRDefault="00F21E7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F21E79" w:rsidRDefault="00CA134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F21E79" w:rsidRDefault="00F21E79">
            <w:pPr>
              <w:bidi/>
              <w:spacing w:line="240" w:lineRule="auto"/>
            </w:pPr>
          </w:p>
        </w:tc>
      </w:tr>
      <w:tr w:rsidR="00F21E7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F21E79" w:rsidRDefault="00CA134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F21E79" w:rsidRDefault="00F21E7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F21E79" w:rsidRDefault="00CA134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F21E79" w:rsidRDefault="00F21E7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F21E79" w:rsidRDefault="00CA134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F21E79" w:rsidRDefault="00F21E79">
            <w:pPr>
              <w:bidi/>
              <w:spacing w:line="240" w:lineRule="auto"/>
            </w:pPr>
          </w:p>
        </w:tc>
      </w:tr>
      <w:tr w:rsidR="00F21E7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F21E79" w:rsidRDefault="00CA134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F21E79" w:rsidRDefault="00F21E7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F21E79" w:rsidRDefault="00CA134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F21E79" w:rsidRDefault="00CA1341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F21E79" w:rsidRDefault="00F21E7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21E7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F21E79" w:rsidRDefault="00F21E7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F21E7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F21E79" w:rsidRDefault="00CA134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F21E79" w:rsidRDefault="00CA1341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F21E79" w:rsidRDefault="00CA134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F21E79" w:rsidRDefault="00CA134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</w:tbl>
    <w:p w:rsidR="00F21E79" w:rsidRDefault="00F21E7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21E7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أعمدة الإنارة الخارجية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Street and External Lighting Poles Checklist</w:t>
            </w:r>
          </w:p>
        </w:tc>
      </w:tr>
    </w:tbl>
    <w:p w:rsidR="00F21E79" w:rsidRDefault="00F21E7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F21E79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F21E79" w:rsidRDefault="00CA134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F21E79" w:rsidRDefault="00CA1341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F21E79" w:rsidRDefault="00CA134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F21E79" w:rsidRDefault="00CA134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F21E79" w:rsidRDefault="00CA134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F21E79" w:rsidRDefault="00CA134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العمود والكشاف مطابق للكتالوج المعتمد.</w:t>
            </w:r>
          </w:p>
        </w:tc>
        <w:tc>
          <w:tcPr>
            <w:tcW w:w="3402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Pole and luminaire match the approved catalogue.</w:t>
            </w: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القاعدة الخرسانية والمسامير مطابقة في الأبعاد والمنسوب.</w:t>
            </w:r>
          </w:p>
        </w:tc>
        <w:tc>
          <w:tcPr>
            <w:tcW w:w="3402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Concrete base and anchor bolts comply in size and level.</w:t>
            </w: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عمق خندق الكابل 60 إلى 80 سم مع الرمل والشريط التحذيري.</w:t>
            </w:r>
          </w:p>
        </w:tc>
        <w:tc>
          <w:tcPr>
            <w:tcW w:w="3402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Cable trench 60 to 80 cm deep with sand bedding and warning tape.</w:t>
            </w: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رأسية العمود ومحاذاته مع باقي الأعمدة.</w:t>
            </w:r>
          </w:p>
        </w:tc>
        <w:tc>
          <w:tcPr>
            <w:tcW w:w="3402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Pole is plumb and aligned with adjacent poles.</w:t>
            </w: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توصيل الأرضي لكل عمود وقياس مقاومته.</w:t>
            </w:r>
          </w:p>
        </w:tc>
        <w:tc>
          <w:tcPr>
            <w:tcW w:w="3402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Each pole is earthed and earth resistance measured.</w:t>
            </w: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فتحة التوصيلات محكمة والقواطع مركبة.</w:t>
            </w:r>
          </w:p>
        </w:tc>
        <w:tc>
          <w:tcPr>
            <w:tcW w:w="3402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Hand-hole is sealed and fuses or breakers installed.</w:t>
            </w: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التشغيل والتحكم (الخلية الضوئية أو المؤقت).</w:t>
            </w:r>
          </w:p>
        </w:tc>
        <w:tc>
          <w:tcPr>
            <w:tcW w:w="3402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Operation and control (photocell or timer) tested.</w:t>
            </w: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  <w:tr w:rsidR="00F21E79">
        <w:trPr>
          <w:cantSplit/>
          <w:jc w:val="center"/>
        </w:trPr>
        <w:tc>
          <w:tcPr>
            <w:tcW w:w="397" w:type="dxa"/>
            <w:vAlign w:val="center"/>
          </w:tcPr>
          <w:p w:rsidR="00F21E79" w:rsidRDefault="00CA134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ترقيم الأعمدة حسب المخطط.</w:t>
            </w:r>
          </w:p>
        </w:tc>
        <w:tc>
          <w:tcPr>
            <w:tcW w:w="3402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Poles numbered per layout.</w:t>
            </w: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21E79" w:rsidRDefault="00F21E79">
            <w:pPr>
              <w:bidi/>
              <w:spacing w:line="240" w:lineRule="auto"/>
              <w:jc w:val="center"/>
            </w:pPr>
          </w:p>
        </w:tc>
      </w:tr>
    </w:tbl>
    <w:p w:rsidR="00F21E79" w:rsidRDefault="00F21E7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F21E79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F21E79" w:rsidRDefault="00CA134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الكهربائية، اشتراطات شركة التوزيع،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electrical code, distribution company requirements, project specifications; Saudi Building Code SBC 401, SBC 501, SBC 701, SBC 801</w:t>
            </w:r>
          </w:p>
        </w:tc>
      </w:tr>
      <w:tr w:rsidR="00F21E79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F21E79" w:rsidRDefault="00CA134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الكابل ☐ اختبار العزل قبل وبعد الردم ☐ الرفع المساحي للمسار</w:t>
            </w:r>
          </w:p>
        </w:tc>
        <w:tc>
          <w:tcPr>
            <w:tcW w:w="4309" w:type="dxa"/>
            <w:vAlign w:val="center"/>
          </w:tcPr>
          <w:p w:rsidR="00F21E79" w:rsidRDefault="00CA134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Cable approval   ☐ Insulation test before / after backfill   ☐ Route survey</w:t>
            </w:r>
          </w:p>
        </w:tc>
      </w:tr>
    </w:tbl>
    <w:p w:rsidR="00F21E79" w:rsidRDefault="00F21E7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F21E79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21E79" w:rsidRDefault="00CA134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F21E79" w:rsidRDefault="00CA1341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F21E79" w:rsidRDefault="00F21E79">
            <w:pPr>
              <w:keepNext/>
              <w:bidi/>
              <w:spacing w:line="240" w:lineRule="auto"/>
            </w:pPr>
          </w:p>
        </w:tc>
      </w:tr>
    </w:tbl>
    <w:p w:rsidR="00F21E79" w:rsidRDefault="00F21E7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F21E7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21E79" w:rsidRDefault="00CA134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F21E79" w:rsidRDefault="00CA1341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F21E79" w:rsidRDefault="00CA134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F21E79" w:rsidRDefault="00CA134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F21E79" w:rsidRDefault="00CA134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F21E79" w:rsidRDefault="00CA134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F21E79" w:rsidRDefault="00CA134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F21E79" w:rsidRDefault="00CA134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F21E79" w:rsidRDefault="00CA134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F21E79" w:rsidRDefault="00CA134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F21E79" w:rsidRDefault="00F21E7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F21E7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21E79" w:rsidRDefault="00CA1341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F21E79" w:rsidRDefault="00CA1341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21E79" w:rsidRDefault="00CA134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F21E79" w:rsidRDefault="00CA134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21E79" w:rsidRDefault="00CA134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F21E79" w:rsidRDefault="00CA134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21E79" w:rsidRDefault="00CA134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F21E79" w:rsidRDefault="00CA134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F21E79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21E79" w:rsidRDefault="00CA134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F21E79" w:rsidRDefault="00CA134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F21E79" w:rsidRDefault="00CA134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21E79" w:rsidRDefault="00CA134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21E79" w:rsidRDefault="00CA134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21E79" w:rsidRDefault="00CA134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21E79" w:rsidRDefault="00CA134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21E79" w:rsidRDefault="00CA134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21E79" w:rsidRDefault="00CA134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21E79" w:rsidRDefault="00CA134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21E79" w:rsidRDefault="00CA134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F21E79" w:rsidRDefault="00F21E79">
      <w:pPr>
        <w:spacing w:line="20" w:lineRule="exact"/>
      </w:pPr>
    </w:p>
    <w:sectPr w:rsidR="00F21E79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A1341" w:rsidRDefault="00CA1341">
      <w:pPr>
        <w:spacing w:line="240" w:lineRule="auto"/>
      </w:pPr>
      <w:r>
        <w:separator/>
      </w:r>
    </w:p>
  </w:endnote>
  <w:endnote w:type="continuationSeparator" w:id="0">
    <w:p w:rsidR="00CA1341" w:rsidRDefault="00CA13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F21E79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F21E79" w:rsidRDefault="00CA134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F21E79" w:rsidRDefault="00CA1341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ACE-QC-MEP-018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A1341" w:rsidRDefault="00CA1341">
      <w:pPr>
        <w:spacing w:line="240" w:lineRule="auto"/>
      </w:pPr>
      <w:r>
        <w:separator/>
      </w:r>
    </w:p>
  </w:footnote>
  <w:footnote w:type="continuationSeparator" w:id="0">
    <w:p w:rsidR="00CA1341" w:rsidRDefault="00CA13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F21E79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F21E79" w:rsidRDefault="00CA1341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F21E79" w:rsidRDefault="00CA1341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F21E79" w:rsidRDefault="00CA134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F21E79" w:rsidRDefault="00CA134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F21E79" w:rsidRDefault="00CA134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ACE-QC-MEP-018</w:t>
          </w:r>
        </w:p>
      </w:tc>
    </w:tr>
    <w:tr w:rsidR="00F21E79">
      <w:trPr>
        <w:trHeight w:val="283"/>
        <w:jc w:val="center"/>
      </w:trPr>
      <w:tc>
        <w:tcPr>
          <w:tcW w:w="2041" w:type="dxa"/>
          <w:vMerge/>
          <w:vAlign w:val="center"/>
        </w:tcPr>
        <w:p w:rsidR="00F21E79" w:rsidRDefault="00F21E79"/>
      </w:tc>
      <w:tc>
        <w:tcPr>
          <w:tcW w:w="5669" w:type="dxa"/>
          <w:vMerge/>
          <w:vAlign w:val="center"/>
        </w:tcPr>
        <w:p w:rsidR="00F21E79" w:rsidRDefault="00F21E79"/>
      </w:tc>
      <w:tc>
        <w:tcPr>
          <w:tcW w:w="1361" w:type="dxa"/>
          <w:shd w:val="clear" w:color="auto" w:fill="F2F2F2"/>
          <w:vAlign w:val="center"/>
        </w:tcPr>
        <w:p w:rsidR="00F21E79" w:rsidRDefault="00CA134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F21E79" w:rsidRDefault="00CA134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F21E79">
      <w:trPr>
        <w:trHeight w:val="283"/>
        <w:jc w:val="center"/>
      </w:trPr>
      <w:tc>
        <w:tcPr>
          <w:tcW w:w="2041" w:type="dxa"/>
          <w:vMerge/>
          <w:vAlign w:val="center"/>
        </w:tcPr>
        <w:p w:rsidR="00F21E79" w:rsidRDefault="00F21E79"/>
      </w:tc>
      <w:tc>
        <w:tcPr>
          <w:tcW w:w="5669" w:type="dxa"/>
          <w:vMerge w:val="restart"/>
          <w:shd w:val="clear" w:color="auto" w:fill="E7E6E6"/>
          <w:vAlign w:val="center"/>
        </w:tcPr>
        <w:p w:rsidR="00F21E79" w:rsidRDefault="00CA1341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أعمدة الإنارة الخارجية</w:t>
          </w:r>
        </w:p>
        <w:p w:rsidR="00F21E79" w:rsidRDefault="00CA134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Street and External Lighting Poles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F21E79" w:rsidRDefault="00CA134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F21E79" w:rsidRDefault="00CA1341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F21E79">
      <w:trPr>
        <w:trHeight w:val="283"/>
        <w:jc w:val="center"/>
      </w:trPr>
      <w:tc>
        <w:tcPr>
          <w:tcW w:w="2041" w:type="dxa"/>
          <w:vMerge/>
          <w:vAlign w:val="center"/>
        </w:tcPr>
        <w:p w:rsidR="00F21E79" w:rsidRDefault="00F21E79"/>
      </w:tc>
      <w:tc>
        <w:tcPr>
          <w:tcW w:w="5669" w:type="dxa"/>
          <w:vMerge/>
          <w:vAlign w:val="center"/>
        </w:tcPr>
        <w:p w:rsidR="00F21E79" w:rsidRDefault="00F21E79"/>
      </w:tc>
      <w:tc>
        <w:tcPr>
          <w:tcW w:w="1361" w:type="dxa"/>
          <w:shd w:val="clear" w:color="auto" w:fill="F2F2F2"/>
          <w:vAlign w:val="center"/>
        </w:tcPr>
        <w:p w:rsidR="00F21E79" w:rsidRDefault="00CA134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F21E79" w:rsidRDefault="00CA1341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F21E79" w:rsidRDefault="00F21E79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429018">
    <w:abstractNumId w:val="8"/>
  </w:num>
  <w:num w:numId="2" w16cid:durableId="1548683927">
    <w:abstractNumId w:val="6"/>
  </w:num>
  <w:num w:numId="3" w16cid:durableId="1623148793">
    <w:abstractNumId w:val="5"/>
  </w:num>
  <w:num w:numId="4" w16cid:durableId="900020127">
    <w:abstractNumId w:val="4"/>
  </w:num>
  <w:num w:numId="5" w16cid:durableId="2066902466">
    <w:abstractNumId w:val="7"/>
  </w:num>
  <w:num w:numId="6" w16cid:durableId="1709796648">
    <w:abstractNumId w:val="3"/>
  </w:num>
  <w:num w:numId="7" w16cid:durableId="392389450">
    <w:abstractNumId w:val="2"/>
  </w:num>
  <w:num w:numId="8" w16cid:durableId="2095348779">
    <w:abstractNumId w:val="1"/>
  </w:num>
  <w:num w:numId="9" w16cid:durableId="673414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A516A"/>
    <w:rsid w:val="005C0D99"/>
    <w:rsid w:val="00AA1D8D"/>
    <w:rsid w:val="00B47730"/>
    <w:rsid w:val="00CA1341"/>
    <w:rsid w:val="00CB0664"/>
    <w:rsid w:val="00F21E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0677674-7E76-46EC-BCDF-1E2A7A4EF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ACE_QC-MEP-018_Lighting_Poles_20261009_v4.dotx</Template>
  <TotalTime>0</TotalTime>
  <Pages>1</Pages>
  <Words>502</Words>
  <Characters>2866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ACE-QC-MEP-018 Street and External Lighting Poles Inspection</dc:title>
  <dc:subject>فحص واستلام أعمدة الإنارة الخارجية</dc:subject>
  <dc:creator>Ahmed Fathy</dc:creator>
  <cp:keywords>QC; ITP; Inspection</cp:keywords>
  <dc:description/>
  <cp:lastModifiedBy>Ahmed Fathy</cp:lastModifiedBy>
  <cp:revision>2</cp:revision>
  <dcterms:created xsi:type="dcterms:W3CDTF">2026-11-03T20:17:00Z</dcterms:created>
  <dcterms:modified xsi:type="dcterms:W3CDTF">2026-11-03T20:17:00Z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