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854D1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854D18" w:rsidRDefault="00A7630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854D18" w:rsidRDefault="00854D1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854D18" w:rsidRDefault="00A7630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854D18" w:rsidRDefault="00854D1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854D18" w:rsidRDefault="00A7630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854D18" w:rsidRDefault="00854D18">
            <w:pPr>
              <w:bidi/>
              <w:spacing w:line="240" w:lineRule="auto"/>
            </w:pPr>
          </w:p>
        </w:tc>
      </w:tr>
      <w:tr w:rsidR="00854D1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854D18" w:rsidRDefault="00A7630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854D18" w:rsidRDefault="00854D1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854D18" w:rsidRDefault="00A7630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854D18" w:rsidRDefault="00854D1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854D18" w:rsidRDefault="00A7630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854D18" w:rsidRDefault="00854D18">
            <w:pPr>
              <w:bidi/>
              <w:spacing w:line="240" w:lineRule="auto"/>
            </w:pPr>
          </w:p>
        </w:tc>
      </w:tr>
      <w:tr w:rsidR="00854D1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854D18" w:rsidRDefault="00A7630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854D18" w:rsidRDefault="00854D1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854D18" w:rsidRDefault="00A7630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854D18" w:rsidRDefault="00A76304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854D18" w:rsidRDefault="00854D1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54D1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854D18" w:rsidRDefault="00854D1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854D18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854D18" w:rsidRDefault="00A7630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854D18" w:rsidRDefault="00A76304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854D18" w:rsidRDefault="00A7630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854D18" w:rsidRDefault="00A7630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854D18">
        <w:trPr>
          <w:cantSplit/>
          <w:jc w:val="center"/>
        </w:trPr>
        <w:tc>
          <w:tcPr>
            <w:tcW w:w="397" w:type="dxa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</w:tr>
      <w:tr w:rsidR="00854D18">
        <w:trPr>
          <w:cantSplit/>
          <w:jc w:val="center"/>
        </w:trPr>
        <w:tc>
          <w:tcPr>
            <w:tcW w:w="397" w:type="dxa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</w:tr>
      <w:tr w:rsidR="00854D18">
        <w:trPr>
          <w:cantSplit/>
          <w:jc w:val="center"/>
        </w:trPr>
        <w:tc>
          <w:tcPr>
            <w:tcW w:w="397" w:type="dxa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</w:tr>
      <w:tr w:rsidR="00854D18">
        <w:trPr>
          <w:cantSplit/>
          <w:jc w:val="center"/>
        </w:trPr>
        <w:tc>
          <w:tcPr>
            <w:tcW w:w="397" w:type="dxa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</w:tr>
      <w:tr w:rsidR="00854D18">
        <w:trPr>
          <w:cantSplit/>
          <w:jc w:val="center"/>
        </w:trPr>
        <w:tc>
          <w:tcPr>
            <w:tcW w:w="397" w:type="dxa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</w:tr>
      <w:tr w:rsidR="00854D18">
        <w:trPr>
          <w:cantSplit/>
          <w:jc w:val="center"/>
        </w:trPr>
        <w:tc>
          <w:tcPr>
            <w:tcW w:w="397" w:type="dxa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</w:tr>
      <w:tr w:rsidR="00854D18">
        <w:trPr>
          <w:cantSplit/>
          <w:jc w:val="center"/>
        </w:trPr>
        <w:tc>
          <w:tcPr>
            <w:tcW w:w="397" w:type="dxa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</w:tr>
      <w:tr w:rsidR="00854D18">
        <w:trPr>
          <w:cantSplit/>
          <w:jc w:val="center"/>
        </w:trPr>
        <w:tc>
          <w:tcPr>
            <w:tcW w:w="397" w:type="dxa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</w:tr>
    </w:tbl>
    <w:p w:rsidR="00854D18" w:rsidRDefault="00854D1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54D1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وصلات ونهايات الكابلات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Cable Joints and Terminations Checklist</w:t>
            </w:r>
          </w:p>
        </w:tc>
      </w:tr>
    </w:tbl>
    <w:p w:rsidR="00854D18" w:rsidRDefault="00854D1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854D18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854D18" w:rsidRDefault="00A7630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854D18" w:rsidRDefault="00A7630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854D18" w:rsidRDefault="00A7630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854D18" w:rsidRDefault="00A7630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854D18" w:rsidRDefault="00A7630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854D18" w:rsidRDefault="00A7630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854D18">
        <w:trPr>
          <w:cantSplit/>
          <w:jc w:val="center"/>
        </w:trPr>
        <w:tc>
          <w:tcPr>
            <w:tcW w:w="397" w:type="dxa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أطقم الوصلات والنهايات معتمدة ومناسبة لنوع ومقطع الكابل.</w:t>
            </w:r>
          </w:p>
        </w:tc>
        <w:tc>
          <w:tcPr>
            <w:tcW w:w="3402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Joint and termination kits are approved and suit cable type and size.</w:t>
            </w:r>
          </w:p>
        </w:tc>
        <w:tc>
          <w:tcPr>
            <w:tcW w:w="595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</w:tr>
      <w:tr w:rsidR="00854D18">
        <w:trPr>
          <w:cantSplit/>
          <w:jc w:val="center"/>
        </w:trPr>
        <w:tc>
          <w:tcPr>
            <w:tcW w:w="397" w:type="dxa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تنفيذ الوصلات بواسطة فني مؤهل.</w:t>
            </w:r>
          </w:p>
        </w:tc>
        <w:tc>
          <w:tcPr>
            <w:tcW w:w="3402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Joints made by a qualified jointer.</w:t>
            </w:r>
          </w:p>
        </w:tc>
        <w:tc>
          <w:tcPr>
            <w:tcW w:w="595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</w:tr>
      <w:tr w:rsidR="00854D18">
        <w:trPr>
          <w:cantSplit/>
          <w:jc w:val="center"/>
        </w:trPr>
        <w:tc>
          <w:tcPr>
            <w:tcW w:w="397" w:type="dxa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تجهيز الكابل وتعرية الأطراف حسب تعليمات المصنع.</w:t>
            </w:r>
          </w:p>
        </w:tc>
        <w:tc>
          <w:tcPr>
            <w:tcW w:w="3402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Cable preparation and stripping per manufacturer instructions.</w:t>
            </w:r>
          </w:p>
        </w:tc>
        <w:tc>
          <w:tcPr>
            <w:tcW w:w="595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</w:tr>
      <w:tr w:rsidR="00854D18">
        <w:trPr>
          <w:cantSplit/>
          <w:jc w:val="center"/>
        </w:trPr>
        <w:tc>
          <w:tcPr>
            <w:tcW w:w="397" w:type="dxa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كبس الأطراف بالأداة والقالب الصحيح.</w:t>
            </w:r>
          </w:p>
        </w:tc>
        <w:tc>
          <w:tcPr>
            <w:tcW w:w="3402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Lugs crimped with the correct tool and die.</w:t>
            </w:r>
          </w:p>
        </w:tc>
        <w:tc>
          <w:tcPr>
            <w:tcW w:w="595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</w:tr>
      <w:tr w:rsidR="00854D18">
        <w:trPr>
          <w:cantSplit/>
          <w:jc w:val="center"/>
        </w:trPr>
        <w:tc>
          <w:tcPr>
            <w:tcW w:w="397" w:type="dxa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ربط الحجب والأرضي بشكل صحيح.</w:t>
            </w:r>
          </w:p>
        </w:tc>
        <w:tc>
          <w:tcPr>
            <w:tcW w:w="3402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Screen and earth connections are correct.</w:t>
            </w:r>
          </w:p>
        </w:tc>
        <w:tc>
          <w:tcPr>
            <w:tcW w:w="595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</w:tr>
      <w:tr w:rsidR="00854D18">
        <w:trPr>
          <w:cantSplit/>
          <w:jc w:val="center"/>
        </w:trPr>
        <w:tc>
          <w:tcPr>
            <w:tcW w:w="397" w:type="dxa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ترقيم الكابلات والأطوار عند الطرفين.</w:t>
            </w:r>
          </w:p>
        </w:tc>
        <w:tc>
          <w:tcPr>
            <w:tcW w:w="3402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Cables and phases are identified at both ends.</w:t>
            </w:r>
          </w:p>
        </w:tc>
        <w:tc>
          <w:tcPr>
            <w:tcW w:w="595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</w:tr>
      <w:tr w:rsidR="00854D18">
        <w:trPr>
          <w:cantSplit/>
          <w:jc w:val="center"/>
        </w:trPr>
        <w:tc>
          <w:tcPr>
            <w:tcW w:w="397" w:type="dxa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مقاومة العزل قبل وبعد الوصل.</w:t>
            </w:r>
          </w:p>
        </w:tc>
        <w:tc>
          <w:tcPr>
            <w:tcW w:w="3402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Insulation resistance tested before and after jointing.</w:t>
            </w:r>
          </w:p>
        </w:tc>
        <w:tc>
          <w:tcPr>
            <w:tcW w:w="595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</w:tr>
      <w:tr w:rsidR="00854D18">
        <w:trPr>
          <w:cantSplit/>
          <w:jc w:val="center"/>
        </w:trPr>
        <w:tc>
          <w:tcPr>
            <w:tcW w:w="397" w:type="dxa"/>
            <w:vAlign w:val="center"/>
          </w:tcPr>
          <w:p w:rsidR="00854D18" w:rsidRDefault="00A763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الجهد العالي للكابلات متوسطة الجهد حسب المواصفات.</w:t>
            </w:r>
          </w:p>
        </w:tc>
        <w:tc>
          <w:tcPr>
            <w:tcW w:w="3402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HV test for MV cables as specified.</w:t>
            </w:r>
          </w:p>
        </w:tc>
        <w:tc>
          <w:tcPr>
            <w:tcW w:w="595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54D18" w:rsidRDefault="00854D18">
            <w:pPr>
              <w:bidi/>
              <w:spacing w:line="240" w:lineRule="auto"/>
              <w:jc w:val="center"/>
            </w:pPr>
          </w:p>
        </w:tc>
      </w:tr>
    </w:tbl>
    <w:p w:rsidR="00854D18" w:rsidRDefault="00854D1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854D18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854D18" w:rsidRDefault="00A7630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الكهربائية، اشتراطات شركة التوزيع،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electrical code, distribution company requirements, project specifications; Saudi Building Code SBC 401, SBC 501, SBC 701, SBC 801</w:t>
            </w:r>
          </w:p>
        </w:tc>
      </w:tr>
      <w:tr w:rsidR="00854D18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854D18" w:rsidRDefault="00A7630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الكابل ☐ اختبار العزل قبل وبعد الردم ☐ الرفع المساحي للمسار</w:t>
            </w:r>
          </w:p>
        </w:tc>
        <w:tc>
          <w:tcPr>
            <w:tcW w:w="4309" w:type="dxa"/>
            <w:vAlign w:val="center"/>
          </w:tcPr>
          <w:p w:rsidR="00854D18" w:rsidRDefault="00A7630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Cable approval   ☐ Insulation test before / after backfill   ☐ Route survey</w:t>
            </w:r>
          </w:p>
        </w:tc>
      </w:tr>
    </w:tbl>
    <w:p w:rsidR="00854D18" w:rsidRDefault="00854D1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854D18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54D18" w:rsidRDefault="00A7630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854D18" w:rsidRDefault="00A76304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854D18" w:rsidRDefault="00854D18">
            <w:pPr>
              <w:keepNext/>
              <w:bidi/>
              <w:spacing w:line="240" w:lineRule="auto"/>
            </w:pPr>
          </w:p>
        </w:tc>
      </w:tr>
    </w:tbl>
    <w:p w:rsidR="00854D18" w:rsidRDefault="00854D1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854D1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54D18" w:rsidRDefault="00A7630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854D18" w:rsidRDefault="00A76304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854D18" w:rsidRDefault="00A7630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854D18" w:rsidRDefault="00A7630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854D18" w:rsidRDefault="00A7630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854D18" w:rsidRDefault="00A7630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854D18" w:rsidRDefault="00A7630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854D18" w:rsidRDefault="00A7630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854D18" w:rsidRDefault="00A7630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854D18" w:rsidRDefault="00A7630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854D18" w:rsidRDefault="00854D1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854D1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54D18" w:rsidRDefault="00A76304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854D18" w:rsidRDefault="00A76304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54D18" w:rsidRDefault="00A7630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854D18" w:rsidRDefault="00A7630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54D18" w:rsidRDefault="00A7630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854D18" w:rsidRDefault="00A7630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54D18" w:rsidRDefault="00A7630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854D18" w:rsidRDefault="00A7630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854D18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54D18" w:rsidRDefault="00A763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854D18" w:rsidRDefault="00A7630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854D18" w:rsidRDefault="00A763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54D18" w:rsidRDefault="00A763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54D18" w:rsidRDefault="00A763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54D18" w:rsidRDefault="00A763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54D18" w:rsidRDefault="00A763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54D18" w:rsidRDefault="00A763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54D18" w:rsidRDefault="00A763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54D18" w:rsidRDefault="00A763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54D18" w:rsidRDefault="00A763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854D18" w:rsidRDefault="00854D18">
      <w:pPr>
        <w:spacing w:line="20" w:lineRule="exact"/>
      </w:pPr>
    </w:p>
    <w:sectPr w:rsidR="00854D18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76304" w:rsidRDefault="00A76304">
      <w:pPr>
        <w:spacing w:line="240" w:lineRule="auto"/>
      </w:pPr>
      <w:r>
        <w:separator/>
      </w:r>
    </w:p>
  </w:endnote>
  <w:endnote w:type="continuationSeparator" w:id="0">
    <w:p w:rsidR="00A76304" w:rsidRDefault="00A763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854D18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854D18" w:rsidRDefault="00A7630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854D18" w:rsidRDefault="00A76304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ACE-QC-MEP-016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76304" w:rsidRDefault="00A76304">
      <w:pPr>
        <w:spacing w:line="240" w:lineRule="auto"/>
      </w:pPr>
      <w:r>
        <w:separator/>
      </w:r>
    </w:p>
  </w:footnote>
  <w:footnote w:type="continuationSeparator" w:id="0">
    <w:p w:rsidR="00A76304" w:rsidRDefault="00A763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854D18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854D18" w:rsidRDefault="00A76304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854D18" w:rsidRDefault="00A76304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854D18" w:rsidRDefault="00A7630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854D18" w:rsidRDefault="00A7630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854D18" w:rsidRDefault="00A7630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ACE-QC-MEP-016</w:t>
          </w:r>
        </w:p>
      </w:tc>
    </w:tr>
    <w:tr w:rsidR="00854D18">
      <w:trPr>
        <w:trHeight w:val="283"/>
        <w:jc w:val="center"/>
      </w:trPr>
      <w:tc>
        <w:tcPr>
          <w:tcW w:w="2041" w:type="dxa"/>
          <w:vMerge/>
          <w:vAlign w:val="center"/>
        </w:tcPr>
        <w:p w:rsidR="00854D18" w:rsidRDefault="00854D18"/>
      </w:tc>
      <w:tc>
        <w:tcPr>
          <w:tcW w:w="5669" w:type="dxa"/>
          <w:vMerge/>
          <w:vAlign w:val="center"/>
        </w:tcPr>
        <w:p w:rsidR="00854D18" w:rsidRDefault="00854D18"/>
      </w:tc>
      <w:tc>
        <w:tcPr>
          <w:tcW w:w="1361" w:type="dxa"/>
          <w:shd w:val="clear" w:color="auto" w:fill="F2F2F2"/>
          <w:vAlign w:val="center"/>
        </w:tcPr>
        <w:p w:rsidR="00854D18" w:rsidRDefault="00A7630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854D18" w:rsidRDefault="00A7630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854D18">
      <w:trPr>
        <w:trHeight w:val="283"/>
        <w:jc w:val="center"/>
      </w:trPr>
      <w:tc>
        <w:tcPr>
          <w:tcW w:w="2041" w:type="dxa"/>
          <w:vMerge/>
          <w:vAlign w:val="center"/>
        </w:tcPr>
        <w:p w:rsidR="00854D18" w:rsidRDefault="00854D18"/>
      </w:tc>
      <w:tc>
        <w:tcPr>
          <w:tcW w:w="5669" w:type="dxa"/>
          <w:vMerge w:val="restart"/>
          <w:shd w:val="clear" w:color="auto" w:fill="E7E6E6"/>
          <w:vAlign w:val="center"/>
        </w:tcPr>
        <w:p w:rsidR="00854D18" w:rsidRDefault="00A76304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وصلات ونهايات الكابلات</w:t>
          </w:r>
        </w:p>
        <w:p w:rsidR="00854D18" w:rsidRDefault="00A7630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Cable Joints and Terminations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854D18" w:rsidRDefault="00A7630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854D18" w:rsidRDefault="00A76304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854D18">
      <w:trPr>
        <w:trHeight w:val="283"/>
        <w:jc w:val="center"/>
      </w:trPr>
      <w:tc>
        <w:tcPr>
          <w:tcW w:w="2041" w:type="dxa"/>
          <w:vMerge/>
          <w:vAlign w:val="center"/>
        </w:tcPr>
        <w:p w:rsidR="00854D18" w:rsidRDefault="00854D18"/>
      </w:tc>
      <w:tc>
        <w:tcPr>
          <w:tcW w:w="5669" w:type="dxa"/>
          <w:vMerge/>
          <w:vAlign w:val="center"/>
        </w:tcPr>
        <w:p w:rsidR="00854D18" w:rsidRDefault="00854D18"/>
      </w:tc>
      <w:tc>
        <w:tcPr>
          <w:tcW w:w="1361" w:type="dxa"/>
          <w:shd w:val="clear" w:color="auto" w:fill="F2F2F2"/>
          <w:vAlign w:val="center"/>
        </w:tcPr>
        <w:p w:rsidR="00854D18" w:rsidRDefault="00A7630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854D18" w:rsidRDefault="00A76304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854D18" w:rsidRDefault="00854D18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5174794">
    <w:abstractNumId w:val="8"/>
  </w:num>
  <w:num w:numId="2" w16cid:durableId="1599867505">
    <w:abstractNumId w:val="6"/>
  </w:num>
  <w:num w:numId="3" w16cid:durableId="570307228">
    <w:abstractNumId w:val="5"/>
  </w:num>
  <w:num w:numId="4" w16cid:durableId="22293922">
    <w:abstractNumId w:val="4"/>
  </w:num>
  <w:num w:numId="5" w16cid:durableId="539366014">
    <w:abstractNumId w:val="7"/>
  </w:num>
  <w:num w:numId="6" w16cid:durableId="1568685172">
    <w:abstractNumId w:val="3"/>
  </w:num>
  <w:num w:numId="7" w16cid:durableId="23527688">
    <w:abstractNumId w:val="2"/>
  </w:num>
  <w:num w:numId="8" w16cid:durableId="834415311">
    <w:abstractNumId w:val="1"/>
  </w:num>
  <w:num w:numId="9" w16cid:durableId="1656101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6A62"/>
    <w:rsid w:val="00326F90"/>
    <w:rsid w:val="005C0D99"/>
    <w:rsid w:val="00854D18"/>
    <w:rsid w:val="00A7630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AB73CBD0-43FA-4CD8-8F22-2BADD4F1A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ACE_QC-MEP-016_Cable_Joints_Terminations_20261009_v4.dotx</Template>
  <TotalTime>0</TotalTime>
  <Pages>1</Pages>
  <Words>500</Words>
  <Characters>2852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ACE-QC-MEP-016 Cable Joints and Terminations Inspection</dc:title>
  <dc:subject>فحص واستلام وصلات ونهايات الكابلات</dc:subject>
  <dc:creator>Ahmed Fathy</dc:creator>
  <cp:keywords>QC; ITP; Inspection</cp:keywords>
  <dc:description/>
  <cp:lastModifiedBy>Ahmed Fathy</cp:lastModifiedBy>
  <cp:revision>2</cp:revision>
  <dcterms:created xsi:type="dcterms:W3CDTF">2026-11-03T20:17:00Z</dcterms:created>
  <dcterms:modified xsi:type="dcterms:W3CDTF">2026-11-03T20:17:00Z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