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15501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155010" w:rsidRDefault="00E2566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155010" w:rsidRDefault="0015501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155010" w:rsidRDefault="00E2566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155010" w:rsidRDefault="0015501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155010" w:rsidRDefault="00E2566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155010" w:rsidRDefault="00155010">
            <w:pPr>
              <w:bidi/>
              <w:spacing w:line="240" w:lineRule="auto"/>
            </w:pPr>
          </w:p>
        </w:tc>
      </w:tr>
      <w:tr w:rsidR="0015501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155010" w:rsidRDefault="00E2566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155010" w:rsidRDefault="0015501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155010" w:rsidRDefault="00E2566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155010" w:rsidRDefault="0015501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155010" w:rsidRDefault="00E2566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155010" w:rsidRDefault="00155010">
            <w:pPr>
              <w:bidi/>
              <w:spacing w:line="240" w:lineRule="auto"/>
            </w:pPr>
          </w:p>
        </w:tc>
      </w:tr>
      <w:tr w:rsidR="0015501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155010" w:rsidRDefault="00E2566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155010" w:rsidRDefault="0015501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155010" w:rsidRDefault="00E2566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155010" w:rsidRDefault="00E2566C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155010" w:rsidRDefault="0015501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5501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155010" w:rsidRDefault="0015501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15501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155010" w:rsidRDefault="00E2566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155010" w:rsidRDefault="00E2566C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155010" w:rsidRDefault="00E2566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155010" w:rsidRDefault="00E2566C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</w:tbl>
    <w:p w:rsidR="00155010" w:rsidRDefault="0015501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15501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حوامل الكابلات والقنوات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Cable Trays and Trunking Checklist</w:t>
            </w:r>
          </w:p>
        </w:tc>
      </w:tr>
    </w:tbl>
    <w:p w:rsidR="00155010" w:rsidRDefault="0015501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155010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155010" w:rsidRDefault="00E2566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155010" w:rsidRDefault="00E2566C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155010" w:rsidRDefault="00E2566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155010" w:rsidRDefault="00E2566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155010" w:rsidRDefault="00E2566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155010" w:rsidRDefault="00E2566C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النوع والمقاس والجلفنة مطابقة للمواصفات.</w:t>
            </w:r>
          </w:p>
        </w:tc>
        <w:tc>
          <w:tcPr>
            <w:tcW w:w="3402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Type, size and galvanising comply with specifications.</w:t>
            </w: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المسار والمناسيب حسب المخططات ومنسقة مع الخدمات الأخرى.</w:t>
            </w:r>
          </w:p>
        </w:tc>
        <w:tc>
          <w:tcPr>
            <w:tcW w:w="3402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Route and levels per drawings, coordinated with other services.</w:t>
            </w: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الحوامل والتعليقات على المسافات المحددة.</w:t>
            </w:r>
          </w:p>
        </w:tc>
        <w:tc>
          <w:tcPr>
            <w:tcW w:w="3402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Supports and hangers at specified spacing.</w:t>
            </w: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استخدام القطع الجاهزة عند تغيير الاتجاه.</w:t>
            </w:r>
          </w:p>
        </w:tc>
        <w:tc>
          <w:tcPr>
            <w:tcW w:w="3402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Factory fittings used at changes of direction.</w:t>
            </w: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الاستمرارية الكهربائية وربط الحوامل بالأرضي.</w:t>
            </w:r>
          </w:p>
        </w:tc>
        <w:tc>
          <w:tcPr>
            <w:tcW w:w="3402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Electrical continuity and bonding of trays to earth.</w:t>
            </w: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عدم تجاوز نسبة الملء المسموحة.</w:t>
            </w:r>
          </w:p>
        </w:tc>
        <w:tc>
          <w:tcPr>
            <w:tcW w:w="3402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Fill ratio does not exceed the allowable limit.</w:t>
            </w: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فصل كابلات القوى عن كابلات التيار الخفيف.</w:t>
            </w:r>
          </w:p>
        </w:tc>
        <w:tc>
          <w:tcPr>
            <w:tcW w:w="3402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Power cables separated from low-current cables.</w:t>
            </w: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  <w:tr w:rsidR="00155010">
        <w:trPr>
          <w:cantSplit/>
          <w:jc w:val="center"/>
        </w:trPr>
        <w:tc>
          <w:tcPr>
            <w:tcW w:w="397" w:type="dxa"/>
            <w:vAlign w:val="center"/>
          </w:tcPr>
          <w:p w:rsidR="00155010" w:rsidRDefault="00E2566C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حواجز الحريق عند اختراق الحوائط والبلاطات.</w:t>
            </w:r>
          </w:p>
        </w:tc>
        <w:tc>
          <w:tcPr>
            <w:tcW w:w="3402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Fire stopping at wall and slab penetrations.</w:t>
            </w: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155010" w:rsidRDefault="00155010">
            <w:pPr>
              <w:bidi/>
              <w:spacing w:line="240" w:lineRule="auto"/>
              <w:jc w:val="center"/>
            </w:pPr>
          </w:p>
        </w:tc>
      </w:tr>
    </w:tbl>
    <w:p w:rsidR="00155010" w:rsidRDefault="0015501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15501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155010" w:rsidRDefault="00E2566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الكهربائية،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electrical installations, project specifications; Saudi Building Code SBC 401, SBC 501, SBC 701, SBC 801</w:t>
            </w:r>
          </w:p>
        </w:tc>
      </w:tr>
      <w:tr w:rsidR="0015501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155010" w:rsidRDefault="00E2566C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المخططات التنفيذية ☐ اختبار الاستمرارية والعزل</w:t>
            </w:r>
          </w:p>
        </w:tc>
        <w:tc>
          <w:tcPr>
            <w:tcW w:w="4309" w:type="dxa"/>
            <w:vAlign w:val="center"/>
          </w:tcPr>
          <w:p w:rsidR="00155010" w:rsidRDefault="00E2566C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Shop drawings   ☐ Continuity and insulation tests</w:t>
            </w:r>
          </w:p>
        </w:tc>
      </w:tr>
    </w:tbl>
    <w:p w:rsidR="00155010" w:rsidRDefault="0015501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155010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55010" w:rsidRDefault="00E2566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155010" w:rsidRDefault="00E2566C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155010" w:rsidRDefault="00155010">
            <w:pPr>
              <w:keepNext/>
              <w:bidi/>
              <w:spacing w:line="240" w:lineRule="auto"/>
            </w:pPr>
          </w:p>
        </w:tc>
      </w:tr>
    </w:tbl>
    <w:p w:rsidR="00155010" w:rsidRDefault="0015501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15501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55010" w:rsidRDefault="00E2566C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155010" w:rsidRDefault="00E2566C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155010" w:rsidRDefault="00E2566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155010" w:rsidRDefault="00E2566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155010" w:rsidRDefault="00E2566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155010" w:rsidRDefault="00E2566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155010" w:rsidRDefault="00E2566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155010" w:rsidRDefault="00E2566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155010" w:rsidRDefault="00E2566C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155010" w:rsidRDefault="00E2566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155010" w:rsidRDefault="0015501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15501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55010" w:rsidRDefault="00E2566C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155010" w:rsidRDefault="00E2566C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55010" w:rsidRDefault="00E2566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155010" w:rsidRDefault="00E2566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55010" w:rsidRDefault="00E2566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155010" w:rsidRDefault="00E2566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155010" w:rsidRDefault="00E2566C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155010" w:rsidRDefault="00E2566C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155010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155010" w:rsidRDefault="00E2566C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155010" w:rsidRDefault="00E2566C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155010" w:rsidRDefault="00E2566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55010" w:rsidRDefault="00E2566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55010" w:rsidRDefault="00E2566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155010" w:rsidRDefault="00E2566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55010" w:rsidRDefault="00E2566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55010" w:rsidRDefault="00E2566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155010" w:rsidRDefault="00E2566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155010" w:rsidRDefault="00E2566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155010" w:rsidRDefault="00E2566C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155010" w:rsidRDefault="00155010">
      <w:pPr>
        <w:spacing w:line="20" w:lineRule="exact"/>
      </w:pPr>
    </w:p>
    <w:sectPr w:rsidR="00155010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566C" w:rsidRDefault="00E2566C">
      <w:pPr>
        <w:spacing w:line="240" w:lineRule="auto"/>
      </w:pPr>
      <w:r>
        <w:separator/>
      </w:r>
    </w:p>
  </w:endnote>
  <w:endnote w:type="continuationSeparator" w:id="0">
    <w:p w:rsidR="00E2566C" w:rsidRDefault="00E256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155010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155010" w:rsidRDefault="00E2566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155010" w:rsidRDefault="00E2566C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ACE-QC-MEP-015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566C" w:rsidRDefault="00E2566C">
      <w:pPr>
        <w:spacing w:line="240" w:lineRule="auto"/>
      </w:pPr>
      <w:r>
        <w:separator/>
      </w:r>
    </w:p>
  </w:footnote>
  <w:footnote w:type="continuationSeparator" w:id="0">
    <w:p w:rsidR="00E2566C" w:rsidRDefault="00E256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155010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155010" w:rsidRDefault="00E2566C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155010" w:rsidRDefault="00E2566C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155010" w:rsidRDefault="00E2566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155010" w:rsidRDefault="00E2566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155010" w:rsidRDefault="00E2566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ACE-QC-MEP-015</w:t>
          </w:r>
        </w:p>
      </w:tc>
    </w:tr>
    <w:tr w:rsidR="00155010">
      <w:trPr>
        <w:trHeight w:val="283"/>
        <w:jc w:val="center"/>
      </w:trPr>
      <w:tc>
        <w:tcPr>
          <w:tcW w:w="2041" w:type="dxa"/>
          <w:vMerge/>
          <w:vAlign w:val="center"/>
        </w:tcPr>
        <w:p w:rsidR="00155010" w:rsidRDefault="00155010"/>
      </w:tc>
      <w:tc>
        <w:tcPr>
          <w:tcW w:w="5669" w:type="dxa"/>
          <w:vMerge/>
          <w:vAlign w:val="center"/>
        </w:tcPr>
        <w:p w:rsidR="00155010" w:rsidRDefault="00155010"/>
      </w:tc>
      <w:tc>
        <w:tcPr>
          <w:tcW w:w="1361" w:type="dxa"/>
          <w:shd w:val="clear" w:color="auto" w:fill="F2F2F2"/>
          <w:vAlign w:val="center"/>
        </w:tcPr>
        <w:p w:rsidR="00155010" w:rsidRDefault="00E2566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155010" w:rsidRDefault="00E2566C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155010">
      <w:trPr>
        <w:trHeight w:val="283"/>
        <w:jc w:val="center"/>
      </w:trPr>
      <w:tc>
        <w:tcPr>
          <w:tcW w:w="2041" w:type="dxa"/>
          <w:vMerge/>
          <w:vAlign w:val="center"/>
        </w:tcPr>
        <w:p w:rsidR="00155010" w:rsidRDefault="00155010"/>
      </w:tc>
      <w:tc>
        <w:tcPr>
          <w:tcW w:w="5669" w:type="dxa"/>
          <w:vMerge w:val="restart"/>
          <w:shd w:val="clear" w:color="auto" w:fill="E7E6E6"/>
          <w:vAlign w:val="center"/>
        </w:tcPr>
        <w:p w:rsidR="00155010" w:rsidRDefault="00E2566C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حوامل الكابلات والقنوات</w:t>
          </w:r>
        </w:p>
        <w:p w:rsidR="00155010" w:rsidRDefault="00E2566C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Cable Trays and Trunking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155010" w:rsidRDefault="00E2566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155010" w:rsidRDefault="00E2566C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155010">
      <w:trPr>
        <w:trHeight w:val="283"/>
        <w:jc w:val="center"/>
      </w:trPr>
      <w:tc>
        <w:tcPr>
          <w:tcW w:w="2041" w:type="dxa"/>
          <w:vMerge/>
          <w:vAlign w:val="center"/>
        </w:tcPr>
        <w:p w:rsidR="00155010" w:rsidRDefault="00155010"/>
      </w:tc>
      <w:tc>
        <w:tcPr>
          <w:tcW w:w="5669" w:type="dxa"/>
          <w:vMerge/>
          <w:vAlign w:val="center"/>
        </w:tcPr>
        <w:p w:rsidR="00155010" w:rsidRDefault="00155010"/>
      </w:tc>
      <w:tc>
        <w:tcPr>
          <w:tcW w:w="1361" w:type="dxa"/>
          <w:shd w:val="clear" w:color="auto" w:fill="F2F2F2"/>
          <w:vAlign w:val="center"/>
        </w:tcPr>
        <w:p w:rsidR="00155010" w:rsidRDefault="00E2566C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155010" w:rsidRDefault="00E2566C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155010" w:rsidRDefault="00155010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121727">
    <w:abstractNumId w:val="8"/>
  </w:num>
  <w:num w:numId="2" w16cid:durableId="940264372">
    <w:abstractNumId w:val="6"/>
  </w:num>
  <w:num w:numId="3" w16cid:durableId="1641569652">
    <w:abstractNumId w:val="5"/>
  </w:num>
  <w:num w:numId="4" w16cid:durableId="1488588906">
    <w:abstractNumId w:val="4"/>
  </w:num>
  <w:num w:numId="5" w16cid:durableId="1933737372">
    <w:abstractNumId w:val="7"/>
  </w:num>
  <w:num w:numId="6" w16cid:durableId="577129917">
    <w:abstractNumId w:val="3"/>
  </w:num>
  <w:num w:numId="7" w16cid:durableId="1070152315">
    <w:abstractNumId w:val="2"/>
  </w:num>
  <w:num w:numId="8" w16cid:durableId="1563253112">
    <w:abstractNumId w:val="1"/>
  </w:num>
  <w:num w:numId="9" w16cid:durableId="376666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515"/>
    <w:rsid w:val="0015074B"/>
    <w:rsid w:val="00155010"/>
    <w:rsid w:val="0029639D"/>
    <w:rsid w:val="00326F90"/>
    <w:rsid w:val="005C0D99"/>
    <w:rsid w:val="00AA1D8D"/>
    <w:rsid w:val="00B47730"/>
    <w:rsid w:val="00CB0664"/>
    <w:rsid w:val="00E256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57279E8-C7E4-4362-A4F6-60E32290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ACE_QC-MEP-015_Cable_Trays_Trunking_20261009_v4.dotx</Template>
  <TotalTime>0</TotalTime>
  <Pages>1</Pages>
  <Words>495</Words>
  <Characters>2823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ACE-QC-MEP-015 Cable Trays and Trunking Inspection</dc:title>
  <dc:subject>فحص واستلام حوامل الكابلات والقنوات</dc:subject>
  <dc:creator>Ahmed Fathy</dc:creator>
  <cp:keywords>QC; ITP; Inspection</cp:keywords>
  <dc:description/>
  <cp:lastModifiedBy>Ahmed Fathy</cp:lastModifiedBy>
  <cp:revision>2</cp:revision>
  <dcterms:created xsi:type="dcterms:W3CDTF">2026-11-03T20:17:00Z</dcterms:created>
  <dcterms:modified xsi:type="dcterms:W3CDTF">2026-11-03T20:17:00Z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