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2B66E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2B66ED" w:rsidRDefault="009105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2B66ED" w:rsidRDefault="002B66E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2B66ED" w:rsidRDefault="009105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2B66ED" w:rsidRDefault="002B66E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2B66ED" w:rsidRDefault="009105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2B66ED" w:rsidRDefault="002B66ED">
            <w:pPr>
              <w:bidi/>
              <w:spacing w:line="240" w:lineRule="auto"/>
            </w:pPr>
          </w:p>
        </w:tc>
      </w:tr>
      <w:tr w:rsidR="002B66E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2B66ED" w:rsidRDefault="009105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2B66ED" w:rsidRDefault="002B66E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2B66ED" w:rsidRDefault="009105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2B66ED" w:rsidRDefault="002B66E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2B66ED" w:rsidRDefault="009105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2B66ED" w:rsidRDefault="002B66ED">
            <w:pPr>
              <w:bidi/>
              <w:spacing w:line="240" w:lineRule="auto"/>
            </w:pPr>
          </w:p>
        </w:tc>
      </w:tr>
      <w:tr w:rsidR="002B66E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2B66ED" w:rsidRDefault="009105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2B66ED" w:rsidRDefault="002B66E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2B66ED" w:rsidRDefault="009105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2B66ED" w:rsidRDefault="00910568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2B66ED" w:rsidRDefault="002B66E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B66E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2B66ED" w:rsidRDefault="002B66E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2B66ED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2B66ED" w:rsidRDefault="0091056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B66ED" w:rsidRDefault="00910568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2B66ED" w:rsidRDefault="0091056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2B66ED" w:rsidRDefault="0091056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</w:tbl>
    <w:p w:rsidR="002B66ED" w:rsidRDefault="002B66E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B66E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الخزانات العلوية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Roof Water Tanks Checklist</w:t>
            </w:r>
          </w:p>
        </w:tc>
      </w:tr>
    </w:tbl>
    <w:p w:rsidR="002B66ED" w:rsidRDefault="002B66E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2B66ED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B66ED" w:rsidRDefault="0091056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2B66ED" w:rsidRDefault="00910568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2B66ED" w:rsidRDefault="0091056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2B66ED" w:rsidRDefault="0091056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2B66ED" w:rsidRDefault="0091056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2B66ED" w:rsidRDefault="0091056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الخزان من مادة معتمدة لمياه الشرب وبالسعة المحددة.</w:t>
            </w:r>
          </w:p>
        </w:tc>
        <w:tc>
          <w:tcPr>
            <w:tcW w:w="3402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Tank is of approved potable-water material and specified capacity.</w:t>
            </w: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قاعدة الخزان مستوية ومصممة لتحمل الوزن.</w:t>
            </w:r>
          </w:p>
        </w:tc>
        <w:tc>
          <w:tcPr>
            <w:tcW w:w="3402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Tank base is level and designed for the load.</w:t>
            </w: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توصيلات الدخول والخروج والفائض والتصريف مطابقة.</w:t>
            </w:r>
          </w:p>
        </w:tc>
        <w:tc>
          <w:tcPr>
            <w:tcW w:w="3402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Inlet, outlet, overflow and drain connections comply.</w:t>
            </w: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العوامة ومحابس العزل.</w:t>
            </w:r>
          </w:p>
        </w:tc>
        <w:tc>
          <w:tcPr>
            <w:tcW w:w="3402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Float valve and isolation valves are installed.</w:t>
            </w: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فتحة التهوية والفائض مزودة بشبك حماية.</w:t>
            </w:r>
          </w:p>
        </w:tc>
        <w:tc>
          <w:tcPr>
            <w:tcW w:w="3402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Vent and overflow are fitted with protective mesh.</w:t>
            </w: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الغطاء محكم ومقفل.</w:t>
            </w:r>
          </w:p>
        </w:tc>
        <w:tc>
          <w:tcPr>
            <w:tcW w:w="3402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 is tight and lockable.</w:t>
            </w: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عزل المواسير المكشوفة حراريا.</w:t>
            </w:r>
          </w:p>
        </w:tc>
        <w:tc>
          <w:tcPr>
            <w:tcW w:w="3402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Exposed pipes are thermally insulated.</w:t>
            </w: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  <w:tr w:rsidR="002B66ED">
        <w:trPr>
          <w:cantSplit/>
          <w:jc w:val="center"/>
        </w:trPr>
        <w:tc>
          <w:tcPr>
            <w:tcW w:w="397" w:type="dxa"/>
            <w:vAlign w:val="center"/>
          </w:tcPr>
          <w:p w:rsidR="002B66ED" w:rsidRDefault="0091056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التسرب ثم التعقيم قبل التشغيل.</w:t>
            </w:r>
          </w:p>
        </w:tc>
        <w:tc>
          <w:tcPr>
            <w:tcW w:w="3402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Leak test, then disinfection before use.</w:t>
            </w: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B66ED" w:rsidRDefault="002B66ED">
            <w:pPr>
              <w:bidi/>
              <w:spacing w:line="240" w:lineRule="auto"/>
              <w:jc w:val="center"/>
            </w:pPr>
          </w:p>
        </w:tc>
      </w:tr>
    </w:tbl>
    <w:p w:rsidR="002B66ED" w:rsidRDefault="002B66E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2B66E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2B66ED" w:rsidRDefault="0091056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الصحية،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plumbing installations, project specifications; Saudi Building Code SBC 401, SBC 501, SBC 701, SBC 801</w:t>
            </w:r>
          </w:p>
        </w:tc>
      </w:tr>
      <w:tr w:rsidR="002B66E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2B66ED" w:rsidRDefault="0091056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سجل اختبار الضغط ☐ الرفع المساحي للمناسيب</w:t>
            </w:r>
          </w:p>
        </w:tc>
        <w:tc>
          <w:tcPr>
            <w:tcW w:w="4309" w:type="dxa"/>
            <w:vAlign w:val="center"/>
          </w:tcPr>
          <w:p w:rsidR="002B66ED" w:rsidRDefault="0091056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Pressure test record   ☐ Levels survey</w:t>
            </w:r>
          </w:p>
        </w:tc>
      </w:tr>
    </w:tbl>
    <w:p w:rsidR="002B66ED" w:rsidRDefault="002B66E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2B66ED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B66ED" w:rsidRDefault="0091056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2B66ED" w:rsidRDefault="00910568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2B66ED" w:rsidRDefault="002B66ED">
            <w:pPr>
              <w:keepNext/>
              <w:bidi/>
              <w:spacing w:line="240" w:lineRule="auto"/>
            </w:pPr>
          </w:p>
        </w:tc>
      </w:tr>
    </w:tbl>
    <w:p w:rsidR="002B66ED" w:rsidRDefault="002B66E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2B66E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B66ED" w:rsidRDefault="0091056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2B66ED" w:rsidRDefault="00910568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2B66ED" w:rsidRDefault="0091056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2B66ED" w:rsidRDefault="0091056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2B66ED" w:rsidRDefault="0091056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2B66ED" w:rsidRDefault="0091056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2B66ED" w:rsidRDefault="0091056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2B66ED" w:rsidRDefault="0091056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2B66ED" w:rsidRDefault="0091056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2B66ED" w:rsidRDefault="0091056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2B66ED" w:rsidRDefault="002B66E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2B66E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B66ED" w:rsidRDefault="00910568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2B66ED" w:rsidRDefault="00910568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B66ED" w:rsidRDefault="0091056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2B66ED" w:rsidRDefault="0091056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B66ED" w:rsidRDefault="0091056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2B66ED" w:rsidRDefault="0091056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B66ED" w:rsidRDefault="0091056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2B66ED" w:rsidRDefault="0091056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2B66ED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B66ED" w:rsidRDefault="0091056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2B66ED" w:rsidRDefault="0091056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2B66ED" w:rsidRDefault="009105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B66ED" w:rsidRDefault="009105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B66ED" w:rsidRDefault="009105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B66ED" w:rsidRDefault="009105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B66ED" w:rsidRDefault="009105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B66ED" w:rsidRDefault="009105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B66ED" w:rsidRDefault="009105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B66ED" w:rsidRDefault="009105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B66ED" w:rsidRDefault="0091056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2B66ED" w:rsidRDefault="002B66ED">
      <w:pPr>
        <w:spacing w:line="20" w:lineRule="exact"/>
      </w:pPr>
    </w:p>
    <w:sectPr w:rsidR="002B66ED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10568" w:rsidRDefault="00910568">
      <w:pPr>
        <w:spacing w:line="240" w:lineRule="auto"/>
      </w:pPr>
      <w:r>
        <w:separator/>
      </w:r>
    </w:p>
  </w:endnote>
  <w:endnote w:type="continuationSeparator" w:id="0">
    <w:p w:rsidR="00910568" w:rsidRDefault="009105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2B66ED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2B66ED" w:rsidRDefault="0091056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2B66ED" w:rsidRDefault="00910568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ACE-QC-MEP-011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10568" w:rsidRDefault="00910568">
      <w:pPr>
        <w:spacing w:line="240" w:lineRule="auto"/>
      </w:pPr>
      <w:r>
        <w:separator/>
      </w:r>
    </w:p>
  </w:footnote>
  <w:footnote w:type="continuationSeparator" w:id="0">
    <w:p w:rsidR="00910568" w:rsidRDefault="009105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2B66ED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2B66ED" w:rsidRDefault="00910568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2B66ED" w:rsidRDefault="00910568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2B66ED" w:rsidRDefault="0091056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2B66ED" w:rsidRDefault="0091056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2B66ED" w:rsidRDefault="0091056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ACE-QC-MEP-011</w:t>
          </w:r>
        </w:p>
      </w:tc>
    </w:tr>
    <w:tr w:rsidR="002B66ED">
      <w:trPr>
        <w:trHeight w:val="283"/>
        <w:jc w:val="center"/>
      </w:trPr>
      <w:tc>
        <w:tcPr>
          <w:tcW w:w="2041" w:type="dxa"/>
          <w:vMerge/>
          <w:vAlign w:val="center"/>
        </w:tcPr>
        <w:p w:rsidR="002B66ED" w:rsidRDefault="002B66ED"/>
      </w:tc>
      <w:tc>
        <w:tcPr>
          <w:tcW w:w="5669" w:type="dxa"/>
          <w:vMerge/>
          <w:vAlign w:val="center"/>
        </w:tcPr>
        <w:p w:rsidR="002B66ED" w:rsidRDefault="002B66ED"/>
      </w:tc>
      <w:tc>
        <w:tcPr>
          <w:tcW w:w="1361" w:type="dxa"/>
          <w:shd w:val="clear" w:color="auto" w:fill="F2F2F2"/>
          <w:vAlign w:val="center"/>
        </w:tcPr>
        <w:p w:rsidR="002B66ED" w:rsidRDefault="0091056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2B66ED" w:rsidRDefault="0091056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2B66ED">
      <w:trPr>
        <w:trHeight w:val="283"/>
        <w:jc w:val="center"/>
      </w:trPr>
      <w:tc>
        <w:tcPr>
          <w:tcW w:w="2041" w:type="dxa"/>
          <w:vMerge/>
          <w:vAlign w:val="center"/>
        </w:tcPr>
        <w:p w:rsidR="002B66ED" w:rsidRDefault="002B66ED"/>
      </w:tc>
      <w:tc>
        <w:tcPr>
          <w:tcW w:w="5669" w:type="dxa"/>
          <w:vMerge w:val="restart"/>
          <w:shd w:val="clear" w:color="auto" w:fill="E7E6E6"/>
          <w:vAlign w:val="center"/>
        </w:tcPr>
        <w:p w:rsidR="002B66ED" w:rsidRDefault="00910568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الخزانات العلوية</w:t>
          </w:r>
        </w:p>
        <w:p w:rsidR="002B66ED" w:rsidRDefault="0091056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Roof Water Tanks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2B66ED" w:rsidRDefault="0091056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2B66ED" w:rsidRDefault="00910568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2B66ED">
      <w:trPr>
        <w:trHeight w:val="283"/>
        <w:jc w:val="center"/>
      </w:trPr>
      <w:tc>
        <w:tcPr>
          <w:tcW w:w="2041" w:type="dxa"/>
          <w:vMerge/>
          <w:vAlign w:val="center"/>
        </w:tcPr>
        <w:p w:rsidR="002B66ED" w:rsidRDefault="002B66ED"/>
      </w:tc>
      <w:tc>
        <w:tcPr>
          <w:tcW w:w="5669" w:type="dxa"/>
          <w:vMerge/>
          <w:vAlign w:val="center"/>
        </w:tcPr>
        <w:p w:rsidR="002B66ED" w:rsidRDefault="002B66ED"/>
      </w:tc>
      <w:tc>
        <w:tcPr>
          <w:tcW w:w="1361" w:type="dxa"/>
          <w:shd w:val="clear" w:color="auto" w:fill="F2F2F2"/>
          <w:vAlign w:val="center"/>
        </w:tcPr>
        <w:p w:rsidR="002B66ED" w:rsidRDefault="0091056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2B66ED" w:rsidRDefault="00910568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2B66ED" w:rsidRDefault="002B66ED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6834955">
    <w:abstractNumId w:val="8"/>
  </w:num>
  <w:num w:numId="2" w16cid:durableId="823618660">
    <w:abstractNumId w:val="6"/>
  </w:num>
  <w:num w:numId="3" w16cid:durableId="99499427">
    <w:abstractNumId w:val="5"/>
  </w:num>
  <w:num w:numId="4" w16cid:durableId="764958576">
    <w:abstractNumId w:val="4"/>
  </w:num>
  <w:num w:numId="5" w16cid:durableId="1456407305">
    <w:abstractNumId w:val="7"/>
  </w:num>
  <w:num w:numId="6" w16cid:durableId="957759388">
    <w:abstractNumId w:val="3"/>
  </w:num>
  <w:num w:numId="7" w16cid:durableId="432865389">
    <w:abstractNumId w:val="2"/>
  </w:num>
  <w:num w:numId="8" w16cid:durableId="293340234">
    <w:abstractNumId w:val="1"/>
  </w:num>
  <w:num w:numId="9" w16cid:durableId="13465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66ED"/>
    <w:rsid w:val="00326F90"/>
    <w:rsid w:val="005C0D99"/>
    <w:rsid w:val="00910568"/>
    <w:rsid w:val="00AA1D8D"/>
    <w:rsid w:val="00B47730"/>
    <w:rsid w:val="00CB0664"/>
    <w:rsid w:val="00DF38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38C40BF-BB14-41AA-9043-76B3D4E4B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ACE_QC-MEP-011_Roof_Water_Tanks_20261009_v4.dotx</Template>
  <TotalTime>0</TotalTime>
  <Pages>1</Pages>
  <Words>478</Words>
  <Characters>2728</Characters>
  <Application>Microsoft Office Word</Application>
  <DocSecurity>0</DocSecurity>
  <Lines>22</Lines>
  <Paragraphs>6</Paragraphs>
  <ScaleCrop>false</ScaleCrop>
  <Manager>Ahmed Fathy</Manager>
  <Company>Arab Creators for Engineering Consultancy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ACE-QC-MEP-011 Roof Water Tanks Inspection</dc:title>
  <dc:subject>فحص واستلام الخزانات العلوية</dc:subject>
  <dc:creator>Ahmed Fathy</dc:creator>
  <cp:keywords>QC; ITP; Inspection</cp:keywords>
  <dc:description/>
  <cp:lastModifiedBy>Ahmed Fathy</cp:lastModifiedBy>
  <cp:revision>2</cp:revision>
  <dcterms:created xsi:type="dcterms:W3CDTF">2026-11-03T20:17:00Z</dcterms:created>
  <dcterms:modified xsi:type="dcterms:W3CDTF">2026-11-03T20:17:00Z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