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894363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894363" w:rsidRDefault="00EE795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894363" w:rsidRDefault="00EE795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894363" w:rsidRDefault="0089436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94363" w:rsidRDefault="00EE795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894363" w:rsidRDefault="00EE795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894363" w:rsidRDefault="0089436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94363" w:rsidRDefault="00EE795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894363" w:rsidRDefault="00EE795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894363" w:rsidRDefault="00894363">
            <w:pPr>
              <w:bidi/>
              <w:spacing w:line="240" w:lineRule="auto"/>
            </w:pPr>
          </w:p>
        </w:tc>
      </w:tr>
      <w:tr w:rsidR="00894363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894363" w:rsidRDefault="00EE795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894363" w:rsidRDefault="00EE795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894363" w:rsidRDefault="0089436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94363" w:rsidRDefault="00EE795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894363" w:rsidRDefault="00EE795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894363" w:rsidRDefault="0089436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94363" w:rsidRDefault="00EE795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894363" w:rsidRDefault="00EE795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894363" w:rsidRDefault="00894363">
            <w:pPr>
              <w:bidi/>
              <w:spacing w:line="240" w:lineRule="auto"/>
            </w:pPr>
          </w:p>
        </w:tc>
      </w:tr>
      <w:tr w:rsidR="00894363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894363" w:rsidRDefault="00EE795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894363" w:rsidRDefault="00EE795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894363" w:rsidRDefault="0089436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94363" w:rsidRDefault="00EE795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894363" w:rsidRDefault="00EE795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894363" w:rsidRDefault="00EE7957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894363" w:rsidRDefault="00EE7957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894363" w:rsidRDefault="0089436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89436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894363" w:rsidRDefault="00EE7957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894363" w:rsidRDefault="00EE7957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894363" w:rsidRDefault="0089436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894363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894363" w:rsidRDefault="00EE795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894363" w:rsidRDefault="00EE7957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894363" w:rsidRDefault="00EE795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894363" w:rsidRDefault="00EE7957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894363" w:rsidRDefault="00EE795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894363" w:rsidRDefault="00EE7957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894363" w:rsidRDefault="00EE795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894363" w:rsidRDefault="00EE7957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894363">
        <w:trPr>
          <w:cantSplit/>
          <w:jc w:val="center"/>
        </w:trPr>
        <w:tc>
          <w:tcPr>
            <w:tcW w:w="397" w:type="dxa"/>
            <w:vAlign w:val="center"/>
          </w:tcPr>
          <w:p w:rsidR="00894363" w:rsidRDefault="00EE795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894363" w:rsidRDefault="00EE795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894363" w:rsidRDefault="00EE795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</w:tr>
      <w:tr w:rsidR="00894363">
        <w:trPr>
          <w:cantSplit/>
          <w:jc w:val="center"/>
        </w:trPr>
        <w:tc>
          <w:tcPr>
            <w:tcW w:w="397" w:type="dxa"/>
            <w:vAlign w:val="center"/>
          </w:tcPr>
          <w:p w:rsidR="00894363" w:rsidRDefault="00EE795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894363" w:rsidRDefault="00EE795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894363" w:rsidRDefault="00EE795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</w:tr>
      <w:tr w:rsidR="00894363">
        <w:trPr>
          <w:cantSplit/>
          <w:jc w:val="center"/>
        </w:trPr>
        <w:tc>
          <w:tcPr>
            <w:tcW w:w="397" w:type="dxa"/>
            <w:vAlign w:val="center"/>
          </w:tcPr>
          <w:p w:rsidR="00894363" w:rsidRDefault="00EE795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894363" w:rsidRDefault="00EE795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894363" w:rsidRDefault="00EE795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</w:tr>
      <w:tr w:rsidR="00894363">
        <w:trPr>
          <w:cantSplit/>
          <w:jc w:val="center"/>
        </w:trPr>
        <w:tc>
          <w:tcPr>
            <w:tcW w:w="397" w:type="dxa"/>
            <w:vAlign w:val="center"/>
          </w:tcPr>
          <w:p w:rsidR="00894363" w:rsidRDefault="00EE795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894363" w:rsidRDefault="00EE795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894363" w:rsidRDefault="00EE795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</w:tr>
      <w:tr w:rsidR="00894363">
        <w:trPr>
          <w:cantSplit/>
          <w:jc w:val="center"/>
        </w:trPr>
        <w:tc>
          <w:tcPr>
            <w:tcW w:w="397" w:type="dxa"/>
            <w:vAlign w:val="center"/>
          </w:tcPr>
          <w:p w:rsidR="00894363" w:rsidRDefault="00EE795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894363" w:rsidRDefault="00EE795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894363" w:rsidRDefault="00EE795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</w:tr>
      <w:tr w:rsidR="00894363">
        <w:trPr>
          <w:cantSplit/>
          <w:jc w:val="center"/>
        </w:trPr>
        <w:tc>
          <w:tcPr>
            <w:tcW w:w="397" w:type="dxa"/>
            <w:vAlign w:val="center"/>
          </w:tcPr>
          <w:p w:rsidR="00894363" w:rsidRDefault="00EE795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894363" w:rsidRDefault="00EE795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894363" w:rsidRDefault="00EE795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</w:tr>
      <w:tr w:rsidR="00894363">
        <w:trPr>
          <w:cantSplit/>
          <w:jc w:val="center"/>
        </w:trPr>
        <w:tc>
          <w:tcPr>
            <w:tcW w:w="397" w:type="dxa"/>
            <w:vAlign w:val="center"/>
          </w:tcPr>
          <w:p w:rsidR="00894363" w:rsidRDefault="00EE795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894363" w:rsidRDefault="00EE795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894363" w:rsidRDefault="00EE795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</w:tr>
      <w:tr w:rsidR="00894363">
        <w:trPr>
          <w:cantSplit/>
          <w:jc w:val="center"/>
        </w:trPr>
        <w:tc>
          <w:tcPr>
            <w:tcW w:w="397" w:type="dxa"/>
            <w:vAlign w:val="center"/>
          </w:tcPr>
          <w:p w:rsidR="00894363" w:rsidRDefault="00EE795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894363" w:rsidRDefault="00EE795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894363" w:rsidRDefault="00EE795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</w:tr>
    </w:tbl>
    <w:p w:rsidR="00894363" w:rsidRDefault="0089436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89436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894363" w:rsidRDefault="00EE7957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صرف أمطار الأسطح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894363" w:rsidRDefault="00EE7957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Roof Rainwater Drainage Checklist</w:t>
            </w:r>
          </w:p>
        </w:tc>
      </w:tr>
    </w:tbl>
    <w:p w:rsidR="00894363" w:rsidRDefault="0089436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894363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894363" w:rsidRDefault="00EE795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894363" w:rsidRDefault="00EE7957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894363" w:rsidRDefault="00EE795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894363" w:rsidRDefault="00EE7957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894363" w:rsidRDefault="00EE795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894363" w:rsidRDefault="00EE7957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894363" w:rsidRDefault="00EE795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894363" w:rsidRDefault="00EE7957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894363" w:rsidRDefault="00EE795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894363" w:rsidRDefault="00EE7957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894363" w:rsidRDefault="00EE795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894363" w:rsidRDefault="00EE7957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894363">
        <w:trPr>
          <w:cantSplit/>
          <w:jc w:val="center"/>
        </w:trPr>
        <w:tc>
          <w:tcPr>
            <w:tcW w:w="397" w:type="dxa"/>
            <w:vAlign w:val="center"/>
          </w:tcPr>
          <w:p w:rsidR="00894363" w:rsidRDefault="00EE795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894363" w:rsidRDefault="00EE795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عدد ومواقع الصفايات مطابقة للمخططات.</w:t>
            </w:r>
          </w:p>
        </w:tc>
        <w:tc>
          <w:tcPr>
            <w:tcW w:w="3402" w:type="dxa"/>
            <w:vAlign w:val="center"/>
          </w:tcPr>
          <w:p w:rsidR="00894363" w:rsidRDefault="00EE795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Number and location of roof drains comply with drawings.</w:t>
            </w:r>
          </w:p>
        </w:tc>
        <w:tc>
          <w:tcPr>
            <w:tcW w:w="595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</w:tr>
      <w:tr w:rsidR="00894363">
        <w:trPr>
          <w:cantSplit/>
          <w:jc w:val="center"/>
        </w:trPr>
        <w:tc>
          <w:tcPr>
            <w:tcW w:w="397" w:type="dxa"/>
            <w:vAlign w:val="center"/>
          </w:tcPr>
          <w:p w:rsidR="00894363" w:rsidRDefault="00EE795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894363" w:rsidRDefault="00EE795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ميول السطح نحو الصفايات دون تجمع للمياه.</w:t>
            </w:r>
          </w:p>
        </w:tc>
        <w:tc>
          <w:tcPr>
            <w:tcW w:w="3402" w:type="dxa"/>
            <w:vAlign w:val="center"/>
          </w:tcPr>
          <w:p w:rsidR="00894363" w:rsidRDefault="00EE795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Roof falls lead to drains with no ponding.</w:t>
            </w:r>
          </w:p>
        </w:tc>
        <w:tc>
          <w:tcPr>
            <w:tcW w:w="595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</w:tr>
      <w:tr w:rsidR="00894363">
        <w:trPr>
          <w:cantSplit/>
          <w:jc w:val="center"/>
        </w:trPr>
        <w:tc>
          <w:tcPr>
            <w:tcW w:w="397" w:type="dxa"/>
            <w:vAlign w:val="center"/>
          </w:tcPr>
          <w:p w:rsidR="00894363" w:rsidRDefault="00EE795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894363" w:rsidRDefault="00EE795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ربط الصفايات مع العزل بإحكام.</w:t>
            </w:r>
          </w:p>
        </w:tc>
        <w:tc>
          <w:tcPr>
            <w:tcW w:w="3402" w:type="dxa"/>
            <w:vAlign w:val="center"/>
          </w:tcPr>
          <w:p w:rsidR="00894363" w:rsidRDefault="00EE795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Drains are sealed into the waterproofing.</w:t>
            </w:r>
          </w:p>
        </w:tc>
        <w:tc>
          <w:tcPr>
            <w:tcW w:w="595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</w:tr>
      <w:tr w:rsidR="00894363">
        <w:trPr>
          <w:cantSplit/>
          <w:jc w:val="center"/>
        </w:trPr>
        <w:tc>
          <w:tcPr>
            <w:tcW w:w="397" w:type="dxa"/>
            <w:vAlign w:val="center"/>
          </w:tcPr>
          <w:p w:rsidR="00894363" w:rsidRDefault="00EE795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894363" w:rsidRDefault="00EE795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مصافي الحماية من الأتربة والأوراق.</w:t>
            </w:r>
          </w:p>
        </w:tc>
        <w:tc>
          <w:tcPr>
            <w:tcW w:w="3402" w:type="dxa"/>
            <w:vAlign w:val="center"/>
          </w:tcPr>
          <w:p w:rsidR="00894363" w:rsidRDefault="00EE795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Leaf and debris guards are installed.</w:t>
            </w:r>
          </w:p>
        </w:tc>
        <w:tc>
          <w:tcPr>
            <w:tcW w:w="595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</w:tr>
      <w:tr w:rsidR="00894363">
        <w:trPr>
          <w:cantSplit/>
          <w:jc w:val="center"/>
        </w:trPr>
        <w:tc>
          <w:tcPr>
            <w:tcW w:w="397" w:type="dxa"/>
            <w:vAlign w:val="center"/>
          </w:tcPr>
          <w:p w:rsidR="00894363" w:rsidRDefault="00EE795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894363" w:rsidRDefault="00EE795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أقطار المواسير الرأسية مطابقة ومثبتة بالحوائط.</w:t>
            </w:r>
          </w:p>
        </w:tc>
        <w:tc>
          <w:tcPr>
            <w:tcW w:w="3402" w:type="dxa"/>
            <w:vAlign w:val="center"/>
          </w:tcPr>
          <w:p w:rsidR="00894363" w:rsidRDefault="00EE795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Downpipe diameters comply and are fixed to walls.</w:t>
            </w:r>
          </w:p>
        </w:tc>
        <w:tc>
          <w:tcPr>
            <w:tcW w:w="595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</w:tr>
      <w:tr w:rsidR="00894363">
        <w:trPr>
          <w:cantSplit/>
          <w:jc w:val="center"/>
        </w:trPr>
        <w:tc>
          <w:tcPr>
            <w:tcW w:w="397" w:type="dxa"/>
            <w:vAlign w:val="center"/>
          </w:tcPr>
          <w:p w:rsidR="00894363" w:rsidRDefault="00EE795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894363" w:rsidRDefault="00EE795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حماية المواسير المكشوفة من الصدمات وأشعة الشمس.</w:t>
            </w:r>
          </w:p>
        </w:tc>
        <w:tc>
          <w:tcPr>
            <w:tcW w:w="3402" w:type="dxa"/>
            <w:vAlign w:val="center"/>
          </w:tcPr>
          <w:p w:rsidR="00894363" w:rsidRDefault="00EE795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Exposed pipes are protected from impact and UV.</w:t>
            </w:r>
          </w:p>
        </w:tc>
        <w:tc>
          <w:tcPr>
            <w:tcW w:w="595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</w:tr>
      <w:tr w:rsidR="00894363">
        <w:trPr>
          <w:cantSplit/>
          <w:jc w:val="center"/>
        </w:trPr>
        <w:tc>
          <w:tcPr>
            <w:tcW w:w="397" w:type="dxa"/>
            <w:vAlign w:val="center"/>
          </w:tcPr>
          <w:p w:rsidR="00894363" w:rsidRDefault="00EE795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894363" w:rsidRDefault="00EE795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تصريف المواسير إلى الشبكة أو المنطقة المحددة.</w:t>
            </w:r>
          </w:p>
        </w:tc>
        <w:tc>
          <w:tcPr>
            <w:tcW w:w="3402" w:type="dxa"/>
            <w:vAlign w:val="center"/>
          </w:tcPr>
          <w:p w:rsidR="00894363" w:rsidRDefault="00EE795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Downpipes discharge to the network or designated area.</w:t>
            </w:r>
          </w:p>
        </w:tc>
        <w:tc>
          <w:tcPr>
            <w:tcW w:w="595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</w:tr>
      <w:tr w:rsidR="00894363">
        <w:trPr>
          <w:cantSplit/>
          <w:jc w:val="center"/>
        </w:trPr>
        <w:tc>
          <w:tcPr>
            <w:tcW w:w="397" w:type="dxa"/>
            <w:vAlign w:val="center"/>
          </w:tcPr>
          <w:p w:rsidR="00894363" w:rsidRDefault="00EE795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894363" w:rsidRDefault="00EE795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التصريف بالمياه.</w:t>
            </w:r>
          </w:p>
        </w:tc>
        <w:tc>
          <w:tcPr>
            <w:tcW w:w="3402" w:type="dxa"/>
            <w:vAlign w:val="center"/>
          </w:tcPr>
          <w:p w:rsidR="00894363" w:rsidRDefault="00EE795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Discharge test with water.</w:t>
            </w:r>
          </w:p>
        </w:tc>
        <w:tc>
          <w:tcPr>
            <w:tcW w:w="595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94363" w:rsidRDefault="00894363">
            <w:pPr>
              <w:bidi/>
              <w:spacing w:line="240" w:lineRule="auto"/>
              <w:jc w:val="center"/>
            </w:pPr>
          </w:p>
        </w:tc>
      </w:tr>
    </w:tbl>
    <w:p w:rsidR="00894363" w:rsidRDefault="0089436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894363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894363" w:rsidRDefault="00EE795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894363" w:rsidRDefault="00EE7957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894363" w:rsidRDefault="00EE7957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للتركيبات الصحية، مواصفات المشروع، كود البناء السعودي SBC 401 و SBC 501 و SBC 701 و SBC 801</w:t>
            </w:r>
          </w:p>
        </w:tc>
        <w:tc>
          <w:tcPr>
            <w:tcW w:w="4309" w:type="dxa"/>
            <w:vAlign w:val="center"/>
          </w:tcPr>
          <w:p w:rsidR="00894363" w:rsidRDefault="00EE7957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code for plumbing installations, project specifications; Saudi Building Code SBC 401, SBC 501, SBC 701, SBC 801</w:t>
            </w:r>
          </w:p>
        </w:tc>
      </w:tr>
      <w:tr w:rsidR="00894363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894363" w:rsidRDefault="00EE795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894363" w:rsidRDefault="00EE7957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894363" w:rsidRDefault="00EE7957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المواد ☐ سجل اختبار الضغط ☐ الرفع المساحي للمناسيب</w:t>
            </w:r>
          </w:p>
        </w:tc>
        <w:tc>
          <w:tcPr>
            <w:tcW w:w="4309" w:type="dxa"/>
            <w:vAlign w:val="center"/>
          </w:tcPr>
          <w:p w:rsidR="00894363" w:rsidRDefault="00EE7957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approval   ☐ Pressure test record   ☐ Levels survey</w:t>
            </w:r>
          </w:p>
        </w:tc>
      </w:tr>
    </w:tbl>
    <w:p w:rsidR="00894363" w:rsidRDefault="0089436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894363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94363" w:rsidRDefault="00EE7957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894363" w:rsidRDefault="00EE7957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894363" w:rsidRDefault="00894363">
            <w:pPr>
              <w:keepNext/>
              <w:bidi/>
              <w:spacing w:line="240" w:lineRule="auto"/>
            </w:pPr>
          </w:p>
        </w:tc>
      </w:tr>
    </w:tbl>
    <w:p w:rsidR="00894363" w:rsidRDefault="0089436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89436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94363" w:rsidRDefault="00EE7957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894363" w:rsidRDefault="00EE7957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894363" w:rsidRDefault="00EE7957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894363" w:rsidRDefault="00EE795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894363" w:rsidRDefault="00EE7957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894363" w:rsidRDefault="00EE795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894363" w:rsidRDefault="00EE7957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894363" w:rsidRDefault="00EE795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894363" w:rsidRDefault="00EE7957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894363" w:rsidRDefault="00EE795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894363" w:rsidRDefault="0089436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89436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94363" w:rsidRDefault="00EE7957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894363" w:rsidRDefault="00EE7957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894363" w:rsidRDefault="00EE7957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894363" w:rsidRDefault="00EE795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894363" w:rsidRDefault="00EE7957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894363" w:rsidRDefault="00EE795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894363" w:rsidRDefault="00EE7957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894363" w:rsidRDefault="00EE795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894363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94363" w:rsidRDefault="00EE795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894363" w:rsidRDefault="00EE795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894363" w:rsidRDefault="00EE795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894363" w:rsidRDefault="00EE795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894363" w:rsidRDefault="00EE795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894363" w:rsidRDefault="00EE795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894363" w:rsidRDefault="00EE795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894363" w:rsidRDefault="00EE795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894363" w:rsidRDefault="00EE795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894363" w:rsidRDefault="00EE795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894363" w:rsidRDefault="00EE795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894363" w:rsidRDefault="00894363">
      <w:pPr>
        <w:spacing w:line="20" w:lineRule="exact"/>
      </w:pPr>
    </w:p>
    <w:sectPr w:rsidR="00894363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E7957" w:rsidRDefault="00EE7957">
      <w:pPr>
        <w:spacing w:line="240" w:lineRule="auto"/>
      </w:pPr>
      <w:r>
        <w:separator/>
      </w:r>
    </w:p>
  </w:endnote>
  <w:endnote w:type="continuationSeparator" w:id="0">
    <w:p w:rsidR="00EE7957" w:rsidRDefault="00EE79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894363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894363" w:rsidRDefault="00EE795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894363" w:rsidRDefault="00EE7957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ACE-QC-MEP-010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E7957" w:rsidRDefault="00EE7957">
      <w:pPr>
        <w:spacing w:line="240" w:lineRule="auto"/>
      </w:pPr>
      <w:r>
        <w:separator/>
      </w:r>
    </w:p>
  </w:footnote>
  <w:footnote w:type="continuationSeparator" w:id="0">
    <w:p w:rsidR="00EE7957" w:rsidRDefault="00EE79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894363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894363" w:rsidRDefault="00EE7957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894363" w:rsidRDefault="00EE7957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894363" w:rsidRDefault="00EE7957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894363" w:rsidRDefault="00EE795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894363" w:rsidRDefault="00EE7957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ACE-QC-MEP-010</w:t>
          </w:r>
        </w:p>
      </w:tc>
    </w:tr>
    <w:tr w:rsidR="00894363">
      <w:trPr>
        <w:trHeight w:val="283"/>
        <w:jc w:val="center"/>
      </w:trPr>
      <w:tc>
        <w:tcPr>
          <w:tcW w:w="2041" w:type="dxa"/>
          <w:vMerge/>
          <w:vAlign w:val="center"/>
        </w:tcPr>
        <w:p w:rsidR="00894363" w:rsidRDefault="00894363"/>
      </w:tc>
      <w:tc>
        <w:tcPr>
          <w:tcW w:w="5669" w:type="dxa"/>
          <w:vMerge/>
          <w:vAlign w:val="center"/>
        </w:tcPr>
        <w:p w:rsidR="00894363" w:rsidRDefault="00894363"/>
      </w:tc>
      <w:tc>
        <w:tcPr>
          <w:tcW w:w="1361" w:type="dxa"/>
          <w:shd w:val="clear" w:color="auto" w:fill="F2F2F2"/>
          <w:vAlign w:val="center"/>
        </w:tcPr>
        <w:p w:rsidR="00894363" w:rsidRDefault="00EE795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894363" w:rsidRDefault="00EE7957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894363">
      <w:trPr>
        <w:trHeight w:val="283"/>
        <w:jc w:val="center"/>
      </w:trPr>
      <w:tc>
        <w:tcPr>
          <w:tcW w:w="2041" w:type="dxa"/>
          <w:vMerge/>
          <w:vAlign w:val="center"/>
        </w:tcPr>
        <w:p w:rsidR="00894363" w:rsidRDefault="00894363"/>
      </w:tc>
      <w:tc>
        <w:tcPr>
          <w:tcW w:w="5669" w:type="dxa"/>
          <w:vMerge w:val="restart"/>
          <w:shd w:val="clear" w:color="auto" w:fill="E7E6E6"/>
          <w:vAlign w:val="center"/>
        </w:tcPr>
        <w:p w:rsidR="00894363" w:rsidRDefault="00EE7957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صرف أمطار الأسطح</w:t>
          </w:r>
        </w:p>
        <w:p w:rsidR="00894363" w:rsidRDefault="00EE7957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Roof Rainwater Drainage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894363" w:rsidRDefault="00EE795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894363" w:rsidRDefault="00EE7957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894363">
      <w:trPr>
        <w:trHeight w:val="283"/>
        <w:jc w:val="center"/>
      </w:trPr>
      <w:tc>
        <w:tcPr>
          <w:tcW w:w="2041" w:type="dxa"/>
          <w:vMerge/>
          <w:vAlign w:val="center"/>
        </w:tcPr>
        <w:p w:rsidR="00894363" w:rsidRDefault="00894363"/>
      </w:tc>
      <w:tc>
        <w:tcPr>
          <w:tcW w:w="5669" w:type="dxa"/>
          <w:vMerge/>
          <w:vAlign w:val="center"/>
        </w:tcPr>
        <w:p w:rsidR="00894363" w:rsidRDefault="00894363"/>
      </w:tc>
      <w:tc>
        <w:tcPr>
          <w:tcW w:w="1361" w:type="dxa"/>
          <w:shd w:val="clear" w:color="auto" w:fill="F2F2F2"/>
          <w:vAlign w:val="center"/>
        </w:tcPr>
        <w:p w:rsidR="00894363" w:rsidRDefault="00EE795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894363" w:rsidRDefault="00EE7957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894363" w:rsidRDefault="00894363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1708128">
    <w:abstractNumId w:val="8"/>
  </w:num>
  <w:num w:numId="2" w16cid:durableId="1965648765">
    <w:abstractNumId w:val="6"/>
  </w:num>
  <w:num w:numId="3" w16cid:durableId="1343050977">
    <w:abstractNumId w:val="5"/>
  </w:num>
  <w:num w:numId="4" w16cid:durableId="98991099">
    <w:abstractNumId w:val="4"/>
  </w:num>
  <w:num w:numId="5" w16cid:durableId="1285238010">
    <w:abstractNumId w:val="7"/>
  </w:num>
  <w:num w:numId="6" w16cid:durableId="870453747">
    <w:abstractNumId w:val="3"/>
  </w:num>
  <w:num w:numId="7" w16cid:durableId="2036542398">
    <w:abstractNumId w:val="2"/>
  </w:num>
  <w:num w:numId="8" w16cid:durableId="2111702002">
    <w:abstractNumId w:val="1"/>
  </w:num>
  <w:num w:numId="9" w16cid:durableId="1316185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0D99"/>
    <w:rsid w:val="00894363"/>
    <w:rsid w:val="00AA1D8D"/>
    <w:rsid w:val="00B47730"/>
    <w:rsid w:val="00CB0664"/>
    <w:rsid w:val="00DF06E7"/>
    <w:rsid w:val="00EE79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F96A24A5-0F76-4239-863F-DE3957EE3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ACE_QC-MEP-010_Roof_Rainwater_Drainage_20261009_v4.dotx</Template>
  <TotalTime>0</TotalTime>
  <Pages>1</Pages>
  <Words>480</Words>
  <Characters>2739</Characters>
  <Application>Microsoft Office Word</Application>
  <DocSecurity>0</DocSecurity>
  <Lines>22</Lines>
  <Paragraphs>6</Paragraphs>
  <ScaleCrop>false</ScaleCrop>
  <Manager>Ahmed Fathy</Manager>
  <Company>Arab Creators for Engineering Consultancy</Company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ACE-QC-MEP-010 Roof Rainwater Drainage Inspection</dc:title>
  <dc:subject>فحص واستلام صرف أمطار الأسطح</dc:subject>
  <dc:creator>Ahmed Fathy</dc:creator>
  <cp:keywords>QC; ITP; Inspection</cp:keywords>
  <dc:description/>
  <cp:lastModifiedBy>Ahmed Fathy</cp:lastModifiedBy>
  <cp:revision>2</cp:revision>
  <dcterms:created xsi:type="dcterms:W3CDTF">2026-11-03T20:17:00Z</dcterms:created>
  <dcterms:modified xsi:type="dcterms:W3CDTF">2026-11-03T20:17:00Z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