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1408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1408D" w:rsidRDefault="002140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1408D" w:rsidRDefault="002140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1408D" w:rsidRDefault="0021408D">
            <w:pPr>
              <w:bidi/>
              <w:spacing w:line="240" w:lineRule="auto"/>
            </w:pPr>
          </w:p>
        </w:tc>
      </w:tr>
      <w:tr w:rsidR="0021408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1408D" w:rsidRDefault="002140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1408D" w:rsidRDefault="002140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1408D" w:rsidRDefault="0021408D">
            <w:pPr>
              <w:bidi/>
              <w:spacing w:line="240" w:lineRule="auto"/>
            </w:pPr>
          </w:p>
        </w:tc>
      </w:tr>
      <w:tr w:rsidR="0021408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1408D" w:rsidRDefault="002140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1408D" w:rsidRDefault="0007503F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1408D" w:rsidRDefault="002140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1408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1408D" w:rsidRDefault="002140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1408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1408D" w:rsidRDefault="0007503F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</w:tbl>
    <w:p w:rsidR="0021408D" w:rsidRDefault="002140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1408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الصرف الداخلي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Internal Drainage Checklist</w:t>
            </w:r>
          </w:p>
        </w:tc>
      </w:tr>
    </w:tbl>
    <w:p w:rsidR="0021408D" w:rsidRDefault="002140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1408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1408D" w:rsidRDefault="0007503F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1408D" w:rsidRDefault="0007503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المواسير والقطع من النوع والقطر المعتمد.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Pipes and fittings are of the approved type and diameter.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الميول مطابقة للكود والمخططات.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Falls comply with code and drawings.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فتحات التسليك في النهايات وعند تغيير الاتجاه.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Cleanouts at ends and changes of direction.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مواسير التهوية مركبة وموصلة للسطح.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Vent pipes installed and extended to roof.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الحوامل والتعليقات على المسافات المحددة.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Supports and hangers at specified spacing.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الجلب عند اختراق الحوائط والبلاطات.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Sleeves at wall and slab penetrations.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الماء أو الهواء للشبكة قبل التغطية دون تسرب.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 or air test of the network before concealment shows no leakage.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  <w:tr w:rsidR="0021408D">
        <w:trPr>
          <w:cantSplit/>
          <w:jc w:val="center"/>
        </w:trPr>
        <w:tc>
          <w:tcPr>
            <w:tcW w:w="397" w:type="dxa"/>
            <w:vAlign w:val="center"/>
          </w:tcPr>
          <w:p w:rsidR="0021408D" w:rsidRDefault="0007503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الطرد بعد تركيب الأجهزة.</w:t>
            </w:r>
          </w:p>
        </w:tc>
        <w:tc>
          <w:tcPr>
            <w:tcW w:w="3402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Flow (flush) test after fixtures installation.</w:t>
            </w: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1408D" w:rsidRDefault="0021408D">
            <w:pPr>
              <w:bidi/>
              <w:spacing w:line="240" w:lineRule="auto"/>
              <w:jc w:val="center"/>
            </w:pPr>
          </w:p>
        </w:tc>
      </w:tr>
    </w:tbl>
    <w:p w:rsidR="0021408D" w:rsidRDefault="002140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1408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21408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21408D" w:rsidRDefault="0007503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21408D" w:rsidRDefault="002140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1408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1408D" w:rsidRDefault="000750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1408D" w:rsidRDefault="0007503F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1408D" w:rsidRDefault="0021408D">
            <w:pPr>
              <w:keepNext/>
              <w:bidi/>
              <w:spacing w:line="240" w:lineRule="auto"/>
            </w:pPr>
          </w:p>
        </w:tc>
      </w:tr>
    </w:tbl>
    <w:p w:rsidR="0021408D" w:rsidRDefault="0021408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1408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1408D" w:rsidRDefault="0007503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1408D" w:rsidRDefault="0007503F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1408D" w:rsidRDefault="000750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1408D" w:rsidRDefault="000750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1408D" w:rsidRDefault="000750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1408D" w:rsidRDefault="000750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1408D" w:rsidRDefault="000750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1408D" w:rsidRDefault="000750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1408D" w:rsidRDefault="0007503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1408D" w:rsidRDefault="000750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1408D" w:rsidRDefault="0021408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1408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1408D" w:rsidRDefault="0007503F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1408D" w:rsidRDefault="0007503F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1408D" w:rsidRDefault="000750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1408D" w:rsidRDefault="000750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1408D" w:rsidRDefault="000750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1408D" w:rsidRDefault="000750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1408D" w:rsidRDefault="0007503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1408D" w:rsidRDefault="0007503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1408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1408D" w:rsidRDefault="0007503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1408D" w:rsidRDefault="0007503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1408D" w:rsidRDefault="0007503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1408D" w:rsidRDefault="0021408D">
      <w:pPr>
        <w:spacing w:line="20" w:lineRule="exact"/>
      </w:pPr>
    </w:p>
    <w:sectPr w:rsidR="0021408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503F" w:rsidRDefault="0007503F">
      <w:pPr>
        <w:spacing w:line="240" w:lineRule="auto"/>
      </w:pPr>
      <w:r>
        <w:separator/>
      </w:r>
    </w:p>
  </w:endnote>
  <w:endnote w:type="continuationSeparator" w:id="0">
    <w:p w:rsidR="0007503F" w:rsidRDefault="000750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1408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1408D" w:rsidRDefault="000750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1408D" w:rsidRDefault="0007503F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503F" w:rsidRDefault="0007503F">
      <w:pPr>
        <w:spacing w:line="240" w:lineRule="auto"/>
      </w:pPr>
      <w:r>
        <w:separator/>
      </w:r>
    </w:p>
  </w:footnote>
  <w:footnote w:type="continuationSeparator" w:id="0">
    <w:p w:rsidR="0007503F" w:rsidRDefault="000750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1408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1408D" w:rsidRDefault="0007503F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1408D" w:rsidRDefault="0007503F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1408D" w:rsidRDefault="0007503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1408D" w:rsidRDefault="000750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1408D" w:rsidRDefault="0007503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ACE-QC-MEP-009</w:t>
          </w:r>
        </w:p>
      </w:tc>
    </w:tr>
    <w:tr w:rsidR="0021408D">
      <w:trPr>
        <w:trHeight w:val="283"/>
        <w:jc w:val="center"/>
      </w:trPr>
      <w:tc>
        <w:tcPr>
          <w:tcW w:w="2041" w:type="dxa"/>
          <w:vMerge/>
          <w:vAlign w:val="center"/>
        </w:tcPr>
        <w:p w:rsidR="0021408D" w:rsidRDefault="0021408D"/>
      </w:tc>
      <w:tc>
        <w:tcPr>
          <w:tcW w:w="5669" w:type="dxa"/>
          <w:vMerge/>
          <w:vAlign w:val="center"/>
        </w:tcPr>
        <w:p w:rsidR="0021408D" w:rsidRDefault="0021408D"/>
      </w:tc>
      <w:tc>
        <w:tcPr>
          <w:tcW w:w="1361" w:type="dxa"/>
          <w:shd w:val="clear" w:color="auto" w:fill="F2F2F2"/>
          <w:vAlign w:val="center"/>
        </w:tcPr>
        <w:p w:rsidR="0021408D" w:rsidRDefault="000750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1408D" w:rsidRDefault="0007503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1408D">
      <w:trPr>
        <w:trHeight w:val="283"/>
        <w:jc w:val="center"/>
      </w:trPr>
      <w:tc>
        <w:tcPr>
          <w:tcW w:w="2041" w:type="dxa"/>
          <w:vMerge/>
          <w:vAlign w:val="center"/>
        </w:tcPr>
        <w:p w:rsidR="0021408D" w:rsidRDefault="0021408D"/>
      </w:tc>
      <w:tc>
        <w:tcPr>
          <w:tcW w:w="5669" w:type="dxa"/>
          <w:vMerge w:val="restart"/>
          <w:shd w:val="clear" w:color="auto" w:fill="E7E6E6"/>
          <w:vAlign w:val="center"/>
        </w:tcPr>
        <w:p w:rsidR="0021408D" w:rsidRDefault="0007503F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الصرف الداخلي</w:t>
          </w:r>
        </w:p>
        <w:p w:rsidR="0021408D" w:rsidRDefault="0007503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Internal Drainage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1408D" w:rsidRDefault="000750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1408D" w:rsidRDefault="0007503F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1408D">
      <w:trPr>
        <w:trHeight w:val="283"/>
        <w:jc w:val="center"/>
      </w:trPr>
      <w:tc>
        <w:tcPr>
          <w:tcW w:w="2041" w:type="dxa"/>
          <w:vMerge/>
          <w:vAlign w:val="center"/>
        </w:tcPr>
        <w:p w:rsidR="0021408D" w:rsidRDefault="0021408D"/>
      </w:tc>
      <w:tc>
        <w:tcPr>
          <w:tcW w:w="5669" w:type="dxa"/>
          <w:vMerge/>
          <w:vAlign w:val="center"/>
        </w:tcPr>
        <w:p w:rsidR="0021408D" w:rsidRDefault="0021408D"/>
      </w:tc>
      <w:tc>
        <w:tcPr>
          <w:tcW w:w="1361" w:type="dxa"/>
          <w:shd w:val="clear" w:color="auto" w:fill="F2F2F2"/>
          <w:vAlign w:val="center"/>
        </w:tcPr>
        <w:p w:rsidR="0021408D" w:rsidRDefault="0007503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1408D" w:rsidRDefault="0007503F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1408D" w:rsidRDefault="0021408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1935482">
    <w:abstractNumId w:val="8"/>
  </w:num>
  <w:num w:numId="2" w16cid:durableId="402139021">
    <w:abstractNumId w:val="6"/>
  </w:num>
  <w:num w:numId="3" w16cid:durableId="461265489">
    <w:abstractNumId w:val="5"/>
  </w:num>
  <w:num w:numId="4" w16cid:durableId="1052653453">
    <w:abstractNumId w:val="4"/>
  </w:num>
  <w:num w:numId="5" w16cid:durableId="990794810">
    <w:abstractNumId w:val="7"/>
  </w:num>
  <w:num w:numId="6" w16cid:durableId="855388149">
    <w:abstractNumId w:val="3"/>
  </w:num>
  <w:num w:numId="7" w16cid:durableId="408697645">
    <w:abstractNumId w:val="2"/>
  </w:num>
  <w:num w:numId="8" w16cid:durableId="1924610070">
    <w:abstractNumId w:val="1"/>
  </w:num>
  <w:num w:numId="9" w16cid:durableId="144896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03F"/>
    <w:rsid w:val="0015074B"/>
    <w:rsid w:val="0021408D"/>
    <w:rsid w:val="0029639D"/>
    <w:rsid w:val="00326F90"/>
    <w:rsid w:val="005C0D99"/>
    <w:rsid w:val="00A66FF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AACA51E-4CE7-4688-86E6-E65C839A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ACE_QC-MEP-009_Internal_Drainage_20261009_v4.dotx</Template>
  <TotalTime>0</TotalTime>
  <Pages>1</Pages>
  <Words>482</Words>
  <Characters>2749</Characters>
  <Application>Microsoft Office Word</Application>
  <DocSecurity>0</DocSecurity>
  <Lines>22</Lines>
  <Paragraphs>6</Paragraphs>
  <ScaleCrop>false</ScaleCrop>
  <Manager>Ahmed Fathy</Manager>
  <Company>Arab Creators for Engineering Consultancy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ACE-QC-MEP-009 Internal Drainage Inspection</dc:title>
  <dc:subject>فحص واستلام الصرف الداخلي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