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F65D3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F65D3D" w:rsidRDefault="00AF17B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F65D3D" w:rsidRDefault="00F65D3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F65D3D" w:rsidRDefault="00AF17B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F65D3D" w:rsidRDefault="00F65D3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F65D3D" w:rsidRDefault="00AF17B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F65D3D" w:rsidRDefault="00F65D3D">
            <w:pPr>
              <w:bidi/>
              <w:spacing w:line="240" w:lineRule="auto"/>
            </w:pPr>
          </w:p>
        </w:tc>
      </w:tr>
      <w:tr w:rsidR="00F65D3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F65D3D" w:rsidRDefault="00AF17B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F65D3D" w:rsidRDefault="00F65D3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F65D3D" w:rsidRDefault="00AF17B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F65D3D" w:rsidRDefault="00F65D3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F65D3D" w:rsidRDefault="00AF17B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F65D3D" w:rsidRDefault="00F65D3D">
            <w:pPr>
              <w:bidi/>
              <w:spacing w:line="240" w:lineRule="auto"/>
            </w:pPr>
          </w:p>
        </w:tc>
      </w:tr>
      <w:tr w:rsidR="00F65D3D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F65D3D" w:rsidRDefault="00AF17B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F65D3D" w:rsidRDefault="00F65D3D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F65D3D" w:rsidRDefault="00AF17B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F65D3D" w:rsidRDefault="00AF17B1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F65D3D" w:rsidRDefault="00F65D3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F65D3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F65D3D" w:rsidRDefault="00AF17B1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F65D3D" w:rsidRDefault="00F65D3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F65D3D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F65D3D" w:rsidRDefault="00AF17B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F65D3D" w:rsidRDefault="00AF17B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F65D3D" w:rsidRDefault="00AF17B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F65D3D" w:rsidRDefault="00AF17B1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F65D3D" w:rsidRDefault="00AF17B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F65D3D" w:rsidRDefault="00AF17B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F65D3D" w:rsidRDefault="00AF17B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F65D3D" w:rsidRDefault="00AF17B1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F65D3D">
        <w:trPr>
          <w:cantSplit/>
          <w:jc w:val="center"/>
        </w:trPr>
        <w:tc>
          <w:tcPr>
            <w:tcW w:w="397" w:type="dxa"/>
            <w:vAlign w:val="center"/>
          </w:tcPr>
          <w:p w:rsidR="00F65D3D" w:rsidRDefault="00AF17B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F65D3D" w:rsidRDefault="00AF17B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</w:tr>
      <w:tr w:rsidR="00F65D3D">
        <w:trPr>
          <w:cantSplit/>
          <w:jc w:val="center"/>
        </w:trPr>
        <w:tc>
          <w:tcPr>
            <w:tcW w:w="397" w:type="dxa"/>
            <w:vAlign w:val="center"/>
          </w:tcPr>
          <w:p w:rsidR="00F65D3D" w:rsidRDefault="00AF17B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F65D3D" w:rsidRDefault="00AF17B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</w:tr>
      <w:tr w:rsidR="00F65D3D">
        <w:trPr>
          <w:cantSplit/>
          <w:jc w:val="center"/>
        </w:trPr>
        <w:tc>
          <w:tcPr>
            <w:tcW w:w="397" w:type="dxa"/>
            <w:vAlign w:val="center"/>
          </w:tcPr>
          <w:p w:rsidR="00F65D3D" w:rsidRDefault="00AF17B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F65D3D" w:rsidRDefault="00AF17B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</w:tr>
      <w:tr w:rsidR="00F65D3D">
        <w:trPr>
          <w:cantSplit/>
          <w:jc w:val="center"/>
        </w:trPr>
        <w:tc>
          <w:tcPr>
            <w:tcW w:w="397" w:type="dxa"/>
            <w:vAlign w:val="center"/>
          </w:tcPr>
          <w:p w:rsidR="00F65D3D" w:rsidRDefault="00AF17B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F65D3D" w:rsidRDefault="00AF17B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</w:tr>
      <w:tr w:rsidR="00F65D3D">
        <w:trPr>
          <w:cantSplit/>
          <w:jc w:val="center"/>
        </w:trPr>
        <w:tc>
          <w:tcPr>
            <w:tcW w:w="397" w:type="dxa"/>
            <w:vAlign w:val="center"/>
          </w:tcPr>
          <w:p w:rsidR="00F65D3D" w:rsidRDefault="00AF17B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F65D3D" w:rsidRDefault="00AF17B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</w:tr>
      <w:tr w:rsidR="00F65D3D">
        <w:trPr>
          <w:cantSplit/>
          <w:jc w:val="center"/>
        </w:trPr>
        <w:tc>
          <w:tcPr>
            <w:tcW w:w="397" w:type="dxa"/>
            <w:vAlign w:val="center"/>
          </w:tcPr>
          <w:p w:rsidR="00F65D3D" w:rsidRDefault="00AF17B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F65D3D" w:rsidRDefault="00AF17B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</w:tr>
      <w:tr w:rsidR="00F65D3D">
        <w:trPr>
          <w:cantSplit/>
          <w:jc w:val="center"/>
        </w:trPr>
        <w:tc>
          <w:tcPr>
            <w:tcW w:w="397" w:type="dxa"/>
            <w:vAlign w:val="center"/>
          </w:tcPr>
          <w:p w:rsidR="00F65D3D" w:rsidRDefault="00AF17B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F65D3D" w:rsidRDefault="00AF17B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</w:tr>
      <w:tr w:rsidR="00F65D3D">
        <w:trPr>
          <w:cantSplit/>
          <w:jc w:val="center"/>
        </w:trPr>
        <w:tc>
          <w:tcPr>
            <w:tcW w:w="397" w:type="dxa"/>
            <w:vAlign w:val="center"/>
          </w:tcPr>
          <w:p w:rsidR="00F65D3D" w:rsidRDefault="00AF17B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F65D3D" w:rsidRDefault="00AF17B1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</w:tr>
    </w:tbl>
    <w:p w:rsidR="00F65D3D" w:rsidRDefault="00F65D3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F65D3D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الصحي الخارجي (الواجهات الخارجية)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F65D3D" w:rsidRDefault="00AF17B1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External Plumbing (Facades) Checklist</w:t>
            </w:r>
          </w:p>
        </w:tc>
      </w:tr>
    </w:tbl>
    <w:p w:rsidR="00F65D3D" w:rsidRDefault="00F65D3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F65D3D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F65D3D" w:rsidRDefault="00AF17B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F65D3D" w:rsidRDefault="00AF17B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F65D3D" w:rsidRDefault="00AF17B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F65D3D" w:rsidRDefault="00AF17B1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F65D3D" w:rsidRDefault="00AF17B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F65D3D" w:rsidRDefault="00AF17B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F65D3D" w:rsidRDefault="00AF17B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F65D3D" w:rsidRDefault="00AF17B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F65D3D" w:rsidRDefault="00AF17B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F65D3D" w:rsidRDefault="00AF17B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F65D3D" w:rsidRDefault="00AF17B1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F65D3D" w:rsidRDefault="00AF17B1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F65D3D">
        <w:trPr>
          <w:cantSplit/>
          <w:jc w:val="center"/>
        </w:trPr>
        <w:tc>
          <w:tcPr>
            <w:tcW w:w="397" w:type="dxa"/>
            <w:vAlign w:val="center"/>
          </w:tcPr>
          <w:p w:rsidR="00F65D3D" w:rsidRDefault="00AF17B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رأسية أعمدة التغذية.</w:t>
            </w:r>
          </w:p>
        </w:tc>
        <w:tc>
          <w:tcPr>
            <w:tcW w:w="3402" w:type="dxa"/>
            <w:vAlign w:val="center"/>
          </w:tcPr>
          <w:p w:rsidR="00F65D3D" w:rsidRDefault="00AF17B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Supply risers are plumb.</w:t>
            </w:r>
          </w:p>
        </w:tc>
        <w:tc>
          <w:tcPr>
            <w:tcW w:w="595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</w:tr>
      <w:tr w:rsidR="00F65D3D">
        <w:trPr>
          <w:cantSplit/>
          <w:jc w:val="center"/>
        </w:trPr>
        <w:tc>
          <w:tcPr>
            <w:tcW w:w="397" w:type="dxa"/>
            <w:vAlign w:val="center"/>
          </w:tcPr>
          <w:p w:rsidR="00F65D3D" w:rsidRDefault="00AF17B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تركيب أربطة (أفايز) للمواسير مع الحوائط كل مسافة لا تزيد عن 2 متر مع تثبيتها جيدا في الحوائط.</w:t>
            </w:r>
          </w:p>
        </w:tc>
        <w:tc>
          <w:tcPr>
            <w:tcW w:w="3402" w:type="dxa"/>
            <w:vAlign w:val="center"/>
          </w:tcPr>
          <w:p w:rsidR="00F65D3D" w:rsidRDefault="00AF17B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Pipe clamps are fixed to walls at max 2 m spacing.</w:t>
            </w:r>
          </w:p>
        </w:tc>
        <w:tc>
          <w:tcPr>
            <w:tcW w:w="595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</w:tr>
      <w:tr w:rsidR="00F65D3D">
        <w:trPr>
          <w:cantSplit/>
          <w:jc w:val="center"/>
        </w:trPr>
        <w:tc>
          <w:tcPr>
            <w:tcW w:w="397" w:type="dxa"/>
            <w:vAlign w:val="center"/>
          </w:tcPr>
          <w:p w:rsidR="00F65D3D" w:rsidRDefault="00AF17B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وجود مسافة لا تقل عن 3 سم بين أعمدة الصرف أو التغذية والحوائط.</w:t>
            </w:r>
          </w:p>
        </w:tc>
        <w:tc>
          <w:tcPr>
            <w:tcW w:w="3402" w:type="dxa"/>
            <w:vAlign w:val="center"/>
          </w:tcPr>
          <w:p w:rsidR="00F65D3D" w:rsidRDefault="00AF17B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Clearance of at least 3 cm between drainage/supply risers and walls.</w:t>
            </w:r>
          </w:p>
        </w:tc>
        <w:tc>
          <w:tcPr>
            <w:tcW w:w="595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</w:tr>
      <w:tr w:rsidR="00F65D3D">
        <w:trPr>
          <w:cantSplit/>
          <w:jc w:val="center"/>
        </w:trPr>
        <w:tc>
          <w:tcPr>
            <w:tcW w:w="397" w:type="dxa"/>
            <w:vAlign w:val="center"/>
          </w:tcPr>
          <w:p w:rsidR="00F65D3D" w:rsidRDefault="00AF17B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وجود جلب ‏(Sleeves)‏ في أماكن دخول المواسير للمباني.</w:t>
            </w:r>
          </w:p>
        </w:tc>
        <w:tc>
          <w:tcPr>
            <w:tcW w:w="3402" w:type="dxa"/>
            <w:vAlign w:val="center"/>
          </w:tcPr>
          <w:p w:rsidR="00F65D3D" w:rsidRDefault="00AF17B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Sleeves are provided where pipes pass through walls.</w:t>
            </w:r>
          </w:p>
        </w:tc>
        <w:tc>
          <w:tcPr>
            <w:tcW w:w="595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</w:tr>
      <w:tr w:rsidR="00F65D3D">
        <w:trPr>
          <w:cantSplit/>
          <w:jc w:val="center"/>
        </w:trPr>
        <w:tc>
          <w:tcPr>
            <w:tcW w:w="397" w:type="dxa"/>
            <w:vAlign w:val="center"/>
          </w:tcPr>
          <w:p w:rsidR="00F65D3D" w:rsidRDefault="00AF17B1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اختبار الضغط للمواسير بالمياه (الكيس) تحت ضغط مرة ونصف من الضغط المطلوب ومدة من الوقت طبقا للكود.</w:t>
            </w:r>
          </w:p>
        </w:tc>
        <w:tc>
          <w:tcPr>
            <w:tcW w:w="3402" w:type="dxa"/>
            <w:vAlign w:val="center"/>
          </w:tcPr>
          <w:p w:rsidR="00F65D3D" w:rsidRDefault="00AF17B1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Hydrostatic pressure test at 1.5 times working pressure for the duration required by code.</w:t>
            </w:r>
          </w:p>
        </w:tc>
        <w:tc>
          <w:tcPr>
            <w:tcW w:w="595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F65D3D" w:rsidRDefault="00F65D3D">
            <w:pPr>
              <w:bidi/>
              <w:spacing w:line="240" w:lineRule="auto"/>
              <w:jc w:val="center"/>
            </w:pPr>
          </w:p>
        </w:tc>
      </w:tr>
    </w:tbl>
    <w:p w:rsidR="00F65D3D" w:rsidRDefault="00F65D3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F65D3D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F65D3D" w:rsidRDefault="00AF17B1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للتركيبات الصحية، مواصفات المشروع،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F65D3D" w:rsidRDefault="00AF17B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plumbing installations, project specifications; Saudi Building Code SBC 401, SBC 501, SBC 701, SBC 801</w:t>
            </w:r>
          </w:p>
        </w:tc>
      </w:tr>
      <w:tr w:rsidR="00F65D3D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F65D3D" w:rsidRDefault="00AF17B1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المواد ☐ سجل اختبار الضغط ☐ الرفع المساحي للمناسيب</w:t>
            </w:r>
          </w:p>
        </w:tc>
        <w:tc>
          <w:tcPr>
            <w:tcW w:w="4309" w:type="dxa"/>
            <w:vAlign w:val="center"/>
          </w:tcPr>
          <w:p w:rsidR="00F65D3D" w:rsidRDefault="00AF17B1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  ☐ Pressure test record   ☐ Levels survey</w:t>
            </w:r>
          </w:p>
        </w:tc>
      </w:tr>
    </w:tbl>
    <w:p w:rsidR="00F65D3D" w:rsidRDefault="00F65D3D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F65D3D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65D3D" w:rsidRDefault="00AF17B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F65D3D" w:rsidRDefault="00AF17B1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F65D3D" w:rsidRDefault="00F65D3D">
            <w:pPr>
              <w:keepNext/>
              <w:bidi/>
              <w:spacing w:line="240" w:lineRule="auto"/>
            </w:pPr>
          </w:p>
        </w:tc>
      </w:tr>
    </w:tbl>
    <w:p w:rsidR="00F65D3D" w:rsidRDefault="00F65D3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F65D3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65D3D" w:rsidRDefault="00AF17B1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F65D3D" w:rsidRDefault="00AF17B1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F65D3D" w:rsidRDefault="00AF17B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F65D3D" w:rsidRDefault="00AF17B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F65D3D" w:rsidRDefault="00AF17B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F65D3D" w:rsidRDefault="00AF17B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F65D3D" w:rsidRDefault="00AF17B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F65D3D" w:rsidRDefault="00AF17B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F65D3D" w:rsidRDefault="00AF17B1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F65D3D" w:rsidRDefault="00AF17B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F65D3D" w:rsidRDefault="00F65D3D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F65D3D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65D3D" w:rsidRDefault="00AF17B1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F65D3D" w:rsidRDefault="00AF17B1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F65D3D" w:rsidRDefault="00AF17B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F65D3D" w:rsidRDefault="00AF17B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F65D3D" w:rsidRDefault="00AF17B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F65D3D" w:rsidRDefault="00AF17B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F65D3D" w:rsidRDefault="00AF17B1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F65D3D" w:rsidRDefault="00AF17B1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F65D3D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F65D3D" w:rsidRDefault="00AF17B1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F65D3D" w:rsidRDefault="00AF17B1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F65D3D" w:rsidRDefault="00AF17B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F65D3D" w:rsidRDefault="00AF17B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F65D3D" w:rsidRDefault="00AF17B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F65D3D" w:rsidRDefault="00AF17B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F65D3D" w:rsidRDefault="00AF17B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F65D3D" w:rsidRDefault="00AF17B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F65D3D" w:rsidRDefault="00AF17B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F65D3D" w:rsidRDefault="00AF17B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F65D3D" w:rsidRDefault="00AF17B1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F65D3D" w:rsidRDefault="00F65D3D">
      <w:pPr>
        <w:spacing w:line="20" w:lineRule="exact"/>
      </w:pPr>
    </w:p>
    <w:sectPr w:rsidR="00F65D3D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F17B1" w:rsidRDefault="00AF17B1">
      <w:pPr>
        <w:spacing w:line="240" w:lineRule="auto"/>
      </w:pPr>
      <w:r>
        <w:separator/>
      </w:r>
    </w:p>
  </w:endnote>
  <w:endnote w:type="continuationSeparator" w:id="0">
    <w:p w:rsidR="00AF17B1" w:rsidRDefault="00AF17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F65D3D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F65D3D" w:rsidRDefault="00AF17B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F65D3D" w:rsidRDefault="00AF17B1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ACE-QC-MEP-005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F17B1" w:rsidRDefault="00AF17B1">
      <w:pPr>
        <w:spacing w:line="240" w:lineRule="auto"/>
      </w:pPr>
      <w:r>
        <w:separator/>
      </w:r>
    </w:p>
  </w:footnote>
  <w:footnote w:type="continuationSeparator" w:id="0">
    <w:p w:rsidR="00AF17B1" w:rsidRDefault="00AF17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F65D3D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F65D3D" w:rsidRDefault="00AF17B1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F65D3D" w:rsidRDefault="00AF17B1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F65D3D" w:rsidRDefault="00AF17B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F65D3D" w:rsidRDefault="00AF17B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F65D3D" w:rsidRDefault="00AF17B1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ACE-QC-MEP-005</w:t>
          </w:r>
        </w:p>
      </w:tc>
    </w:tr>
    <w:tr w:rsidR="00F65D3D">
      <w:trPr>
        <w:trHeight w:val="283"/>
        <w:jc w:val="center"/>
      </w:trPr>
      <w:tc>
        <w:tcPr>
          <w:tcW w:w="2041" w:type="dxa"/>
          <w:vMerge/>
          <w:vAlign w:val="center"/>
        </w:tcPr>
        <w:p w:rsidR="00F65D3D" w:rsidRDefault="00F65D3D"/>
      </w:tc>
      <w:tc>
        <w:tcPr>
          <w:tcW w:w="5669" w:type="dxa"/>
          <w:vMerge/>
          <w:vAlign w:val="center"/>
        </w:tcPr>
        <w:p w:rsidR="00F65D3D" w:rsidRDefault="00F65D3D"/>
      </w:tc>
      <w:tc>
        <w:tcPr>
          <w:tcW w:w="1361" w:type="dxa"/>
          <w:shd w:val="clear" w:color="auto" w:fill="F2F2F2"/>
          <w:vAlign w:val="center"/>
        </w:tcPr>
        <w:p w:rsidR="00F65D3D" w:rsidRDefault="00AF17B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F65D3D" w:rsidRDefault="00AF17B1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F65D3D">
      <w:trPr>
        <w:trHeight w:val="283"/>
        <w:jc w:val="center"/>
      </w:trPr>
      <w:tc>
        <w:tcPr>
          <w:tcW w:w="2041" w:type="dxa"/>
          <w:vMerge/>
          <w:vAlign w:val="center"/>
        </w:tcPr>
        <w:p w:rsidR="00F65D3D" w:rsidRDefault="00F65D3D"/>
      </w:tc>
      <w:tc>
        <w:tcPr>
          <w:tcW w:w="5669" w:type="dxa"/>
          <w:vMerge w:val="restart"/>
          <w:shd w:val="clear" w:color="auto" w:fill="E7E6E6"/>
          <w:vAlign w:val="center"/>
        </w:tcPr>
        <w:p w:rsidR="00F65D3D" w:rsidRDefault="00AF17B1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الأعمال الصحية الخارجية (الواجهات)</w:t>
          </w:r>
        </w:p>
        <w:p w:rsidR="00F65D3D" w:rsidRDefault="00AF17B1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External Plumbing (Facades)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F65D3D" w:rsidRDefault="00AF17B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F65D3D" w:rsidRDefault="00AF17B1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F65D3D">
      <w:trPr>
        <w:trHeight w:val="283"/>
        <w:jc w:val="center"/>
      </w:trPr>
      <w:tc>
        <w:tcPr>
          <w:tcW w:w="2041" w:type="dxa"/>
          <w:vMerge/>
          <w:vAlign w:val="center"/>
        </w:tcPr>
        <w:p w:rsidR="00F65D3D" w:rsidRDefault="00F65D3D"/>
      </w:tc>
      <w:tc>
        <w:tcPr>
          <w:tcW w:w="5669" w:type="dxa"/>
          <w:vMerge/>
          <w:vAlign w:val="center"/>
        </w:tcPr>
        <w:p w:rsidR="00F65D3D" w:rsidRDefault="00F65D3D"/>
      </w:tc>
      <w:tc>
        <w:tcPr>
          <w:tcW w:w="1361" w:type="dxa"/>
          <w:shd w:val="clear" w:color="auto" w:fill="F2F2F2"/>
          <w:vAlign w:val="center"/>
        </w:tcPr>
        <w:p w:rsidR="00F65D3D" w:rsidRDefault="00AF17B1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F65D3D" w:rsidRDefault="00AF17B1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F65D3D" w:rsidRDefault="00F65D3D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346700">
    <w:abstractNumId w:val="8"/>
  </w:num>
  <w:num w:numId="2" w16cid:durableId="717825194">
    <w:abstractNumId w:val="6"/>
  </w:num>
  <w:num w:numId="3" w16cid:durableId="109126135">
    <w:abstractNumId w:val="5"/>
  </w:num>
  <w:num w:numId="4" w16cid:durableId="1421295334">
    <w:abstractNumId w:val="4"/>
  </w:num>
  <w:num w:numId="5" w16cid:durableId="597367008">
    <w:abstractNumId w:val="7"/>
  </w:num>
  <w:num w:numId="6" w16cid:durableId="471287908">
    <w:abstractNumId w:val="3"/>
  </w:num>
  <w:num w:numId="7" w16cid:durableId="855310697">
    <w:abstractNumId w:val="2"/>
  </w:num>
  <w:num w:numId="8" w16cid:durableId="680157895">
    <w:abstractNumId w:val="1"/>
  </w:num>
  <w:num w:numId="9" w16cid:durableId="1601790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8116BA"/>
    <w:rsid w:val="00AA1D8D"/>
    <w:rsid w:val="00AF17B1"/>
    <w:rsid w:val="00B47730"/>
    <w:rsid w:val="00CB0664"/>
    <w:rsid w:val="00F65D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C0930420-44EE-4C7A-AEAE-F71BD6C82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ACE_QC-MEP-005_External_Plumbing_Facades_20261009_v4.dotx</Template>
  <TotalTime>0</TotalTime>
  <Pages>1</Pages>
  <Words>480</Words>
  <Characters>2739</Characters>
  <Application>Microsoft Office Word</Application>
  <DocSecurity>0</DocSecurity>
  <Lines>22</Lines>
  <Paragraphs>6</Paragraphs>
  <ScaleCrop>false</ScaleCrop>
  <Manager>Ahmed Fathy</Manager>
  <Company>Arab Creators for Engineering Consultancy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ACE-QC-MEP-005 External Plumbing (Facades) Inspection</dc:title>
  <dc:subject>فحص واستلام الأعمال الصحية الخارجية (الواجهات)</dc:subject>
  <dc:creator>Ahmed Fathy</dc:creator>
  <cp:keywords>QC; ITP; Inspection</cp:keywords>
  <dc:description/>
  <cp:lastModifiedBy>Ahmed Fathy</cp:lastModifiedBy>
  <cp:revision>2</cp:revision>
  <dcterms:created xsi:type="dcterms:W3CDTF">2026-11-03T20:16:00Z</dcterms:created>
  <dcterms:modified xsi:type="dcterms:W3CDTF">2026-11-03T20:16:00Z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