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FF221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FF2213" w:rsidRDefault="0073040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FF2213" w:rsidRDefault="00FF221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FF2213" w:rsidRDefault="0073040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FF2213" w:rsidRDefault="00FF221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FF2213" w:rsidRDefault="0073040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FF2213" w:rsidRDefault="00FF2213">
            <w:pPr>
              <w:bidi/>
              <w:spacing w:line="240" w:lineRule="auto"/>
            </w:pPr>
          </w:p>
        </w:tc>
      </w:tr>
      <w:tr w:rsidR="00FF221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FF2213" w:rsidRDefault="0073040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FF2213" w:rsidRDefault="00FF221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FF2213" w:rsidRDefault="0073040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FF2213" w:rsidRDefault="00FF221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المرجع</w:t>
            </w:r>
          </w:p>
          <w:p w:rsidR="00FF2213" w:rsidRDefault="0073040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Ref. Doc No.</w:t>
            </w:r>
          </w:p>
        </w:tc>
        <w:tc>
          <w:tcPr>
            <w:tcW w:w="1831" w:type="dxa"/>
            <w:vAlign w:val="center"/>
          </w:tcPr>
          <w:p w:rsidR="00FF2213" w:rsidRDefault="00FF2213">
            <w:pPr>
              <w:bidi/>
              <w:spacing w:line="240" w:lineRule="auto"/>
            </w:pPr>
          </w:p>
        </w:tc>
      </w:tr>
    </w:tbl>
    <w:p w:rsidR="00FF2213" w:rsidRDefault="00FF221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F221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المراجعة: قبول نتائج اختبارات مواد الردم والدمك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F2213" w:rsidRDefault="0073040A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FF2213" w:rsidRDefault="00FF221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FF2213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F2213" w:rsidRDefault="0073040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FF2213" w:rsidRDefault="0073040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FF2213" w:rsidRDefault="0073040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FF2213" w:rsidRDefault="0073040A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FF2213" w:rsidRDefault="0073040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FF2213" w:rsidRDefault="0073040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FF2213" w:rsidRDefault="0073040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FF2213" w:rsidRDefault="0073040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FF2213" w:rsidRDefault="0073040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FF2213" w:rsidRDefault="0073040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FF2213">
        <w:trPr>
          <w:cantSplit/>
          <w:jc w:val="center"/>
        </w:trPr>
        <w:tc>
          <w:tcPr>
            <w:tcW w:w="397" w:type="dxa"/>
            <w:vAlign w:val="center"/>
          </w:tcPr>
          <w:p w:rsidR="00FF2213" w:rsidRDefault="0073040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مصدر مادة الردم معتمد وأخذت العينات بحضور الإشراف.</w:t>
            </w:r>
          </w:p>
        </w:tc>
        <w:tc>
          <w:tcPr>
            <w:tcW w:w="3742" w:type="dxa"/>
            <w:vAlign w:val="center"/>
          </w:tcPr>
          <w:p w:rsidR="00FF2213" w:rsidRDefault="0073040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Backfill source is approved; samples taken in the presence of supervision.</w:t>
            </w:r>
          </w:p>
        </w:tc>
        <w:tc>
          <w:tcPr>
            <w:tcW w:w="567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</w:tr>
      <w:tr w:rsidR="00FF2213">
        <w:trPr>
          <w:cantSplit/>
          <w:jc w:val="center"/>
        </w:trPr>
        <w:tc>
          <w:tcPr>
            <w:tcW w:w="397" w:type="dxa"/>
            <w:vAlign w:val="center"/>
          </w:tcPr>
          <w:p w:rsidR="00FF2213" w:rsidRDefault="0073040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التدرج الحبيبي وحدود السيولة واللدونة مطابقة للمواصفات.</w:t>
            </w:r>
          </w:p>
        </w:tc>
        <w:tc>
          <w:tcPr>
            <w:tcW w:w="3742" w:type="dxa"/>
            <w:vAlign w:val="center"/>
          </w:tcPr>
          <w:p w:rsidR="00FF2213" w:rsidRDefault="0073040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Grading and Atterberg limits comply with specifications.</w:t>
            </w:r>
          </w:p>
        </w:tc>
        <w:tc>
          <w:tcPr>
            <w:tcW w:w="567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</w:tr>
      <w:tr w:rsidR="00FF2213">
        <w:trPr>
          <w:cantSplit/>
          <w:jc w:val="center"/>
        </w:trPr>
        <w:tc>
          <w:tcPr>
            <w:tcW w:w="397" w:type="dxa"/>
            <w:vAlign w:val="center"/>
          </w:tcPr>
          <w:p w:rsidR="00FF2213" w:rsidRDefault="0073040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نسبة الأملاح والكبريتات والمواد العضوية في الحدود المسموحة.</w:t>
            </w:r>
          </w:p>
        </w:tc>
        <w:tc>
          <w:tcPr>
            <w:tcW w:w="3742" w:type="dxa"/>
            <w:vAlign w:val="center"/>
          </w:tcPr>
          <w:p w:rsidR="00FF2213" w:rsidRDefault="0073040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Salts, sulphates and organic content are within limits.</w:t>
            </w:r>
          </w:p>
        </w:tc>
        <w:tc>
          <w:tcPr>
            <w:tcW w:w="567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</w:tr>
      <w:tr w:rsidR="00FF2213">
        <w:trPr>
          <w:cantSplit/>
          <w:jc w:val="center"/>
        </w:trPr>
        <w:tc>
          <w:tcPr>
            <w:tcW w:w="397" w:type="dxa"/>
            <w:vAlign w:val="center"/>
          </w:tcPr>
          <w:p w:rsidR="00FF2213" w:rsidRDefault="0073040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بروكتور المعدل وتحديد الكثافة الجافة القصوى والرطوبة المثلى.</w:t>
            </w:r>
          </w:p>
        </w:tc>
        <w:tc>
          <w:tcPr>
            <w:tcW w:w="3742" w:type="dxa"/>
            <w:vAlign w:val="center"/>
          </w:tcPr>
          <w:p w:rsidR="00FF2213" w:rsidRDefault="0073040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Modified Proctor test gives maximum dry density and optimum moisture.</w:t>
            </w:r>
          </w:p>
        </w:tc>
        <w:tc>
          <w:tcPr>
            <w:tcW w:w="567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</w:tr>
      <w:tr w:rsidR="00FF2213">
        <w:trPr>
          <w:cantSplit/>
          <w:jc w:val="center"/>
        </w:trPr>
        <w:tc>
          <w:tcPr>
            <w:tcW w:w="397" w:type="dxa"/>
            <w:vAlign w:val="center"/>
          </w:tcPr>
          <w:p w:rsidR="00FF2213" w:rsidRDefault="0073040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نسبة التحمل CBR عند طلبه.</w:t>
            </w:r>
          </w:p>
        </w:tc>
        <w:tc>
          <w:tcPr>
            <w:tcW w:w="3742" w:type="dxa"/>
            <w:vAlign w:val="center"/>
          </w:tcPr>
          <w:p w:rsidR="00FF2213" w:rsidRDefault="0073040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CBR test where required.</w:t>
            </w:r>
          </w:p>
        </w:tc>
        <w:tc>
          <w:tcPr>
            <w:tcW w:w="567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</w:tr>
      <w:tr w:rsidR="00FF2213">
        <w:trPr>
          <w:cantSplit/>
          <w:jc w:val="center"/>
        </w:trPr>
        <w:tc>
          <w:tcPr>
            <w:tcW w:w="397" w:type="dxa"/>
            <w:vAlign w:val="center"/>
          </w:tcPr>
          <w:p w:rsidR="00FF2213" w:rsidRDefault="0073040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عدد اختبارات الكثافة الحقلية لكل طبقة حسب المواصفات.</w:t>
            </w:r>
          </w:p>
        </w:tc>
        <w:tc>
          <w:tcPr>
            <w:tcW w:w="3742" w:type="dxa"/>
            <w:vAlign w:val="center"/>
          </w:tcPr>
          <w:p w:rsidR="00FF2213" w:rsidRDefault="0073040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Number of field density tests per layer complies with specifications.</w:t>
            </w:r>
          </w:p>
        </w:tc>
        <w:tc>
          <w:tcPr>
            <w:tcW w:w="567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</w:tr>
      <w:tr w:rsidR="00FF2213">
        <w:trPr>
          <w:cantSplit/>
          <w:jc w:val="center"/>
        </w:trPr>
        <w:tc>
          <w:tcPr>
            <w:tcW w:w="397" w:type="dxa"/>
            <w:vAlign w:val="center"/>
          </w:tcPr>
          <w:p w:rsidR="00FF2213" w:rsidRDefault="0073040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نسبة الدمك لا تقل عن المطلوب (95% غالبا) في جميع النقاط.</w:t>
            </w:r>
          </w:p>
        </w:tc>
        <w:tc>
          <w:tcPr>
            <w:tcW w:w="3742" w:type="dxa"/>
            <w:vAlign w:val="center"/>
          </w:tcPr>
          <w:p w:rsidR="00FF2213" w:rsidRDefault="0073040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Compaction is not less than required (typically 95%) at all points.</w:t>
            </w:r>
          </w:p>
        </w:tc>
        <w:tc>
          <w:tcPr>
            <w:tcW w:w="567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</w:tr>
      <w:tr w:rsidR="00FF2213">
        <w:trPr>
          <w:cantSplit/>
          <w:jc w:val="center"/>
        </w:trPr>
        <w:tc>
          <w:tcPr>
            <w:tcW w:w="397" w:type="dxa"/>
            <w:vAlign w:val="center"/>
          </w:tcPr>
          <w:p w:rsidR="00FF2213" w:rsidRDefault="0073040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4309" w:type="dxa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المعمل معتمد وشهادات المعايرة سارية.</w:t>
            </w:r>
          </w:p>
        </w:tc>
        <w:tc>
          <w:tcPr>
            <w:tcW w:w="3742" w:type="dxa"/>
            <w:vAlign w:val="center"/>
          </w:tcPr>
          <w:p w:rsidR="00FF2213" w:rsidRDefault="0073040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Laboratory is approved and calibration certificates are valid.</w:t>
            </w:r>
          </w:p>
        </w:tc>
        <w:tc>
          <w:tcPr>
            <w:tcW w:w="567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FF2213" w:rsidRDefault="00FF2213">
            <w:pPr>
              <w:bidi/>
              <w:spacing w:line="240" w:lineRule="auto"/>
              <w:jc w:val="center"/>
            </w:pPr>
          </w:p>
        </w:tc>
      </w:tr>
    </w:tbl>
    <w:p w:rsidR="00FF2213" w:rsidRDefault="00FF221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FF2213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FF2213" w:rsidRDefault="0073040A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202، ASTM D1557 / D1556، تقرير التربة ومواصفات المشروع، كود البناء السعودي SBC 201</w:t>
            </w:r>
          </w:p>
        </w:tc>
        <w:tc>
          <w:tcPr>
            <w:tcW w:w="4309" w:type="dxa"/>
            <w:vAlign w:val="center"/>
          </w:tcPr>
          <w:p w:rsidR="00FF2213" w:rsidRDefault="0073040A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202, ASTM D1557 / D1556, soil report and project specifications; Saudi Building Code SBC 201</w:t>
            </w:r>
          </w:p>
        </w:tc>
      </w:tr>
      <w:tr w:rsidR="00FF2213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FF2213" w:rsidRDefault="0073040A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تقرير التربة ☐ نتائج الكثافة الحقلية ☐ الرفع المساحي</w:t>
            </w:r>
          </w:p>
        </w:tc>
        <w:tc>
          <w:tcPr>
            <w:tcW w:w="4309" w:type="dxa"/>
            <w:vAlign w:val="center"/>
          </w:tcPr>
          <w:p w:rsidR="00FF2213" w:rsidRDefault="0073040A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Soil report   ☐ Field density results   ☐ Survey records</w:t>
            </w:r>
          </w:p>
        </w:tc>
      </w:tr>
    </w:tbl>
    <w:p w:rsidR="00FF2213" w:rsidRDefault="00FF221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FF2213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F2213" w:rsidRDefault="0073040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FF2213" w:rsidRDefault="0073040A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FF2213" w:rsidRDefault="00FF2213">
            <w:pPr>
              <w:keepNext/>
              <w:bidi/>
              <w:spacing w:line="240" w:lineRule="auto"/>
            </w:pPr>
          </w:p>
        </w:tc>
      </w:tr>
    </w:tbl>
    <w:p w:rsidR="00FF2213" w:rsidRDefault="00FF221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FF221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F2213" w:rsidRDefault="0073040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FF2213" w:rsidRDefault="0073040A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FF2213" w:rsidRDefault="0073040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FF2213" w:rsidRDefault="0073040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FF2213" w:rsidRDefault="0073040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FF2213" w:rsidRDefault="0073040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FF2213" w:rsidRDefault="0073040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FF2213" w:rsidRDefault="0073040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FF2213" w:rsidRDefault="0073040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FF2213" w:rsidRDefault="0073040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FF2213" w:rsidRDefault="00FF221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FF221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F2213" w:rsidRDefault="0073040A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FF2213" w:rsidRDefault="0073040A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F2213" w:rsidRDefault="0073040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FF2213" w:rsidRDefault="0073040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F2213" w:rsidRDefault="0073040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FF2213" w:rsidRDefault="0073040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F2213" w:rsidRDefault="0073040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FF2213" w:rsidRDefault="0073040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FF2213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F2213" w:rsidRDefault="0073040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FF2213" w:rsidRDefault="0073040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FF2213" w:rsidRDefault="0073040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F2213" w:rsidRDefault="0073040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F2213" w:rsidRDefault="0073040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FF2213" w:rsidRDefault="0073040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F2213" w:rsidRDefault="0073040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F2213" w:rsidRDefault="0073040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FF2213" w:rsidRDefault="0073040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F2213" w:rsidRDefault="0073040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F2213" w:rsidRDefault="0073040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FF2213" w:rsidRDefault="00FF2213">
      <w:pPr>
        <w:spacing w:line="20" w:lineRule="exact"/>
      </w:pPr>
    </w:p>
    <w:sectPr w:rsidR="00FF2213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3040A" w:rsidRDefault="0073040A">
      <w:pPr>
        <w:spacing w:line="240" w:lineRule="auto"/>
      </w:pPr>
      <w:r>
        <w:separator/>
      </w:r>
    </w:p>
  </w:endnote>
  <w:endnote w:type="continuationSeparator" w:id="0">
    <w:p w:rsidR="0073040A" w:rsidRDefault="007304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FF2213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FF2213" w:rsidRDefault="0073040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FF2213" w:rsidRDefault="0073040A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ACE-QC-GEN-010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3040A" w:rsidRDefault="0073040A">
      <w:pPr>
        <w:spacing w:line="240" w:lineRule="auto"/>
      </w:pPr>
      <w:r>
        <w:separator/>
      </w:r>
    </w:p>
  </w:footnote>
  <w:footnote w:type="continuationSeparator" w:id="0">
    <w:p w:rsidR="0073040A" w:rsidRDefault="007304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FF2213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FF2213" w:rsidRDefault="0073040A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FF2213" w:rsidRDefault="0073040A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FF2213" w:rsidRDefault="0073040A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FF2213" w:rsidRDefault="0073040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FF2213" w:rsidRDefault="0073040A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ACE-QC-GEN-010</w:t>
          </w:r>
        </w:p>
      </w:tc>
    </w:tr>
    <w:tr w:rsidR="00FF2213">
      <w:trPr>
        <w:trHeight w:val="283"/>
        <w:jc w:val="center"/>
      </w:trPr>
      <w:tc>
        <w:tcPr>
          <w:tcW w:w="2041" w:type="dxa"/>
          <w:vMerge/>
          <w:vAlign w:val="center"/>
        </w:tcPr>
        <w:p w:rsidR="00FF2213" w:rsidRDefault="00FF2213"/>
      </w:tc>
      <w:tc>
        <w:tcPr>
          <w:tcW w:w="5669" w:type="dxa"/>
          <w:vMerge/>
          <w:vAlign w:val="center"/>
        </w:tcPr>
        <w:p w:rsidR="00FF2213" w:rsidRDefault="00FF2213"/>
      </w:tc>
      <w:tc>
        <w:tcPr>
          <w:tcW w:w="1361" w:type="dxa"/>
          <w:shd w:val="clear" w:color="auto" w:fill="F2F2F2"/>
          <w:vAlign w:val="center"/>
        </w:tcPr>
        <w:p w:rsidR="00FF2213" w:rsidRDefault="0073040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FF2213" w:rsidRDefault="0073040A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FF2213">
      <w:trPr>
        <w:trHeight w:val="283"/>
        <w:jc w:val="center"/>
      </w:trPr>
      <w:tc>
        <w:tcPr>
          <w:tcW w:w="2041" w:type="dxa"/>
          <w:vMerge/>
          <w:vAlign w:val="center"/>
        </w:tcPr>
        <w:p w:rsidR="00FF2213" w:rsidRDefault="00FF2213"/>
      </w:tc>
      <w:tc>
        <w:tcPr>
          <w:tcW w:w="5669" w:type="dxa"/>
          <w:vMerge w:val="restart"/>
          <w:shd w:val="clear" w:color="auto" w:fill="E7E6E6"/>
          <w:vAlign w:val="center"/>
        </w:tcPr>
        <w:p w:rsidR="00FF2213" w:rsidRDefault="0073040A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قبول نتائج اختبارات مواد الردم والدمك</w:t>
          </w:r>
        </w:p>
        <w:p w:rsidR="00FF2213" w:rsidRDefault="0073040A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Backfill Material and Compaction Tests Acceptance</w:t>
          </w:r>
        </w:p>
      </w:tc>
      <w:tc>
        <w:tcPr>
          <w:tcW w:w="1361" w:type="dxa"/>
          <w:shd w:val="clear" w:color="auto" w:fill="F2F2F2"/>
          <w:vAlign w:val="center"/>
        </w:tcPr>
        <w:p w:rsidR="00FF2213" w:rsidRDefault="0073040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FF2213" w:rsidRDefault="0073040A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FF2213">
      <w:trPr>
        <w:trHeight w:val="283"/>
        <w:jc w:val="center"/>
      </w:trPr>
      <w:tc>
        <w:tcPr>
          <w:tcW w:w="2041" w:type="dxa"/>
          <w:vMerge/>
          <w:vAlign w:val="center"/>
        </w:tcPr>
        <w:p w:rsidR="00FF2213" w:rsidRDefault="00FF2213"/>
      </w:tc>
      <w:tc>
        <w:tcPr>
          <w:tcW w:w="5669" w:type="dxa"/>
          <w:vMerge/>
          <w:vAlign w:val="center"/>
        </w:tcPr>
        <w:p w:rsidR="00FF2213" w:rsidRDefault="00FF2213"/>
      </w:tc>
      <w:tc>
        <w:tcPr>
          <w:tcW w:w="1361" w:type="dxa"/>
          <w:shd w:val="clear" w:color="auto" w:fill="F2F2F2"/>
          <w:vAlign w:val="center"/>
        </w:tcPr>
        <w:p w:rsidR="00FF2213" w:rsidRDefault="0073040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FF2213" w:rsidRDefault="0073040A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FF2213" w:rsidRDefault="00FF2213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0109512">
    <w:abstractNumId w:val="8"/>
  </w:num>
  <w:num w:numId="2" w16cid:durableId="658071923">
    <w:abstractNumId w:val="6"/>
  </w:num>
  <w:num w:numId="3" w16cid:durableId="1117718392">
    <w:abstractNumId w:val="5"/>
  </w:num>
  <w:num w:numId="4" w16cid:durableId="1457333592">
    <w:abstractNumId w:val="4"/>
  </w:num>
  <w:num w:numId="5" w16cid:durableId="1476294095">
    <w:abstractNumId w:val="7"/>
  </w:num>
  <w:num w:numId="6" w16cid:durableId="1106073242">
    <w:abstractNumId w:val="3"/>
  </w:num>
  <w:num w:numId="7" w16cid:durableId="1347439403">
    <w:abstractNumId w:val="2"/>
  </w:num>
  <w:num w:numId="8" w16cid:durableId="589119753">
    <w:abstractNumId w:val="1"/>
  </w:num>
  <w:num w:numId="9" w16cid:durableId="604846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73040A"/>
    <w:rsid w:val="00AA1D8D"/>
    <w:rsid w:val="00B47730"/>
    <w:rsid w:val="00BD634C"/>
    <w:rsid w:val="00CB0664"/>
    <w:rsid w:val="00FC693F"/>
    <w:rsid w:val="00FF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81E1400-04DF-4AB8-9D2E-E6E200BD1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ACE_QC-GEN-010_Backfill_Tests_Acceptance_20261009_v4.dotx</Template>
  <TotalTime>0</TotalTime>
  <Pages>1</Pages>
  <Words>317</Words>
  <Characters>1810</Characters>
  <Application>Microsoft Office Word</Application>
  <DocSecurity>0</DocSecurity>
  <Lines>15</Lines>
  <Paragraphs>4</Paragraphs>
  <ScaleCrop>false</ScaleCrop>
  <Manager>Ahmed Fathy</Manager>
  <Company>Arab Creators for Engineering Consultancy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ACE-QC-GEN-010 Backfill Material and Compaction Tests Acceptance</dc:title>
  <dc:subject>قبول نتائج اختبارات مواد الردم والدمك</dc:subject>
  <dc:creator>Ahmed Fathy</dc:creator>
  <cp:keywords>QC; ITP; Inspection</cp:keywords>
  <dc:description/>
  <cp:lastModifiedBy>Ahmed Fathy</cp:lastModifiedBy>
  <cp:revision>2</cp:revision>
  <dcterms:created xsi:type="dcterms:W3CDTF">2026-11-03T20:16:00Z</dcterms:created>
  <dcterms:modified xsi:type="dcterms:W3CDTF">2026-11-03T20:16:00Z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