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10427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645"/>
        <w:gridCol w:w="1832"/>
        <w:gridCol w:w="1644"/>
        <w:gridCol w:w="1831"/>
        <w:gridCol w:w="1644"/>
        <w:gridCol w:w="1831"/>
      </w:tblGrid>
      <w:tr w:rsidR="00DD7446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DD7446" w:rsidRDefault="002C2A72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الإرسال</w:t>
            </w:r>
          </w:p>
          <w:p w:rsidR="00DD7446" w:rsidRDefault="002C2A72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Submittal No.</w:t>
            </w:r>
          </w:p>
        </w:tc>
        <w:tc>
          <w:tcPr>
            <w:tcW w:w="1831" w:type="dxa"/>
            <w:vAlign w:val="center"/>
          </w:tcPr>
          <w:p w:rsidR="00DD7446" w:rsidRDefault="00DD7446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DD7446" w:rsidRDefault="002C2A72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العقد</w:t>
            </w:r>
          </w:p>
          <w:p w:rsidR="00DD7446" w:rsidRDefault="002C2A72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 No.</w:t>
            </w:r>
          </w:p>
        </w:tc>
        <w:tc>
          <w:tcPr>
            <w:tcW w:w="1831" w:type="dxa"/>
            <w:vAlign w:val="center"/>
          </w:tcPr>
          <w:p w:rsidR="00DD7446" w:rsidRDefault="00DD7446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DD7446" w:rsidRDefault="002C2A72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المقاول</w:t>
            </w:r>
          </w:p>
          <w:p w:rsidR="00DD7446" w:rsidRDefault="002C2A72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Contractor</w:t>
            </w:r>
          </w:p>
        </w:tc>
        <w:tc>
          <w:tcPr>
            <w:tcW w:w="1831" w:type="dxa"/>
            <w:vAlign w:val="center"/>
          </w:tcPr>
          <w:p w:rsidR="00DD7446" w:rsidRDefault="00DD7446">
            <w:pPr>
              <w:bidi/>
              <w:spacing w:line="240" w:lineRule="auto"/>
            </w:pPr>
          </w:p>
        </w:tc>
      </w:tr>
      <w:tr w:rsidR="00DD7446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DD7446" w:rsidRDefault="002C2A72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المنطقة / الموقع</w:t>
            </w:r>
          </w:p>
          <w:p w:rsidR="00DD7446" w:rsidRDefault="002C2A72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Area / Location</w:t>
            </w:r>
          </w:p>
        </w:tc>
        <w:tc>
          <w:tcPr>
            <w:tcW w:w="1831" w:type="dxa"/>
            <w:vAlign w:val="center"/>
          </w:tcPr>
          <w:p w:rsidR="00DD7446" w:rsidRDefault="00DD7446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DD7446" w:rsidRDefault="002C2A72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تاريخ التقديم</w:t>
            </w:r>
          </w:p>
          <w:p w:rsidR="00DD7446" w:rsidRDefault="002C2A72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Submission Date</w:t>
            </w:r>
          </w:p>
        </w:tc>
        <w:tc>
          <w:tcPr>
            <w:tcW w:w="1831" w:type="dxa"/>
            <w:vAlign w:val="center"/>
          </w:tcPr>
          <w:p w:rsidR="00DD7446" w:rsidRDefault="00DD7446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DD7446" w:rsidRDefault="002C2A72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المرجع</w:t>
            </w:r>
          </w:p>
          <w:p w:rsidR="00DD7446" w:rsidRDefault="002C2A72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Ref. Doc No.</w:t>
            </w:r>
          </w:p>
        </w:tc>
        <w:tc>
          <w:tcPr>
            <w:tcW w:w="1831" w:type="dxa"/>
            <w:vAlign w:val="center"/>
          </w:tcPr>
          <w:p w:rsidR="00DD7446" w:rsidRDefault="00DD7446">
            <w:pPr>
              <w:bidi/>
              <w:spacing w:line="240" w:lineRule="auto"/>
            </w:pPr>
          </w:p>
        </w:tc>
      </w:tr>
    </w:tbl>
    <w:p w:rsidR="00DD7446" w:rsidRDefault="00DD7446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DD7446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DD7446" w:rsidRDefault="002C2A72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أولاً: بنود المراجعة: قبول البلوك والرمل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DD7446" w:rsidRDefault="002C2A72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A. Review Criteria</w:t>
            </w:r>
          </w:p>
        </w:tc>
      </w:tr>
    </w:tbl>
    <w:p w:rsidR="00DD7446" w:rsidRDefault="00DD7446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4309"/>
        <w:gridCol w:w="3742"/>
        <w:gridCol w:w="567"/>
        <w:gridCol w:w="567"/>
        <w:gridCol w:w="850"/>
      </w:tblGrid>
      <w:tr w:rsidR="00DD7446">
        <w:trPr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DD7446" w:rsidRDefault="002C2A72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DD7446" w:rsidRDefault="002C2A72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4309" w:type="dxa"/>
            <w:shd w:val="clear" w:color="auto" w:fill="E7E6E6"/>
            <w:vAlign w:val="center"/>
          </w:tcPr>
          <w:p w:rsidR="00DD7446" w:rsidRDefault="002C2A72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7"/>
                <w:szCs w:val="17"/>
                <w:rtl/>
              </w:rPr>
              <w:t>بند المراجعة</w:t>
            </w:r>
          </w:p>
        </w:tc>
        <w:tc>
          <w:tcPr>
            <w:tcW w:w="3742" w:type="dxa"/>
            <w:shd w:val="clear" w:color="auto" w:fill="E7E6E6"/>
            <w:vAlign w:val="center"/>
          </w:tcPr>
          <w:p w:rsidR="00DD7446" w:rsidRDefault="002C2A72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Review Criteria</w:t>
            </w:r>
          </w:p>
        </w:tc>
        <w:tc>
          <w:tcPr>
            <w:tcW w:w="567" w:type="dxa"/>
            <w:shd w:val="clear" w:color="auto" w:fill="E7E6E6"/>
            <w:vAlign w:val="center"/>
          </w:tcPr>
          <w:p w:rsidR="00DD7446" w:rsidRDefault="002C2A72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نعم</w:t>
            </w:r>
          </w:p>
          <w:p w:rsidR="00DD7446" w:rsidRDefault="002C2A72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Yes</w:t>
            </w:r>
          </w:p>
        </w:tc>
        <w:tc>
          <w:tcPr>
            <w:tcW w:w="567" w:type="dxa"/>
            <w:shd w:val="clear" w:color="auto" w:fill="E7E6E6"/>
            <w:vAlign w:val="center"/>
          </w:tcPr>
          <w:p w:rsidR="00DD7446" w:rsidRDefault="002C2A72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لا</w:t>
            </w:r>
          </w:p>
          <w:p w:rsidR="00DD7446" w:rsidRDefault="002C2A72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</w:t>
            </w:r>
          </w:p>
        </w:tc>
        <w:tc>
          <w:tcPr>
            <w:tcW w:w="850" w:type="dxa"/>
            <w:shd w:val="clear" w:color="auto" w:fill="E7E6E6"/>
            <w:vAlign w:val="center"/>
          </w:tcPr>
          <w:p w:rsidR="00DD7446" w:rsidRDefault="002C2A72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ملاحظات</w:t>
            </w:r>
          </w:p>
          <w:p w:rsidR="00DD7446" w:rsidRDefault="002C2A72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Remarks</w:t>
            </w:r>
          </w:p>
        </w:tc>
      </w:tr>
      <w:tr w:rsidR="00DD7446">
        <w:trPr>
          <w:cantSplit/>
          <w:jc w:val="center"/>
        </w:trPr>
        <w:tc>
          <w:tcPr>
            <w:tcW w:w="397" w:type="dxa"/>
            <w:vAlign w:val="center"/>
          </w:tcPr>
          <w:p w:rsidR="00DD7446" w:rsidRDefault="002C2A72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</w:t>
            </w:r>
          </w:p>
        </w:tc>
        <w:tc>
          <w:tcPr>
            <w:tcW w:w="4309" w:type="dxa"/>
            <w:vAlign w:val="center"/>
          </w:tcPr>
          <w:p w:rsidR="00DD7446" w:rsidRDefault="002C2A72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البلوك من مصنع معتمد ومطابق للعينة المعتمدة.</w:t>
            </w:r>
          </w:p>
        </w:tc>
        <w:tc>
          <w:tcPr>
            <w:tcW w:w="3742" w:type="dxa"/>
            <w:vAlign w:val="center"/>
          </w:tcPr>
          <w:p w:rsidR="00DD7446" w:rsidRDefault="002C2A72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Blocks are from an approved factory and match the approved sample.</w:t>
            </w:r>
          </w:p>
        </w:tc>
        <w:tc>
          <w:tcPr>
            <w:tcW w:w="567" w:type="dxa"/>
            <w:vAlign w:val="center"/>
          </w:tcPr>
          <w:p w:rsidR="00DD7446" w:rsidRDefault="00DD7446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DD7446" w:rsidRDefault="00DD7446">
            <w:pPr>
              <w:bidi/>
              <w:spacing w:line="240" w:lineRule="auto"/>
              <w:jc w:val="center"/>
            </w:pPr>
          </w:p>
        </w:tc>
        <w:tc>
          <w:tcPr>
            <w:tcW w:w="850" w:type="dxa"/>
            <w:vAlign w:val="center"/>
          </w:tcPr>
          <w:p w:rsidR="00DD7446" w:rsidRDefault="00DD7446">
            <w:pPr>
              <w:bidi/>
              <w:spacing w:line="240" w:lineRule="auto"/>
              <w:jc w:val="center"/>
            </w:pPr>
          </w:p>
        </w:tc>
      </w:tr>
      <w:tr w:rsidR="00DD7446">
        <w:trPr>
          <w:cantSplit/>
          <w:jc w:val="center"/>
        </w:trPr>
        <w:tc>
          <w:tcPr>
            <w:tcW w:w="397" w:type="dxa"/>
            <w:vAlign w:val="center"/>
          </w:tcPr>
          <w:p w:rsidR="00DD7446" w:rsidRDefault="002C2A72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2</w:t>
            </w:r>
          </w:p>
        </w:tc>
        <w:tc>
          <w:tcPr>
            <w:tcW w:w="4309" w:type="dxa"/>
            <w:vAlign w:val="center"/>
          </w:tcPr>
          <w:p w:rsidR="00DD7446" w:rsidRDefault="002C2A72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الأبعاد والسماكات في حدود السماحية.</w:t>
            </w:r>
          </w:p>
        </w:tc>
        <w:tc>
          <w:tcPr>
            <w:tcW w:w="3742" w:type="dxa"/>
            <w:vAlign w:val="center"/>
          </w:tcPr>
          <w:p w:rsidR="00DD7446" w:rsidRDefault="002C2A72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Dimensions and thicknesses are within tolerance.</w:t>
            </w:r>
          </w:p>
        </w:tc>
        <w:tc>
          <w:tcPr>
            <w:tcW w:w="567" w:type="dxa"/>
            <w:vAlign w:val="center"/>
          </w:tcPr>
          <w:p w:rsidR="00DD7446" w:rsidRDefault="00DD7446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DD7446" w:rsidRDefault="00DD7446">
            <w:pPr>
              <w:bidi/>
              <w:spacing w:line="240" w:lineRule="auto"/>
              <w:jc w:val="center"/>
            </w:pPr>
          </w:p>
        </w:tc>
        <w:tc>
          <w:tcPr>
            <w:tcW w:w="850" w:type="dxa"/>
            <w:vAlign w:val="center"/>
          </w:tcPr>
          <w:p w:rsidR="00DD7446" w:rsidRDefault="00DD7446">
            <w:pPr>
              <w:bidi/>
              <w:spacing w:line="240" w:lineRule="auto"/>
              <w:jc w:val="center"/>
            </w:pPr>
          </w:p>
        </w:tc>
      </w:tr>
      <w:tr w:rsidR="00DD7446">
        <w:trPr>
          <w:cantSplit/>
          <w:jc w:val="center"/>
        </w:trPr>
        <w:tc>
          <w:tcPr>
            <w:tcW w:w="397" w:type="dxa"/>
            <w:vAlign w:val="center"/>
          </w:tcPr>
          <w:p w:rsidR="00DD7446" w:rsidRDefault="002C2A72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3</w:t>
            </w:r>
          </w:p>
        </w:tc>
        <w:tc>
          <w:tcPr>
            <w:tcW w:w="4309" w:type="dxa"/>
            <w:vAlign w:val="center"/>
          </w:tcPr>
          <w:p w:rsidR="00DD7446" w:rsidRDefault="002C2A72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مقاومة الضغط مطابقة للمواصفات.</w:t>
            </w:r>
          </w:p>
        </w:tc>
        <w:tc>
          <w:tcPr>
            <w:tcW w:w="3742" w:type="dxa"/>
            <w:vAlign w:val="center"/>
          </w:tcPr>
          <w:p w:rsidR="00DD7446" w:rsidRDefault="002C2A72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Compressive strength complies with specifications.</w:t>
            </w:r>
          </w:p>
        </w:tc>
        <w:tc>
          <w:tcPr>
            <w:tcW w:w="567" w:type="dxa"/>
            <w:vAlign w:val="center"/>
          </w:tcPr>
          <w:p w:rsidR="00DD7446" w:rsidRDefault="00DD7446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DD7446" w:rsidRDefault="00DD7446">
            <w:pPr>
              <w:bidi/>
              <w:spacing w:line="240" w:lineRule="auto"/>
              <w:jc w:val="center"/>
            </w:pPr>
          </w:p>
        </w:tc>
        <w:tc>
          <w:tcPr>
            <w:tcW w:w="850" w:type="dxa"/>
            <w:vAlign w:val="center"/>
          </w:tcPr>
          <w:p w:rsidR="00DD7446" w:rsidRDefault="00DD7446">
            <w:pPr>
              <w:bidi/>
              <w:spacing w:line="240" w:lineRule="auto"/>
              <w:jc w:val="center"/>
            </w:pPr>
          </w:p>
        </w:tc>
      </w:tr>
      <w:tr w:rsidR="00DD7446">
        <w:trPr>
          <w:cantSplit/>
          <w:jc w:val="center"/>
        </w:trPr>
        <w:tc>
          <w:tcPr>
            <w:tcW w:w="397" w:type="dxa"/>
            <w:vAlign w:val="center"/>
          </w:tcPr>
          <w:p w:rsidR="00DD7446" w:rsidRDefault="002C2A72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4</w:t>
            </w:r>
          </w:p>
        </w:tc>
        <w:tc>
          <w:tcPr>
            <w:tcW w:w="4309" w:type="dxa"/>
            <w:vAlign w:val="center"/>
          </w:tcPr>
          <w:p w:rsidR="00DD7446" w:rsidRDefault="002C2A72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نسبة الامتصاص مطابقة للمواصفات.</w:t>
            </w:r>
          </w:p>
        </w:tc>
        <w:tc>
          <w:tcPr>
            <w:tcW w:w="3742" w:type="dxa"/>
            <w:vAlign w:val="center"/>
          </w:tcPr>
          <w:p w:rsidR="00DD7446" w:rsidRDefault="002C2A72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Water absorption complies with specifications.</w:t>
            </w:r>
          </w:p>
        </w:tc>
        <w:tc>
          <w:tcPr>
            <w:tcW w:w="567" w:type="dxa"/>
            <w:vAlign w:val="center"/>
          </w:tcPr>
          <w:p w:rsidR="00DD7446" w:rsidRDefault="00DD7446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DD7446" w:rsidRDefault="00DD7446">
            <w:pPr>
              <w:bidi/>
              <w:spacing w:line="240" w:lineRule="auto"/>
              <w:jc w:val="center"/>
            </w:pPr>
          </w:p>
        </w:tc>
        <w:tc>
          <w:tcPr>
            <w:tcW w:w="850" w:type="dxa"/>
            <w:vAlign w:val="center"/>
          </w:tcPr>
          <w:p w:rsidR="00DD7446" w:rsidRDefault="00DD7446">
            <w:pPr>
              <w:bidi/>
              <w:spacing w:line="240" w:lineRule="auto"/>
              <w:jc w:val="center"/>
            </w:pPr>
          </w:p>
        </w:tc>
      </w:tr>
      <w:tr w:rsidR="00DD7446">
        <w:trPr>
          <w:cantSplit/>
          <w:jc w:val="center"/>
        </w:trPr>
        <w:tc>
          <w:tcPr>
            <w:tcW w:w="397" w:type="dxa"/>
            <w:vAlign w:val="center"/>
          </w:tcPr>
          <w:p w:rsidR="00DD7446" w:rsidRDefault="002C2A72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5</w:t>
            </w:r>
          </w:p>
        </w:tc>
        <w:tc>
          <w:tcPr>
            <w:tcW w:w="4309" w:type="dxa"/>
            <w:vAlign w:val="center"/>
          </w:tcPr>
          <w:p w:rsidR="00DD7446" w:rsidRDefault="002C2A72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البلوك المعزول حراريا مطابق لقيم العزل المطلوبة.</w:t>
            </w:r>
          </w:p>
        </w:tc>
        <w:tc>
          <w:tcPr>
            <w:tcW w:w="3742" w:type="dxa"/>
            <w:vAlign w:val="center"/>
          </w:tcPr>
          <w:p w:rsidR="00DD7446" w:rsidRDefault="002C2A72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Insulated blocks meet the required thermal values.</w:t>
            </w:r>
          </w:p>
        </w:tc>
        <w:tc>
          <w:tcPr>
            <w:tcW w:w="567" w:type="dxa"/>
            <w:vAlign w:val="center"/>
          </w:tcPr>
          <w:p w:rsidR="00DD7446" w:rsidRDefault="00DD7446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DD7446" w:rsidRDefault="00DD7446">
            <w:pPr>
              <w:bidi/>
              <w:spacing w:line="240" w:lineRule="auto"/>
              <w:jc w:val="center"/>
            </w:pPr>
          </w:p>
        </w:tc>
        <w:tc>
          <w:tcPr>
            <w:tcW w:w="850" w:type="dxa"/>
            <w:vAlign w:val="center"/>
          </w:tcPr>
          <w:p w:rsidR="00DD7446" w:rsidRDefault="00DD7446">
            <w:pPr>
              <w:bidi/>
              <w:spacing w:line="240" w:lineRule="auto"/>
              <w:jc w:val="center"/>
            </w:pPr>
          </w:p>
        </w:tc>
      </w:tr>
      <w:tr w:rsidR="00DD7446">
        <w:trPr>
          <w:cantSplit/>
          <w:jc w:val="center"/>
        </w:trPr>
        <w:tc>
          <w:tcPr>
            <w:tcW w:w="397" w:type="dxa"/>
            <w:vAlign w:val="center"/>
          </w:tcPr>
          <w:p w:rsidR="00DD7446" w:rsidRDefault="002C2A72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6</w:t>
            </w:r>
          </w:p>
        </w:tc>
        <w:tc>
          <w:tcPr>
            <w:tcW w:w="4309" w:type="dxa"/>
            <w:vAlign w:val="center"/>
          </w:tcPr>
          <w:p w:rsidR="00DD7446" w:rsidRDefault="002C2A72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الرمل نظيف وخالٍ من الطين والمواد العضوية.</w:t>
            </w:r>
          </w:p>
        </w:tc>
        <w:tc>
          <w:tcPr>
            <w:tcW w:w="3742" w:type="dxa"/>
            <w:vAlign w:val="center"/>
          </w:tcPr>
          <w:p w:rsidR="00DD7446" w:rsidRDefault="002C2A72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Sand is clean and free of clay and organic matter.</w:t>
            </w:r>
          </w:p>
        </w:tc>
        <w:tc>
          <w:tcPr>
            <w:tcW w:w="567" w:type="dxa"/>
            <w:vAlign w:val="center"/>
          </w:tcPr>
          <w:p w:rsidR="00DD7446" w:rsidRDefault="00DD7446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DD7446" w:rsidRDefault="00DD7446">
            <w:pPr>
              <w:bidi/>
              <w:spacing w:line="240" w:lineRule="auto"/>
              <w:jc w:val="center"/>
            </w:pPr>
          </w:p>
        </w:tc>
        <w:tc>
          <w:tcPr>
            <w:tcW w:w="850" w:type="dxa"/>
            <w:vAlign w:val="center"/>
          </w:tcPr>
          <w:p w:rsidR="00DD7446" w:rsidRDefault="00DD7446">
            <w:pPr>
              <w:bidi/>
              <w:spacing w:line="240" w:lineRule="auto"/>
              <w:jc w:val="center"/>
            </w:pPr>
          </w:p>
        </w:tc>
      </w:tr>
      <w:tr w:rsidR="00DD7446">
        <w:trPr>
          <w:cantSplit/>
          <w:jc w:val="center"/>
        </w:trPr>
        <w:tc>
          <w:tcPr>
            <w:tcW w:w="397" w:type="dxa"/>
            <w:vAlign w:val="center"/>
          </w:tcPr>
          <w:p w:rsidR="00DD7446" w:rsidRDefault="002C2A72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7</w:t>
            </w:r>
          </w:p>
        </w:tc>
        <w:tc>
          <w:tcPr>
            <w:tcW w:w="4309" w:type="dxa"/>
            <w:vAlign w:val="center"/>
          </w:tcPr>
          <w:p w:rsidR="00DD7446" w:rsidRDefault="002C2A72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تدرج الرمل ونسبة الأملاح مطابقة.</w:t>
            </w:r>
          </w:p>
        </w:tc>
        <w:tc>
          <w:tcPr>
            <w:tcW w:w="3742" w:type="dxa"/>
            <w:vAlign w:val="center"/>
          </w:tcPr>
          <w:p w:rsidR="00DD7446" w:rsidRDefault="002C2A72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Sand grading and salt content comply.</w:t>
            </w:r>
          </w:p>
        </w:tc>
        <w:tc>
          <w:tcPr>
            <w:tcW w:w="567" w:type="dxa"/>
            <w:vAlign w:val="center"/>
          </w:tcPr>
          <w:p w:rsidR="00DD7446" w:rsidRDefault="00DD7446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DD7446" w:rsidRDefault="00DD7446">
            <w:pPr>
              <w:bidi/>
              <w:spacing w:line="240" w:lineRule="auto"/>
              <w:jc w:val="center"/>
            </w:pPr>
          </w:p>
        </w:tc>
        <w:tc>
          <w:tcPr>
            <w:tcW w:w="850" w:type="dxa"/>
            <w:vAlign w:val="center"/>
          </w:tcPr>
          <w:p w:rsidR="00DD7446" w:rsidRDefault="00DD7446">
            <w:pPr>
              <w:bidi/>
              <w:spacing w:line="240" w:lineRule="auto"/>
              <w:jc w:val="center"/>
            </w:pPr>
          </w:p>
        </w:tc>
      </w:tr>
      <w:tr w:rsidR="00DD7446">
        <w:trPr>
          <w:cantSplit/>
          <w:jc w:val="center"/>
        </w:trPr>
        <w:tc>
          <w:tcPr>
            <w:tcW w:w="397" w:type="dxa"/>
            <w:vAlign w:val="center"/>
          </w:tcPr>
          <w:p w:rsidR="00DD7446" w:rsidRDefault="002C2A72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8</w:t>
            </w:r>
          </w:p>
        </w:tc>
        <w:tc>
          <w:tcPr>
            <w:tcW w:w="4309" w:type="dxa"/>
            <w:vAlign w:val="center"/>
          </w:tcPr>
          <w:p w:rsidR="00DD7446" w:rsidRDefault="002C2A72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التخزين على أرضية مستوية وحماية البلوك من الكسر.</w:t>
            </w:r>
          </w:p>
        </w:tc>
        <w:tc>
          <w:tcPr>
            <w:tcW w:w="3742" w:type="dxa"/>
            <w:vAlign w:val="center"/>
          </w:tcPr>
          <w:p w:rsidR="00DD7446" w:rsidRDefault="002C2A72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Stored on level ground; blocks protected from breakage.</w:t>
            </w:r>
          </w:p>
        </w:tc>
        <w:tc>
          <w:tcPr>
            <w:tcW w:w="567" w:type="dxa"/>
            <w:vAlign w:val="center"/>
          </w:tcPr>
          <w:p w:rsidR="00DD7446" w:rsidRDefault="00DD7446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DD7446" w:rsidRDefault="00DD7446">
            <w:pPr>
              <w:bidi/>
              <w:spacing w:line="240" w:lineRule="auto"/>
              <w:jc w:val="center"/>
            </w:pPr>
          </w:p>
        </w:tc>
        <w:tc>
          <w:tcPr>
            <w:tcW w:w="850" w:type="dxa"/>
            <w:vAlign w:val="center"/>
          </w:tcPr>
          <w:p w:rsidR="00DD7446" w:rsidRDefault="00DD7446">
            <w:pPr>
              <w:bidi/>
              <w:spacing w:line="240" w:lineRule="auto"/>
              <w:jc w:val="center"/>
            </w:pPr>
          </w:p>
        </w:tc>
      </w:tr>
    </w:tbl>
    <w:p w:rsidR="00DD7446" w:rsidRDefault="00DD7446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474"/>
        <w:gridCol w:w="4649"/>
        <w:gridCol w:w="4309"/>
      </w:tblGrid>
      <w:tr w:rsidR="00DD7446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DD7446" w:rsidRDefault="002C2A72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المراجع</w:t>
            </w:r>
          </w:p>
          <w:p w:rsidR="00DD7446" w:rsidRDefault="002C2A72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References</w:t>
            </w:r>
          </w:p>
        </w:tc>
        <w:tc>
          <w:tcPr>
            <w:tcW w:w="4649" w:type="dxa"/>
            <w:vAlign w:val="center"/>
          </w:tcPr>
          <w:p w:rsidR="00DD7446" w:rsidRDefault="002C2A72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الكود المصري لأعمال المباني ECP 204، مواصفات المشروع، كود البناء السعودي SBC 201</w:t>
            </w:r>
          </w:p>
        </w:tc>
        <w:tc>
          <w:tcPr>
            <w:tcW w:w="4309" w:type="dxa"/>
            <w:vAlign w:val="center"/>
          </w:tcPr>
          <w:p w:rsidR="00DD7446" w:rsidRDefault="002C2A72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ECP 204 (Masonry), project specifications; Saudi Building Code SBC 201</w:t>
            </w:r>
          </w:p>
        </w:tc>
      </w:tr>
      <w:tr w:rsidR="00DD7446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DD7446" w:rsidRDefault="002C2A72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المرفقات المطلوبة</w:t>
            </w:r>
          </w:p>
          <w:p w:rsidR="00DD7446" w:rsidRDefault="002C2A72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Attachments</w:t>
            </w:r>
          </w:p>
        </w:tc>
        <w:tc>
          <w:tcPr>
            <w:tcW w:w="4649" w:type="dxa"/>
            <w:vAlign w:val="center"/>
          </w:tcPr>
          <w:p w:rsidR="00DD7446" w:rsidRDefault="002C2A72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اعتماد الطوب والمونة ☐ نتائج اختبار الطوب ☐ مخططات توزيع الحوائط</w:t>
            </w:r>
          </w:p>
        </w:tc>
        <w:tc>
          <w:tcPr>
            <w:tcW w:w="4309" w:type="dxa"/>
            <w:vAlign w:val="center"/>
          </w:tcPr>
          <w:p w:rsidR="00DD7446" w:rsidRDefault="002C2A72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☐</w:t>
            </w:r>
            <w:r>
              <w:rPr>
                <w:color w:val="595959"/>
                <w:sz w:val="13"/>
                <w:szCs w:val="13"/>
              </w:rPr>
              <w:t xml:space="preserve"> Block and mortar approval   ☐ Block test results   ☐ Wall layout drawings</w:t>
            </w:r>
          </w:p>
        </w:tc>
      </w:tr>
    </w:tbl>
    <w:p w:rsidR="00DD7446" w:rsidRDefault="00DD7446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4"/>
        <w:gridCol w:w="8618"/>
      </w:tblGrid>
      <w:tr w:rsidR="00DD7446">
        <w:trPr>
          <w:cantSplit/>
          <w:trHeight w:val="482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DD7446" w:rsidRDefault="002C2A72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7"/>
                <w:szCs w:val="17"/>
                <w:rtl/>
              </w:rPr>
              <w:t>ملاحظات المهندس المسؤول</w:t>
            </w:r>
          </w:p>
          <w:p w:rsidR="00DD7446" w:rsidRDefault="002C2A72">
            <w:pPr>
              <w:keepNext/>
              <w:spacing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Engineer Comments</w:t>
            </w:r>
          </w:p>
        </w:tc>
        <w:tc>
          <w:tcPr>
            <w:tcW w:w="8617" w:type="dxa"/>
            <w:vAlign w:val="center"/>
          </w:tcPr>
          <w:p w:rsidR="00DD7446" w:rsidRDefault="00DD7446">
            <w:pPr>
              <w:keepNext/>
              <w:bidi/>
              <w:spacing w:line="240" w:lineRule="auto"/>
            </w:pPr>
          </w:p>
        </w:tc>
      </w:tr>
    </w:tbl>
    <w:p w:rsidR="00DD7446" w:rsidRDefault="00DD7446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5"/>
        <w:gridCol w:w="2155"/>
        <w:gridCol w:w="2154"/>
        <w:gridCol w:w="2154"/>
        <w:gridCol w:w="2154"/>
      </w:tblGrid>
      <w:tr w:rsidR="00DD7446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DD7446" w:rsidRDefault="002C2A72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  <w:rtl/>
              </w:rPr>
              <w:t>ثالثاً: نتيجة المراجعة</w:t>
            </w:r>
          </w:p>
          <w:p w:rsidR="00DD7446" w:rsidRDefault="002C2A72">
            <w:pPr>
              <w:keepNext/>
              <w:spacing w:before="20" w:line="240" w:lineRule="auto"/>
              <w:jc w:val="right"/>
            </w:pPr>
            <w:r>
              <w:rPr>
                <w:b/>
                <w:bCs/>
                <w:color w:val="262626"/>
                <w:sz w:val="16"/>
                <w:szCs w:val="16"/>
              </w:rPr>
              <w:t>C. Review Result</w:t>
            </w:r>
          </w:p>
        </w:tc>
        <w:tc>
          <w:tcPr>
            <w:tcW w:w="2154" w:type="dxa"/>
            <w:vAlign w:val="center"/>
          </w:tcPr>
          <w:p w:rsidR="00DD7446" w:rsidRDefault="002C2A72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A مقبول بدون ملاحظات</w:t>
            </w:r>
          </w:p>
          <w:p w:rsidR="00DD7446" w:rsidRDefault="002C2A72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</w:t>
            </w:r>
          </w:p>
        </w:tc>
        <w:tc>
          <w:tcPr>
            <w:tcW w:w="2154" w:type="dxa"/>
            <w:vAlign w:val="center"/>
          </w:tcPr>
          <w:p w:rsidR="00DD7446" w:rsidRDefault="002C2A72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B مقبول مع تنفيذ الملاحظات</w:t>
            </w:r>
          </w:p>
          <w:p w:rsidR="00DD7446" w:rsidRDefault="002C2A72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 as Noted</w:t>
            </w:r>
          </w:p>
        </w:tc>
        <w:tc>
          <w:tcPr>
            <w:tcW w:w="2154" w:type="dxa"/>
            <w:vAlign w:val="center"/>
          </w:tcPr>
          <w:p w:rsidR="00DD7446" w:rsidRDefault="002C2A72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C يعاد التقديم بعد التصحيح</w:t>
            </w:r>
          </w:p>
          <w:p w:rsidR="00DD7446" w:rsidRDefault="002C2A72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Revise and Resubmit</w:t>
            </w:r>
          </w:p>
        </w:tc>
        <w:tc>
          <w:tcPr>
            <w:tcW w:w="2154" w:type="dxa"/>
            <w:vAlign w:val="center"/>
          </w:tcPr>
          <w:p w:rsidR="00DD7446" w:rsidRDefault="002C2A72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D مرفوض</w:t>
            </w:r>
          </w:p>
          <w:p w:rsidR="00DD7446" w:rsidRDefault="002C2A72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Rejected</w:t>
            </w:r>
          </w:p>
        </w:tc>
      </w:tr>
    </w:tbl>
    <w:p w:rsidR="00DD7446" w:rsidRDefault="00DD7446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3"/>
        <w:gridCol w:w="2873"/>
        <w:gridCol w:w="2873"/>
        <w:gridCol w:w="2873"/>
      </w:tblGrid>
      <w:tr w:rsidR="00DD7446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DD7446" w:rsidRDefault="002C2A72">
            <w:pPr>
              <w:keepNext/>
              <w:bidi/>
              <w:spacing w:line="240" w:lineRule="auto"/>
            </w:pPr>
            <w:r>
              <w:rPr>
                <w:b/>
                <w:bCs/>
                <w:sz w:val="17"/>
                <w:szCs w:val="17"/>
                <w:rtl/>
              </w:rPr>
              <w:t>الاعتماد</w:t>
            </w:r>
          </w:p>
          <w:p w:rsidR="00DD7446" w:rsidRDefault="002C2A72">
            <w:pPr>
              <w:keepNext/>
              <w:spacing w:before="20" w:line="240" w:lineRule="auto"/>
              <w:jc w:val="right"/>
            </w:pPr>
            <w:r>
              <w:rPr>
                <w:color w:val="595959"/>
                <w:sz w:val="15"/>
                <w:szCs w:val="15"/>
              </w:rPr>
              <w:t>Sign-off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DD7446" w:rsidRDefault="002C2A72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مندوب المقاول</w:t>
            </w:r>
          </w:p>
          <w:p w:rsidR="00DD7446" w:rsidRDefault="002C2A72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Contractor Representative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DD7446" w:rsidRDefault="002C2A72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مهندس الإشراف</w:t>
            </w:r>
          </w:p>
          <w:p w:rsidR="00DD7446" w:rsidRDefault="002C2A72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Supervision Engineer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DD7446" w:rsidRDefault="002C2A72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مدير المشروع (الاستشاري)</w:t>
            </w:r>
          </w:p>
          <w:p w:rsidR="00DD7446" w:rsidRDefault="002C2A72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Project Manager (Consultant)</w:t>
            </w:r>
          </w:p>
        </w:tc>
      </w:tr>
      <w:tr w:rsidR="00DD7446">
        <w:trPr>
          <w:cantSplit/>
          <w:trHeight w:val="510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DD7446" w:rsidRDefault="002C2A72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الاسم / التوقيع / التاريخ</w:t>
            </w:r>
          </w:p>
          <w:p w:rsidR="00DD7446" w:rsidRDefault="002C2A72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Name / Signature / Date</w:t>
            </w:r>
          </w:p>
        </w:tc>
        <w:tc>
          <w:tcPr>
            <w:tcW w:w="2872" w:type="dxa"/>
            <w:vAlign w:val="center"/>
          </w:tcPr>
          <w:p w:rsidR="00DD7446" w:rsidRDefault="002C2A72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DD7446" w:rsidRDefault="002C2A72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DD7446" w:rsidRDefault="002C2A72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DD7446" w:rsidRDefault="002C2A72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DD7446" w:rsidRDefault="002C2A72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DD7446" w:rsidRDefault="002C2A72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DD7446" w:rsidRDefault="002C2A72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DD7446" w:rsidRDefault="002C2A72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DD7446" w:rsidRDefault="002C2A72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</w:tr>
    </w:tbl>
    <w:p w:rsidR="00DD7446" w:rsidRDefault="00DD7446">
      <w:pPr>
        <w:spacing w:line="20" w:lineRule="exact"/>
      </w:pPr>
    </w:p>
    <w:sectPr w:rsidR="00DD7446" w:rsidSect="00034616">
      <w:headerReference w:type="default" r:id="rId7"/>
      <w:footerReference w:type="default" r:id="rId8"/>
      <w:pgSz w:w="11906" w:h="16838"/>
      <w:pgMar w:top="1757" w:right="737" w:bottom="567" w:left="737" w:header="283" w:footer="227" w:gutter="0"/>
      <w:cols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C2A72" w:rsidRDefault="002C2A72">
      <w:pPr>
        <w:spacing w:line="240" w:lineRule="auto"/>
      </w:pPr>
      <w:r>
        <w:separator/>
      </w:r>
    </w:p>
  </w:endnote>
  <w:endnote w:type="continuationSeparator" w:id="0">
    <w:p w:rsidR="002C2A72" w:rsidRDefault="002C2A7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DecoType Naskh">
    <w:panose1 w:val="0201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6" w:space="0" w:color="000000"/>
        <w:left w:val="nil"/>
        <w:bottom w:val="nil"/>
        <w:right w:val="nil"/>
        <w:insideH w:val="nil"/>
        <w:insideV w:val="nil"/>
      </w:tblBorders>
      <w:tblLayout w:type="fixed"/>
      <w:tblCellMar>
        <w:top w:w="10" w:type="dxa"/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3061"/>
      <w:gridCol w:w="7371"/>
    </w:tblGrid>
    <w:tr w:rsidR="00DD7446">
      <w:trPr>
        <w:jc w:val="center"/>
      </w:trPr>
      <w:tc>
        <w:tcPr>
          <w:tcW w:w="3061" w:type="dxa"/>
          <w:tcBorders>
            <w:top w:val="single" w:sz="6" w:space="0" w:color="000000"/>
          </w:tcBorders>
          <w:vAlign w:val="center"/>
        </w:tcPr>
        <w:p w:rsidR="00DD7446" w:rsidRDefault="002C2A72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>إعداد: م/ أحمد فتحي، مدير المشاريع</w:t>
          </w:r>
        </w:p>
      </w:tc>
      <w:tc>
        <w:tcPr>
          <w:tcW w:w="7370" w:type="dxa"/>
          <w:tcBorders>
            <w:top w:val="single" w:sz="6" w:space="0" w:color="000000"/>
          </w:tcBorders>
          <w:vAlign w:val="center"/>
        </w:tcPr>
        <w:p w:rsidR="00DD7446" w:rsidRDefault="002C2A72">
          <w:pPr>
            <w:spacing w:line="240" w:lineRule="auto"/>
          </w:pPr>
          <w:r>
            <w:rPr>
              <w:color w:val="595959"/>
              <w:sz w:val="13"/>
              <w:szCs w:val="13"/>
            </w:rPr>
            <w:t xml:space="preserve">a.fathy@arabcreators.co  |  +966 59 700 9855  |  ACE-QC-GEN-009 Rev.00  |  Page </w:t>
          </w:r>
          <w:r>
            <w:fldChar w:fldCharType="begin"/>
          </w:r>
          <w:r>
            <w:instrText xml:space="preserve"> PAGE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of </w:t>
          </w:r>
          <w:r>
            <w:fldChar w:fldCharType="begin"/>
          </w:r>
          <w:r>
            <w:instrText xml:space="preserve"> NUMPAGES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 |  Uncontrolled when printed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C2A72" w:rsidRDefault="002C2A72">
      <w:pPr>
        <w:spacing w:line="240" w:lineRule="auto"/>
      </w:pPr>
      <w:r>
        <w:separator/>
      </w:r>
    </w:p>
  </w:footnote>
  <w:footnote w:type="continuationSeparator" w:id="0">
    <w:p w:rsidR="002C2A72" w:rsidRDefault="002C2A7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4" w:space="0" w:color="808080"/>
        <w:insideV w:val="single" w:sz="4" w:space="0" w:color="808080"/>
      </w:tblBorders>
      <w:tblLayout w:type="fixed"/>
      <w:tblCellMar>
        <w:top w:w="10" w:type="dxa"/>
        <w:left w:w="60" w:type="dxa"/>
        <w:bottom w:w="10" w:type="dxa"/>
        <w:right w:w="60" w:type="dxa"/>
      </w:tblCellMar>
      <w:tblLook w:val="04A0" w:firstRow="1" w:lastRow="0" w:firstColumn="1" w:lastColumn="0" w:noHBand="0" w:noVBand="1"/>
    </w:tblPr>
    <w:tblGrid>
      <w:gridCol w:w="2041"/>
      <w:gridCol w:w="5669"/>
      <w:gridCol w:w="1361"/>
      <w:gridCol w:w="1361"/>
    </w:tblGrid>
    <w:tr w:rsidR="00DD7446">
      <w:trPr>
        <w:trHeight w:val="283"/>
        <w:jc w:val="center"/>
      </w:trPr>
      <w:tc>
        <w:tcPr>
          <w:tcW w:w="2041" w:type="dxa"/>
          <w:vMerge w:val="restart"/>
          <w:vAlign w:val="center"/>
        </w:tcPr>
        <w:p w:rsidR="00DD7446" w:rsidRDefault="002C2A72">
          <w:pPr>
            <w:bidi/>
            <w:spacing w:line="240" w:lineRule="auto"/>
            <w:jc w:val="center"/>
          </w:pPr>
          <w:r>
            <w:rPr>
              <w:noProof/>
            </w:rPr>
            <w:drawing>
              <wp:inline distT="0" distB="0" distL="0" distR="0">
                <wp:extent cx="1152000" cy="440229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ace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000" cy="4402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69" w:type="dxa"/>
          <w:vMerge w:val="restart"/>
          <w:vAlign w:val="center"/>
        </w:tcPr>
        <w:p w:rsidR="00DD7446" w:rsidRDefault="002C2A72">
          <w:pPr>
            <w:bidi/>
            <w:spacing w:line="340" w:lineRule="exact"/>
            <w:jc w:val="center"/>
          </w:pPr>
          <w:r>
            <w:rPr>
              <w:rFonts w:ascii="DecoType Naskh" w:eastAsia="DecoType Naskh" w:hAnsi="DecoType Naskh" w:cs="DecoType Naskh"/>
              <w:b/>
              <w:bCs/>
              <w:color w:val="262626"/>
              <w:sz w:val="24"/>
              <w:szCs w:val="24"/>
              <w:rtl/>
            </w:rPr>
            <w:t>المبدعون العرب للاستشارات الهندسية</w:t>
          </w:r>
        </w:p>
        <w:p w:rsidR="00DD7446" w:rsidRDefault="002C2A72">
          <w:pPr>
            <w:spacing w:line="240" w:lineRule="auto"/>
            <w:jc w:val="center"/>
          </w:pPr>
          <w:r>
            <w:rPr>
              <w:b/>
              <w:bCs/>
              <w:color w:val="262626"/>
              <w:sz w:val="15"/>
              <w:szCs w:val="15"/>
            </w:rPr>
            <w:t>Arab Creators for Engineering Consultancy</w:t>
          </w:r>
        </w:p>
      </w:tc>
      <w:tc>
        <w:tcPr>
          <w:tcW w:w="1361" w:type="dxa"/>
          <w:shd w:val="clear" w:color="auto" w:fill="F2F2F2"/>
          <w:vAlign w:val="center"/>
        </w:tcPr>
        <w:p w:rsidR="00DD7446" w:rsidRDefault="002C2A72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رقم النموذج </w:t>
          </w:r>
          <w:r>
            <w:rPr>
              <w:color w:val="595959"/>
              <w:sz w:val="12"/>
              <w:szCs w:val="12"/>
            </w:rPr>
            <w:t>Form No.</w:t>
          </w:r>
        </w:p>
      </w:tc>
      <w:tc>
        <w:tcPr>
          <w:tcW w:w="1361" w:type="dxa"/>
          <w:vAlign w:val="center"/>
        </w:tcPr>
        <w:p w:rsidR="00DD7446" w:rsidRDefault="002C2A72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ACE-QC-GEN-009</w:t>
          </w:r>
        </w:p>
      </w:tc>
    </w:tr>
    <w:tr w:rsidR="00DD7446">
      <w:trPr>
        <w:trHeight w:val="283"/>
        <w:jc w:val="center"/>
      </w:trPr>
      <w:tc>
        <w:tcPr>
          <w:tcW w:w="2041" w:type="dxa"/>
          <w:vMerge/>
          <w:vAlign w:val="center"/>
        </w:tcPr>
        <w:p w:rsidR="00DD7446" w:rsidRDefault="00DD7446"/>
      </w:tc>
      <w:tc>
        <w:tcPr>
          <w:tcW w:w="5669" w:type="dxa"/>
          <w:vMerge/>
          <w:vAlign w:val="center"/>
        </w:tcPr>
        <w:p w:rsidR="00DD7446" w:rsidRDefault="00DD7446"/>
      </w:tc>
      <w:tc>
        <w:tcPr>
          <w:tcW w:w="1361" w:type="dxa"/>
          <w:shd w:val="clear" w:color="auto" w:fill="F2F2F2"/>
          <w:vAlign w:val="center"/>
        </w:tcPr>
        <w:p w:rsidR="00DD7446" w:rsidRDefault="002C2A72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الإصدار </w:t>
          </w:r>
          <w:r>
            <w:rPr>
              <w:color w:val="595959"/>
              <w:sz w:val="12"/>
              <w:szCs w:val="12"/>
            </w:rPr>
            <w:t>Rev.</w:t>
          </w:r>
        </w:p>
      </w:tc>
      <w:tc>
        <w:tcPr>
          <w:tcW w:w="1361" w:type="dxa"/>
          <w:vAlign w:val="center"/>
        </w:tcPr>
        <w:p w:rsidR="00DD7446" w:rsidRDefault="002C2A72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00</w:t>
          </w:r>
        </w:p>
      </w:tc>
    </w:tr>
    <w:tr w:rsidR="00DD7446">
      <w:trPr>
        <w:trHeight w:val="283"/>
        <w:jc w:val="center"/>
      </w:trPr>
      <w:tc>
        <w:tcPr>
          <w:tcW w:w="2041" w:type="dxa"/>
          <w:vMerge/>
          <w:vAlign w:val="center"/>
        </w:tcPr>
        <w:p w:rsidR="00DD7446" w:rsidRDefault="00DD7446"/>
      </w:tc>
      <w:tc>
        <w:tcPr>
          <w:tcW w:w="5669" w:type="dxa"/>
          <w:vMerge w:val="restart"/>
          <w:shd w:val="clear" w:color="auto" w:fill="E7E6E6"/>
          <w:vAlign w:val="center"/>
        </w:tcPr>
        <w:p w:rsidR="00DD7446" w:rsidRDefault="002C2A72">
          <w:pPr>
            <w:bidi/>
            <w:spacing w:line="240" w:lineRule="auto"/>
            <w:jc w:val="center"/>
          </w:pPr>
          <w:r>
            <w:rPr>
              <w:b/>
              <w:bCs/>
              <w:color w:val="262626"/>
              <w:sz w:val="21"/>
              <w:szCs w:val="21"/>
              <w:rtl/>
            </w:rPr>
            <w:t>قبول البلوك والرمل</w:t>
          </w:r>
        </w:p>
        <w:p w:rsidR="00DD7446" w:rsidRDefault="002C2A72">
          <w:pPr>
            <w:spacing w:line="240" w:lineRule="auto"/>
            <w:jc w:val="center"/>
          </w:pPr>
          <w:r>
            <w:rPr>
              <w:b/>
              <w:bCs/>
              <w:color w:val="262626"/>
              <w:sz w:val="16"/>
              <w:szCs w:val="16"/>
            </w:rPr>
            <w:t>Masonry Blocks and Sand Acceptance</w:t>
          </w:r>
        </w:p>
      </w:tc>
      <w:tc>
        <w:tcPr>
          <w:tcW w:w="1361" w:type="dxa"/>
          <w:shd w:val="clear" w:color="auto" w:fill="F2F2F2"/>
          <w:vAlign w:val="center"/>
        </w:tcPr>
        <w:p w:rsidR="00DD7446" w:rsidRDefault="002C2A72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التاريخ </w:t>
          </w:r>
          <w:r>
            <w:rPr>
              <w:color w:val="595959"/>
              <w:sz w:val="12"/>
              <w:szCs w:val="12"/>
            </w:rPr>
            <w:t>Date</w:t>
          </w:r>
        </w:p>
      </w:tc>
      <w:tc>
        <w:tcPr>
          <w:tcW w:w="1361" w:type="dxa"/>
          <w:vAlign w:val="center"/>
        </w:tcPr>
        <w:p w:rsidR="00DD7446" w:rsidRDefault="002C2A72">
          <w:pPr>
            <w:spacing w:line="240" w:lineRule="auto"/>
            <w:jc w:val="center"/>
          </w:pPr>
          <w:r>
            <w:fldChar w:fldCharType="begin"/>
          </w:r>
          <w:r>
            <w:instrText xml:space="preserve"> CREATEDATE \@ "dd/MM/yyyy"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03/10/2026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  <w:tr w:rsidR="00DD7446">
      <w:trPr>
        <w:trHeight w:val="283"/>
        <w:jc w:val="center"/>
      </w:trPr>
      <w:tc>
        <w:tcPr>
          <w:tcW w:w="2041" w:type="dxa"/>
          <w:vMerge/>
          <w:vAlign w:val="center"/>
        </w:tcPr>
        <w:p w:rsidR="00DD7446" w:rsidRDefault="00DD7446"/>
      </w:tc>
      <w:tc>
        <w:tcPr>
          <w:tcW w:w="5669" w:type="dxa"/>
          <w:vMerge/>
          <w:vAlign w:val="center"/>
        </w:tcPr>
        <w:p w:rsidR="00DD7446" w:rsidRDefault="00DD7446"/>
      </w:tc>
      <w:tc>
        <w:tcPr>
          <w:tcW w:w="1361" w:type="dxa"/>
          <w:shd w:val="clear" w:color="auto" w:fill="F2F2F2"/>
          <w:vAlign w:val="center"/>
        </w:tcPr>
        <w:p w:rsidR="00DD7446" w:rsidRDefault="002C2A72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المشروع </w:t>
          </w:r>
          <w:r>
            <w:rPr>
              <w:color w:val="595959"/>
              <w:sz w:val="12"/>
              <w:szCs w:val="12"/>
            </w:rPr>
            <w:t>Project</w:t>
          </w:r>
        </w:p>
      </w:tc>
      <w:tc>
        <w:tcPr>
          <w:tcW w:w="1361" w:type="dxa"/>
          <w:vAlign w:val="center"/>
        </w:tcPr>
        <w:p w:rsidR="00DD7446" w:rsidRDefault="002C2A72">
          <w:pPr>
            <w:spacing w:line="240" w:lineRule="auto"/>
            <w:jc w:val="center"/>
          </w:pPr>
          <w:r>
            <w:fldChar w:fldCharType="begin"/>
          </w:r>
          <w:r>
            <w:instrText xml:space="preserve"> DOCPROPERTY Project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..........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</w:tbl>
  <w:p w:rsidR="00DD7446" w:rsidRDefault="00DD7446">
    <w:pPr>
      <w:spacing w:line="6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45327886">
    <w:abstractNumId w:val="8"/>
  </w:num>
  <w:num w:numId="2" w16cid:durableId="499737047">
    <w:abstractNumId w:val="6"/>
  </w:num>
  <w:num w:numId="3" w16cid:durableId="1415279723">
    <w:abstractNumId w:val="5"/>
  </w:num>
  <w:num w:numId="4" w16cid:durableId="1370956954">
    <w:abstractNumId w:val="4"/>
  </w:num>
  <w:num w:numId="5" w16cid:durableId="430860207">
    <w:abstractNumId w:val="7"/>
  </w:num>
  <w:num w:numId="6" w16cid:durableId="1245142468">
    <w:abstractNumId w:val="3"/>
  </w:num>
  <w:num w:numId="7" w16cid:durableId="1497454293">
    <w:abstractNumId w:val="2"/>
  </w:num>
  <w:num w:numId="8" w16cid:durableId="1116214717">
    <w:abstractNumId w:val="1"/>
  </w:num>
  <w:num w:numId="9" w16cid:durableId="18562622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C2A72"/>
    <w:rsid w:val="00326F90"/>
    <w:rsid w:val="005C0D99"/>
    <w:rsid w:val="008A1A82"/>
    <w:rsid w:val="00AA1D8D"/>
    <w:rsid w:val="00B47730"/>
    <w:rsid w:val="00CB0664"/>
    <w:rsid w:val="00DD744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38FF844A-82EF-4DE0-AB02-03DE7EC5E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Segoe UI" w:eastAsia="Segoe UI" w:hAnsi="Segoe UI" w:cs="Calibri"/>
      <w:sz w:val="19"/>
      <w:szCs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ACE_QC-GEN-009_Blocks_Sand_Acceptance_20261009_v4.dotx</Template>
  <TotalTime>0</TotalTime>
  <Pages>1</Pages>
  <Words>286</Words>
  <Characters>1635</Characters>
  <Application>Microsoft Office Word</Application>
  <DocSecurity>0</DocSecurity>
  <Lines>13</Lines>
  <Paragraphs>3</Paragraphs>
  <ScaleCrop>false</ScaleCrop>
  <Manager>Ahmed Fathy</Manager>
  <Company>Arab Creators for Engineering Consultancy</Company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ACE-QC-GEN-009 Masonry Blocks and Sand Acceptance</dc:title>
  <dc:subject>قبول البلوك والرمل</dc:subject>
  <dc:creator>Ahmed Fathy</dc:creator>
  <cp:keywords>QC; ITP; Inspection</cp:keywords>
  <dc:description/>
  <cp:lastModifiedBy>Ahmed Fathy</cp:lastModifiedBy>
  <cp:revision>2</cp:revision>
  <dcterms:created xsi:type="dcterms:W3CDTF">2026-11-03T20:16:00Z</dcterms:created>
  <dcterms:modified xsi:type="dcterms:W3CDTF">2026-11-03T20:16:00Z</dcterms:modified>
  <cp:category>QC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..........</vt:lpwstr>
  </property>
</Properties>
</file>