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881ED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881ED1" w:rsidRDefault="00A03C0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881ED1" w:rsidRDefault="00881ED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881ED1" w:rsidRDefault="00A03C0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881ED1" w:rsidRDefault="00881ED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881ED1" w:rsidRDefault="00A03C0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881ED1" w:rsidRDefault="00881ED1">
            <w:pPr>
              <w:bidi/>
              <w:spacing w:line="240" w:lineRule="auto"/>
            </w:pPr>
          </w:p>
        </w:tc>
      </w:tr>
      <w:tr w:rsidR="00881ED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881ED1" w:rsidRDefault="00A03C0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881ED1" w:rsidRDefault="00881ED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881ED1" w:rsidRDefault="00A03C0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881ED1" w:rsidRDefault="00881ED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المرجع</w:t>
            </w:r>
          </w:p>
          <w:p w:rsidR="00881ED1" w:rsidRDefault="00A03C0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Ref. Doc No.</w:t>
            </w:r>
          </w:p>
        </w:tc>
        <w:tc>
          <w:tcPr>
            <w:tcW w:w="1831" w:type="dxa"/>
            <w:vAlign w:val="center"/>
          </w:tcPr>
          <w:p w:rsidR="00881ED1" w:rsidRDefault="00881ED1">
            <w:pPr>
              <w:bidi/>
              <w:spacing w:line="240" w:lineRule="auto"/>
            </w:pPr>
          </w:p>
        </w:tc>
      </w:tr>
    </w:tbl>
    <w:p w:rsidR="00881ED1" w:rsidRDefault="00881ED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81ED1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بنود المراجعة: اعتماد الخلطة التصميمية للخرسانة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81ED1" w:rsidRDefault="00A03C0B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Review Criteria</w:t>
            </w:r>
          </w:p>
        </w:tc>
      </w:tr>
    </w:tbl>
    <w:p w:rsidR="00881ED1" w:rsidRDefault="00881ED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309"/>
        <w:gridCol w:w="3742"/>
        <w:gridCol w:w="567"/>
        <w:gridCol w:w="567"/>
        <w:gridCol w:w="850"/>
      </w:tblGrid>
      <w:tr w:rsidR="00881ED1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81ED1" w:rsidRDefault="00A03C0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881ED1" w:rsidRDefault="00A03C0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4309" w:type="dxa"/>
            <w:shd w:val="clear" w:color="auto" w:fill="E7E6E6"/>
            <w:vAlign w:val="center"/>
          </w:tcPr>
          <w:p w:rsidR="00881ED1" w:rsidRDefault="00A03C0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المراجعة</w:t>
            </w:r>
          </w:p>
        </w:tc>
        <w:tc>
          <w:tcPr>
            <w:tcW w:w="3742" w:type="dxa"/>
            <w:shd w:val="clear" w:color="auto" w:fill="E7E6E6"/>
            <w:vAlign w:val="center"/>
          </w:tcPr>
          <w:p w:rsidR="00881ED1" w:rsidRDefault="00A03C0B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Review Criteria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881ED1" w:rsidRDefault="00A03C0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نعم</w:t>
            </w:r>
          </w:p>
          <w:p w:rsidR="00881ED1" w:rsidRDefault="00A03C0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Yes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881ED1" w:rsidRDefault="00A03C0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</w:t>
            </w:r>
          </w:p>
          <w:p w:rsidR="00881ED1" w:rsidRDefault="00A03C0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881ED1" w:rsidRDefault="00A03C0B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881ED1" w:rsidRDefault="00A03C0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881ED1">
        <w:trPr>
          <w:cantSplit/>
          <w:jc w:val="center"/>
        </w:trPr>
        <w:tc>
          <w:tcPr>
            <w:tcW w:w="397" w:type="dxa"/>
            <w:vAlign w:val="center"/>
          </w:tcPr>
          <w:p w:rsidR="00881ED1" w:rsidRDefault="00A03C0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4309" w:type="dxa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الخلطة مصممة لرتبة الخرسانة المطلوبة مع هامش المقاومة.</w:t>
            </w:r>
          </w:p>
        </w:tc>
        <w:tc>
          <w:tcPr>
            <w:tcW w:w="3742" w:type="dxa"/>
            <w:vAlign w:val="center"/>
          </w:tcPr>
          <w:p w:rsidR="00881ED1" w:rsidRDefault="00A03C0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Mix is designed for the required grade with the target strength margin.</w:t>
            </w:r>
          </w:p>
        </w:tc>
        <w:tc>
          <w:tcPr>
            <w:tcW w:w="567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</w:tr>
      <w:tr w:rsidR="00881ED1">
        <w:trPr>
          <w:cantSplit/>
          <w:jc w:val="center"/>
        </w:trPr>
        <w:tc>
          <w:tcPr>
            <w:tcW w:w="397" w:type="dxa"/>
            <w:vAlign w:val="center"/>
          </w:tcPr>
          <w:p w:rsidR="00881ED1" w:rsidRDefault="00A03C0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4309" w:type="dxa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نوع الأسمنت مطابق لتوصيات تقرير التربة والمواصفات.</w:t>
            </w:r>
          </w:p>
        </w:tc>
        <w:tc>
          <w:tcPr>
            <w:tcW w:w="3742" w:type="dxa"/>
            <w:vAlign w:val="center"/>
          </w:tcPr>
          <w:p w:rsidR="00881ED1" w:rsidRDefault="00A03C0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Cement type complies with soil report recommendations and specifications.</w:t>
            </w:r>
          </w:p>
        </w:tc>
        <w:tc>
          <w:tcPr>
            <w:tcW w:w="567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</w:tr>
      <w:tr w:rsidR="00881ED1">
        <w:trPr>
          <w:cantSplit/>
          <w:jc w:val="center"/>
        </w:trPr>
        <w:tc>
          <w:tcPr>
            <w:tcW w:w="397" w:type="dxa"/>
            <w:vAlign w:val="center"/>
          </w:tcPr>
          <w:p w:rsidR="00881ED1" w:rsidRDefault="00A03C0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4309" w:type="dxa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نسبة الماء إلى الأسمنت لا تتجاوز الحد الأقصى المحدد.</w:t>
            </w:r>
          </w:p>
        </w:tc>
        <w:tc>
          <w:tcPr>
            <w:tcW w:w="3742" w:type="dxa"/>
            <w:vAlign w:val="center"/>
          </w:tcPr>
          <w:p w:rsidR="00881ED1" w:rsidRDefault="00A03C0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Water-cement ratio does not exceed the specified maximum.</w:t>
            </w:r>
          </w:p>
        </w:tc>
        <w:tc>
          <w:tcPr>
            <w:tcW w:w="567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</w:tr>
      <w:tr w:rsidR="00881ED1">
        <w:trPr>
          <w:cantSplit/>
          <w:jc w:val="center"/>
        </w:trPr>
        <w:tc>
          <w:tcPr>
            <w:tcW w:w="397" w:type="dxa"/>
            <w:vAlign w:val="center"/>
          </w:tcPr>
          <w:p w:rsidR="00881ED1" w:rsidRDefault="00A03C0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4309" w:type="dxa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محتوى الأسمنت لا يقل عن الحد الأدنى المحدد.</w:t>
            </w:r>
          </w:p>
        </w:tc>
        <w:tc>
          <w:tcPr>
            <w:tcW w:w="3742" w:type="dxa"/>
            <w:vAlign w:val="center"/>
          </w:tcPr>
          <w:p w:rsidR="00881ED1" w:rsidRDefault="00A03C0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Cement content is not less than the specified minimum.</w:t>
            </w:r>
          </w:p>
        </w:tc>
        <w:tc>
          <w:tcPr>
            <w:tcW w:w="567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</w:tr>
      <w:tr w:rsidR="00881ED1">
        <w:trPr>
          <w:cantSplit/>
          <w:jc w:val="center"/>
        </w:trPr>
        <w:tc>
          <w:tcPr>
            <w:tcW w:w="397" w:type="dxa"/>
            <w:vAlign w:val="center"/>
          </w:tcPr>
          <w:p w:rsidR="00881ED1" w:rsidRDefault="00A03C0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4309" w:type="dxa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الإضافات معتمدة وجرعاتها حسب تعليمات المصنع.</w:t>
            </w:r>
          </w:p>
        </w:tc>
        <w:tc>
          <w:tcPr>
            <w:tcW w:w="3742" w:type="dxa"/>
            <w:vAlign w:val="center"/>
          </w:tcPr>
          <w:p w:rsidR="00881ED1" w:rsidRDefault="00A03C0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Admixtures are approved and dosed per manufacturer instructions.</w:t>
            </w:r>
          </w:p>
        </w:tc>
        <w:tc>
          <w:tcPr>
            <w:tcW w:w="567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</w:tr>
      <w:tr w:rsidR="00881ED1">
        <w:trPr>
          <w:cantSplit/>
          <w:jc w:val="center"/>
        </w:trPr>
        <w:tc>
          <w:tcPr>
            <w:tcW w:w="397" w:type="dxa"/>
            <w:vAlign w:val="center"/>
          </w:tcPr>
          <w:p w:rsidR="00881ED1" w:rsidRDefault="00A03C0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4309" w:type="dxa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نتائج الخلطة التجريبية (الهبوط والمقاومة عند 7 و28 يوما) مطابقة.</w:t>
            </w:r>
          </w:p>
        </w:tc>
        <w:tc>
          <w:tcPr>
            <w:tcW w:w="3742" w:type="dxa"/>
            <w:vAlign w:val="center"/>
          </w:tcPr>
          <w:p w:rsidR="00881ED1" w:rsidRDefault="00A03C0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Trial mix results (slump and 7 / 28-day strength) comply.</w:t>
            </w:r>
          </w:p>
        </w:tc>
        <w:tc>
          <w:tcPr>
            <w:tcW w:w="567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</w:tr>
      <w:tr w:rsidR="00881ED1">
        <w:trPr>
          <w:cantSplit/>
          <w:jc w:val="center"/>
        </w:trPr>
        <w:tc>
          <w:tcPr>
            <w:tcW w:w="397" w:type="dxa"/>
            <w:vAlign w:val="center"/>
          </w:tcPr>
          <w:p w:rsidR="00881ED1" w:rsidRDefault="00A03C0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4309" w:type="dxa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محتوى الكلوريدات والكبريتات في الخلطة ضمن الحدود المسموحة.</w:t>
            </w:r>
          </w:p>
        </w:tc>
        <w:tc>
          <w:tcPr>
            <w:tcW w:w="3742" w:type="dxa"/>
            <w:vAlign w:val="center"/>
          </w:tcPr>
          <w:p w:rsidR="00881ED1" w:rsidRDefault="00A03C0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Chloride and sulphate content of the mix is within limits.</w:t>
            </w:r>
          </w:p>
        </w:tc>
        <w:tc>
          <w:tcPr>
            <w:tcW w:w="567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</w:tr>
      <w:tr w:rsidR="00881ED1">
        <w:trPr>
          <w:cantSplit/>
          <w:jc w:val="center"/>
        </w:trPr>
        <w:tc>
          <w:tcPr>
            <w:tcW w:w="397" w:type="dxa"/>
            <w:vAlign w:val="center"/>
          </w:tcPr>
          <w:p w:rsidR="00881ED1" w:rsidRDefault="00A03C0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4309" w:type="dxa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الخلطة معتمدة رسميا قبل أول صبة.</w:t>
            </w:r>
          </w:p>
        </w:tc>
        <w:tc>
          <w:tcPr>
            <w:tcW w:w="3742" w:type="dxa"/>
            <w:vAlign w:val="center"/>
          </w:tcPr>
          <w:p w:rsidR="00881ED1" w:rsidRDefault="00A03C0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Mix design is formally approved before the first pour.</w:t>
            </w:r>
          </w:p>
        </w:tc>
        <w:tc>
          <w:tcPr>
            <w:tcW w:w="567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881ED1" w:rsidRDefault="00881ED1">
            <w:pPr>
              <w:bidi/>
              <w:spacing w:line="240" w:lineRule="auto"/>
              <w:jc w:val="center"/>
            </w:pPr>
          </w:p>
        </w:tc>
      </w:tr>
    </w:tbl>
    <w:p w:rsidR="00881ED1" w:rsidRDefault="00881ED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881ED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881ED1" w:rsidRDefault="00A03C0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ACI 305، ASTM C143 / C31 / C39، كود البناء السعودي SBC 201</w:t>
            </w:r>
          </w:p>
        </w:tc>
        <w:tc>
          <w:tcPr>
            <w:tcW w:w="4309" w:type="dxa"/>
            <w:vAlign w:val="center"/>
          </w:tcPr>
          <w:p w:rsidR="00881ED1" w:rsidRDefault="00A03C0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ACI 305, ASTM C143 / C31 / C39</w:t>
            </w:r>
            <w:r>
              <w:rPr>
                <w:color w:val="595959"/>
                <w:sz w:val="13"/>
                <w:szCs w:val="13"/>
              </w:rPr>
              <w:t>; Saudi Building Code SBC 201</w:t>
            </w:r>
          </w:p>
        </w:tc>
      </w:tr>
      <w:tr w:rsidR="00881ED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881ED1" w:rsidRDefault="00A03C0B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الخلطة المعتمدة ☐ تذاكر التوريد ☐ نتائج الهبوط والمكعبات</w:t>
            </w:r>
          </w:p>
        </w:tc>
        <w:tc>
          <w:tcPr>
            <w:tcW w:w="4309" w:type="dxa"/>
            <w:vAlign w:val="center"/>
          </w:tcPr>
          <w:p w:rsidR="00881ED1" w:rsidRDefault="00A03C0B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Approved mix design   ☐ Delivery tickets   ☐ Slump and cube results</w:t>
            </w:r>
          </w:p>
        </w:tc>
      </w:tr>
    </w:tbl>
    <w:p w:rsidR="00881ED1" w:rsidRDefault="00881ED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881ED1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81ED1" w:rsidRDefault="00A03C0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881ED1" w:rsidRDefault="00A03C0B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881ED1" w:rsidRDefault="00881ED1">
            <w:pPr>
              <w:keepNext/>
              <w:bidi/>
              <w:spacing w:line="240" w:lineRule="auto"/>
            </w:pPr>
          </w:p>
        </w:tc>
      </w:tr>
    </w:tbl>
    <w:p w:rsidR="00881ED1" w:rsidRDefault="00881ED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881ED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81ED1" w:rsidRDefault="00A03C0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881ED1" w:rsidRDefault="00A03C0B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881ED1" w:rsidRDefault="00A03C0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881ED1" w:rsidRDefault="00A03C0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881ED1" w:rsidRDefault="00A03C0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881ED1" w:rsidRDefault="00A03C0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881ED1" w:rsidRDefault="00A03C0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881ED1" w:rsidRDefault="00A03C0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881ED1" w:rsidRDefault="00A03C0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881ED1" w:rsidRDefault="00A03C0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881ED1" w:rsidRDefault="00881ED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881ED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81ED1" w:rsidRDefault="00A03C0B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881ED1" w:rsidRDefault="00A03C0B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81ED1" w:rsidRDefault="00A03C0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881ED1" w:rsidRDefault="00A03C0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81ED1" w:rsidRDefault="00A03C0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881ED1" w:rsidRDefault="00A03C0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81ED1" w:rsidRDefault="00A03C0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881ED1" w:rsidRDefault="00A03C0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881ED1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81ED1" w:rsidRDefault="00A03C0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881ED1" w:rsidRDefault="00A03C0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881ED1" w:rsidRDefault="00A03C0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81ED1" w:rsidRDefault="00A03C0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81ED1" w:rsidRDefault="00A03C0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81ED1" w:rsidRDefault="00A03C0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81ED1" w:rsidRDefault="00A03C0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81ED1" w:rsidRDefault="00A03C0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81ED1" w:rsidRDefault="00A03C0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81ED1" w:rsidRDefault="00A03C0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81ED1" w:rsidRDefault="00A03C0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881ED1" w:rsidRDefault="00881ED1">
      <w:pPr>
        <w:spacing w:line="20" w:lineRule="exact"/>
      </w:pPr>
    </w:p>
    <w:sectPr w:rsidR="00881ED1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03C0B" w:rsidRDefault="00A03C0B">
      <w:pPr>
        <w:spacing w:line="240" w:lineRule="auto"/>
      </w:pPr>
      <w:r>
        <w:separator/>
      </w:r>
    </w:p>
  </w:endnote>
  <w:endnote w:type="continuationSeparator" w:id="0">
    <w:p w:rsidR="00A03C0B" w:rsidRDefault="00A03C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881ED1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881ED1" w:rsidRDefault="00A03C0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881ED1" w:rsidRDefault="00A03C0B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ACE-QC-GEN-007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03C0B" w:rsidRDefault="00A03C0B">
      <w:pPr>
        <w:spacing w:line="240" w:lineRule="auto"/>
      </w:pPr>
      <w:r>
        <w:separator/>
      </w:r>
    </w:p>
  </w:footnote>
  <w:footnote w:type="continuationSeparator" w:id="0">
    <w:p w:rsidR="00A03C0B" w:rsidRDefault="00A03C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881ED1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881ED1" w:rsidRDefault="00A03C0B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881ED1" w:rsidRDefault="00A03C0B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881ED1" w:rsidRDefault="00A03C0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881ED1" w:rsidRDefault="00A03C0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881ED1" w:rsidRDefault="00A03C0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ACE-QC-GEN-007</w:t>
          </w:r>
        </w:p>
      </w:tc>
    </w:tr>
    <w:tr w:rsidR="00881ED1">
      <w:trPr>
        <w:trHeight w:val="283"/>
        <w:jc w:val="center"/>
      </w:trPr>
      <w:tc>
        <w:tcPr>
          <w:tcW w:w="2041" w:type="dxa"/>
          <w:vMerge/>
          <w:vAlign w:val="center"/>
        </w:tcPr>
        <w:p w:rsidR="00881ED1" w:rsidRDefault="00881ED1"/>
      </w:tc>
      <w:tc>
        <w:tcPr>
          <w:tcW w:w="5669" w:type="dxa"/>
          <w:vMerge/>
          <w:vAlign w:val="center"/>
        </w:tcPr>
        <w:p w:rsidR="00881ED1" w:rsidRDefault="00881ED1"/>
      </w:tc>
      <w:tc>
        <w:tcPr>
          <w:tcW w:w="1361" w:type="dxa"/>
          <w:shd w:val="clear" w:color="auto" w:fill="F2F2F2"/>
          <w:vAlign w:val="center"/>
        </w:tcPr>
        <w:p w:rsidR="00881ED1" w:rsidRDefault="00A03C0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881ED1" w:rsidRDefault="00A03C0B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881ED1">
      <w:trPr>
        <w:trHeight w:val="283"/>
        <w:jc w:val="center"/>
      </w:trPr>
      <w:tc>
        <w:tcPr>
          <w:tcW w:w="2041" w:type="dxa"/>
          <w:vMerge/>
          <w:vAlign w:val="center"/>
        </w:tcPr>
        <w:p w:rsidR="00881ED1" w:rsidRDefault="00881ED1"/>
      </w:tc>
      <w:tc>
        <w:tcPr>
          <w:tcW w:w="5669" w:type="dxa"/>
          <w:vMerge w:val="restart"/>
          <w:shd w:val="clear" w:color="auto" w:fill="E7E6E6"/>
          <w:vAlign w:val="center"/>
        </w:tcPr>
        <w:p w:rsidR="00881ED1" w:rsidRDefault="00A03C0B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اعتماد الخلطة التصميمية للخرسانة</w:t>
          </w:r>
        </w:p>
        <w:p w:rsidR="00881ED1" w:rsidRDefault="00A03C0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Concrete Mix Design Approval</w:t>
          </w:r>
        </w:p>
      </w:tc>
      <w:tc>
        <w:tcPr>
          <w:tcW w:w="1361" w:type="dxa"/>
          <w:shd w:val="clear" w:color="auto" w:fill="F2F2F2"/>
          <w:vAlign w:val="center"/>
        </w:tcPr>
        <w:p w:rsidR="00881ED1" w:rsidRDefault="00A03C0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881ED1" w:rsidRDefault="00A03C0B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881ED1">
      <w:trPr>
        <w:trHeight w:val="283"/>
        <w:jc w:val="center"/>
      </w:trPr>
      <w:tc>
        <w:tcPr>
          <w:tcW w:w="2041" w:type="dxa"/>
          <w:vMerge/>
          <w:vAlign w:val="center"/>
        </w:tcPr>
        <w:p w:rsidR="00881ED1" w:rsidRDefault="00881ED1"/>
      </w:tc>
      <w:tc>
        <w:tcPr>
          <w:tcW w:w="5669" w:type="dxa"/>
          <w:vMerge/>
          <w:vAlign w:val="center"/>
        </w:tcPr>
        <w:p w:rsidR="00881ED1" w:rsidRDefault="00881ED1"/>
      </w:tc>
      <w:tc>
        <w:tcPr>
          <w:tcW w:w="1361" w:type="dxa"/>
          <w:shd w:val="clear" w:color="auto" w:fill="F2F2F2"/>
          <w:vAlign w:val="center"/>
        </w:tcPr>
        <w:p w:rsidR="00881ED1" w:rsidRDefault="00A03C0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881ED1" w:rsidRDefault="00A03C0B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881ED1" w:rsidRDefault="00881ED1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6011351">
    <w:abstractNumId w:val="8"/>
  </w:num>
  <w:num w:numId="2" w16cid:durableId="614142655">
    <w:abstractNumId w:val="6"/>
  </w:num>
  <w:num w:numId="3" w16cid:durableId="1518158841">
    <w:abstractNumId w:val="5"/>
  </w:num>
  <w:num w:numId="4" w16cid:durableId="2142770821">
    <w:abstractNumId w:val="4"/>
  </w:num>
  <w:num w:numId="5" w16cid:durableId="968708667">
    <w:abstractNumId w:val="7"/>
  </w:num>
  <w:num w:numId="6" w16cid:durableId="2099017354">
    <w:abstractNumId w:val="3"/>
  </w:num>
  <w:num w:numId="7" w16cid:durableId="170796807">
    <w:abstractNumId w:val="2"/>
  </w:num>
  <w:num w:numId="8" w16cid:durableId="1443264540">
    <w:abstractNumId w:val="1"/>
  </w:num>
  <w:num w:numId="9" w16cid:durableId="1772969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1651E"/>
    <w:rsid w:val="005C0D99"/>
    <w:rsid w:val="00881ED1"/>
    <w:rsid w:val="00A03C0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A866846D-9A7D-45DC-A7B5-7F07F838C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ACE_QC-GEN-007_Concrete_Mix_Design_Approval_20261009_v4.dotx</Template>
  <TotalTime>0</TotalTime>
  <Pages>1</Pages>
  <Words>312</Words>
  <Characters>1780</Characters>
  <Application>Microsoft Office Word</Application>
  <DocSecurity>0</DocSecurity>
  <Lines>14</Lines>
  <Paragraphs>4</Paragraphs>
  <ScaleCrop>false</ScaleCrop>
  <Manager>Ahmed Fathy</Manager>
  <Company>Arab Creators for Engineering Consultancy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ACE-QC-GEN-007 Concrete Mix Design Approval</dc:title>
  <dc:subject>اعتماد الخلطة التصميمية للخرسانة</dc:subject>
  <dc:creator>Ahmed Fathy</dc:creator>
  <cp:keywords>QC; ITP; Inspection</cp:keywords>
  <dc:description/>
  <cp:lastModifiedBy>Ahmed Fathy</cp:lastModifiedBy>
  <cp:revision>2</cp:revision>
  <dcterms:created xsi:type="dcterms:W3CDTF">2026-11-03T20:16:00Z</dcterms:created>
  <dcterms:modified xsi:type="dcterms:W3CDTF">2026-11-03T20:16:00Z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