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6A7D91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6A7D91" w:rsidRDefault="00E24F3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الإرسال</w:t>
            </w:r>
          </w:p>
          <w:p w:rsidR="006A7D91" w:rsidRDefault="00E24F37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Submittal No.</w:t>
            </w:r>
          </w:p>
        </w:tc>
        <w:tc>
          <w:tcPr>
            <w:tcW w:w="1831" w:type="dxa"/>
            <w:vAlign w:val="center"/>
          </w:tcPr>
          <w:p w:rsidR="006A7D91" w:rsidRDefault="006A7D91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6A7D91" w:rsidRDefault="00E24F3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6A7D91" w:rsidRDefault="00E24F37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6A7D91" w:rsidRDefault="006A7D91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6A7D91" w:rsidRDefault="00E24F3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</w:t>
            </w:r>
          </w:p>
          <w:p w:rsidR="006A7D91" w:rsidRDefault="00E24F37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</w:t>
            </w:r>
          </w:p>
        </w:tc>
        <w:tc>
          <w:tcPr>
            <w:tcW w:w="1831" w:type="dxa"/>
            <w:vAlign w:val="center"/>
          </w:tcPr>
          <w:p w:rsidR="006A7D91" w:rsidRDefault="006A7D91">
            <w:pPr>
              <w:bidi/>
              <w:spacing w:line="240" w:lineRule="auto"/>
            </w:pPr>
          </w:p>
        </w:tc>
      </w:tr>
      <w:tr w:rsidR="006A7D91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6A7D91" w:rsidRDefault="00E24F3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6A7D91" w:rsidRDefault="00E24F37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6A7D91" w:rsidRDefault="006A7D91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6A7D91" w:rsidRDefault="00E24F3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تاريخ التقديم</w:t>
            </w:r>
          </w:p>
          <w:p w:rsidR="006A7D91" w:rsidRDefault="00E24F37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Submission Date</w:t>
            </w:r>
          </w:p>
        </w:tc>
        <w:tc>
          <w:tcPr>
            <w:tcW w:w="1831" w:type="dxa"/>
            <w:vAlign w:val="center"/>
          </w:tcPr>
          <w:p w:rsidR="006A7D91" w:rsidRDefault="006A7D91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6A7D91" w:rsidRDefault="00E24F3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المرجع</w:t>
            </w:r>
          </w:p>
          <w:p w:rsidR="006A7D91" w:rsidRDefault="00E24F37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Ref. Doc No.</w:t>
            </w:r>
          </w:p>
        </w:tc>
        <w:tc>
          <w:tcPr>
            <w:tcW w:w="1831" w:type="dxa"/>
            <w:vAlign w:val="center"/>
          </w:tcPr>
          <w:p w:rsidR="006A7D91" w:rsidRDefault="006A7D91">
            <w:pPr>
              <w:bidi/>
              <w:spacing w:line="240" w:lineRule="auto"/>
            </w:pPr>
          </w:p>
        </w:tc>
      </w:tr>
    </w:tbl>
    <w:p w:rsidR="006A7D91" w:rsidRDefault="006A7D91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6A7D91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6A7D91" w:rsidRDefault="00E24F37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بنود المراجعة: مراجعة خطة السلامة والتفتيش على السلامة بالموقع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6A7D91" w:rsidRDefault="00E24F37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Review Criteria</w:t>
            </w:r>
          </w:p>
        </w:tc>
      </w:tr>
    </w:tbl>
    <w:p w:rsidR="006A7D91" w:rsidRDefault="006A7D91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309"/>
        <w:gridCol w:w="3742"/>
        <w:gridCol w:w="567"/>
        <w:gridCol w:w="567"/>
        <w:gridCol w:w="850"/>
      </w:tblGrid>
      <w:tr w:rsidR="006A7D91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6A7D91" w:rsidRDefault="00E24F37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6A7D91" w:rsidRDefault="00E24F37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4309" w:type="dxa"/>
            <w:shd w:val="clear" w:color="auto" w:fill="E7E6E6"/>
            <w:vAlign w:val="center"/>
          </w:tcPr>
          <w:p w:rsidR="006A7D91" w:rsidRDefault="00E24F37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المراجعة</w:t>
            </w:r>
          </w:p>
        </w:tc>
        <w:tc>
          <w:tcPr>
            <w:tcW w:w="3742" w:type="dxa"/>
            <w:shd w:val="clear" w:color="auto" w:fill="E7E6E6"/>
            <w:vAlign w:val="center"/>
          </w:tcPr>
          <w:p w:rsidR="006A7D91" w:rsidRDefault="00E24F37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Review Criteria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6A7D91" w:rsidRDefault="00E24F37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نعم</w:t>
            </w:r>
          </w:p>
          <w:p w:rsidR="006A7D91" w:rsidRDefault="00E24F37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Yes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6A7D91" w:rsidRDefault="00E24F37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</w:t>
            </w:r>
          </w:p>
          <w:p w:rsidR="006A7D91" w:rsidRDefault="00E24F37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</w:t>
            </w:r>
          </w:p>
        </w:tc>
        <w:tc>
          <w:tcPr>
            <w:tcW w:w="850" w:type="dxa"/>
            <w:shd w:val="clear" w:color="auto" w:fill="E7E6E6"/>
            <w:vAlign w:val="center"/>
          </w:tcPr>
          <w:p w:rsidR="006A7D91" w:rsidRDefault="00E24F37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6A7D91" w:rsidRDefault="00E24F37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6A7D91">
        <w:trPr>
          <w:cantSplit/>
          <w:jc w:val="center"/>
        </w:trPr>
        <w:tc>
          <w:tcPr>
            <w:tcW w:w="397" w:type="dxa"/>
            <w:vAlign w:val="center"/>
          </w:tcPr>
          <w:p w:rsidR="006A7D91" w:rsidRDefault="00E24F3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4309" w:type="dxa"/>
            <w:vAlign w:val="center"/>
          </w:tcPr>
          <w:p w:rsidR="006A7D91" w:rsidRDefault="00E24F37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خطة السلامة معتمدة وتشمل تقييم المخاطر لأنشطة المشروع.</w:t>
            </w:r>
          </w:p>
        </w:tc>
        <w:tc>
          <w:tcPr>
            <w:tcW w:w="3742" w:type="dxa"/>
            <w:vAlign w:val="center"/>
          </w:tcPr>
          <w:p w:rsidR="006A7D91" w:rsidRDefault="00E24F37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HSE plan is approved and includes risk assessment of project activities.</w:t>
            </w:r>
          </w:p>
        </w:tc>
        <w:tc>
          <w:tcPr>
            <w:tcW w:w="567" w:type="dxa"/>
            <w:vAlign w:val="center"/>
          </w:tcPr>
          <w:p w:rsidR="006A7D91" w:rsidRDefault="006A7D9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6A7D91" w:rsidRDefault="006A7D91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6A7D91" w:rsidRDefault="006A7D91">
            <w:pPr>
              <w:bidi/>
              <w:spacing w:line="240" w:lineRule="auto"/>
              <w:jc w:val="center"/>
            </w:pPr>
          </w:p>
        </w:tc>
      </w:tr>
      <w:tr w:rsidR="006A7D91">
        <w:trPr>
          <w:cantSplit/>
          <w:jc w:val="center"/>
        </w:trPr>
        <w:tc>
          <w:tcPr>
            <w:tcW w:w="397" w:type="dxa"/>
            <w:vAlign w:val="center"/>
          </w:tcPr>
          <w:p w:rsidR="006A7D91" w:rsidRDefault="00E24F3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4309" w:type="dxa"/>
            <w:vAlign w:val="center"/>
          </w:tcPr>
          <w:p w:rsidR="006A7D91" w:rsidRDefault="00E24F37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تعيين مسؤول سلامة مؤهل بالموقع.</w:t>
            </w:r>
          </w:p>
        </w:tc>
        <w:tc>
          <w:tcPr>
            <w:tcW w:w="3742" w:type="dxa"/>
            <w:vAlign w:val="center"/>
          </w:tcPr>
          <w:p w:rsidR="006A7D91" w:rsidRDefault="00E24F37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 qualified safety officer is appointed on site.</w:t>
            </w:r>
          </w:p>
        </w:tc>
        <w:tc>
          <w:tcPr>
            <w:tcW w:w="567" w:type="dxa"/>
            <w:vAlign w:val="center"/>
          </w:tcPr>
          <w:p w:rsidR="006A7D91" w:rsidRDefault="006A7D9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6A7D91" w:rsidRDefault="006A7D91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6A7D91" w:rsidRDefault="006A7D91">
            <w:pPr>
              <w:bidi/>
              <w:spacing w:line="240" w:lineRule="auto"/>
              <w:jc w:val="center"/>
            </w:pPr>
          </w:p>
        </w:tc>
      </w:tr>
      <w:tr w:rsidR="006A7D91">
        <w:trPr>
          <w:cantSplit/>
          <w:jc w:val="center"/>
        </w:trPr>
        <w:tc>
          <w:tcPr>
            <w:tcW w:w="397" w:type="dxa"/>
            <w:vAlign w:val="center"/>
          </w:tcPr>
          <w:p w:rsidR="006A7D91" w:rsidRDefault="00E24F3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4309" w:type="dxa"/>
            <w:vAlign w:val="center"/>
          </w:tcPr>
          <w:p w:rsidR="006A7D91" w:rsidRDefault="00E24F37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استخدام معدات الوقاية الشخصية من جميع العاملين.</w:t>
            </w:r>
          </w:p>
        </w:tc>
        <w:tc>
          <w:tcPr>
            <w:tcW w:w="3742" w:type="dxa"/>
            <w:vAlign w:val="center"/>
          </w:tcPr>
          <w:p w:rsidR="006A7D91" w:rsidRDefault="00E24F37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All workers use personal protective equipment.</w:t>
            </w:r>
          </w:p>
        </w:tc>
        <w:tc>
          <w:tcPr>
            <w:tcW w:w="567" w:type="dxa"/>
            <w:vAlign w:val="center"/>
          </w:tcPr>
          <w:p w:rsidR="006A7D91" w:rsidRDefault="006A7D9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6A7D91" w:rsidRDefault="006A7D91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6A7D91" w:rsidRDefault="006A7D91">
            <w:pPr>
              <w:bidi/>
              <w:spacing w:line="240" w:lineRule="auto"/>
              <w:jc w:val="center"/>
            </w:pPr>
          </w:p>
        </w:tc>
      </w:tr>
      <w:tr w:rsidR="006A7D91">
        <w:trPr>
          <w:cantSplit/>
          <w:jc w:val="center"/>
        </w:trPr>
        <w:tc>
          <w:tcPr>
            <w:tcW w:w="397" w:type="dxa"/>
            <w:vAlign w:val="center"/>
          </w:tcPr>
          <w:p w:rsidR="006A7D91" w:rsidRDefault="00E24F3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4309" w:type="dxa"/>
            <w:vAlign w:val="center"/>
          </w:tcPr>
          <w:p w:rsidR="006A7D91" w:rsidRDefault="00E24F37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تأمين الحفريات والفتحات والحواف بحواجز ولوحات تحذيرية.</w:t>
            </w:r>
          </w:p>
        </w:tc>
        <w:tc>
          <w:tcPr>
            <w:tcW w:w="3742" w:type="dxa"/>
            <w:vAlign w:val="center"/>
          </w:tcPr>
          <w:p w:rsidR="006A7D91" w:rsidRDefault="00E24F37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Excavations, openings and edges are protected with barriers and warning signs.</w:t>
            </w:r>
          </w:p>
        </w:tc>
        <w:tc>
          <w:tcPr>
            <w:tcW w:w="567" w:type="dxa"/>
            <w:vAlign w:val="center"/>
          </w:tcPr>
          <w:p w:rsidR="006A7D91" w:rsidRDefault="006A7D9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6A7D91" w:rsidRDefault="006A7D91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6A7D91" w:rsidRDefault="006A7D91">
            <w:pPr>
              <w:bidi/>
              <w:spacing w:line="240" w:lineRule="auto"/>
              <w:jc w:val="center"/>
            </w:pPr>
          </w:p>
        </w:tc>
      </w:tr>
      <w:tr w:rsidR="006A7D91">
        <w:trPr>
          <w:cantSplit/>
          <w:jc w:val="center"/>
        </w:trPr>
        <w:tc>
          <w:tcPr>
            <w:tcW w:w="397" w:type="dxa"/>
            <w:vAlign w:val="center"/>
          </w:tcPr>
          <w:p w:rsidR="006A7D91" w:rsidRDefault="00E24F3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4309" w:type="dxa"/>
            <w:vAlign w:val="center"/>
          </w:tcPr>
          <w:p w:rsidR="006A7D91" w:rsidRDefault="00E24F37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سلامة السقالات وفحصها ووضع بطاقات الفحص عليها.</w:t>
            </w:r>
          </w:p>
        </w:tc>
        <w:tc>
          <w:tcPr>
            <w:tcW w:w="3742" w:type="dxa"/>
            <w:vAlign w:val="center"/>
          </w:tcPr>
          <w:p w:rsidR="006A7D91" w:rsidRDefault="00E24F37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Scaffolds are safe, inspected and tagged.</w:t>
            </w:r>
          </w:p>
        </w:tc>
        <w:tc>
          <w:tcPr>
            <w:tcW w:w="567" w:type="dxa"/>
            <w:vAlign w:val="center"/>
          </w:tcPr>
          <w:p w:rsidR="006A7D91" w:rsidRDefault="006A7D9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6A7D91" w:rsidRDefault="006A7D91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6A7D91" w:rsidRDefault="006A7D91">
            <w:pPr>
              <w:bidi/>
              <w:spacing w:line="240" w:lineRule="auto"/>
              <w:jc w:val="center"/>
            </w:pPr>
          </w:p>
        </w:tc>
      </w:tr>
      <w:tr w:rsidR="006A7D91">
        <w:trPr>
          <w:cantSplit/>
          <w:jc w:val="center"/>
        </w:trPr>
        <w:tc>
          <w:tcPr>
            <w:tcW w:w="397" w:type="dxa"/>
            <w:vAlign w:val="center"/>
          </w:tcPr>
          <w:p w:rsidR="006A7D91" w:rsidRDefault="00E24F3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4309" w:type="dxa"/>
            <w:vAlign w:val="center"/>
          </w:tcPr>
          <w:p w:rsidR="006A7D91" w:rsidRDefault="00E24F37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فحص المعدات والرافعات وتوفر شهادات المشغلين.</w:t>
            </w:r>
          </w:p>
        </w:tc>
        <w:tc>
          <w:tcPr>
            <w:tcW w:w="3742" w:type="dxa"/>
            <w:vAlign w:val="center"/>
          </w:tcPr>
          <w:p w:rsidR="006A7D91" w:rsidRDefault="00E24F37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Equipment and cranes are inspected; operator certificates are available.</w:t>
            </w:r>
          </w:p>
        </w:tc>
        <w:tc>
          <w:tcPr>
            <w:tcW w:w="567" w:type="dxa"/>
            <w:vAlign w:val="center"/>
          </w:tcPr>
          <w:p w:rsidR="006A7D91" w:rsidRDefault="006A7D9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6A7D91" w:rsidRDefault="006A7D91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6A7D91" w:rsidRDefault="006A7D91">
            <w:pPr>
              <w:bidi/>
              <w:spacing w:line="240" w:lineRule="auto"/>
              <w:jc w:val="center"/>
            </w:pPr>
          </w:p>
        </w:tc>
      </w:tr>
      <w:tr w:rsidR="006A7D91">
        <w:trPr>
          <w:cantSplit/>
          <w:jc w:val="center"/>
        </w:trPr>
        <w:tc>
          <w:tcPr>
            <w:tcW w:w="397" w:type="dxa"/>
            <w:vAlign w:val="center"/>
          </w:tcPr>
          <w:p w:rsidR="006A7D91" w:rsidRDefault="00E24F3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4309" w:type="dxa"/>
            <w:vAlign w:val="center"/>
          </w:tcPr>
          <w:p w:rsidR="006A7D91" w:rsidRDefault="00E24F37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توفر طفايات الحريق وحقيبة الإسعافات الأولية وخطة الإخلاء.</w:t>
            </w:r>
          </w:p>
        </w:tc>
        <w:tc>
          <w:tcPr>
            <w:tcW w:w="3742" w:type="dxa"/>
            <w:vAlign w:val="center"/>
          </w:tcPr>
          <w:p w:rsidR="006A7D91" w:rsidRDefault="00E24F37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Fire extinguishers, first aid kit and evacuation plan are available.</w:t>
            </w:r>
          </w:p>
        </w:tc>
        <w:tc>
          <w:tcPr>
            <w:tcW w:w="567" w:type="dxa"/>
            <w:vAlign w:val="center"/>
          </w:tcPr>
          <w:p w:rsidR="006A7D91" w:rsidRDefault="006A7D9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6A7D91" w:rsidRDefault="006A7D91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6A7D91" w:rsidRDefault="006A7D91">
            <w:pPr>
              <w:bidi/>
              <w:spacing w:line="240" w:lineRule="auto"/>
              <w:jc w:val="center"/>
            </w:pPr>
          </w:p>
        </w:tc>
      </w:tr>
      <w:tr w:rsidR="006A7D91">
        <w:trPr>
          <w:cantSplit/>
          <w:jc w:val="center"/>
        </w:trPr>
        <w:tc>
          <w:tcPr>
            <w:tcW w:w="397" w:type="dxa"/>
            <w:vAlign w:val="center"/>
          </w:tcPr>
          <w:p w:rsidR="006A7D91" w:rsidRDefault="00E24F3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4309" w:type="dxa"/>
            <w:vAlign w:val="center"/>
          </w:tcPr>
          <w:p w:rsidR="006A7D91" w:rsidRDefault="00E24F37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سلامة التمديدات الكهربائية المؤقتة ولوحاتها.</w:t>
            </w:r>
          </w:p>
        </w:tc>
        <w:tc>
          <w:tcPr>
            <w:tcW w:w="3742" w:type="dxa"/>
            <w:vAlign w:val="center"/>
          </w:tcPr>
          <w:p w:rsidR="006A7D91" w:rsidRDefault="00E24F37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Temporary electrical installations and boards are safe.</w:t>
            </w:r>
          </w:p>
        </w:tc>
        <w:tc>
          <w:tcPr>
            <w:tcW w:w="567" w:type="dxa"/>
            <w:vAlign w:val="center"/>
          </w:tcPr>
          <w:p w:rsidR="006A7D91" w:rsidRDefault="006A7D9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6A7D91" w:rsidRDefault="006A7D91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6A7D91" w:rsidRDefault="006A7D91">
            <w:pPr>
              <w:bidi/>
              <w:spacing w:line="240" w:lineRule="auto"/>
              <w:jc w:val="center"/>
            </w:pPr>
          </w:p>
        </w:tc>
      </w:tr>
      <w:tr w:rsidR="006A7D91">
        <w:trPr>
          <w:cantSplit/>
          <w:jc w:val="center"/>
        </w:trPr>
        <w:tc>
          <w:tcPr>
            <w:tcW w:w="397" w:type="dxa"/>
            <w:vAlign w:val="center"/>
          </w:tcPr>
          <w:p w:rsidR="006A7D91" w:rsidRDefault="00E24F3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9</w:t>
            </w:r>
          </w:p>
        </w:tc>
        <w:tc>
          <w:tcPr>
            <w:tcW w:w="4309" w:type="dxa"/>
            <w:vAlign w:val="center"/>
          </w:tcPr>
          <w:p w:rsidR="006A7D91" w:rsidRDefault="00E24F37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عقد اجتماعات التوعية اليومية ‏(Toolbox Talk)‏ وتسجيلها.</w:t>
            </w:r>
          </w:p>
        </w:tc>
        <w:tc>
          <w:tcPr>
            <w:tcW w:w="3742" w:type="dxa"/>
            <w:vAlign w:val="center"/>
          </w:tcPr>
          <w:p w:rsidR="006A7D91" w:rsidRDefault="00E24F37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Daily toolbox talks are held and recorded.</w:t>
            </w:r>
          </w:p>
        </w:tc>
        <w:tc>
          <w:tcPr>
            <w:tcW w:w="567" w:type="dxa"/>
            <w:vAlign w:val="center"/>
          </w:tcPr>
          <w:p w:rsidR="006A7D91" w:rsidRDefault="006A7D9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6A7D91" w:rsidRDefault="006A7D91">
            <w:pPr>
              <w:bidi/>
              <w:spacing w:line="240" w:lineRule="auto"/>
              <w:jc w:val="center"/>
            </w:pPr>
          </w:p>
        </w:tc>
        <w:tc>
          <w:tcPr>
            <w:tcW w:w="850" w:type="dxa"/>
            <w:vAlign w:val="center"/>
          </w:tcPr>
          <w:p w:rsidR="006A7D91" w:rsidRDefault="006A7D91">
            <w:pPr>
              <w:bidi/>
              <w:spacing w:line="240" w:lineRule="auto"/>
              <w:jc w:val="center"/>
            </w:pPr>
          </w:p>
        </w:tc>
      </w:tr>
    </w:tbl>
    <w:p w:rsidR="006A7D91" w:rsidRDefault="006A7D91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6A7D91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6A7D91" w:rsidRDefault="00E24F3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6A7D91" w:rsidRDefault="00E24F37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6A7D91" w:rsidRDefault="00E24F37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قانون العمل المصري (باب السلامة والصحة المهنية)، اشتراطات الحماية المدنية، OSHA 1926، كود البناء السعودي SBC 201</w:t>
            </w:r>
          </w:p>
        </w:tc>
        <w:tc>
          <w:tcPr>
            <w:tcW w:w="4309" w:type="dxa"/>
            <w:vAlign w:val="center"/>
          </w:tcPr>
          <w:p w:rsidR="006A7D91" w:rsidRDefault="00E24F37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Egyptian Labour Law (OSH chapter), Civil Protection requirements, OSHA 1926; Saudi Building Code SBC 201</w:t>
            </w:r>
          </w:p>
        </w:tc>
      </w:tr>
      <w:tr w:rsidR="006A7D91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6A7D91" w:rsidRDefault="00E24F3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6A7D91" w:rsidRDefault="00E24F37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6A7D91" w:rsidRDefault="00E24F37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خطة السلامة المعتمدة ☐ سجل التدريب والتوعية ☐ صور المخالفات والإجراءات</w:t>
            </w:r>
          </w:p>
        </w:tc>
        <w:tc>
          <w:tcPr>
            <w:tcW w:w="4309" w:type="dxa"/>
            <w:vAlign w:val="center"/>
          </w:tcPr>
          <w:p w:rsidR="006A7D91" w:rsidRDefault="00E24F37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Approved HSE plan   ☐ Training and toolbox records   ☐ Observation photos and actions</w:t>
            </w:r>
          </w:p>
        </w:tc>
      </w:tr>
    </w:tbl>
    <w:p w:rsidR="006A7D91" w:rsidRDefault="006A7D91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6A7D91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6A7D91" w:rsidRDefault="00E24F37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6A7D91" w:rsidRDefault="00E24F37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6A7D91" w:rsidRDefault="006A7D91">
            <w:pPr>
              <w:keepNext/>
              <w:bidi/>
              <w:spacing w:line="240" w:lineRule="auto"/>
            </w:pPr>
          </w:p>
        </w:tc>
      </w:tr>
    </w:tbl>
    <w:p w:rsidR="006A7D91" w:rsidRDefault="006A7D91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6A7D91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6A7D91" w:rsidRDefault="00E24F37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المراجعة</w:t>
            </w:r>
          </w:p>
          <w:p w:rsidR="006A7D91" w:rsidRDefault="00E24F37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Review Result</w:t>
            </w:r>
          </w:p>
        </w:tc>
        <w:tc>
          <w:tcPr>
            <w:tcW w:w="2154" w:type="dxa"/>
            <w:vAlign w:val="center"/>
          </w:tcPr>
          <w:p w:rsidR="006A7D91" w:rsidRDefault="00E24F37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6A7D91" w:rsidRDefault="00E24F37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6A7D91" w:rsidRDefault="00E24F37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6A7D91" w:rsidRDefault="00E24F37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6A7D91" w:rsidRDefault="00E24F37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6A7D91" w:rsidRDefault="00E24F37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6A7D91" w:rsidRDefault="00E24F37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6A7D91" w:rsidRDefault="00E24F37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6A7D91" w:rsidRDefault="006A7D91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6A7D91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6A7D91" w:rsidRDefault="00E24F37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6A7D91" w:rsidRDefault="00E24F37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6A7D91" w:rsidRDefault="00E24F37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6A7D91" w:rsidRDefault="00E24F37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6A7D91" w:rsidRDefault="00E24F37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6A7D91" w:rsidRDefault="00E24F37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6A7D91" w:rsidRDefault="00E24F37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6A7D91" w:rsidRDefault="00E24F37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6A7D91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6A7D91" w:rsidRDefault="00E24F3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6A7D91" w:rsidRDefault="00E24F37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6A7D91" w:rsidRDefault="00E24F37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6A7D91" w:rsidRDefault="00E24F37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6A7D91" w:rsidRDefault="00E24F37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6A7D91" w:rsidRDefault="00E24F37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6A7D91" w:rsidRDefault="00E24F37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6A7D91" w:rsidRDefault="00E24F37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6A7D91" w:rsidRDefault="00E24F37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6A7D91" w:rsidRDefault="00E24F37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6A7D91" w:rsidRDefault="00E24F37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6A7D91" w:rsidRDefault="006A7D91">
      <w:pPr>
        <w:spacing w:line="20" w:lineRule="exact"/>
      </w:pPr>
    </w:p>
    <w:sectPr w:rsidR="006A7D91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24F37" w:rsidRDefault="00E24F37">
      <w:pPr>
        <w:spacing w:line="240" w:lineRule="auto"/>
      </w:pPr>
      <w:r>
        <w:separator/>
      </w:r>
    </w:p>
  </w:endnote>
  <w:endnote w:type="continuationSeparator" w:id="0">
    <w:p w:rsidR="00E24F37" w:rsidRDefault="00E24F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6A7D91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6A7D91" w:rsidRDefault="00E24F37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6A7D91" w:rsidRDefault="00E24F37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ACE-QC-GEN-005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24F37" w:rsidRDefault="00E24F37">
      <w:pPr>
        <w:spacing w:line="240" w:lineRule="auto"/>
      </w:pPr>
      <w:r>
        <w:separator/>
      </w:r>
    </w:p>
  </w:footnote>
  <w:footnote w:type="continuationSeparator" w:id="0">
    <w:p w:rsidR="00E24F37" w:rsidRDefault="00E24F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6A7D91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6A7D91" w:rsidRDefault="00E24F37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6A7D91" w:rsidRDefault="00E24F37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6A7D91" w:rsidRDefault="00E24F37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6A7D91" w:rsidRDefault="00E24F37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6A7D91" w:rsidRDefault="00E24F37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ACE-QC-GEN-005</w:t>
          </w:r>
        </w:p>
      </w:tc>
    </w:tr>
    <w:tr w:rsidR="006A7D91">
      <w:trPr>
        <w:trHeight w:val="283"/>
        <w:jc w:val="center"/>
      </w:trPr>
      <w:tc>
        <w:tcPr>
          <w:tcW w:w="2041" w:type="dxa"/>
          <w:vMerge/>
          <w:vAlign w:val="center"/>
        </w:tcPr>
        <w:p w:rsidR="006A7D91" w:rsidRDefault="006A7D91"/>
      </w:tc>
      <w:tc>
        <w:tcPr>
          <w:tcW w:w="5669" w:type="dxa"/>
          <w:vMerge/>
          <w:vAlign w:val="center"/>
        </w:tcPr>
        <w:p w:rsidR="006A7D91" w:rsidRDefault="006A7D91"/>
      </w:tc>
      <w:tc>
        <w:tcPr>
          <w:tcW w:w="1361" w:type="dxa"/>
          <w:shd w:val="clear" w:color="auto" w:fill="F2F2F2"/>
          <w:vAlign w:val="center"/>
        </w:tcPr>
        <w:p w:rsidR="006A7D91" w:rsidRDefault="00E24F37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6A7D91" w:rsidRDefault="00E24F37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6A7D91">
      <w:trPr>
        <w:trHeight w:val="283"/>
        <w:jc w:val="center"/>
      </w:trPr>
      <w:tc>
        <w:tcPr>
          <w:tcW w:w="2041" w:type="dxa"/>
          <w:vMerge/>
          <w:vAlign w:val="center"/>
        </w:tcPr>
        <w:p w:rsidR="006A7D91" w:rsidRDefault="006A7D91"/>
      </w:tc>
      <w:tc>
        <w:tcPr>
          <w:tcW w:w="5669" w:type="dxa"/>
          <w:vMerge w:val="restart"/>
          <w:shd w:val="clear" w:color="auto" w:fill="E7E6E6"/>
          <w:vAlign w:val="center"/>
        </w:tcPr>
        <w:p w:rsidR="006A7D91" w:rsidRDefault="00E24F37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مراجعة خطة السلامة والتفتيش على السلامة بالموقع</w:t>
          </w:r>
        </w:p>
        <w:p w:rsidR="006A7D91" w:rsidRDefault="00E24F37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HSE Plan Review and Site Safety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6A7D91" w:rsidRDefault="00E24F37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6A7D91" w:rsidRDefault="00E24F37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6A7D91">
      <w:trPr>
        <w:trHeight w:val="283"/>
        <w:jc w:val="center"/>
      </w:trPr>
      <w:tc>
        <w:tcPr>
          <w:tcW w:w="2041" w:type="dxa"/>
          <w:vMerge/>
          <w:vAlign w:val="center"/>
        </w:tcPr>
        <w:p w:rsidR="006A7D91" w:rsidRDefault="006A7D91"/>
      </w:tc>
      <w:tc>
        <w:tcPr>
          <w:tcW w:w="5669" w:type="dxa"/>
          <w:vMerge/>
          <w:vAlign w:val="center"/>
        </w:tcPr>
        <w:p w:rsidR="006A7D91" w:rsidRDefault="006A7D91"/>
      </w:tc>
      <w:tc>
        <w:tcPr>
          <w:tcW w:w="1361" w:type="dxa"/>
          <w:shd w:val="clear" w:color="auto" w:fill="F2F2F2"/>
          <w:vAlign w:val="center"/>
        </w:tcPr>
        <w:p w:rsidR="006A7D91" w:rsidRDefault="00E24F37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6A7D91" w:rsidRDefault="00E24F37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6A7D91" w:rsidRDefault="006A7D91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85564953">
    <w:abstractNumId w:val="8"/>
  </w:num>
  <w:num w:numId="2" w16cid:durableId="1909262191">
    <w:abstractNumId w:val="6"/>
  </w:num>
  <w:num w:numId="3" w16cid:durableId="2008513951">
    <w:abstractNumId w:val="5"/>
  </w:num>
  <w:num w:numId="4" w16cid:durableId="1353914340">
    <w:abstractNumId w:val="4"/>
  </w:num>
  <w:num w:numId="5" w16cid:durableId="737940358">
    <w:abstractNumId w:val="7"/>
  </w:num>
  <w:num w:numId="6" w16cid:durableId="1821998074">
    <w:abstractNumId w:val="3"/>
  </w:num>
  <w:num w:numId="7" w16cid:durableId="1506286791">
    <w:abstractNumId w:val="2"/>
  </w:num>
  <w:num w:numId="8" w16cid:durableId="628364825">
    <w:abstractNumId w:val="1"/>
  </w:num>
  <w:num w:numId="9" w16cid:durableId="1423143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2161C"/>
    <w:rsid w:val="005C0D99"/>
    <w:rsid w:val="006A7D91"/>
    <w:rsid w:val="00AA1D8D"/>
    <w:rsid w:val="00B47730"/>
    <w:rsid w:val="00CB0664"/>
    <w:rsid w:val="00E24F3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64449580-D6B2-4123-9659-F139B98DC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ACE_QC-GEN-005_HSE_Plan_Site_Safety_20261009_v4.dotx</Template>
  <TotalTime>1</TotalTime>
  <Pages>1</Pages>
  <Words>340</Words>
  <Characters>1944</Characters>
  <Application>Microsoft Office Word</Application>
  <DocSecurity>0</DocSecurity>
  <Lines>16</Lines>
  <Paragraphs>4</Paragraphs>
  <ScaleCrop>false</ScaleCrop>
  <Manager>Ahmed Fathy</Manager>
  <Company>Arab Creators for Engineering Consultancy</Company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ACE-QC-GEN-005 HSE Plan Review and Site Safety Inspection</dc:title>
  <dc:subject>مراجعة خطة السلامة والتفتيش على السلامة بالموقع</dc:subject>
  <dc:creator>Ahmed Fathy</dc:creator>
  <cp:keywords>QC; ITP; Inspection</cp:keywords>
  <dc:description/>
  <cp:lastModifiedBy>Ahmed Fathy</cp:lastModifiedBy>
  <cp:revision>2</cp:revision>
  <dcterms:created xsi:type="dcterms:W3CDTF">2026-11-03T20:16:00Z</dcterms:created>
  <dcterms:modified xsi:type="dcterms:W3CDTF">2026-11-03T20:16:00Z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