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200B70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200B70" w:rsidRDefault="00D9750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الإرسال</w:t>
            </w:r>
          </w:p>
          <w:p w:rsidR="00200B70" w:rsidRDefault="00D9750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Submittal No.</w:t>
            </w:r>
          </w:p>
        </w:tc>
        <w:tc>
          <w:tcPr>
            <w:tcW w:w="1831" w:type="dxa"/>
            <w:vAlign w:val="center"/>
          </w:tcPr>
          <w:p w:rsidR="00200B70" w:rsidRDefault="00200B70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200B70" w:rsidRDefault="00D9750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200B70" w:rsidRDefault="00D9750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200B70" w:rsidRDefault="00200B70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200B70" w:rsidRDefault="00D9750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</w:t>
            </w:r>
          </w:p>
          <w:p w:rsidR="00200B70" w:rsidRDefault="00D9750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</w:t>
            </w:r>
          </w:p>
        </w:tc>
        <w:tc>
          <w:tcPr>
            <w:tcW w:w="1831" w:type="dxa"/>
            <w:vAlign w:val="center"/>
          </w:tcPr>
          <w:p w:rsidR="00200B70" w:rsidRDefault="00200B70">
            <w:pPr>
              <w:bidi/>
              <w:spacing w:line="240" w:lineRule="auto"/>
            </w:pPr>
          </w:p>
        </w:tc>
      </w:tr>
      <w:tr w:rsidR="00200B70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200B70" w:rsidRDefault="00D9750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200B70" w:rsidRDefault="00D9750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200B70" w:rsidRDefault="00200B70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200B70" w:rsidRDefault="00D9750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تاريخ التقديم</w:t>
            </w:r>
          </w:p>
          <w:p w:rsidR="00200B70" w:rsidRDefault="00D9750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Submission Date</w:t>
            </w:r>
          </w:p>
        </w:tc>
        <w:tc>
          <w:tcPr>
            <w:tcW w:w="1831" w:type="dxa"/>
            <w:vAlign w:val="center"/>
          </w:tcPr>
          <w:p w:rsidR="00200B70" w:rsidRDefault="00200B70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200B70" w:rsidRDefault="00D9750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المرجع</w:t>
            </w:r>
          </w:p>
          <w:p w:rsidR="00200B70" w:rsidRDefault="00D9750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Ref. Doc No.</w:t>
            </w:r>
          </w:p>
        </w:tc>
        <w:tc>
          <w:tcPr>
            <w:tcW w:w="1831" w:type="dxa"/>
            <w:vAlign w:val="center"/>
          </w:tcPr>
          <w:p w:rsidR="00200B70" w:rsidRDefault="00200B70">
            <w:pPr>
              <w:bidi/>
              <w:spacing w:line="240" w:lineRule="auto"/>
            </w:pPr>
          </w:p>
        </w:tc>
      </w:tr>
    </w:tbl>
    <w:p w:rsidR="00200B70" w:rsidRDefault="00200B70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200B70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200B70" w:rsidRDefault="00D97504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بنود المراجعة: مراجعة المخططات والتنسيق بين التخصصات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200B70" w:rsidRDefault="00D97504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Review Criteria</w:t>
            </w:r>
          </w:p>
        </w:tc>
      </w:tr>
    </w:tbl>
    <w:p w:rsidR="00200B70" w:rsidRDefault="00200B70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309"/>
        <w:gridCol w:w="3742"/>
        <w:gridCol w:w="567"/>
        <w:gridCol w:w="567"/>
        <w:gridCol w:w="850"/>
      </w:tblGrid>
      <w:tr w:rsidR="00200B70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200B70" w:rsidRDefault="00D9750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200B70" w:rsidRDefault="00D97504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4309" w:type="dxa"/>
            <w:shd w:val="clear" w:color="auto" w:fill="E7E6E6"/>
            <w:vAlign w:val="center"/>
          </w:tcPr>
          <w:p w:rsidR="00200B70" w:rsidRDefault="00D9750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المراجعة</w:t>
            </w:r>
          </w:p>
        </w:tc>
        <w:tc>
          <w:tcPr>
            <w:tcW w:w="3742" w:type="dxa"/>
            <w:shd w:val="clear" w:color="auto" w:fill="E7E6E6"/>
            <w:vAlign w:val="center"/>
          </w:tcPr>
          <w:p w:rsidR="00200B70" w:rsidRDefault="00D97504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Review Criteria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200B70" w:rsidRDefault="00D9750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نعم</w:t>
            </w:r>
          </w:p>
          <w:p w:rsidR="00200B70" w:rsidRDefault="00D97504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Yes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200B70" w:rsidRDefault="00D9750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</w:t>
            </w:r>
          </w:p>
          <w:p w:rsidR="00200B70" w:rsidRDefault="00D97504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</w:t>
            </w:r>
          </w:p>
        </w:tc>
        <w:tc>
          <w:tcPr>
            <w:tcW w:w="850" w:type="dxa"/>
            <w:shd w:val="clear" w:color="auto" w:fill="E7E6E6"/>
            <w:vAlign w:val="center"/>
          </w:tcPr>
          <w:p w:rsidR="00200B70" w:rsidRDefault="00D9750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200B70" w:rsidRDefault="00D97504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200B70">
        <w:trPr>
          <w:cantSplit/>
          <w:jc w:val="center"/>
        </w:trPr>
        <w:tc>
          <w:tcPr>
            <w:tcW w:w="397" w:type="dxa"/>
            <w:vAlign w:val="center"/>
          </w:tcPr>
          <w:p w:rsidR="00200B70" w:rsidRDefault="00D9750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4309" w:type="dxa"/>
            <w:vAlign w:val="center"/>
          </w:tcPr>
          <w:p w:rsidR="00200B70" w:rsidRDefault="00D9750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اكتمال مجموعة المخططات المعمارية والإنشائية والكهربائية والصحية والميكانيكية.</w:t>
            </w:r>
          </w:p>
        </w:tc>
        <w:tc>
          <w:tcPr>
            <w:tcW w:w="3742" w:type="dxa"/>
            <w:vAlign w:val="center"/>
          </w:tcPr>
          <w:p w:rsidR="00200B70" w:rsidRDefault="00D9750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Architectural, structural, electrical, plumbing and mechanical drawing sets are complete.</w:t>
            </w:r>
          </w:p>
        </w:tc>
        <w:tc>
          <w:tcPr>
            <w:tcW w:w="567" w:type="dxa"/>
            <w:vAlign w:val="center"/>
          </w:tcPr>
          <w:p w:rsidR="00200B70" w:rsidRDefault="00200B7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00B70" w:rsidRDefault="00200B70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200B70" w:rsidRDefault="00200B70">
            <w:pPr>
              <w:bidi/>
              <w:spacing w:line="240" w:lineRule="auto"/>
              <w:jc w:val="center"/>
            </w:pPr>
          </w:p>
        </w:tc>
      </w:tr>
      <w:tr w:rsidR="00200B70">
        <w:trPr>
          <w:cantSplit/>
          <w:jc w:val="center"/>
        </w:trPr>
        <w:tc>
          <w:tcPr>
            <w:tcW w:w="397" w:type="dxa"/>
            <w:vAlign w:val="center"/>
          </w:tcPr>
          <w:p w:rsidR="00200B70" w:rsidRDefault="00D9750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4309" w:type="dxa"/>
            <w:vAlign w:val="center"/>
          </w:tcPr>
          <w:p w:rsidR="00200B70" w:rsidRDefault="00D9750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المخططات بآخر إصدار معتمد ومسجلة في سجل المخططات.</w:t>
            </w:r>
          </w:p>
        </w:tc>
        <w:tc>
          <w:tcPr>
            <w:tcW w:w="3742" w:type="dxa"/>
            <w:vAlign w:val="center"/>
          </w:tcPr>
          <w:p w:rsidR="00200B70" w:rsidRDefault="00D9750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Drawings are the latest approved revision and recorded in the drawing register.</w:t>
            </w:r>
          </w:p>
        </w:tc>
        <w:tc>
          <w:tcPr>
            <w:tcW w:w="567" w:type="dxa"/>
            <w:vAlign w:val="center"/>
          </w:tcPr>
          <w:p w:rsidR="00200B70" w:rsidRDefault="00200B7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00B70" w:rsidRDefault="00200B70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200B70" w:rsidRDefault="00200B70">
            <w:pPr>
              <w:bidi/>
              <w:spacing w:line="240" w:lineRule="auto"/>
              <w:jc w:val="center"/>
            </w:pPr>
          </w:p>
        </w:tc>
      </w:tr>
      <w:tr w:rsidR="00200B70">
        <w:trPr>
          <w:cantSplit/>
          <w:jc w:val="center"/>
        </w:trPr>
        <w:tc>
          <w:tcPr>
            <w:tcW w:w="397" w:type="dxa"/>
            <w:vAlign w:val="center"/>
          </w:tcPr>
          <w:p w:rsidR="00200B70" w:rsidRDefault="00D9750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4309" w:type="dxa"/>
            <w:vAlign w:val="center"/>
          </w:tcPr>
          <w:p w:rsidR="00200B70" w:rsidRDefault="00D9750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تطابق المحاور والأبعاد والمناسيب بين المخططات المعمارية والإنشائية.</w:t>
            </w:r>
          </w:p>
        </w:tc>
        <w:tc>
          <w:tcPr>
            <w:tcW w:w="3742" w:type="dxa"/>
            <w:vAlign w:val="center"/>
          </w:tcPr>
          <w:p w:rsidR="00200B70" w:rsidRDefault="00D9750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Grids, dimensions and levels match between architectural and structural drawings.</w:t>
            </w:r>
          </w:p>
        </w:tc>
        <w:tc>
          <w:tcPr>
            <w:tcW w:w="567" w:type="dxa"/>
            <w:vAlign w:val="center"/>
          </w:tcPr>
          <w:p w:rsidR="00200B70" w:rsidRDefault="00200B7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00B70" w:rsidRDefault="00200B70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200B70" w:rsidRDefault="00200B70">
            <w:pPr>
              <w:bidi/>
              <w:spacing w:line="240" w:lineRule="auto"/>
              <w:jc w:val="center"/>
            </w:pPr>
          </w:p>
        </w:tc>
      </w:tr>
      <w:tr w:rsidR="00200B70">
        <w:trPr>
          <w:cantSplit/>
          <w:jc w:val="center"/>
        </w:trPr>
        <w:tc>
          <w:tcPr>
            <w:tcW w:w="397" w:type="dxa"/>
            <w:vAlign w:val="center"/>
          </w:tcPr>
          <w:p w:rsidR="00200B70" w:rsidRDefault="00D9750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4309" w:type="dxa"/>
            <w:vAlign w:val="center"/>
          </w:tcPr>
          <w:p w:rsidR="00200B70" w:rsidRDefault="00D9750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جداول الأعمدة والقواعد والكمرات وفواصل التمدد.</w:t>
            </w:r>
          </w:p>
        </w:tc>
        <w:tc>
          <w:tcPr>
            <w:tcW w:w="3742" w:type="dxa"/>
            <w:vAlign w:val="center"/>
          </w:tcPr>
          <w:p w:rsidR="00200B70" w:rsidRDefault="00D9750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Column, footing and beam schedules and expansion joints are reviewed.</w:t>
            </w:r>
          </w:p>
        </w:tc>
        <w:tc>
          <w:tcPr>
            <w:tcW w:w="567" w:type="dxa"/>
            <w:vAlign w:val="center"/>
          </w:tcPr>
          <w:p w:rsidR="00200B70" w:rsidRDefault="00200B7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00B70" w:rsidRDefault="00200B70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200B70" w:rsidRDefault="00200B70">
            <w:pPr>
              <w:bidi/>
              <w:spacing w:line="240" w:lineRule="auto"/>
              <w:jc w:val="center"/>
            </w:pPr>
          </w:p>
        </w:tc>
      </w:tr>
      <w:tr w:rsidR="00200B70">
        <w:trPr>
          <w:cantSplit/>
          <w:jc w:val="center"/>
        </w:trPr>
        <w:tc>
          <w:tcPr>
            <w:tcW w:w="397" w:type="dxa"/>
            <w:vAlign w:val="center"/>
          </w:tcPr>
          <w:p w:rsidR="00200B70" w:rsidRDefault="00D9750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4309" w:type="dxa"/>
            <w:vAlign w:val="center"/>
          </w:tcPr>
          <w:p w:rsidR="00200B70" w:rsidRDefault="00D9750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عدم تعارض مسارات الصحي والكهرباء والتكييف مع العناصر الإنشائية.</w:t>
            </w:r>
          </w:p>
        </w:tc>
        <w:tc>
          <w:tcPr>
            <w:tcW w:w="3742" w:type="dxa"/>
            <w:vAlign w:val="center"/>
          </w:tcPr>
          <w:p w:rsidR="00200B70" w:rsidRDefault="00D9750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Plumbing, electrical and HVAC routes do not clash with structural elements.</w:t>
            </w:r>
          </w:p>
        </w:tc>
        <w:tc>
          <w:tcPr>
            <w:tcW w:w="567" w:type="dxa"/>
            <w:vAlign w:val="center"/>
          </w:tcPr>
          <w:p w:rsidR="00200B70" w:rsidRDefault="00200B7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00B70" w:rsidRDefault="00200B70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200B70" w:rsidRDefault="00200B70">
            <w:pPr>
              <w:bidi/>
              <w:spacing w:line="240" w:lineRule="auto"/>
              <w:jc w:val="center"/>
            </w:pPr>
          </w:p>
        </w:tc>
      </w:tr>
      <w:tr w:rsidR="00200B70">
        <w:trPr>
          <w:cantSplit/>
          <w:jc w:val="center"/>
        </w:trPr>
        <w:tc>
          <w:tcPr>
            <w:tcW w:w="397" w:type="dxa"/>
            <w:vAlign w:val="center"/>
          </w:tcPr>
          <w:p w:rsidR="00200B70" w:rsidRDefault="00D9750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4309" w:type="dxa"/>
            <w:vAlign w:val="center"/>
          </w:tcPr>
          <w:p w:rsidR="00200B70" w:rsidRDefault="00D9750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تحديد الفتحات والجلب في العناصر الخرسانية على المخططات.</w:t>
            </w:r>
          </w:p>
        </w:tc>
        <w:tc>
          <w:tcPr>
            <w:tcW w:w="3742" w:type="dxa"/>
            <w:vAlign w:val="center"/>
          </w:tcPr>
          <w:p w:rsidR="00200B70" w:rsidRDefault="00D9750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Openings and sleeves in concrete elements are shown on drawings.</w:t>
            </w:r>
          </w:p>
        </w:tc>
        <w:tc>
          <w:tcPr>
            <w:tcW w:w="567" w:type="dxa"/>
            <w:vAlign w:val="center"/>
          </w:tcPr>
          <w:p w:rsidR="00200B70" w:rsidRDefault="00200B7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00B70" w:rsidRDefault="00200B70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200B70" w:rsidRDefault="00200B70">
            <w:pPr>
              <w:bidi/>
              <w:spacing w:line="240" w:lineRule="auto"/>
              <w:jc w:val="center"/>
            </w:pPr>
          </w:p>
        </w:tc>
      </w:tr>
      <w:tr w:rsidR="00200B70">
        <w:trPr>
          <w:cantSplit/>
          <w:jc w:val="center"/>
        </w:trPr>
        <w:tc>
          <w:tcPr>
            <w:tcW w:w="397" w:type="dxa"/>
            <w:vAlign w:val="center"/>
          </w:tcPr>
          <w:p w:rsidR="00200B70" w:rsidRDefault="00D9750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4309" w:type="dxa"/>
            <w:vAlign w:val="center"/>
          </w:tcPr>
          <w:p w:rsidR="00200B70" w:rsidRDefault="00D9750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تطابق المخططات مع المواصفات وجدول الكميات.</w:t>
            </w:r>
          </w:p>
        </w:tc>
        <w:tc>
          <w:tcPr>
            <w:tcW w:w="3742" w:type="dxa"/>
            <w:vAlign w:val="center"/>
          </w:tcPr>
          <w:p w:rsidR="00200B70" w:rsidRDefault="00D9750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Drawings are consistent with specifications and the bill of quantities.</w:t>
            </w:r>
          </w:p>
        </w:tc>
        <w:tc>
          <w:tcPr>
            <w:tcW w:w="567" w:type="dxa"/>
            <w:vAlign w:val="center"/>
          </w:tcPr>
          <w:p w:rsidR="00200B70" w:rsidRDefault="00200B7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00B70" w:rsidRDefault="00200B70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200B70" w:rsidRDefault="00200B70">
            <w:pPr>
              <w:bidi/>
              <w:spacing w:line="240" w:lineRule="auto"/>
              <w:jc w:val="center"/>
            </w:pPr>
          </w:p>
        </w:tc>
      </w:tr>
      <w:tr w:rsidR="00200B70">
        <w:trPr>
          <w:cantSplit/>
          <w:jc w:val="center"/>
        </w:trPr>
        <w:tc>
          <w:tcPr>
            <w:tcW w:w="397" w:type="dxa"/>
            <w:vAlign w:val="center"/>
          </w:tcPr>
          <w:p w:rsidR="00200B70" w:rsidRDefault="00D9750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4309" w:type="dxa"/>
            <w:vAlign w:val="center"/>
          </w:tcPr>
          <w:p w:rsidR="00200B70" w:rsidRDefault="00D9750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تسجيل الملاحظات وإصدار طلبات الاستيضاح ‏(RFI)‏ اللازمة.</w:t>
            </w:r>
          </w:p>
        </w:tc>
        <w:tc>
          <w:tcPr>
            <w:tcW w:w="3742" w:type="dxa"/>
            <w:vAlign w:val="center"/>
          </w:tcPr>
          <w:p w:rsidR="00200B70" w:rsidRDefault="00D9750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Comments are recorded and the necessary requests for information (RFI) are issued.</w:t>
            </w:r>
          </w:p>
        </w:tc>
        <w:tc>
          <w:tcPr>
            <w:tcW w:w="567" w:type="dxa"/>
            <w:vAlign w:val="center"/>
          </w:tcPr>
          <w:p w:rsidR="00200B70" w:rsidRDefault="00200B7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00B70" w:rsidRDefault="00200B70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200B70" w:rsidRDefault="00200B70">
            <w:pPr>
              <w:bidi/>
              <w:spacing w:line="240" w:lineRule="auto"/>
              <w:jc w:val="center"/>
            </w:pPr>
          </w:p>
        </w:tc>
      </w:tr>
    </w:tbl>
    <w:p w:rsidR="00200B70" w:rsidRDefault="00200B70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200B70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200B70" w:rsidRDefault="00D9750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200B70" w:rsidRDefault="00D97504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200B70" w:rsidRDefault="00D97504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شروط العقد، المخططات والمواصفات المعتمدة، اشتراطات الجهات المختصة، كود البناء السعودي SBC 201</w:t>
            </w:r>
          </w:p>
        </w:tc>
        <w:tc>
          <w:tcPr>
            <w:tcW w:w="4309" w:type="dxa"/>
            <w:vAlign w:val="center"/>
          </w:tcPr>
          <w:p w:rsidR="00200B70" w:rsidRDefault="00D97504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Contract conditions, approved drawings and specifications, authority requirements; Saudi Building Code SBC 201</w:t>
            </w:r>
          </w:p>
        </w:tc>
      </w:tr>
      <w:tr w:rsidR="00200B70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200B70" w:rsidRDefault="00D9750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200B70" w:rsidRDefault="00D97504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200B70" w:rsidRDefault="00D97504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محضر استلام الموقع ☐ الرفع المساحي للحدود والمناسيب ☐ صور الموقع</w:t>
            </w:r>
          </w:p>
        </w:tc>
        <w:tc>
          <w:tcPr>
            <w:tcW w:w="4309" w:type="dxa"/>
            <w:vAlign w:val="center"/>
          </w:tcPr>
          <w:p w:rsidR="00200B70" w:rsidRDefault="00D97504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Site handover minutes   ☐ Boundary and levels survey   ☐ Site photos</w:t>
            </w:r>
          </w:p>
        </w:tc>
      </w:tr>
    </w:tbl>
    <w:p w:rsidR="00200B70" w:rsidRDefault="00200B70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200B70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200B70" w:rsidRDefault="00D97504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200B70" w:rsidRDefault="00D97504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200B70" w:rsidRDefault="00200B70">
            <w:pPr>
              <w:keepNext/>
              <w:bidi/>
              <w:spacing w:line="240" w:lineRule="auto"/>
            </w:pPr>
          </w:p>
        </w:tc>
      </w:tr>
    </w:tbl>
    <w:p w:rsidR="00200B70" w:rsidRDefault="00200B70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200B70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200B70" w:rsidRDefault="00D97504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المراجعة</w:t>
            </w:r>
          </w:p>
          <w:p w:rsidR="00200B70" w:rsidRDefault="00D97504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Review Result</w:t>
            </w:r>
          </w:p>
        </w:tc>
        <w:tc>
          <w:tcPr>
            <w:tcW w:w="2154" w:type="dxa"/>
            <w:vAlign w:val="center"/>
          </w:tcPr>
          <w:p w:rsidR="00200B70" w:rsidRDefault="00D97504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200B70" w:rsidRDefault="00D9750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200B70" w:rsidRDefault="00D97504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200B70" w:rsidRDefault="00D9750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200B70" w:rsidRDefault="00D97504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200B70" w:rsidRDefault="00D9750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200B70" w:rsidRDefault="00D97504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200B70" w:rsidRDefault="00D9750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200B70" w:rsidRDefault="00200B70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200B70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200B70" w:rsidRDefault="00D97504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200B70" w:rsidRDefault="00D97504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200B70" w:rsidRDefault="00D97504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200B70" w:rsidRDefault="00D9750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200B70" w:rsidRDefault="00D97504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200B70" w:rsidRDefault="00D9750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200B70" w:rsidRDefault="00D97504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200B70" w:rsidRDefault="00D9750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200B70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200B70" w:rsidRDefault="00D9750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200B70" w:rsidRDefault="00D9750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200B70" w:rsidRDefault="00D9750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200B70" w:rsidRDefault="00D9750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200B70" w:rsidRDefault="00D9750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200B70" w:rsidRDefault="00D9750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200B70" w:rsidRDefault="00D9750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200B70" w:rsidRDefault="00D9750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200B70" w:rsidRDefault="00D9750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200B70" w:rsidRDefault="00D9750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200B70" w:rsidRDefault="00D9750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200B70" w:rsidRDefault="00200B70">
      <w:pPr>
        <w:spacing w:line="20" w:lineRule="exact"/>
      </w:pPr>
    </w:p>
    <w:sectPr w:rsidR="00200B70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97504" w:rsidRDefault="00D97504">
      <w:pPr>
        <w:spacing w:line="240" w:lineRule="auto"/>
      </w:pPr>
      <w:r>
        <w:separator/>
      </w:r>
    </w:p>
  </w:endnote>
  <w:endnote w:type="continuationSeparator" w:id="0">
    <w:p w:rsidR="00D97504" w:rsidRDefault="00D975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200B70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200B70" w:rsidRDefault="00D97504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200B70" w:rsidRDefault="00D97504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ACE-QC-GEN-004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97504" w:rsidRDefault="00D97504">
      <w:pPr>
        <w:spacing w:line="240" w:lineRule="auto"/>
      </w:pPr>
      <w:r>
        <w:separator/>
      </w:r>
    </w:p>
  </w:footnote>
  <w:footnote w:type="continuationSeparator" w:id="0">
    <w:p w:rsidR="00D97504" w:rsidRDefault="00D9750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200B70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200B70" w:rsidRDefault="00D97504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200B70" w:rsidRDefault="00D97504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200B70" w:rsidRDefault="00D97504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200B70" w:rsidRDefault="00D97504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200B70" w:rsidRDefault="00D97504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ACE-QC-GEN-004</w:t>
          </w:r>
        </w:p>
      </w:tc>
    </w:tr>
    <w:tr w:rsidR="00200B70">
      <w:trPr>
        <w:trHeight w:val="283"/>
        <w:jc w:val="center"/>
      </w:trPr>
      <w:tc>
        <w:tcPr>
          <w:tcW w:w="2041" w:type="dxa"/>
          <w:vMerge/>
          <w:vAlign w:val="center"/>
        </w:tcPr>
        <w:p w:rsidR="00200B70" w:rsidRDefault="00200B70"/>
      </w:tc>
      <w:tc>
        <w:tcPr>
          <w:tcW w:w="5669" w:type="dxa"/>
          <w:vMerge/>
          <w:vAlign w:val="center"/>
        </w:tcPr>
        <w:p w:rsidR="00200B70" w:rsidRDefault="00200B70"/>
      </w:tc>
      <w:tc>
        <w:tcPr>
          <w:tcW w:w="1361" w:type="dxa"/>
          <w:shd w:val="clear" w:color="auto" w:fill="F2F2F2"/>
          <w:vAlign w:val="center"/>
        </w:tcPr>
        <w:p w:rsidR="00200B70" w:rsidRDefault="00D97504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200B70" w:rsidRDefault="00D97504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200B70">
      <w:trPr>
        <w:trHeight w:val="283"/>
        <w:jc w:val="center"/>
      </w:trPr>
      <w:tc>
        <w:tcPr>
          <w:tcW w:w="2041" w:type="dxa"/>
          <w:vMerge/>
          <w:vAlign w:val="center"/>
        </w:tcPr>
        <w:p w:rsidR="00200B70" w:rsidRDefault="00200B70"/>
      </w:tc>
      <w:tc>
        <w:tcPr>
          <w:tcW w:w="5669" w:type="dxa"/>
          <w:vMerge w:val="restart"/>
          <w:shd w:val="clear" w:color="auto" w:fill="E7E6E6"/>
          <w:vAlign w:val="center"/>
        </w:tcPr>
        <w:p w:rsidR="00200B70" w:rsidRDefault="00D97504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مراجعة المخططات والتنسيق بين التخصصات</w:t>
          </w:r>
        </w:p>
        <w:p w:rsidR="00200B70" w:rsidRDefault="00D97504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Drawings Review and Interdisciplinary Coordination</w:t>
          </w:r>
        </w:p>
      </w:tc>
      <w:tc>
        <w:tcPr>
          <w:tcW w:w="1361" w:type="dxa"/>
          <w:shd w:val="clear" w:color="auto" w:fill="F2F2F2"/>
          <w:vAlign w:val="center"/>
        </w:tcPr>
        <w:p w:rsidR="00200B70" w:rsidRDefault="00D97504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200B70" w:rsidRDefault="00D97504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200B70">
      <w:trPr>
        <w:trHeight w:val="283"/>
        <w:jc w:val="center"/>
      </w:trPr>
      <w:tc>
        <w:tcPr>
          <w:tcW w:w="2041" w:type="dxa"/>
          <w:vMerge/>
          <w:vAlign w:val="center"/>
        </w:tcPr>
        <w:p w:rsidR="00200B70" w:rsidRDefault="00200B70"/>
      </w:tc>
      <w:tc>
        <w:tcPr>
          <w:tcW w:w="5669" w:type="dxa"/>
          <w:vMerge/>
          <w:vAlign w:val="center"/>
        </w:tcPr>
        <w:p w:rsidR="00200B70" w:rsidRDefault="00200B70"/>
      </w:tc>
      <w:tc>
        <w:tcPr>
          <w:tcW w:w="1361" w:type="dxa"/>
          <w:shd w:val="clear" w:color="auto" w:fill="F2F2F2"/>
          <w:vAlign w:val="center"/>
        </w:tcPr>
        <w:p w:rsidR="00200B70" w:rsidRDefault="00D97504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200B70" w:rsidRDefault="00D97504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200B70" w:rsidRDefault="00200B70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80480800">
    <w:abstractNumId w:val="8"/>
  </w:num>
  <w:num w:numId="2" w16cid:durableId="3867945">
    <w:abstractNumId w:val="6"/>
  </w:num>
  <w:num w:numId="3" w16cid:durableId="885025924">
    <w:abstractNumId w:val="5"/>
  </w:num>
  <w:num w:numId="4" w16cid:durableId="2024041648">
    <w:abstractNumId w:val="4"/>
  </w:num>
  <w:num w:numId="5" w16cid:durableId="397216036">
    <w:abstractNumId w:val="7"/>
  </w:num>
  <w:num w:numId="6" w16cid:durableId="62997399">
    <w:abstractNumId w:val="3"/>
  </w:num>
  <w:num w:numId="7" w16cid:durableId="1633636852">
    <w:abstractNumId w:val="2"/>
  </w:num>
  <w:num w:numId="8" w16cid:durableId="64838671">
    <w:abstractNumId w:val="1"/>
  </w:num>
  <w:num w:numId="9" w16cid:durableId="1139882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00B70"/>
    <w:rsid w:val="0029639D"/>
    <w:rsid w:val="00326F90"/>
    <w:rsid w:val="005C0D99"/>
    <w:rsid w:val="00AA1D8D"/>
    <w:rsid w:val="00AF2FB6"/>
    <w:rsid w:val="00B47730"/>
    <w:rsid w:val="00CB0664"/>
    <w:rsid w:val="00D9750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A472B0D2-A320-4698-BA92-6D13BCE50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ACE_QC-GEN-004_Drawings_Review_Coordination_20261009_v4.dotx</Template>
  <TotalTime>0</TotalTime>
  <Pages>1</Pages>
  <Words>350</Words>
  <Characters>1997</Characters>
  <Application>Microsoft Office Word</Application>
  <DocSecurity>0</DocSecurity>
  <Lines>16</Lines>
  <Paragraphs>4</Paragraphs>
  <ScaleCrop>false</ScaleCrop>
  <Manager>Ahmed Fathy</Manager>
  <Company>Arab Creators for Engineering Consultancy</Company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ACE-QC-GEN-004 Drawings Review and Interdisciplinary Coordination</dc:title>
  <dc:subject>مراجعة المخططات والتنسيق بين التخصصات</dc:subject>
  <dc:creator>Ahmed Fathy</dc:creator>
  <cp:keywords>QC; ITP; Inspection</cp:keywords>
  <dc:description/>
  <cp:lastModifiedBy>Ahmed Fathy</cp:lastModifiedBy>
  <cp:revision>2</cp:revision>
  <dcterms:created xsi:type="dcterms:W3CDTF">2026-11-03T20:15:00Z</dcterms:created>
  <dcterms:modified xsi:type="dcterms:W3CDTF">2026-11-03T20:15:00Z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