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2660A3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660A3" w:rsidRDefault="003116D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2660A3" w:rsidRDefault="003116D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2660A3" w:rsidRDefault="002660A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660A3" w:rsidRDefault="003116D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2660A3" w:rsidRDefault="003116D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2660A3" w:rsidRDefault="002660A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660A3" w:rsidRDefault="003116D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2660A3" w:rsidRDefault="003116D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2660A3" w:rsidRDefault="002660A3">
            <w:pPr>
              <w:bidi/>
              <w:spacing w:line="240" w:lineRule="auto"/>
            </w:pPr>
          </w:p>
        </w:tc>
      </w:tr>
      <w:tr w:rsidR="002660A3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660A3" w:rsidRDefault="003116D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2660A3" w:rsidRDefault="003116D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2660A3" w:rsidRDefault="002660A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660A3" w:rsidRDefault="003116D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2660A3" w:rsidRDefault="003116D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2660A3" w:rsidRDefault="002660A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660A3" w:rsidRDefault="003116D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المرجع</w:t>
            </w:r>
          </w:p>
          <w:p w:rsidR="002660A3" w:rsidRDefault="003116D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Ref. Doc No.</w:t>
            </w:r>
          </w:p>
        </w:tc>
        <w:tc>
          <w:tcPr>
            <w:tcW w:w="1831" w:type="dxa"/>
            <w:vAlign w:val="center"/>
          </w:tcPr>
          <w:p w:rsidR="002660A3" w:rsidRDefault="002660A3">
            <w:pPr>
              <w:bidi/>
              <w:spacing w:line="240" w:lineRule="auto"/>
            </w:pPr>
          </w:p>
        </w:tc>
      </w:tr>
    </w:tbl>
    <w:p w:rsidR="002660A3" w:rsidRDefault="002660A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660A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660A3" w:rsidRDefault="003116D4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بنود المراجعة: اعتماد محطة الخرسانة الجاهزة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660A3" w:rsidRDefault="003116D4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Review Criteria</w:t>
            </w:r>
          </w:p>
        </w:tc>
      </w:tr>
    </w:tbl>
    <w:p w:rsidR="002660A3" w:rsidRDefault="002660A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309"/>
        <w:gridCol w:w="3742"/>
        <w:gridCol w:w="567"/>
        <w:gridCol w:w="567"/>
        <w:gridCol w:w="850"/>
      </w:tblGrid>
      <w:tr w:rsidR="002660A3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2660A3" w:rsidRDefault="003116D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2660A3" w:rsidRDefault="003116D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4309" w:type="dxa"/>
            <w:shd w:val="clear" w:color="auto" w:fill="E7E6E6"/>
            <w:vAlign w:val="center"/>
          </w:tcPr>
          <w:p w:rsidR="002660A3" w:rsidRDefault="003116D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المراجعة</w:t>
            </w:r>
          </w:p>
        </w:tc>
        <w:tc>
          <w:tcPr>
            <w:tcW w:w="3742" w:type="dxa"/>
            <w:shd w:val="clear" w:color="auto" w:fill="E7E6E6"/>
            <w:vAlign w:val="center"/>
          </w:tcPr>
          <w:p w:rsidR="002660A3" w:rsidRDefault="003116D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Review Criteria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2660A3" w:rsidRDefault="003116D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نعم</w:t>
            </w:r>
          </w:p>
          <w:p w:rsidR="002660A3" w:rsidRDefault="003116D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Yes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2660A3" w:rsidRDefault="003116D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</w:t>
            </w:r>
          </w:p>
          <w:p w:rsidR="002660A3" w:rsidRDefault="003116D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2660A3" w:rsidRDefault="003116D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2660A3" w:rsidRDefault="003116D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2660A3">
        <w:trPr>
          <w:cantSplit/>
          <w:jc w:val="center"/>
        </w:trPr>
        <w:tc>
          <w:tcPr>
            <w:tcW w:w="397" w:type="dxa"/>
            <w:vAlign w:val="center"/>
          </w:tcPr>
          <w:p w:rsidR="002660A3" w:rsidRDefault="003116D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4309" w:type="dxa"/>
            <w:vAlign w:val="center"/>
          </w:tcPr>
          <w:p w:rsidR="002660A3" w:rsidRDefault="003116D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المحطة مرخصة ولها شهادة جودة سارية.</w:t>
            </w:r>
          </w:p>
        </w:tc>
        <w:tc>
          <w:tcPr>
            <w:tcW w:w="3742" w:type="dxa"/>
            <w:vAlign w:val="center"/>
          </w:tcPr>
          <w:p w:rsidR="002660A3" w:rsidRDefault="003116D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Plant is licensed and holds a valid quality certificate.</w:t>
            </w:r>
          </w:p>
        </w:tc>
        <w:tc>
          <w:tcPr>
            <w:tcW w:w="567" w:type="dxa"/>
            <w:vAlign w:val="center"/>
          </w:tcPr>
          <w:p w:rsidR="002660A3" w:rsidRDefault="002660A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660A3" w:rsidRDefault="002660A3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2660A3" w:rsidRDefault="002660A3">
            <w:pPr>
              <w:bidi/>
              <w:spacing w:line="240" w:lineRule="auto"/>
              <w:jc w:val="center"/>
            </w:pPr>
          </w:p>
        </w:tc>
      </w:tr>
      <w:tr w:rsidR="002660A3">
        <w:trPr>
          <w:cantSplit/>
          <w:jc w:val="center"/>
        </w:trPr>
        <w:tc>
          <w:tcPr>
            <w:tcW w:w="397" w:type="dxa"/>
            <w:vAlign w:val="center"/>
          </w:tcPr>
          <w:p w:rsidR="002660A3" w:rsidRDefault="003116D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4309" w:type="dxa"/>
            <w:vAlign w:val="center"/>
          </w:tcPr>
          <w:p w:rsidR="002660A3" w:rsidRDefault="003116D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سايلو مستقل لكل نوع أسمنت مع بيانات واضحة عليه.</w:t>
            </w:r>
          </w:p>
        </w:tc>
        <w:tc>
          <w:tcPr>
            <w:tcW w:w="3742" w:type="dxa"/>
            <w:vAlign w:val="center"/>
          </w:tcPr>
          <w:p w:rsidR="002660A3" w:rsidRDefault="003116D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Separate silo for each cement type, clearly labelled.</w:t>
            </w:r>
          </w:p>
        </w:tc>
        <w:tc>
          <w:tcPr>
            <w:tcW w:w="567" w:type="dxa"/>
            <w:vAlign w:val="center"/>
          </w:tcPr>
          <w:p w:rsidR="002660A3" w:rsidRDefault="002660A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660A3" w:rsidRDefault="002660A3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2660A3" w:rsidRDefault="002660A3">
            <w:pPr>
              <w:bidi/>
              <w:spacing w:line="240" w:lineRule="auto"/>
              <w:jc w:val="center"/>
            </w:pPr>
          </w:p>
        </w:tc>
      </w:tr>
      <w:tr w:rsidR="002660A3">
        <w:trPr>
          <w:cantSplit/>
          <w:jc w:val="center"/>
        </w:trPr>
        <w:tc>
          <w:tcPr>
            <w:tcW w:w="397" w:type="dxa"/>
            <w:vAlign w:val="center"/>
          </w:tcPr>
          <w:p w:rsidR="002660A3" w:rsidRDefault="003116D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4309" w:type="dxa"/>
            <w:vAlign w:val="center"/>
          </w:tcPr>
          <w:p w:rsidR="002660A3" w:rsidRDefault="003116D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فصل أنواع الركام بحوائط وتظليلها ومصدرها من محجر معتمد.</w:t>
            </w:r>
          </w:p>
        </w:tc>
        <w:tc>
          <w:tcPr>
            <w:tcW w:w="3742" w:type="dxa"/>
            <w:vAlign w:val="center"/>
          </w:tcPr>
          <w:p w:rsidR="002660A3" w:rsidRDefault="003116D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Aggregates separated by walls, shaded, and sourced from an approved quarry.</w:t>
            </w:r>
          </w:p>
        </w:tc>
        <w:tc>
          <w:tcPr>
            <w:tcW w:w="567" w:type="dxa"/>
            <w:vAlign w:val="center"/>
          </w:tcPr>
          <w:p w:rsidR="002660A3" w:rsidRDefault="002660A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660A3" w:rsidRDefault="002660A3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2660A3" w:rsidRDefault="002660A3">
            <w:pPr>
              <w:bidi/>
              <w:spacing w:line="240" w:lineRule="auto"/>
              <w:jc w:val="center"/>
            </w:pPr>
          </w:p>
        </w:tc>
      </w:tr>
      <w:tr w:rsidR="002660A3">
        <w:trPr>
          <w:cantSplit/>
          <w:jc w:val="center"/>
        </w:trPr>
        <w:tc>
          <w:tcPr>
            <w:tcW w:w="397" w:type="dxa"/>
            <w:vAlign w:val="center"/>
          </w:tcPr>
          <w:p w:rsidR="002660A3" w:rsidRDefault="003116D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4309" w:type="dxa"/>
            <w:vAlign w:val="center"/>
          </w:tcPr>
          <w:p w:rsidR="002660A3" w:rsidRDefault="003116D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نتائج اختبارات الركام (التدرج، الأملاح، الامتصاص) مطابقة للمواصفات.</w:t>
            </w:r>
          </w:p>
        </w:tc>
        <w:tc>
          <w:tcPr>
            <w:tcW w:w="3742" w:type="dxa"/>
            <w:vAlign w:val="center"/>
          </w:tcPr>
          <w:p w:rsidR="002660A3" w:rsidRDefault="003116D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Aggregate tests (grading, salts, absorption) comply with specifications.</w:t>
            </w:r>
          </w:p>
        </w:tc>
        <w:tc>
          <w:tcPr>
            <w:tcW w:w="567" w:type="dxa"/>
            <w:vAlign w:val="center"/>
          </w:tcPr>
          <w:p w:rsidR="002660A3" w:rsidRDefault="002660A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660A3" w:rsidRDefault="002660A3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2660A3" w:rsidRDefault="002660A3">
            <w:pPr>
              <w:bidi/>
              <w:spacing w:line="240" w:lineRule="auto"/>
              <w:jc w:val="center"/>
            </w:pPr>
          </w:p>
        </w:tc>
      </w:tr>
      <w:tr w:rsidR="002660A3">
        <w:trPr>
          <w:cantSplit/>
          <w:jc w:val="center"/>
        </w:trPr>
        <w:tc>
          <w:tcPr>
            <w:tcW w:w="397" w:type="dxa"/>
            <w:vAlign w:val="center"/>
          </w:tcPr>
          <w:p w:rsidR="002660A3" w:rsidRDefault="003116D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4309" w:type="dxa"/>
            <w:vAlign w:val="center"/>
          </w:tcPr>
          <w:p w:rsidR="002660A3" w:rsidRDefault="003116D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ماء الخلط صالح ونتائج تحليله مطابقة للمواصفات.</w:t>
            </w:r>
          </w:p>
        </w:tc>
        <w:tc>
          <w:tcPr>
            <w:tcW w:w="3742" w:type="dxa"/>
            <w:vAlign w:val="center"/>
          </w:tcPr>
          <w:p w:rsidR="002660A3" w:rsidRDefault="003116D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Mixing water is suitable and its analysis complies with specifications.</w:t>
            </w:r>
          </w:p>
        </w:tc>
        <w:tc>
          <w:tcPr>
            <w:tcW w:w="567" w:type="dxa"/>
            <w:vAlign w:val="center"/>
          </w:tcPr>
          <w:p w:rsidR="002660A3" w:rsidRDefault="002660A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660A3" w:rsidRDefault="002660A3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2660A3" w:rsidRDefault="002660A3">
            <w:pPr>
              <w:bidi/>
              <w:spacing w:line="240" w:lineRule="auto"/>
              <w:jc w:val="center"/>
            </w:pPr>
          </w:p>
        </w:tc>
      </w:tr>
      <w:tr w:rsidR="002660A3">
        <w:trPr>
          <w:cantSplit/>
          <w:jc w:val="center"/>
        </w:trPr>
        <w:tc>
          <w:tcPr>
            <w:tcW w:w="397" w:type="dxa"/>
            <w:vAlign w:val="center"/>
          </w:tcPr>
          <w:p w:rsidR="002660A3" w:rsidRDefault="003116D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4309" w:type="dxa"/>
            <w:vAlign w:val="center"/>
          </w:tcPr>
          <w:p w:rsidR="002660A3" w:rsidRDefault="003116D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الموازين معايرة ولها شهادات معايرة سارية.</w:t>
            </w:r>
          </w:p>
        </w:tc>
        <w:tc>
          <w:tcPr>
            <w:tcW w:w="3742" w:type="dxa"/>
            <w:vAlign w:val="center"/>
          </w:tcPr>
          <w:p w:rsidR="002660A3" w:rsidRDefault="003116D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Weighing scales are calibrated with valid certificates.</w:t>
            </w:r>
          </w:p>
        </w:tc>
        <w:tc>
          <w:tcPr>
            <w:tcW w:w="567" w:type="dxa"/>
            <w:vAlign w:val="center"/>
          </w:tcPr>
          <w:p w:rsidR="002660A3" w:rsidRDefault="002660A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660A3" w:rsidRDefault="002660A3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2660A3" w:rsidRDefault="002660A3">
            <w:pPr>
              <w:bidi/>
              <w:spacing w:line="240" w:lineRule="auto"/>
              <w:jc w:val="center"/>
            </w:pPr>
          </w:p>
        </w:tc>
      </w:tr>
      <w:tr w:rsidR="002660A3">
        <w:trPr>
          <w:cantSplit/>
          <w:jc w:val="center"/>
        </w:trPr>
        <w:tc>
          <w:tcPr>
            <w:tcW w:w="397" w:type="dxa"/>
            <w:vAlign w:val="center"/>
          </w:tcPr>
          <w:p w:rsidR="002660A3" w:rsidRDefault="003116D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4309" w:type="dxa"/>
            <w:vAlign w:val="center"/>
          </w:tcPr>
          <w:p w:rsidR="002660A3" w:rsidRDefault="003116D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توفر وسائل تبريد الخرسانة في الطقس الحار (ماء مبرد أو ثلج).</w:t>
            </w:r>
          </w:p>
        </w:tc>
        <w:tc>
          <w:tcPr>
            <w:tcW w:w="3742" w:type="dxa"/>
            <w:vAlign w:val="center"/>
          </w:tcPr>
          <w:p w:rsidR="002660A3" w:rsidRDefault="003116D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Means of cooling concrete in hot weather are available (chilled water or ice).</w:t>
            </w:r>
          </w:p>
        </w:tc>
        <w:tc>
          <w:tcPr>
            <w:tcW w:w="567" w:type="dxa"/>
            <w:vAlign w:val="center"/>
          </w:tcPr>
          <w:p w:rsidR="002660A3" w:rsidRDefault="002660A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660A3" w:rsidRDefault="002660A3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2660A3" w:rsidRDefault="002660A3">
            <w:pPr>
              <w:bidi/>
              <w:spacing w:line="240" w:lineRule="auto"/>
              <w:jc w:val="center"/>
            </w:pPr>
          </w:p>
        </w:tc>
      </w:tr>
      <w:tr w:rsidR="002660A3">
        <w:trPr>
          <w:cantSplit/>
          <w:jc w:val="center"/>
        </w:trPr>
        <w:tc>
          <w:tcPr>
            <w:tcW w:w="397" w:type="dxa"/>
            <w:vAlign w:val="center"/>
          </w:tcPr>
          <w:p w:rsidR="002660A3" w:rsidRDefault="003116D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4309" w:type="dxa"/>
            <w:vAlign w:val="center"/>
          </w:tcPr>
          <w:p w:rsidR="002660A3" w:rsidRDefault="003116D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عدد ونظافة الخلاطات ومضخات الصب كافية لمعدل الصب المطلوب.</w:t>
            </w:r>
          </w:p>
        </w:tc>
        <w:tc>
          <w:tcPr>
            <w:tcW w:w="3742" w:type="dxa"/>
            <w:vAlign w:val="center"/>
          </w:tcPr>
          <w:p w:rsidR="002660A3" w:rsidRDefault="003116D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Number and condition of truck mixers and pumps suit the required pour rate.</w:t>
            </w:r>
          </w:p>
        </w:tc>
        <w:tc>
          <w:tcPr>
            <w:tcW w:w="567" w:type="dxa"/>
            <w:vAlign w:val="center"/>
          </w:tcPr>
          <w:p w:rsidR="002660A3" w:rsidRDefault="002660A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660A3" w:rsidRDefault="002660A3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2660A3" w:rsidRDefault="002660A3">
            <w:pPr>
              <w:bidi/>
              <w:spacing w:line="240" w:lineRule="auto"/>
              <w:jc w:val="center"/>
            </w:pPr>
          </w:p>
        </w:tc>
      </w:tr>
      <w:tr w:rsidR="002660A3">
        <w:trPr>
          <w:cantSplit/>
          <w:jc w:val="center"/>
        </w:trPr>
        <w:tc>
          <w:tcPr>
            <w:tcW w:w="397" w:type="dxa"/>
            <w:vAlign w:val="center"/>
          </w:tcPr>
          <w:p w:rsidR="002660A3" w:rsidRDefault="003116D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4309" w:type="dxa"/>
            <w:vAlign w:val="center"/>
          </w:tcPr>
          <w:p w:rsidR="002660A3" w:rsidRDefault="003116D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توفر معمل بالمحطة لاختبارات الهبوط والمكعبات.</w:t>
            </w:r>
          </w:p>
        </w:tc>
        <w:tc>
          <w:tcPr>
            <w:tcW w:w="3742" w:type="dxa"/>
            <w:vAlign w:val="center"/>
          </w:tcPr>
          <w:p w:rsidR="002660A3" w:rsidRDefault="003116D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Plant laboratory is available for slump and cube tests.</w:t>
            </w:r>
          </w:p>
        </w:tc>
        <w:tc>
          <w:tcPr>
            <w:tcW w:w="567" w:type="dxa"/>
            <w:vAlign w:val="center"/>
          </w:tcPr>
          <w:p w:rsidR="002660A3" w:rsidRDefault="002660A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660A3" w:rsidRDefault="002660A3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2660A3" w:rsidRDefault="002660A3">
            <w:pPr>
              <w:bidi/>
              <w:spacing w:line="240" w:lineRule="auto"/>
              <w:jc w:val="center"/>
            </w:pPr>
          </w:p>
        </w:tc>
      </w:tr>
    </w:tbl>
    <w:p w:rsidR="002660A3" w:rsidRDefault="002660A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2660A3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2660A3" w:rsidRDefault="003116D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2660A3" w:rsidRDefault="003116D4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2660A3" w:rsidRDefault="003116D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ECP 203، ACI 305، ASTM C143 / C31 / C39، كود البناء السعودي SBC 201</w:t>
            </w:r>
          </w:p>
        </w:tc>
        <w:tc>
          <w:tcPr>
            <w:tcW w:w="4309" w:type="dxa"/>
            <w:vAlign w:val="center"/>
          </w:tcPr>
          <w:p w:rsidR="002660A3" w:rsidRDefault="003116D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203, ACI 305, ASTM C143 / C31 / C39; Saudi Building Code SBC 201</w:t>
            </w:r>
          </w:p>
        </w:tc>
      </w:tr>
      <w:tr w:rsidR="002660A3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2660A3" w:rsidRDefault="003116D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2660A3" w:rsidRDefault="003116D4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2660A3" w:rsidRDefault="003116D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الخلطة المعتمدة ☐ تذاكر التوريد ☐ نتائج الهبوط والمكعبات</w:t>
            </w:r>
          </w:p>
        </w:tc>
        <w:tc>
          <w:tcPr>
            <w:tcW w:w="4309" w:type="dxa"/>
            <w:vAlign w:val="center"/>
          </w:tcPr>
          <w:p w:rsidR="002660A3" w:rsidRDefault="003116D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Approved mix design   ☐ Delivery tickets   ☐ Slump and cube results</w:t>
            </w:r>
          </w:p>
        </w:tc>
      </w:tr>
    </w:tbl>
    <w:p w:rsidR="002660A3" w:rsidRDefault="002660A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2660A3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660A3" w:rsidRDefault="003116D4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2660A3" w:rsidRDefault="003116D4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2660A3" w:rsidRDefault="002660A3">
            <w:pPr>
              <w:keepNext/>
              <w:bidi/>
              <w:spacing w:line="240" w:lineRule="auto"/>
            </w:pPr>
          </w:p>
        </w:tc>
      </w:tr>
    </w:tbl>
    <w:p w:rsidR="002660A3" w:rsidRDefault="002660A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2660A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660A3" w:rsidRDefault="003116D4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المراجعة</w:t>
            </w:r>
          </w:p>
          <w:p w:rsidR="002660A3" w:rsidRDefault="003116D4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Review Result</w:t>
            </w:r>
          </w:p>
        </w:tc>
        <w:tc>
          <w:tcPr>
            <w:tcW w:w="2154" w:type="dxa"/>
            <w:vAlign w:val="center"/>
          </w:tcPr>
          <w:p w:rsidR="002660A3" w:rsidRDefault="003116D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2660A3" w:rsidRDefault="003116D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2660A3" w:rsidRDefault="003116D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2660A3" w:rsidRDefault="003116D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2660A3" w:rsidRDefault="003116D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2660A3" w:rsidRDefault="003116D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2660A3" w:rsidRDefault="003116D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2660A3" w:rsidRDefault="003116D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2660A3" w:rsidRDefault="002660A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2660A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660A3" w:rsidRDefault="003116D4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2660A3" w:rsidRDefault="003116D4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660A3" w:rsidRDefault="003116D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2660A3" w:rsidRDefault="003116D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660A3" w:rsidRDefault="003116D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2660A3" w:rsidRDefault="003116D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660A3" w:rsidRDefault="003116D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2660A3" w:rsidRDefault="003116D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2660A3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660A3" w:rsidRDefault="003116D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2660A3" w:rsidRDefault="003116D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2660A3" w:rsidRDefault="003116D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660A3" w:rsidRDefault="003116D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660A3" w:rsidRDefault="003116D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2660A3" w:rsidRDefault="003116D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660A3" w:rsidRDefault="003116D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660A3" w:rsidRDefault="003116D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2660A3" w:rsidRDefault="003116D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660A3" w:rsidRDefault="003116D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660A3" w:rsidRDefault="003116D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2660A3" w:rsidRDefault="002660A3">
      <w:pPr>
        <w:spacing w:line="20" w:lineRule="exact"/>
      </w:pPr>
    </w:p>
    <w:sectPr w:rsidR="002660A3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116D4" w:rsidRDefault="003116D4">
      <w:pPr>
        <w:spacing w:line="240" w:lineRule="auto"/>
      </w:pPr>
      <w:r>
        <w:separator/>
      </w:r>
    </w:p>
  </w:endnote>
  <w:endnote w:type="continuationSeparator" w:id="0">
    <w:p w:rsidR="003116D4" w:rsidRDefault="003116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2660A3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2660A3" w:rsidRDefault="003116D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2660A3" w:rsidRDefault="003116D4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ACE-QC-GEN-003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116D4" w:rsidRDefault="003116D4">
      <w:pPr>
        <w:spacing w:line="240" w:lineRule="auto"/>
      </w:pPr>
      <w:r>
        <w:separator/>
      </w:r>
    </w:p>
  </w:footnote>
  <w:footnote w:type="continuationSeparator" w:id="0">
    <w:p w:rsidR="003116D4" w:rsidRDefault="003116D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2660A3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2660A3" w:rsidRDefault="003116D4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2660A3" w:rsidRDefault="003116D4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2660A3" w:rsidRDefault="003116D4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2660A3" w:rsidRDefault="003116D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2660A3" w:rsidRDefault="003116D4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ACE-QC-GEN-003</w:t>
          </w:r>
        </w:p>
      </w:tc>
    </w:tr>
    <w:tr w:rsidR="002660A3">
      <w:trPr>
        <w:trHeight w:val="283"/>
        <w:jc w:val="center"/>
      </w:trPr>
      <w:tc>
        <w:tcPr>
          <w:tcW w:w="2041" w:type="dxa"/>
          <w:vMerge/>
          <w:vAlign w:val="center"/>
        </w:tcPr>
        <w:p w:rsidR="002660A3" w:rsidRDefault="002660A3"/>
      </w:tc>
      <w:tc>
        <w:tcPr>
          <w:tcW w:w="5669" w:type="dxa"/>
          <w:vMerge/>
          <w:vAlign w:val="center"/>
        </w:tcPr>
        <w:p w:rsidR="002660A3" w:rsidRDefault="002660A3"/>
      </w:tc>
      <w:tc>
        <w:tcPr>
          <w:tcW w:w="1361" w:type="dxa"/>
          <w:shd w:val="clear" w:color="auto" w:fill="F2F2F2"/>
          <w:vAlign w:val="center"/>
        </w:tcPr>
        <w:p w:rsidR="002660A3" w:rsidRDefault="003116D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2660A3" w:rsidRDefault="003116D4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2660A3">
      <w:trPr>
        <w:trHeight w:val="283"/>
        <w:jc w:val="center"/>
      </w:trPr>
      <w:tc>
        <w:tcPr>
          <w:tcW w:w="2041" w:type="dxa"/>
          <w:vMerge/>
          <w:vAlign w:val="center"/>
        </w:tcPr>
        <w:p w:rsidR="002660A3" w:rsidRDefault="002660A3"/>
      </w:tc>
      <w:tc>
        <w:tcPr>
          <w:tcW w:w="5669" w:type="dxa"/>
          <w:vMerge w:val="restart"/>
          <w:shd w:val="clear" w:color="auto" w:fill="E7E6E6"/>
          <w:vAlign w:val="center"/>
        </w:tcPr>
        <w:p w:rsidR="002660A3" w:rsidRDefault="003116D4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اعتماد محطة الخرسانة الجاهزة</w:t>
          </w:r>
        </w:p>
        <w:p w:rsidR="002660A3" w:rsidRDefault="003116D4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Ready-Mix Batching Plant Approval</w:t>
          </w:r>
        </w:p>
      </w:tc>
      <w:tc>
        <w:tcPr>
          <w:tcW w:w="1361" w:type="dxa"/>
          <w:shd w:val="clear" w:color="auto" w:fill="F2F2F2"/>
          <w:vAlign w:val="center"/>
        </w:tcPr>
        <w:p w:rsidR="002660A3" w:rsidRDefault="003116D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2660A3" w:rsidRDefault="003116D4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2660A3">
      <w:trPr>
        <w:trHeight w:val="283"/>
        <w:jc w:val="center"/>
      </w:trPr>
      <w:tc>
        <w:tcPr>
          <w:tcW w:w="2041" w:type="dxa"/>
          <w:vMerge/>
          <w:vAlign w:val="center"/>
        </w:tcPr>
        <w:p w:rsidR="002660A3" w:rsidRDefault="002660A3"/>
      </w:tc>
      <w:tc>
        <w:tcPr>
          <w:tcW w:w="5669" w:type="dxa"/>
          <w:vMerge/>
          <w:vAlign w:val="center"/>
        </w:tcPr>
        <w:p w:rsidR="002660A3" w:rsidRDefault="002660A3"/>
      </w:tc>
      <w:tc>
        <w:tcPr>
          <w:tcW w:w="1361" w:type="dxa"/>
          <w:shd w:val="clear" w:color="auto" w:fill="F2F2F2"/>
          <w:vAlign w:val="center"/>
        </w:tcPr>
        <w:p w:rsidR="002660A3" w:rsidRDefault="003116D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2660A3" w:rsidRDefault="003116D4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2660A3" w:rsidRDefault="002660A3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0562352">
    <w:abstractNumId w:val="8"/>
  </w:num>
  <w:num w:numId="2" w16cid:durableId="1013653206">
    <w:abstractNumId w:val="6"/>
  </w:num>
  <w:num w:numId="3" w16cid:durableId="1971519757">
    <w:abstractNumId w:val="5"/>
  </w:num>
  <w:num w:numId="4" w16cid:durableId="1175268209">
    <w:abstractNumId w:val="4"/>
  </w:num>
  <w:num w:numId="5" w16cid:durableId="910164117">
    <w:abstractNumId w:val="7"/>
  </w:num>
  <w:num w:numId="6" w16cid:durableId="1903321735">
    <w:abstractNumId w:val="3"/>
  </w:num>
  <w:num w:numId="7" w16cid:durableId="345522120">
    <w:abstractNumId w:val="2"/>
  </w:num>
  <w:num w:numId="8" w16cid:durableId="1608730826">
    <w:abstractNumId w:val="1"/>
  </w:num>
  <w:num w:numId="9" w16cid:durableId="1857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282"/>
    <w:rsid w:val="00034616"/>
    <w:rsid w:val="0006063C"/>
    <w:rsid w:val="0015074B"/>
    <w:rsid w:val="002660A3"/>
    <w:rsid w:val="0029639D"/>
    <w:rsid w:val="003116D4"/>
    <w:rsid w:val="00326F90"/>
    <w:rsid w:val="005C0D9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93083B7A-33EF-431A-B6C3-D8A29387B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ACE_QC-GEN-003_Batching_Plant_Approval_20261009_v4.dotx</Template>
  <TotalTime>0</TotalTime>
  <Pages>1</Pages>
  <Words>336</Words>
  <Characters>1917</Characters>
  <Application>Microsoft Office Word</Application>
  <DocSecurity>0</DocSecurity>
  <Lines>15</Lines>
  <Paragraphs>4</Paragraphs>
  <ScaleCrop>false</ScaleCrop>
  <Manager>Ahmed Fathy</Manager>
  <Company>Arab Creators for Engineering Consultancy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ACE-QC-GEN-003 Ready-Mix Batching Plant Approval</dc:title>
  <dc:subject>اعتماد محطة الخرسانة الجاهزة</dc:subject>
  <dc:creator>Ahmed Fathy</dc:creator>
  <cp:keywords>QC; ITP; Inspection</cp:keywords>
  <dc:description/>
  <cp:lastModifiedBy>Ahmed Fathy</cp:lastModifiedBy>
  <cp:revision>2</cp:revision>
  <dcterms:created xsi:type="dcterms:W3CDTF">2026-11-03T20:15:00Z</dcterms:created>
  <dcterms:modified xsi:type="dcterms:W3CDTF">2026-11-03T20:15:00Z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