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D9528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D9528D" w:rsidRDefault="00153D3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D9528D" w:rsidRDefault="00D9528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D9528D" w:rsidRDefault="00153D3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D9528D" w:rsidRDefault="00D9528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D9528D" w:rsidRDefault="00153D3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D9528D" w:rsidRDefault="00D9528D">
            <w:pPr>
              <w:bidi/>
              <w:spacing w:line="240" w:lineRule="auto"/>
            </w:pPr>
          </w:p>
        </w:tc>
      </w:tr>
      <w:tr w:rsidR="00D9528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D9528D" w:rsidRDefault="00153D3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D9528D" w:rsidRDefault="00D9528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D9528D" w:rsidRDefault="00153D3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D9528D" w:rsidRDefault="00D9528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D9528D" w:rsidRDefault="00153D3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D9528D" w:rsidRDefault="00D9528D">
            <w:pPr>
              <w:bidi/>
              <w:spacing w:line="240" w:lineRule="auto"/>
            </w:pPr>
          </w:p>
        </w:tc>
      </w:tr>
    </w:tbl>
    <w:p w:rsidR="00D9528D" w:rsidRDefault="00D9528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D9528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الإشراف على جسات التربة ومراجعة تقرير التربة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D9528D" w:rsidRDefault="00153D3D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D9528D" w:rsidRDefault="00D9528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D9528D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D9528D" w:rsidRDefault="00153D3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D9528D" w:rsidRDefault="00153D3D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D9528D" w:rsidRDefault="00153D3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D9528D" w:rsidRDefault="00153D3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D9528D" w:rsidRDefault="00153D3D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D9528D">
        <w:trPr>
          <w:cantSplit/>
          <w:jc w:val="center"/>
        </w:trPr>
        <w:tc>
          <w:tcPr>
            <w:tcW w:w="397" w:type="dxa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عدد ومواقع الجسات مطابقة لبرنامج فحص التربة المعتمد.</w:t>
            </w:r>
          </w:p>
        </w:tc>
        <w:tc>
          <w:tcPr>
            <w:tcW w:w="3742" w:type="dxa"/>
            <w:vAlign w:val="center"/>
          </w:tcPr>
          <w:p w:rsidR="00D9528D" w:rsidRDefault="00153D3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Number and locations of boreholes comply with the approved investigation programme.</w:t>
            </w: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</w:tr>
      <w:tr w:rsidR="00D9528D">
        <w:trPr>
          <w:cantSplit/>
          <w:jc w:val="center"/>
        </w:trPr>
        <w:tc>
          <w:tcPr>
            <w:tcW w:w="397" w:type="dxa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أعماق الجسات تحقق العمق المطلوب أسفل منسوب التأسيس.</w:t>
            </w:r>
          </w:p>
        </w:tc>
        <w:tc>
          <w:tcPr>
            <w:tcW w:w="3742" w:type="dxa"/>
            <w:vAlign w:val="center"/>
          </w:tcPr>
          <w:p w:rsidR="00D9528D" w:rsidRDefault="00153D3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Borehole depths reach the required depth below foundation level.</w:t>
            </w: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</w:tr>
      <w:tr w:rsidR="00D9528D">
        <w:trPr>
          <w:cantSplit/>
          <w:jc w:val="center"/>
        </w:trPr>
        <w:tc>
          <w:tcPr>
            <w:tcW w:w="397" w:type="dxa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تسجيل منسوب المياه الجوفية في كل جسة.</w:t>
            </w:r>
          </w:p>
        </w:tc>
        <w:tc>
          <w:tcPr>
            <w:tcW w:w="3742" w:type="dxa"/>
            <w:vAlign w:val="center"/>
          </w:tcPr>
          <w:p w:rsidR="00D9528D" w:rsidRDefault="00153D3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Groundwater level is recorded at each borehole.</w:t>
            </w: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</w:tr>
      <w:tr w:rsidR="00D9528D">
        <w:trPr>
          <w:cantSplit/>
          <w:jc w:val="center"/>
        </w:trPr>
        <w:tc>
          <w:tcPr>
            <w:tcW w:w="397" w:type="dxa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أخذ العينات المقلقلة وغير المقلقلة وترقيمها وحفظها بطريقة سليمة.</w:t>
            </w:r>
          </w:p>
        </w:tc>
        <w:tc>
          <w:tcPr>
            <w:tcW w:w="3742" w:type="dxa"/>
            <w:vAlign w:val="center"/>
          </w:tcPr>
          <w:p w:rsidR="00D9528D" w:rsidRDefault="00153D3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Disturbed and undisturbed samples are taken, labelled and stored correctly.</w:t>
            </w: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</w:tr>
      <w:tr w:rsidR="00D9528D">
        <w:trPr>
          <w:cantSplit/>
          <w:jc w:val="center"/>
        </w:trPr>
        <w:tc>
          <w:tcPr>
            <w:tcW w:w="397" w:type="dxa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إجراء الاختبارات الحقلية المطلوبة ‏(SPT وغيرها)‏ وتسجيل نتائجها.</w:t>
            </w:r>
          </w:p>
        </w:tc>
        <w:tc>
          <w:tcPr>
            <w:tcW w:w="3742" w:type="dxa"/>
            <w:vAlign w:val="center"/>
          </w:tcPr>
          <w:p w:rsidR="00D9528D" w:rsidRDefault="00153D3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Required field tests (SPT, etc.) are performed and recorded.</w:t>
            </w: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</w:tr>
      <w:tr w:rsidR="00D9528D">
        <w:trPr>
          <w:cantSplit/>
          <w:jc w:val="center"/>
        </w:trPr>
        <w:tc>
          <w:tcPr>
            <w:tcW w:w="397" w:type="dxa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التقرير يحدد قدرة التحمل ومنسوب ونوع التأسيس الموصى به.</w:t>
            </w:r>
          </w:p>
        </w:tc>
        <w:tc>
          <w:tcPr>
            <w:tcW w:w="3742" w:type="dxa"/>
            <w:vAlign w:val="center"/>
          </w:tcPr>
          <w:p w:rsidR="00D9528D" w:rsidRDefault="00153D3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Report states bearing capacity, foundation level and recommended foundation type.</w:t>
            </w: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</w:tr>
      <w:tr w:rsidR="00D9528D">
        <w:trPr>
          <w:cantSplit/>
          <w:jc w:val="center"/>
        </w:trPr>
        <w:tc>
          <w:tcPr>
            <w:tcW w:w="397" w:type="dxa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التقرير يحدد نسب الأملاح والكبريتات ونوع الأسمنت والعزل المطلوب.</w:t>
            </w:r>
          </w:p>
        </w:tc>
        <w:tc>
          <w:tcPr>
            <w:tcW w:w="3742" w:type="dxa"/>
            <w:vAlign w:val="center"/>
          </w:tcPr>
          <w:p w:rsidR="00D9528D" w:rsidRDefault="00153D3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Report states salts and sulphates content, cement type and required protection.</w:t>
            </w: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</w:tr>
      <w:tr w:rsidR="00D9528D">
        <w:trPr>
          <w:cantSplit/>
          <w:jc w:val="center"/>
        </w:trPr>
        <w:tc>
          <w:tcPr>
            <w:tcW w:w="397" w:type="dxa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التقرير يحدد الهبوط المتوقع وتوصيات الإحلال إن وجدت.</w:t>
            </w:r>
          </w:p>
        </w:tc>
        <w:tc>
          <w:tcPr>
            <w:tcW w:w="3742" w:type="dxa"/>
            <w:vAlign w:val="center"/>
          </w:tcPr>
          <w:p w:rsidR="00D9528D" w:rsidRDefault="00153D3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Report states expected settlement and replacement recommendations, if any.</w:t>
            </w: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</w:tr>
      <w:tr w:rsidR="00D9528D">
        <w:trPr>
          <w:cantSplit/>
          <w:jc w:val="center"/>
        </w:trPr>
        <w:tc>
          <w:tcPr>
            <w:tcW w:w="397" w:type="dxa"/>
            <w:vAlign w:val="center"/>
          </w:tcPr>
          <w:p w:rsidR="00D9528D" w:rsidRDefault="00153D3D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4309" w:type="dxa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التقرير معتمد وموقع من المكتب المختص.</w:t>
            </w:r>
          </w:p>
        </w:tc>
        <w:tc>
          <w:tcPr>
            <w:tcW w:w="3742" w:type="dxa"/>
            <w:vAlign w:val="center"/>
          </w:tcPr>
          <w:p w:rsidR="00D9528D" w:rsidRDefault="00153D3D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Report is approved and signed by the specialist firm.</w:t>
            </w: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D9528D" w:rsidRDefault="00D9528D">
            <w:pPr>
              <w:bidi/>
              <w:spacing w:line="240" w:lineRule="auto"/>
              <w:jc w:val="center"/>
            </w:pPr>
          </w:p>
        </w:tc>
      </w:tr>
    </w:tbl>
    <w:p w:rsidR="00D9528D" w:rsidRDefault="00D9528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D9528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D9528D" w:rsidRDefault="00153D3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202، ASTM D1557 / D1556، تقرير التربة ومواصفات المشروع، كود البناء السعودي SBC 201</w:t>
            </w:r>
          </w:p>
        </w:tc>
        <w:tc>
          <w:tcPr>
            <w:tcW w:w="4309" w:type="dxa"/>
            <w:vAlign w:val="center"/>
          </w:tcPr>
          <w:p w:rsidR="00D9528D" w:rsidRDefault="00153D3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202, ASTM D1557 / D1556, soil report and project specifications; Saudi Building Code SBC 201</w:t>
            </w:r>
          </w:p>
        </w:tc>
      </w:tr>
      <w:tr w:rsidR="00D9528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D9528D" w:rsidRDefault="00153D3D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تقرير التربة ☐ نتائج الكثافة الحقلية ☐ الرفع المساحي</w:t>
            </w:r>
          </w:p>
        </w:tc>
        <w:tc>
          <w:tcPr>
            <w:tcW w:w="4309" w:type="dxa"/>
            <w:vAlign w:val="center"/>
          </w:tcPr>
          <w:p w:rsidR="00D9528D" w:rsidRDefault="00153D3D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Soil report   ☐ Field density results   ☐ Survey records</w:t>
            </w:r>
          </w:p>
        </w:tc>
      </w:tr>
    </w:tbl>
    <w:p w:rsidR="00D9528D" w:rsidRDefault="00D9528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D9528D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9528D" w:rsidRDefault="00153D3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D9528D" w:rsidRDefault="00153D3D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D9528D" w:rsidRDefault="00D9528D">
            <w:pPr>
              <w:keepNext/>
              <w:bidi/>
              <w:spacing w:line="240" w:lineRule="auto"/>
            </w:pPr>
          </w:p>
        </w:tc>
      </w:tr>
    </w:tbl>
    <w:p w:rsidR="00D9528D" w:rsidRDefault="00D9528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D9528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9528D" w:rsidRDefault="00153D3D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D9528D" w:rsidRDefault="00153D3D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D9528D" w:rsidRDefault="00153D3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D9528D" w:rsidRDefault="00153D3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D9528D" w:rsidRDefault="00153D3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D9528D" w:rsidRDefault="00153D3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D9528D" w:rsidRDefault="00153D3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D9528D" w:rsidRDefault="00153D3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D9528D" w:rsidRDefault="00153D3D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D9528D" w:rsidRDefault="00153D3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D9528D" w:rsidRDefault="00D9528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D9528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9528D" w:rsidRDefault="00153D3D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D9528D" w:rsidRDefault="00153D3D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9528D" w:rsidRDefault="00153D3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D9528D" w:rsidRDefault="00153D3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9528D" w:rsidRDefault="00153D3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D9528D" w:rsidRDefault="00153D3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D9528D" w:rsidRDefault="00153D3D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D9528D" w:rsidRDefault="00153D3D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D9528D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D9528D" w:rsidRDefault="00153D3D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D9528D" w:rsidRDefault="00153D3D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D9528D" w:rsidRDefault="00153D3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9528D" w:rsidRDefault="00153D3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9528D" w:rsidRDefault="00153D3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D9528D" w:rsidRDefault="00153D3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9528D" w:rsidRDefault="00153D3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9528D" w:rsidRDefault="00153D3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D9528D" w:rsidRDefault="00153D3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D9528D" w:rsidRDefault="00153D3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D9528D" w:rsidRDefault="00153D3D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D9528D" w:rsidRDefault="00D9528D">
      <w:pPr>
        <w:spacing w:line="20" w:lineRule="exact"/>
      </w:pPr>
    </w:p>
    <w:sectPr w:rsidR="00D9528D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3D3D" w:rsidRDefault="00153D3D">
      <w:pPr>
        <w:spacing w:line="240" w:lineRule="auto"/>
      </w:pPr>
      <w:r>
        <w:separator/>
      </w:r>
    </w:p>
  </w:endnote>
  <w:endnote w:type="continuationSeparator" w:id="0">
    <w:p w:rsidR="00153D3D" w:rsidRDefault="00153D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D9528D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D9528D" w:rsidRDefault="00153D3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D9528D" w:rsidRDefault="00153D3D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ACE-QC-GEN-002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3D3D" w:rsidRDefault="00153D3D">
      <w:pPr>
        <w:spacing w:line="240" w:lineRule="auto"/>
      </w:pPr>
      <w:r>
        <w:separator/>
      </w:r>
    </w:p>
  </w:footnote>
  <w:footnote w:type="continuationSeparator" w:id="0">
    <w:p w:rsidR="00153D3D" w:rsidRDefault="00153D3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D9528D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D9528D" w:rsidRDefault="00153D3D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D9528D" w:rsidRDefault="00153D3D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D9528D" w:rsidRDefault="00153D3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D9528D" w:rsidRDefault="00153D3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D9528D" w:rsidRDefault="00153D3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ACE-QC-GEN-002</w:t>
          </w:r>
        </w:p>
      </w:tc>
    </w:tr>
    <w:tr w:rsidR="00D9528D">
      <w:trPr>
        <w:trHeight w:val="283"/>
        <w:jc w:val="center"/>
      </w:trPr>
      <w:tc>
        <w:tcPr>
          <w:tcW w:w="2041" w:type="dxa"/>
          <w:vMerge/>
          <w:vAlign w:val="center"/>
        </w:tcPr>
        <w:p w:rsidR="00D9528D" w:rsidRDefault="00D9528D"/>
      </w:tc>
      <w:tc>
        <w:tcPr>
          <w:tcW w:w="5669" w:type="dxa"/>
          <w:vMerge/>
          <w:vAlign w:val="center"/>
        </w:tcPr>
        <w:p w:rsidR="00D9528D" w:rsidRDefault="00D9528D"/>
      </w:tc>
      <w:tc>
        <w:tcPr>
          <w:tcW w:w="1361" w:type="dxa"/>
          <w:shd w:val="clear" w:color="auto" w:fill="F2F2F2"/>
          <w:vAlign w:val="center"/>
        </w:tcPr>
        <w:p w:rsidR="00D9528D" w:rsidRDefault="00153D3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D9528D" w:rsidRDefault="00153D3D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D9528D">
      <w:trPr>
        <w:trHeight w:val="283"/>
        <w:jc w:val="center"/>
      </w:trPr>
      <w:tc>
        <w:tcPr>
          <w:tcW w:w="2041" w:type="dxa"/>
          <w:vMerge/>
          <w:vAlign w:val="center"/>
        </w:tcPr>
        <w:p w:rsidR="00D9528D" w:rsidRDefault="00D9528D"/>
      </w:tc>
      <w:tc>
        <w:tcPr>
          <w:tcW w:w="5669" w:type="dxa"/>
          <w:vMerge w:val="restart"/>
          <w:shd w:val="clear" w:color="auto" w:fill="E7E6E6"/>
          <w:vAlign w:val="center"/>
        </w:tcPr>
        <w:p w:rsidR="00D9528D" w:rsidRDefault="00153D3D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الإشراف على جسات التربة ومراجعة تقرير التربة</w:t>
          </w:r>
        </w:p>
        <w:p w:rsidR="00D9528D" w:rsidRDefault="00153D3D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Soil Investigation Supervision and Report Review</w:t>
          </w:r>
        </w:p>
      </w:tc>
      <w:tc>
        <w:tcPr>
          <w:tcW w:w="1361" w:type="dxa"/>
          <w:shd w:val="clear" w:color="auto" w:fill="F2F2F2"/>
          <w:vAlign w:val="center"/>
        </w:tcPr>
        <w:p w:rsidR="00D9528D" w:rsidRDefault="00153D3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D9528D" w:rsidRDefault="00153D3D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D9528D">
      <w:trPr>
        <w:trHeight w:val="283"/>
        <w:jc w:val="center"/>
      </w:trPr>
      <w:tc>
        <w:tcPr>
          <w:tcW w:w="2041" w:type="dxa"/>
          <w:vMerge/>
          <w:vAlign w:val="center"/>
        </w:tcPr>
        <w:p w:rsidR="00D9528D" w:rsidRDefault="00D9528D"/>
      </w:tc>
      <w:tc>
        <w:tcPr>
          <w:tcW w:w="5669" w:type="dxa"/>
          <w:vMerge/>
          <w:vAlign w:val="center"/>
        </w:tcPr>
        <w:p w:rsidR="00D9528D" w:rsidRDefault="00D9528D"/>
      </w:tc>
      <w:tc>
        <w:tcPr>
          <w:tcW w:w="1361" w:type="dxa"/>
          <w:shd w:val="clear" w:color="auto" w:fill="F2F2F2"/>
          <w:vAlign w:val="center"/>
        </w:tcPr>
        <w:p w:rsidR="00D9528D" w:rsidRDefault="00153D3D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D9528D" w:rsidRDefault="00153D3D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D9528D" w:rsidRDefault="00D9528D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9202538">
    <w:abstractNumId w:val="8"/>
  </w:num>
  <w:num w:numId="2" w16cid:durableId="1136950610">
    <w:abstractNumId w:val="6"/>
  </w:num>
  <w:num w:numId="3" w16cid:durableId="1905067014">
    <w:abstractNumId w:val="5"/>
  </w:num>
  <w:num w:numId="4" w16cid:durableId="2067602492">
    <w:abstractNumId w:val="4"/>
  </w:num>
  <w:num w:numId="5" w16cid:durableId="799687585">
    <w:abstractNumId w:val="7"/>
  </w:num>
  <w:num w:numId="6" w16cid:durableId="450250025">
    <w:abstractNumId w:val="3"/>
  </w:num>
  <w:num w:numId="7" w16cid:durableId="1938437770">
    <w:abstractNumId w:val="2"/>
  </w:num>
  <w:num w:numId="8" w16cid:durableId="1836339569">
    <w:abstractNumId w:val="1"/>
  </w:num>
  <w:num w:numId="9" w16cid:durableId="984511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3D3D"/>
    <w:rsid w:val="0029639D"/>
    <w:rsid w:val="00326F90"/>
    <w:rsid w:val="005C0D99"/>
    <w:rsid w:val="00AA1D8D"/>
    <w:rsid w:val="00B47730"/>
    <w:rsid w:val="00CB0664"/>
    <w:rsid w:val="00D9528D"/>
    <w:rsid w:val="00E77C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390DBBC-C106-4510-89C0-27847CAF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ACE_QC-GEN-002_Soil_Investigation_Review_20261009_v4.dotx</Template>
  <TotalTime>0</TotalTime>
  <Pages>1</Pages>
  <Words>350</Words>
  <Characters>2001</Characters>
  <Application>Microsoft Office Word</Application>
  <DocSecurity>0</DocSecurity>
  <Lines>16</Lines>
  <Paragraphs>4</Paragraphs>
  <ScaleCrop>false</ScaleCrop>
  <Manager>Ahmed Fathy</Manager>
  <Company>Arab Creators for Engineering Consultancy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ACE-QC-GEN-002 Soil Investigation Supervision and Report Review</dc:title>
  <dc:subject>الإشراف على جسات التربة ومراجعة تقرير التربة</dc:subject>
  <dc:creator>Ahmed Fathy</dc:creator>
  <cp:keywords>QC; ITP; Inspection</cp:keywords>
  <dc:description/>
  <cp:lastModifiedBy>Ahmed Fathy</cp:lastModifiedBy>
  <cp:revision>2</cp:revision>
  <dcterms:created xsi:type="dcterms:W3CDTF">2026-11-03T20:15:00Z</dcterms:created>
  <dcterms:modified xsi:type="dcterms:W3CDTF">2026-11-03T20:15:00Z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