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57515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575150" w:rsidRDefault="00CB04A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575150" w:rsidRDefault="0057515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575150" w:rsidRDefault="00CB04A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575150" w:rsidRDefault="0057515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575150" w:rsidRDefault="00CB04A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575150" w:rsidRDefault="00575150">
            <w:pPr>
              <w:bidi/>
              <w:spacing w:line="240" w:lineRule="auto"/>
            </w:pPr>
          </w:p>
        </w:tc>
      </w:tr>
      <w:tr w:rsidR="0057515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575150" w:rsidRDefault="00CB04A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575150" w:rsidRDefault="0057515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575150" w:rsidRDefault="00CB04A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575150" w:rsidRDefault="0057515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575150" w:rsidRDefault="00CB04A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575150" w:rsidRDefault="00575150">
            <w:pPr>
              <w:bidi/>
              <w:spacing w:line="240" w:lineRule="auto"/>
            </w:pPr>
          </w:p>
        </w:tc>
      </w:tr>
      <w:tr w:rsidR="0057515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575150" w:rsidRDefault="00CB04A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575150" w:rsidRDefault="0057515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575150" w:rsidRDefault="00CB04A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575150" w:rsidRDefault="00CB04AB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575150" w:rsidRDefault="0057515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7515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75150" w:rsidRDefault="00CB04AB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575150" w:rsidRDefault="0057515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575150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575150" w:rsidRDefault="00CB04A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575150" w:rsidRDefault="00CB04AB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575150" w:rsidRDefault="00CB04A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575150" w:rsidRDefault="00CB04AB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575150">
        <w:trPr>
          <w:cantSplit/>
          <w:jc w:val="center"/>
        </w:trPr>
        <w:tc>
          <w:tcPr>
            <w:tcW w:w="397" w:type="dxa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575150" w:rsidRDefault="00CB04A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</w:tr>
      <w:tr w:rsidR="00575150">
        <w:trPr>
          <w:cantSplit/>
          <w:jc w:val="center"/>
        </w:trPr>
        <w:tc>
          <w:tcPr>
            <w:tcW w:w="397" w:type="dxa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575150" w:rsidRDefault="00CB04A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</w:tr>
      <w:tr w:rsidR="00575150">
        <w:trPr>
          <w:cantSplit/>
          <w:jc w:val="center"/>
        </w:trPr>
        <w:tc>
          <w:tcPr>
            <w:tcW w:w="397" w:type="dxa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575150" w:rsidRDefault="00CB04A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</w:tr>
      <w:tr w:rsidR="00575150">
        <w:trPr>
          <w:cantSplit/>
          <w:jc w:val="center"/>
        </w:trPr>
        <w:tc>
          <w:tcPr>
            <w:tcW w:w="397" w:type="dxa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575150" w:rsidRDefault="00CB04A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</w:tr>
      <w:tr w:rsidR="00575150">
        <w:trPr>
          <w:cantSplit/>
          <w:jc w:val="center"/>
        </w:trPr>
        <w:tc>
          <w:tcPr>
            <w:tcW w:w="397" w:type="dxa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575150" w:rsidRDefault="00CB04A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</w:tr>
      <w:tr w:rsidR="00575150">
        <w:trPr>
          <w:cantSplit/>
          <w:jc w:val="center"/>
        </w:trPr>
        <w:tc>
          <w:tcPr>
            <w:tcW w:w="397" w:type="dxa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575150" w:rsidRDefault="00CB04A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</w:tr>
      <w:tr w:rsidR="00575150">
        <w:trPr>
          <w:cantSplit/>
          <w:jc w:val="center"/>
        </w:trPr>
        <w:tc>
          <w:tcPr>
            <w:tcW w:w="397" w:type="dxa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575150" w:rsidRDefault="00CB04A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</w:tr>
      <w:tr w:rsidR="00575150">
        <w:trPr>
          <w:cantSplit/>
          <w:jc w:val="center"/>
        </w:trPr>
        <w:tc>
          <w:tcPr>
            <w:tcW w:w="397" w:type="dxa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575150" w:rsidRDefault="00CB04A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</w:tr>
    </w:tbl>
    <w:p w:rsidR="00575150" w:rsidRDefault="0057515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7515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المنشآت المعدنية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75150" w:rsidRDefault="00CB04AB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Structural Steel Erection Checklist</w:t>
            </w:r>
          </w:p>
        </w:tc>
      </w:tr>
    </w:tbl>
    <w:p w:rsidR="00575150" w:rsidRDefault="0057515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575150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575150" w:rsidRDefault="00CB04A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575150" w:rsidRDefault="00CB04AB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575150" w:rsidRDefault="00CB04A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575150" w:rsidRDefault="00CB04A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575150" w:rsidRDefault="00CB04A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575150" w:rsidRDefault="00CB04A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575150">
        <w:trPr>
          <w:cantSplit/>
          <w:jc w:val="center"/>
        </w:trPr>
        <w:tc>
          <w:tcPr>
            <w:tcW w:w="397" w:type="dxa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المخططات التنفيذية والمواد معتمدة ولها شهادات مصنع.</w:t>
            </w:r>
          </w:p>
        </w:tc>
        <w:tc>
          <w:tcPr>
            <w:tcW w:w="3402" w:type="dxa"/>
            <w:vAlign w:val="center"/>
          </w:tcPr>
          <w:p w:rsidR="00575150" w:rsidRDefault="00CB04A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 and materials are approved with mill certificates.</w:t>
            </w:r>
          </w:p>
        </w:tc>
        <w:tc>
          <w:tcPr>
            <w:tcW w:w="595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</w:tr>
      <w:tr w:rsidR="00575150">
        <w:trPr>
          <w:cantSplit/>
          <w:jc w:val="center"/>
        </w:trPr>
        <w:tc>
          <w:tcPr>
            <w:tcW w:w="397" w:type="dxa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مسامير التثبيت في القواعد مطابقة في المواقع والمناسيب والبروز.</w:t>
            </w:r>
          </w:p>
        </w:tc>
        <w:tc>
          <w:tcPr>
            <w:tcW w:w="3402" w:type="dxa"/>
            <w:vAlign w:val="center"/>
          </w:tcPr>
          <w:p w:rsidR="00575150" w:rsidRDefault="00CB04A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Anchor bolts comply in position, level and projection.</w:t>
            </w:r>
          </w:p>
        </w:tc>
        <w:tc>
          <w:tcPr>
            <w:tcW w:w="595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</w:tr>
      <w:tr w:rsidR="00575150">
        <w:trPr>
          <w:cantSplit/>
          <w:jc w:val="center"/>
        </w:trPr>
        <w:tc>
          <w:tcPr>
            <w:tcW w:w="397" w:type="dxa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رأسية الأعمدة واستقامة الكمرات ضمن السماحيات.</w:t>
            </w:r>
          </w:p>
        </w:tc>
        <w:tc>
          <w:tcPr>
            <w:tcW w:w="3402" w:type="dxa"/>
            <w:vAlign w:val="center"/>
          </w:tcPr>
          <w:p w:rsidR="00575150" w:rsidRDefault="00CB04A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Column plumbness and beam alignment are within tolerance.</w:t>
            </w:r>
          </w:p>
        </w:tc>
        <w:tc>
          <w:tcPr>
            <w:tcW w:w="595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</w:tr>
      <w:tr w:rsidR="00575150">
        <w:trPr>
          <w:cantSplit/>
          <w:jc w:val="center"/>
        </w:trPr>
        <w:tc>
          <w:tcPr>
            <w:tcW w:w="397" w:type="dxa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اللحامات من لحامين مؤهلين وفحصها بصريا وبالفحص غير الإتلافي المحدد.</w:t>
            </w:r>
          </w:p>
        </w:tc>
        <w:tc>
          <w:tcPr>
            <w:tcW w:w="3402" w:type="dxa"/>
            <w:vAlign w:val="center"/>
          </w:tcPr>
          <w:p w:rsidR="00575150" w:rsidRDefault="00CB04A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Welds by qualified welders, visually inspected and NDT as specified.</w:t>
            </w:r>
          </w:p>
        </w:tc>
        <w:tc>
          <w:tcPr>
            <w:tcW w:w="595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</w:tr>
      <w:tr w:rsidR="00575150">
        <w:trPr>
          <w:cantSplit/>
          <w:jc w:val="center"/>
        </w:trPr>
        <w:tc>
          <w:tcPr>
            <w:tcW w:w="397" w:type="dxa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المسامير عالية المقاومة مركبة ومشدودة بالعزم المحدد.</w:t>
            </w:r>
          </w:p>
        </w:tc>
        <w:tc>
          <w:tcPr>
            <w:tcW w:w="3402" w:type="dxa"/>
            <w:vAlign w:val="center"/>
          </w:tcPr>
          <w:p w:rsidR="00575150" w:rsidRDefault="00CB04A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High-strength bolts are installed and tightened to the specified torque.</w:t>
            </w:r>
          </w:p>
        </w:tc>
        <w:tc>
          <w:tcPr>
            <w:tcW w:w="595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</w:tr>
      <w:tr w:rsidR="00575150">
        <w:trPr>
          <w:cantSplit/>
          <w:jc w:val="center"/>
        </w:trPr>
        <w:tc>
          <w:tcPr>
            <w:tcW w:w="397" w:type="dxa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الدعامات والدعامات (التقويات) مركبة حسب المخططات.</w:t>
            </w:r>
          </w:p>
        </w:tc>
        <w:tc>
          <w:tcPr>
            <w:tcW w:w="3402" w:type="dxa"/>
            <w:vAlign w:val="center"/>
          </w:tcPr>
          <w:p w:rsidR="00575150" w:rsidRDefault="00CB04A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Bracing is installed per drawings.</w:t>
            </w:r>
          </w:p>
        </w:tc>
        <w:tc>
          <w:tcPr>
            <w:tcW w:w="595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</w:tr>
      <w:tr w:rsidR="00575150">
        <w:trPr>
          <w:cantSplit/>
          <w:jc w:val="center"/>
        </w:trPr>
        <w:tc>
          <w:tcPr>
            <w:tcW w:w="397" w:type="dxa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حقن أسفل ألواح القواعد بمونة غير قابلة للانكماش.</w:t>
            </w:r>
          </w:p>
        </w:tc>
        <w:tc>
          <w:tcPr>
            <w:tcW w:w="3402" w:type="dxa"/>
            <w:vAlign w:val="center"/>
          </w:tcPr>
          <w:p w:rsidR="00575150" w:rsidRDefault="00CB04A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Base plates are grouted with non-shrink grout.</w:t>
            </w:r>
          </w:p>
        </w:tc>
        <w:tc>
          <w:tcPr>
            <w:tcW w:w="595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</w:tr>
      <w:tr w:rsidR="00575150">
        <w:trPr>
          <w:cantSplit/>
          <w:jc w:val="center"/>
        </w:trPr>
        <w:tc>
          <w:tcPr>
            <w:tcW w:w="397" w:type="dxa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الدهان التحضيري والنهائي بالسماكة المحددة ومعالجة أماكن الخدوش.</w:t>
            </w:r>
          </w:p>
        </w:tc>
        <w:tc>
          <w:tcPr>
            <w:tcW w:w="3402" w:type="dxa"/>
            <w:vAlign w:val="center"/>
          </w:tcPr>
          <w:p w:rsidR="00575150" w:rsidRDefault="00CB04A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Primer and finish coats at specified thickness; damaged areas touched up.</w:t>
            </w:r>
          </w:p>
        </w:tc>
        <w:tc>
          <w:tcPr>
            <w:tcW w:w="595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</w:tr>
      <w:tr w:rsidR="00575150">
        <w:trPr>
          <w:cantSplit/>
          <w:jc w:val="center"/>
        </w:trPr>
        <w:tc>
          <w:tcPr>
            <w:tcW w:w="397" w:type="dxa"/>
            <w:vAlign w:val="center"/>
          </w:tcPr>
          <w:p w:rsidR="00575150" w:rsidRDefault="00CB04A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الحماية من الحريق إن كانت مطلوبة.</w:t>
            </w:r>
          </w:p>
        </w:tc>
        <w:tc>
          <w:tcPr>
            <w:tcW w:w="3402" w:type="dxa"/>
            <w:vAlign w:val="center"/>
          </w:tcPr>
          <w:p w:rsidR="00575150" w:rsidRDefault="00CB04A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Fire protection is applied where required.</w:t>
            </w:r>
          </w:p>
        </w:tc>
        <w:tc>
          <w:tcPr>
            <w:tcW w:w="595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75150" w:rsidRDefault="00575150">
            <w:pPr>
              <w:bidi/>
              <w:spacing w:line="240" w:lineRule="auto"/>
              <w:jc w:val="center"/>
            </w:pPr>
          </w:p>
        </w:tc>
      </w:tr>
    </w:tbl>
    <w:p w:rsidR="00575150" w:rsidRDefault="0057515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575150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575150" w:rsidRDefault="00CB04AB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للمنشآت المعدنية ECP 205، AWS D1.1، SSPC، مواصفات المشروع،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575150" w:rsidRDefault="00CB04A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205 (Steel Structures), AWS D1.1, SSPC, project specifications; Saudi Building Code SBC 303, SBC 304, SBC 305, SBC 306</w:t>
            </w:r>
          </w:p>
        </w:tc>
      </w:tr>
      <w:tr w:rsidR="00575150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575150" w:rsidRDefault="00CB04AB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المخططات التنفيذية ☐ شهادات المادة واللحامين ☐ سجل سماكة الدهان DFT</w:t>
            </w:r>
          </w:p>
        </w:tc>
        <w:tc>
          <w:tcPr>
            <w:tcW w:w="4309" w:type="dxa"/>
            <w:vAlign w:val="center"/>
          </w:tcPr>
          <w:p w:rsidR="00575150" w:rsidRDefault="00CB04A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Shop drawings   ☐ Material and welder certificates   ☐ DFT record</w:t>
            </w:r>
          </w:p>
        </w:tc>
      </w:tr>
    </w:tbl>
    <w:p w:rsidR="00575150" w:rsidRDefault="0057515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575150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75150" w:rsidRDefault="00CB04A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575150" w:rsidRDefault="00CB04AB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575150" w:rsidRDefault="00575150">
            <w:pPr>
              <w:keepNext/>
              <w:bidi/>
              <w:spacing w:line="240" w:lineRule="auto"/>
            </w:pPr>
          </w:p>
        </w:tc>
      </w:tr>
    </w:tbl>
    <w:p w:rsidR="00575150" w:rsidRDefault="0057515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57515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75150" w:rsidRDefault="00CB04A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575150" w:rsidRDefault="00CB04AB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575150" w:rsidRDefault="00CB04A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575150" w:rsidRDefault="00CB04A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575150" w:rsidRDefault="00CB04A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575150" w:rsidRDefault="00CB04A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575150" w:rsidRDefault="00CB04A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575150" w:rsidRDefault="00CB04A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575150" w:rsidRDefault="00CB04A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575150" w:rsidRDefault="00CB04A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575150" w:rsidRDefault="0057515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57515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75150" w:rsidRDefault="00CB04AB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575150" w:rsidRDefault="00CB04AB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75150" w:rsidRDefault="00CB04A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575150" w:rsidRDefault="00CB04A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75150" w:rsidRDefault="00CB04A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575150" w:rsidRDefault="00CB04A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75150" w:rsidRDefault="00CB04A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575150" w:rsidRDefault="00CB04A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575150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75150" w:rsidRDefault="00CB04A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575150" w:rsidRDefault="00CB04A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575150" w:rsidRDefault="00CB04A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75150" w:rsidRDefault="00CB04A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75150" w:rsidRDefault="00CB04A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575150" w:rsidRDefault="00CB04A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75150" w:rsidRDefault="00CB04A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75150" w:rsidRDefault="00CB04A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575150" w:rsidRDefault="00CB04A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75150" w:rsidRDefault="00CB04A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75150" w:rsidRDefault="00CB04A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575150" w:rsidRDefault="00575150">
      <w:pPr>
        <w:spacing w:line="20" w:lineRule="exact"/>
      </w:pPr>
    </w:p>
    <w:sectPr w:rsidR="00575150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B04AB" w:rsidRDefault="00CB04AB">
      <w:pPr>
        <w:spacing w:line="240" w:lineRule="auto"/>
      </w:pPr>
      <w:r>
        <w:separator/>
      </w:r>
    </w:p>
  </w:endnote>
  <w:endnote w:type="continuationSeparator" w:id="0">
    <w:p w:rsidR="00CB04AB" w:rsidRDefault="00CB04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575150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575150" w:rsidRDefault="00CB04A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575150" w:rsidRDefault="00CB04AB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ACE-QC-CIV-026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B04AB" w:rsidRDefault="00CB04AB">
      <w:pPr>
        <w:spacing w:line="240" w:lineRule="auto"/>
      </w:pPr>
      <w:r>
        <w:separator/>
      </w:r>
    </w:p>
  </w:footnote>
  <w:footnote w:type="continuationSeparator" w:id="0">
    <w:p w:rsidR="00CB04AB" w:rsidRDefault="00CB04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575150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575150" w:rsidRDefault="00CB04AB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575150" w:rsidRDefault="00CB04AB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575150" w:rsidRDefault="00CB04A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575150" w:rsidRDefault="00CB04A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575150" w:rsidRDefault="00CB04AB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ACE-QC-CIV-026</w:t>
          </w:r>
        </w:p>
      </w:tc>
    </w:tr>
    <w:tr w:rsidR="00575150">
      <w:trPr>
        <w:trHeight w:val="283"/>
        <w:jc w:val="center"/>
      </w:trPr>
      <w:tc>
        <w:tcPr>
          <w:tcW w:w="2041" w:type="dxa"/>
          <w:vMerge/>
          <w:vAlign w:val="center"/>
        </w:tcPr>
        <w:p w:rsidR="00575150" w:rsidRDefault="00575150"/>
      </w:tc>
      <w:tc>
        <w:tcPr>
          <w:tcW w:w="5669" w:type="dxa"/>
          <w:vMerge/>
          <w:vAlign w:val="center"/>
        </w:tcPr>
        <w:p w:rsidR="00575150" w:rsidRDefault="00575150"/>
      </w:tc>
      <w:tc>
        <w:tcPr>
          <w:tcW w:w="1361" w:type="dxa"/>
          <w:shd w:val="clear" w:color="auto" w:fill="F2F2F2"/>
          <w:vAlign w:val="center"/>
        </w:tcPr>
        <w:p w:rsidR="00575150" w:rsidRDefault="00CB04A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575150" w:rsidRDefault="00CB04AB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575150">
      <w:trPr>
        <w:trHeight w:val="283"/>
        <w:jc w:val="center"/>
      </w:trPr>
      <w:tc>
        <w:tcPr>
          <w:tcW w:w="2041" w:type="dxa"/>
          <w:vMerge/>
          <w:vAlign w:val="center"/>
        </w:tcPr>
        <w:p w:rsidR="00575150" w:rsidRDefault="00575150"/>
      </w:tc>
      <w:tc>
        <w:tcPr>
          <w:tcW w:w="5669" w:type="dxa"/>
          <w:vMerge w:val="restart"/>
          <w:shd w:val="clear" w:color="auto" w:fill="E7E6E6"/>
          <w:vAlign w:val="center"/>
        </w:tcPr>
        <w:p w:rsidR="00575150" w:rsidRDefault="00CB04AB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المنشآت المعدنية</w:t>
          </w:r>
        </w:p>
        <w:p w:rsidR="00575150" w:rsidRDefault="00CB04A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Structural Steel Erection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575150" w:rsidRDefault="00CB04A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575150" w:rsidRDefault="00CB04AB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575150">
      <w:trPr>
        <w:trHeight w:val="283"/>
        <w:jc w:val="center"/>
      </w:trPr>
      <w:tc>
        <w:tcPr>
          <w:tcW w:w="2041" w:type="dxa"/>
          <w:vMerge/>
          <w:vAlign w:val="center"/>
        </w:tcPr>
        <w:p w:rsidR="00575150" w:rsidRDefault="00575150"/>
      </w:tc>
      <w:tc>
        <w:tcPr>
          <w:tcW w:w="5669" w:type="dxa"/>
          <w:vMerge/>
          <w:vAlign w:val="center"/>
        </w:tcPr>
        <w:p w:rsidR="00575150" w:rsidRDefault="00575150"/>
      </w:tc>
      <w:tc>
        <w:tcPr>
          <w:tcW w:w="1361" w:type="dxa"/>
          <w:shd w:val="clear" w:color="auto" w:fill="F2F2F2"/>
          <w:vAlign w:val="center"/>
        </w:tcPr>
        <w:p w:rsidR="00575150" w:rsidRDefault="00CB04A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575150" w:rsidRDefault="00CB04AB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575150" w:rsidRDefault="00575150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9818009">
    <w:abstractNumId w:val="8"/>
  </w:num>
  <w:num w:numId="2" w16cid:durableId="1678535945">
    <w:abstractNumId w:val="6"/>
  </w:num>
  <w:num w:numId="3" w16cid:durableId="1189760441">
    <w:abstractNumId w:val="5"/>
  </w:num>
  <w:num w:numId="4" w16cid:durableId="1647054395">
    <w:abstractNumId w:val="4"/>
  </w:num>
  <w:num w:numId="5" w16cid:durableId="817459843">
    <w:abstractNumId w:val="7"/>
  </w:num>
  <w:num w:numId="6" w16cid:durableId="1809786936">
    <w:abstractNumId w:val="3"/>
  </w:num>
  <w:num w:numId="7" w16cid:durableId="1942760940">
    <w:abstractNumId w:val="2"/>
  </w:num>
  <w:num w:numId="8" w16cid:durableId="80414726">
    <w:abstractNumId w:val="1"/>
  </w:num>
  <w:num w:numId="9" w16cid:durableId="102960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75150"/>
    <w:rsid w:val="005874D4"/>
    <w:rsid w:val="005C0D99"/>
    <w:rsid w:val="00AA1D8D"/>
    <w:rsid w:val="00B47730"/>
    <w:rsid w:val="00CB04A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9B726D05-DA59-4FBA-B6A9-360F79E5B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ACE_QC-CIV-026_Structural_Steel_Erection_20261009_v4.dotx</Template>
  <TotalTime>0</TotalTime>
  <Pages>1</Pages>
  <Words>536</Words>
  <Characters>3057</Characters>
  <Application>Microsoft Office Word</Application>
  <DocSecurity>0</DocSecurity>
  <Lines>25</Lines>
  <Paragraphs>7</Paragraphs>
  <ScaleCrop>false</ScaleCrop>
  <Manager>Ahmed Fathy</Manager>
  <Company>Arab Creators for Engineering Consultancy</Company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ACE-QC-CIV-026 Structural Steel Erection Inspection</dc:title>
  <dc:subject>فحص واستلام المنشآت المعدنية</dc:subject>
  <dc:creator>Ahmed Fathy</dc:creator>
  <cp:keywords>QC; ITP; Inspection</cp:keywords>
  <dc:description/>
  <cp:lastModifiedBy>Ahmed Fathy</cp:lastModifiedBy>
  <cp:revision>2</cp:revision>
  <dcterms:created xsi:type="dcterms:W3CDTF">2026-11-03T20:15:00Z</dcterms:created>
  <dcterms:modified xsi:type="dcterms:W3CDTF">2026-11-03T20:15:00Z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