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2C4B46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2C4B46" w:rsidRDefault="00093603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2C4B46" w:rsidRDefault="00093603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2C4B46" w:rsidRDefault="002C4B46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C4B46" w:rsidRDefault="00093603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2C4B46" w:rsidRDefault="00093603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2C4B46" w:rsidRDefault="002C4B46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C4B46" w:rsidRDefault="00093603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2C4B46" w:rsidRDefault="00093603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2C4B46" w:rsidRDefault="002C4B46">
            <w:pPr>
              <w:bidi/>
              <w:spacing w:line="240" w:lineRule="auto"/>
            </w:pPr>
          </w:p>
        </w:tc>
      </w:tr>
      <w:tr w:rsidR="002C4B46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2C4B46" w:rsidRDefault="00093603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2C4B46" w:rsidRDefault="00093603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2C4B46" w:rsidRDefault="002C4B46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C4B46" w:rsidRDefault="00093603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2C4B46" w:rsidRDefault="00093603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2C4B46" w:rsidRDefault="002C4B46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C4B46" w:rsidRDefault="00093603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2C4B46" w:rsidRDefault="00093603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2C4B46" w:rsidRDefault="002C4B46">
            <w:pPr>
              <w:bidi/>
              <w:spacing w:line="240" w:lineRule="auto"/>
            </w:pPr>
          </w:p>
        </w:tc>
      </w:tr>
      <w:tr w:rsidR="002C4B46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2C4B46" w:rsidRDefault="00093603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2C4B46" w:rsidRDefault="00093603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2C4B46" w:rsidRDefault="002C4B46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C4B46" w:rsidRDefault="00093603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2C4B46" w:rsidRDefault="00093603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2C4B46" w:rsidRDefault="00093603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2C4B46" w:rsidRDefault="00093603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2C4B46" w:rsidRDefault="002C4B4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2C4B46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2C4B46" w:rsidRDefault="00093603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2C4B46" w:rsidRDefault="00093603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2C4B46" w:rsidRDefault="002C4B4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2C4B46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2C4B46" w:rsidRDefault="00093603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2C4B46" w:rsidRDefault="00093603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2C4B46" w:rsidRDefault="00093603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2C4B46" w:rsidRDefault="00093603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2C4B46" w:rsidRDefault="00093603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2C4B46" w:rsidRDefault="00093603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2C4B46" w:rsidRDefault="00093603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2C4B46" w:rsidRDefault="00093603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2C4B46">
        <w:trPr>
          <w:cantSplit/>
          <w:jc w:val="center"/>
        </w:trPr>
        <w:tc>
          <w:tcPr>
            <w:tcW w:w="397" w:type="dxa"/>
            <w:vAlign w:val="center"/>
          </w:tcPr>
          <w:p w:rsidR="002C4B46" w:rsidRDefault="0009360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2C4B46" w:rsidRDefault="00093603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2C4B46" w:rsidRDefault="00093603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2C4B46" w:rsidRDefault="002C4B4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C4B46" w:rsidRDefault="002C4B46">
            <w:pPr>
              <w:bidi/>
              <w:spacing w:line="240" w:lineRule="auto"/>
              <w:jc w:val="center"/>
            </w:pPr>
          </w:p>
        </w:tc>
      </w:tr>
      <w:tr w:rsidR="002C4B46">
        <w:trPr>
          <w:cantSplit/>
          <w:jc w:val="center"/>
        </w:trPr>
        <w:tc>
          <w:tcPr>
            <w:tcW w:w="397" w:type="dxa"/>
            <w:vAlign w:val="center"/>
          </w:tcPr>
          <w:p w:rsidR="002C4B46" w:rsidRDefault="0009360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2C4B46" w:rsidRDefault="00093603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2C4B46" w:rsidRDefault="00093603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2C4B46" w:rsidRDefault="002C4B4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C4B46" w:rsidRDefault="002C4B46">
            <w:pPr>
              <w:bidi/>
              <w:spacing w:line="240" w:lineRule="auto"/>
              <w:jc w:val="center"/>
            </w:pPr>
          </w:p>
        </w:tc>
      </w:tr>
      <w:tr w:rsidR="002C4B46">
        <w:trPr>
          <w:cantSplit/>
          <w:jc w:val="center"/>
        </w:trPr>
        <w:tc>
          <w:tcPr>
            <w:tcW w:w="397" w:type="dxa"/>
            <w:vAlign w:val="center"/>
          </w:tcPr>
          <w:p w:rsidR="002C4B46" w:rsidRDefault="0009360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2C4B46" w:rsidRDefault="00093603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2C4B46" w:rsidRDefault="00093603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2C4B46" w:rsidRDefault="002C4B4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C4B46" w:rsidRDefault="002C4B46">
            <w:pPr>
              <w:bidi/>
              <w:spacing w:line="240" w:lineRule="auto"/>
              <w:jc w:val="center"/>
            </w:pPr>
          </w:p>
        </w:tc>
      </w:tr>
      <w:tr w:rsidR="002C4B46">
        <w:trPr>
          <w:cantSplit/>
          <w:jc w:val="center"/>
        </w:trPr>
        <w:tc>
          <w:tcPr>
            <w:tcW w:w="397" w:type="dxa"/>
            <w:vAlign w:val="center"/>
          </w:tcPr>
          <w:p w:rsidR="002C4B46" w:rsidRDefault="0009360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2C4B46" w:rsidRDefault="00093603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2C4B46" w:rsidRDefault="00093603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2C4B46" w:rsidRDefault="002C4B4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C4B46" w:rsidRDefault="002C4B46">
            <w:pPr>
              <w:bidi/>
              <w:spacing w:line="240" w:lineRule="auto"/>
              <w:jc w:val="center"/>
            </w:pPr>
          </w:p>
        </w:tc>
      </w:tr>
      <w:tr w:rsidR="002C4B46">
        <w:trPr>
          <w:cantSplit/>
          <w:jc w:val="center"/>
        </w:trPr>
        <w:tc>
          <w:tcPr>
            <w:tcW w:w="397" w:type="dxa"/>
            <w:vAlign w:val="center"/>
          </w:tcPr>
          <w:p w:rsidR="002C4B46" w:rsidRDefault="0009360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2C4B46" w:rsidRDefault="00093603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2C4B46" w:rsidRDefault="00093603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2C4B46" w:rsidRDefault="002C4B4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C4B46" w:rsidRDefault="002C4B46">
            <w:pPr>
              <w:bidi/>
              <w:spacing w:line="240" w:lineRule="auto"/>
              <w:jc w:val="center"/>
            </w:pPr>
          </w:p>
        </w:tc>
      </w:tr>
      <w:tr w:rsidR="002C4B46">
        <w:trPr>
          <w:cantSplit/>
          <w:jc w:val="center"/>
        </w:trPr>
        <w:tc>
          <w:tcPr>
            <w:tcW w:w="397" w:type="dxa"/>
            <w:vAlign w:val="center"/>
          </w:tcPr>
          <w:p w:rsidR="002C4B46" w:rsidRDefault="0009360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2C4B46" w:rsidRDefault="00093603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2C4B46" w:rsidRDefault="00093603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2C4B46" w:rsidRDefault="002C4B4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C4B46" w:rsidRDefault="002C4B46">
            <w:pPr>
              <w:bidi/>
              <w:spacing w:line="240" w:lineRule="auto"/>
              <w:jc w:val="center"/>
            </w:pPr>
          </w:p>
        </w:tc>
      </w:tr>
      <w:tr w:rsidR="002C4B46">
        <w:trPr>
          <w:cantSplit/>
          <w:jc w:val="center"/>
        </w:trPr>
        <w:tc>
          <w:tcPr>
            <w:tcW w:w="397" w:type="dxa"/>
            <w:vAlign w:val="center"/>
          </w:tcPr>
          <w:p w:rsidR="002C4B46" w:rsidRDefault="0009360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2C4B46" w:rsidRDefault="00093603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2C4B46" w:rsidRDefault="00093603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2C4B46" w:rsidRDefault="002C4B4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C4B46" w:rsidRDefault="002C4B46">
            <w:pPr>
              <w:bidi/>
              <w:spacing w:line="240" w:lineRule="auto"/>
              <w:jc w:val="center"/>
            </w:pPr>
          </w:p>
        </w:tc>
      </w:tr>
      <w:tr w:rsidR="002C4B46">
        <w:trPr>
          <w:cantSplit/>
          <w:jc w:val="center"/>
        </w:trPr>
        <w:tc>
          <w:tcPr>
            <w:tcW w:w="397" w:type="dxa"/>
            <w:vAlign w:val="center"/>
          </w:tcPr>
          <w:p w:rsidR="002C4B46" w:rsidRDefault="0009360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2C4B46" w:rsidRDefault="00093603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2C4B46" w:rsidRDefault="00093603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2C4B46" w:rsidRDefault="002C4B4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C4B46" w:rsidRDefault="002C4B46">
            <w:pPr>
              <w:bidi/>
              <w:spacing w:line="240" w:lineRule="auto"/>
              <w:jc w:val="center"/>
            </w:pPr>
          </w:p>
        </w:tc>
      </w:tr>
    </w:tbl>
    <w:p w:rsidR="002C4B46" w:rsidRDefault="002C4B4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2C4B46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2C4B46" w:rsidRDefault="00093603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البلاطات المفرغة سابقة الصب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2C4B46" w:rsidRDefault="00093603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Precast Hollow-Core Slabs Checklist</w:t>
            </w:r>
          </w:p>
        </w:tc>
      </w:tr>
    </w:tbl>
    <w:p w:rsidR="002C4B46" w:rsidRDefault="002C4B4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2C4B46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2C4B46" w:rsidRDefault="00093603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2C4B46" w:rsidRDefault="00093603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2C4B46" w:rsidRDefault="00093603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2C4B46" w:rsidRDefault="00093603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2C4B46" w:rsidRDefault="00093603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2C4B46" w:rsidRDefault="00093603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2C4B46" w:rsidRDefault="00093603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2C4B46" w:rsidRDefault="00093603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2C4B46" w:rsidRDefault="00093603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2C4B46" w:rsidRDefault="00093603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2C4B46" w:rsidRDefault="00093603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2C4B46" w:rsidRDefault="00093603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2C4B46">
        <w:trPr>
          <w:cantSplit/>
          <w:jc w:val="center"/>
        </w:trPr>
        <w:tc>
          <w:tcPr>
            <w:tcW w:w="397" w:type="dxa"/>
            <w:vAlign w:val="center"/>
          </w:tcPr>
          <w:p w:rsidR="002C4B46" w:rsidRDefault="0009360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2C4B46" w:rsidRDefault="00093603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البلاطات من مصنع معتمد ومطابقة للمخططات التنفيذية.</w:t>
            </w:r>
          </w:p>
        </w:tc>
        <w:tc>
          <w:tcPr>
            <w:tcW w:w="3402" w:type="dxa"/>
            <w:vAlign w:val="center"/>
          </w:tcPr>
          <w:p w:rsidR="002C4B46" w:rsidRDefault="00093603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Slabs are from an approved factory and comply with shop drawings.</w:t>
            </w:r>
          </w:p>
        </w:tc>
        <w:tc>
          <w:tcPr>
            <w:tcW w:w="595" w:type="dxa"/>
            <w:vAlign w:val="center"/>
          </w:tcPr>
          <w:p w:rsidR="002C4B46" w:rsidRDefault="002C4B46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C4B46" w:rsidRDefault="002C4B4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C4B46" w:rsidRDefault="002C4B4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C4B46" w:rsidRDefault="002C4B46">
            <w:pPr>
              <w:bidi/>
              <w:spacing w:line="240" w:lineRule="auto"/>
              <w:jc w:val="center"/>
            </w:pPr>
          </w:p>
        </w:tc>
      </w:tr>
      <w:tr w:rsidR="002C4B46">
        <w:trPr>
          <w:cantSplit/>
          <w:jc w:val="center"/>
        </w:trPr>
        <w:tc>
          <w:tcPr>
            <w:tcW w:w="397" w:type="dxa"/>
            <w:vAlign w:val="center"/>
          </w:tcPr>
          <w:p w:rsidR="002C4B46" w:rsidRDefault="0009360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2C4B46" w:rsidRDefault="00093603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سلامة البلاطات من الشروخ والكسور قبل التركيب.</w:t>
            </w:r>
          </w:p>
        </w:tc>
        <w:tc>
          <w:tcPr>
            <w:tcW w:w="3402" w:type="dxa"/>
            <w:vAlign w:val="center"/>
          </w:tcPr>
          <w:p w:rsidR="002C4B46" w:rsidRDefault="00093603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Slabs are free of cracks and breakage before erection.</w:t>
            </w:r>
          </w:p>
        </w:tc>
        <w:tc>
          <w:tcPr>
            <w:tcW w:w="595" w:type="dxa"/>
            <w:vAlign w:val="center"/>
          </w:tcPr>
          <w:p w:rsidR="002C4B46" w:rsidRDefault="002C4B46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C4B46" w:rsidRDefault="002C4B4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C4B46" w:rsidRDefault="002C4B4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C4B46" w:rsidRDefault="002C4B46">
            <w:pPr>
              <w:bidi/>
              <w:spacing w:line="240" w:lineRule="auto"/>
              <w:jc w:val="center"/>
            </w:pPr>
          </w:p>
        </w:tc>
      </w:tr>
      <w:tr w:rsidR="002C4B46">
        <w:trPr>
          <w:cantSplit/>
          <w:jc w:val="center"/>
        </w:trPr>
        <w:tc>
          <w:tcPr>
            <w:tcW w:w="397" w:type="dxa"/>
            <w:vAlign w:val="center"/>
          </w:tcPr>
          <w:p w:rsidR="002C4B46" w:rsidRDefault="0009360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2C4B46" w:rsidRDefault="00093603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مناسيب ونظافة أسطح الارتكاز على الكمرات والحوائط.</w:t>
            </w:r>
          </w:p>
        </w:tc>
        <w:tc>
          <w:tcPr>
            <w:tcW w:w="3402" w:type="dxa"/>
            <w:vAlign w:val="center"/>
          </w:tcPr>
          <w:p w:rsidR="002C4B46" w:rsidRDefault="00093603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Bearing surfaces on beams and walls are at level and clean.</w:t>
            </w:r>
          </w:p>
        </w:tc>
        <w:tc>
          <w:tcPr>
            <w:tcW w:w="595" w:type="dxa"/>
            <w:vAlign w:val="center"/>
          </w:tcPr>
          <w:p w:rsidR="002C4B46" w:rsidRDefault="002C4B46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C4B46" w:rsidRDefault="002C4B4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C4B46" w:rsidRDefault="002C4B4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C4B46" w:rsidRDefault="002C4B46">
            <w:pPr>
              <w:bidi/>
              <w:spacing w:line="240" w:lineRule="auto"/>
              <w:jc w:val="center"/>
            </w:pPr>
          </w:p>
        </w:tc>
      </w:tr>
      <w:tr w:rsidR="002C4B46">
        <w:trPr>
          <w:cantSplit/>
          <w:jc w:val="center"/>
        </w:trPr>
        <w:tc>
          <w:tcPr>
            <w:tcW w:w="397" w:type="dxa"/>
            <w:vAlign w:val="center"/>
          </w:tcPr>
          <w:p w:rsidR="002C4B46" w:rsidRDefault="0009360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2C4B46" w:rsidRDefault="00093603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طول الارتكاز لا يقل عن المحدد بالمخططات.</w:t>
            </w:r>
          </w:p>
        </w:tc>
        <w:tc>
          <w:tcPr>
            <w:tcW w:w="3402" w:type="dxa"/>
            <w:vAlign w:val="center"/>
          </w:tcPr>
          <w:p w:rsidR="002C4B46" w:rsidRDefault="00093603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Bearing length is not less than shown on drawings.</w:t>
            </w:r>
          </w:p>
        </w:tc>
        <w:tc>
          <w:tcPr>
            <w:tcW w:w="595" w:type="dxa"/>
            <w:vAlign w:val="center"/>
          </w:tcPr>
          <w:p w:rsidR="002C4B46" w:rsidRDefault="002C4B46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C4B46" w:rsidRDefault="002C4B4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C4B46" w:rsidRDefault="002C4B4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C4B46" w:rsidRDefault="002C4B46">
            <w:pPr>
              <w:bidi/>
              <w:spacing w:line="240" w:lineRule="auto"/>
              <w:jc w:val="center"/>
            </w:pPr>
          </w:p>
        </w:tc>
      </w:tr>
      <w:tr w:rsidR="002C4B46">
        <w:trPr>
          <w:cantSplit/>
          <w:jc w:val="center"/>
        </w:trPr>
        <w:tc>
          <w:tcPr>
            <w:tcW w:w="397" w:type="dxa"/>
            <w:vAlign w:val="center"/>
          </w:tcPr>
          <w:p w:rsidR="002C4B46" w:rsidRDefault="0009360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2C4B46" w:rsidRDefault="00093603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رفع البلاطات بالمعدات ونقاط الرفع المحددة.</w:t>
            </w:r>
          </w:p>
        </w:tc>
        <w:tc>
          <w:tcPr>
            <w:tcW w:w="3402" w:type="dxa"/>
            <w:vAlign w:val="center"/>
          </w:tcPr>
          <w:p w:rsidR="002C4B46" w:rsidRDefault="00093603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Slabs are lifted with specified equipment and lifting points.</w:t>
            </w:r>
          </w:p>
        </w:tc>
        <w:tc>
          <w:tcPr>
            <w:tcW w:w="595" w:type="dxa"/>
            <w:vAlign w:val="center"/>
          </w:tcPr>
          <w:p w:rsidR="002C4B46" w:rsidRDefault="002C4B46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C4B46" w:rsidRDefault="002C4B4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C4B46" w:rsidRDefault="002C4B4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C4B46" w:rsidRDefault="002C4B46">
            <w:pPr>
              <w:bidi/>
              <w:spacing w:line="240" w:lineRule="auto"/>
              <w:jc w:val="center"/>
            </w:pPr>
          </w:p>
        </w:tc>
      </w:tr>
      <w:tr w:rsidR="002C4B46">
        <w:trPr>
          <w:cantSplit/>
          <w:jc w:val="center"/>
        </w:trPr>
        <w:tc>
          <w:tcPr>
            <w:tcW w:w="397" w:type="dxa"/>
            <w:vAlign w:val="center"/>
          </w:tcPr>
          <w:p w:rsidR="002C4B46" w:rsidRDefault="0009360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2C4B46" w:rsidRDefault="00093603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تنفيذ الفتحات المطلوبة في أماكنها المعتمدة فقط.</w:t>
            </w:r>
          </w:p>
        </w:tc>
        <w:tc>
          <w:tcPr>
            <w:tcW w:w="3402" w:type="dxa"/>
            <w:vAlign w:val="center"/>
          </w:tcPr>
          <w:p w:rsidR="002C4B46" w:rsidRDefault="00093603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Openings are made only at approved locations.</w:t>
            </w:r>
          </w:p>
        </w:tc>
        <w:tc>
          <w:tcPr>
            <w:tcW w:w="595" w:type="dxa"/>
            <w:vAlign w:val="center"/>
          </w:tcPr>
          <w:p w:rsidR="002C4B46" w:rsidRDefault="002C4B46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C4B46" w:rsidRDefault="002C4B4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C4B46" w:rsidRDefault="002C4B4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C4B46" w:rsidRDefault="002C4B46">
            <w:pPr>
              <w:bidi/>
              <w:spacing w:line="240" w:lineRule="auto"/>
              <w:jc w:val="center"/>
            </w:pPr>
          </w:p>
        </w:tc>
      </w:tr>
      <w:tr w:rsidR="002C4B46">
        <w:trPr>
          <w:cantSplit/>
          <w:jc w:val="center"/>
        </w:trPr>
        <w:tc>
          <w:tcPr>
            <w:tcW w:w="397" w:type="dxa"/>
            <w:vAlign w:val="center"/>
          </w:tcPr>
          <w:p w:rsidR="002C4B46" w:rsidRDefault="0009360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2C4B46" w:rsidRDefault="00093603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حديد الربط وصب الفواصل بين البلاطات حسب المخططات.</w:t>
            </w:r>
          </w:p>
        </w:tc>
        <w:tc>
          <w:tcPr>
            <w:tcW w:w="3402" w:type="dxa"/>
            <w:vAlign w:val="center"/>
          </w:tcPr>
          <w:p w:rsidR="002C4B46" w:rsidRDefault="00093603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Tie bars and joint grouting between slabs comply with drawings.</w:t>
            </w:r>
          </w:p>
        </w:tc>
        <w:tc>
          <w:tcPr>
            <w:tcW w:w="595" w:type="dxa"/>
            <w:vAlign w:val="center"/>
          </w:tcPr>
          <w:p w:rsidR="002C4B46" w:rsidRDefault="002C4B46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C4B46" w:rsidRDefault="002C4B4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C4B46" w:rsidRDefault="002C4B4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C4B46" w:rsidRDefault="002C4B46">
            <w:pPr>
              <w:bidi/>
              <w:spacing w:line="240" w:lineRule="auto"/>
              <w:jc w:val="center"/>
            </w:pPr>
          </w:p>
        </w:tc>
      </w:tr>
      <w:tr w:rsidR="002C4B46">
        <w:trPr>
          <w:cantSplit/>
          <w:jc w:val="center"/>
        </w:trPr>
        <w:tc>
          <w:tcPr>
            <w:tcW w:w="397" w:type="dxa"/>
            <w:vAlign w:val="center"/>
          </w:tcPr>
          <w:p w:rsidR="002C4B46" w:rsidRDefault="0009360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2C4B46" w:rsidRDefault="00093603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صب الطبقة العلوية ‏(Topping)‏ بالسمك والتسليح المحدد.</w:t>
            </w:r>
          </w:p>
        </w:tc>
        <w:tc>
          <w:tcPr>
            <w:tcW w:w="3402" w:type="dxa"/>
            <w:vAlign w:val="center"/>
          </w:tcPr>
          <w:p w:rsidR="002C4B46" w:rsidRDefault="00093603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Structural topping is cast with specified thickness and reinforcement.</w:t>
            </w:r>
          </w:p>
        </w:tc>
        <w:tc>
          <w:tcPr>
            <w:tcW w:w="595" w:type="dxa"/>
            <w:vAlign w:val="center"/>
          </w:tcPr>
          <w:p w:rsidR="002C4B46" w:rsidRDefault="002C4B46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C4B46" w:rsidRDefault="002C4B46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C4B46" w:rsidRDefault="002C4B4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C4B46" w:rsidRDefault="002C4B46">
            <w:pPr>
              <w:bidi/>
              <w:spacing w:line="240" w:lineRule="auto"/>
              <w:jc w:val="center"/>
            </w:pPr>
          </w:p>
        </w:tc>
      </w:tr>
    </w:tbl>
    <w:p w:rsidR="002C4B46" w:rsidRDefault="002C4B4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2C4B46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2C4B46" w:rsidRDefault="00093603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2C4B46" w:rsidRDefault="00093603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2C4B46" w:rsidRDefault="00093603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ECP 203، PTI M10.2، تعليمات مورد النظام، كود البناء السعودي SBC 303 و SBC 304 و SBC 305 و SBC 306</w:t>
            </w:r>
          </w:p>
        </w:tc>
        <w:tc>
          <w:tcPr>
            <w:tcW w:w="4309" w:type="dxa"/>
            <w:vAlign w:val="center"/>
          </w:tcPr>
          <w:p w:rsidR="002C4B46" w:rsidRDefault="00093603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ECP 203, PTI M10.2, system supplier instructions; Saudi Building Code SBC 303, SBC 304, SBC 305, SBC 306</w:t>
            </w:r>
          </w:p>
        </w:tc>
      </w:tr>
      <w:tr w:rsidR="002C4B46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2C4B46" w:rsidRDefault="00093603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2C4B46" w:rsidRDefault="00093603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2C4B46" w:rsidRDefault="00093603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المخططات التنفيذية للكابلات ☐ سجل الشد والاستطالة ☐ شهادات الكابلات والمراسي</w:t>
            </w:r>
          </w:p>
        </w:tc>
        <w:tc>
          <w:tcPr>
            <w:tcW w:w="4309" w:type="dxa"/>
            <w:vAlign w:val="center"/>
          </w:tcPr>
          <w:p w:rsidR="002C4B46" w:rsidRDefault="00093603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Tendon shop drawings   ☐ Stressing and elongation record   ☐ Strand and anchor certificates</w:t>
            </w:r>
          </w:p>
        </w:tc>
      </w:tr>
    </w:tbl>
    <w:p w:rsidR="002C4B46" w:rsidRDefault="002C4B4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2C4B46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2C4B46" w:rsidRDefault="00093603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2C4B46" w:rsidRDefault="00093603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2C4B46" w:rsidRDefault="002C4B46">
            <w:pPr>
              <w:keepNext/>
              <w:bidi/>
              <w:spacing w:line="240" w:lineRule="auto"/>
            </w:pPr>
          </w:p>
        </w:tc>
      </w:tr>
    </w:tbl>
    <w:p w:rsidR="002C4B46" w:rsidRDefault="002C4B46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2C4B46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2C4B46" w:rsidRDefault="00093603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2C4B46" w:rsidRDefault="00093603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2C4B46" w:rsidRDefault="00093603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2C4B46" w:rsidRDefault="00093603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2C4B46" w:rsidRDefault="00093603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2C4B46" w:rsidRDefault="00093603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2C4B46" w:rsidRDefault="00093603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2C4B46" w:rsidRDefault="00093603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2C4B46" w:rsidRDefault="00093603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2C4B46" w:rsidRDefault="00093603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2C4B46" w:rsidRDefault="002C4B46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2C4B46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2C4B46" w:rsidRDefault="00093603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2C4B46" w:rsidRDefault="00093603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2C4B46" w:rsidRDefault="00093603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2C4B46" w:rsidRDefault="00093603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2C4B46" w:rsidRDefault="00093603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2C4B46" w:rsidRDefault="00093603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2C4B46" w:rsidRDefault="00093603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2C4B46" w:rsidRDefault="00093603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2C4B46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2C4B46" w:rsidRDefault="00093603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2C4B46" w:rsidRDefault="00093603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2C4B46" w:rsidRDefault="00093603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2C4B46" w:rsidRDefault="00093603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2C4B46" w:rsidRDefault="00093603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2C4B46" w:rsidRDefault="00093603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2C4B46" w:rsidRDefault="00093603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2C4B46" w:rsidRDefault="00093603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2C4B46" w:rsidRDefault="00093603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2C4B46" w:rsidRDefault="00093603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2C4B46" w:rsidRDefault="00093603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2C4B46" w:rsidRDefault="002C4B46">
      <w:pPr>
        <w:spacing w:line="20" w:lineRule="exact"/>
      </w:pPr>
    </w:p>
    <w:sectPr w:rsidR="002C4B46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93603" w:rsidRDefault="00093603">
      <w:pPr>
        <w:spacing w:line="240" w:lineRule="auto"/>
      </w:pPr>
      <w:r>
        <w:separator/>
      </w:r>
    </w:p>
  </w:endnote>
  <w:endnote w:type="continuationSeparator" w:id="0">
    <w:p w:rsidR="00093603" w:rsidRDefault="000936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2C4B46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2C4B46" w:rsidRDefault="00093603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2C4B46" w:rsidRDefault="00093603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ACE-QC-CIV-022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93603" w:rsidRDefault="00093603">
      <w:pPr>
        <w:spacing w:line="240" w:lineRule="auto"/>
      </w:pPr>
      <w:r>
        <w:separator/>
      </w:r>
    </w:p>
  </w:footnote>
  <w:footnote w:type="continuationSeparator" w:id="0">
    <w:p w:rsidR="00093603" w:rsidRDefault="0009360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2C4B46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2C4B46" w:rsidRDefault="00093603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2C4B46" w:rsidRDefault="00093603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2C4B46" w:rsidRDefault="00093603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2C4B46" w:rsidRDefault="00093603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2C4B46" w:rsidRDefault="00093603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ACE-QC-CIV-022</w:t>
          </w:r>
        </w:p>
      </w:tc>
    </w:tr>
    <w:tr w:rsidR="002C4B46">
      <w:trPr>
        <w:trHeight w:val="283"/>
        <w:jc w:val="center"/>
      </w:trPr>
      <w:tc>
        <w:tcPr>
          <w:tcW w:w="2041" w:type="dxa"/>
          <w:vMerge/>
          <w:vAlign w:val="center"/>
        </w:tcPr>
        <w:p w:rsidR="002C4B46" w:rsidRDefault="002C4B46"/>
      </w:tc>
      <w:tc>
        <w:tcPr>
          <w:tcW w:w="5669" w:type="dxa"/>
          <w:vMerge/>
          <w:vAlign w:val="center"/>
        </w:tcPr>
        <w:p w:rsidR="002C4B46" w:rsidRDefault="002C4B46"/>
      </w:tc>
      <w:tc>
        <w:tcPr>
          <w:tcW w:w="1361" w:type="dxa"/>
          <w:shd w:val="clear" w:color="auto" w:fill="F2F2F2"/>
          <w:vAlign w:val="center"/>
        </w:tcPr>
        <w:p w:rsidR="002C4B46" w:rsidRDefault="00093603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2C4B46" w:rsidRDefault="00093603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2C4B46">
      <w:trPr>
        <w:trHeight w:val="283"/>
        <w:jc w:val="center"/>
      </w:trPr>
      <w:tc>
        <w:tcPr>
          <w:tcW w:w="2041" w:type="dxa"/>
          <w:vMerge/>
          <w:vAlign w:val="center"/>
        </w:tcPr>
        <w:p w:rsidR="002C4B46" w:rsidRDefault="002C4B46"/>
      </w:tc>
      <w:tc>
        <w:tcPr>
          <w:tcW w:w="5669" w:type="dxa"/>
          <w:vMerge w:val="restart"/>
          <w:shd w:val="clear" w:color="auto" w:fill="E7E6E6"/>
          <w:vAlign w:val="center"/>
        </w:tcPr>
        <w:p w:rsidR="002C4B46" w:rsidRDefault="00093603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البلاطات المفرغة سابقة الصب</w:t>
          </w:r>
        </w:p>
        <w:p w:rsidR="002C4B46" w:rsidRDefault="00093603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Precast Hollow-Core Slabs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2C4B46" w:rsidRDefault="00093603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2C4B46" w:rsidRDefault="00093603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2C4B46">
      <w:trPr>
        <w:trHeight w:val="283"/>
        <w:jc w:val="center"/>
      </w:trPr>
      <w:tc>
        <w:tcPr>
          <w:tcW w:w="2041" w:type="dxa"/>
          <w:vMerge/>
          <w:vAlign w:val="center"/>
        </w:tcPr>
        <w:p w:rsidR="002C4B46" w:rsidRDefault="002C4B46"/>
      </w:tc>
      <w:tc>
        <w:tcPr>
          <w:tcW w:w="5669" w:type="dxa"/>
          <w:vMerge/>
          <w:vAlign w:val="center"/>
        </w:tcPr>
        <w:p w:rsidR="002C4B46" w:rsidRDefault="002C4B46"/>
      </w:tc>
      <w:tc>
        <w:tcPr>
          <w:tcW w:w="1361" w:type="dxa"/>
          <w:shd w:val="clear" w:color="auto" w:fill="F2F2F2"/>
          <w:vAlign w:val="center"/>
        </w:tcPr>
        <w:p w:rsidR="002C4B46" w:rsidRDefault="00093603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2C4B46" w:rsidRDefault="00093603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2C4B46" w:rsidRDefault="002C4B46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13670592">
    <w:abstractNumId w:val="8"/>
  </w:num>
  <w:num w:numId="2" w16cid:durableId="2052723345">
    <w:abstractNumId w:val="6"/>
  </w:num>
  <w:num w:numId="3" w16cid:durableId="1521891672">
    <w:abstractNumId w:val="5"/>
  </w:num>
  <w:num w:numId="4" w16cid:durableId="1049454582">
    <w:abstractNumId w:val="4"/>
  </w:num>
  <w:num w:numId="5" w16cid:durableId="2022584546">
    <w:abstractNumId w:val="7"/>
  </w:num>
  <w:num w:numId="6" w16cid:durableId="2134666143">
    <w:abstractNumId w:val="3"/>
  </w:num>
  <w:num w:numId="7" w16cid:durableId="1923950619">
    <w:abstractNumId w:val="2"/>
  </w:num>
  <w:num w:numId="8" w16cid:durableId="237328222">
    <w:abstractNumId w:val="1"/>
  </w:num>
  <w:num w:numId="9" w16cid:durableId="897474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3603"/>
    <w:rsid w:val="0015074B"/>
    <w:rsid w:val="0029639D"/>
    <w:rsid w:val="002C4B46"/>
    <w:rsid w:val="00326F90"/>
    <w:rsid w:val="005C0D99"/>
    <w:rsid w:val="008C6BA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A61CC3DF-8133-46EE-851E-C6166F0A0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ACE_QC-CIV-022_Hollow_Core_Slabs_20261009_v4.dotx</Template>
  <TotalTime>0</TotalTime>
  <Pages>1</Pages>
  <Words>515</Words>
  <Characters>2941</Characters>
  <Application>Microsoft Office Word</Application>
  <DocSecurity>0</DocSecurity>
  <Lines>24</Lines>
  <Paragraphs>6</Paragraphs>
  <ScaleCrop>false</ScaleCrop>
  <Manager>Ahmed Fathy</Manager>
  <Company>Arab Creators for Engineering Consultancy</Company>
  <LinksUpToDate>false</LinksUpToDate>
  <CharactersWithSpaces>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ACE-QC-CIV-022 Precast Hollow-Core Slabs Inspection</dc:title>
  <dc:subject>فحص واستلام البلاطات المفرغة سابقة الصب</dc:subject>
  <dc:creator>Ahmed Fathy</dc:creator>
  <cp:keywords>QC; ITP; Inspection</cp:keywords>
  <dc:description/>
  <cp:lastModifiedBy>Ahmed Fathy</cp:lastModifiedBy>
  <cp:revision>2</cp:revision>
  <dcterms:created xsi:type="dcterms:W3CDTF">2026-11-03T20:15:00Z</dcterms:created>
  <dcterms:modified xsi:type="dcterms:W3CDTF">2026-11-03T20:15:00Z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