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57617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576171" w:rsidRDefault="007F38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576171" w:rsidRDefault="0057617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576171" w:rsidRDefault="007F38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576171" w:rsidRDefault="0057617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576171" w:rsidRDefault="007F38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576171" w:rsidRDefault="00576171">
            <w:pPr>
              <w:bidi/>
              <w:spacing w:line="240" w:lineRule="auto"/>
            </w:pPr>
          </w:p>
        </w:tc>
      </w:tr>
      <w:tr w:rsidR="0057617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576171" w:rsidRDefault="007F38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576171" w:rsidRDefault="0057617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576171" w:rsidRDefault="007F38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576171" w:rsidRDefault="0057617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576171" w:rsidRDefault="007F38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576171" w:rsidRDefault="00576171">
            <w:pPr>
              <w:bidi/>
              <w:spacing w:line="240" w:lineRule="auto"/>
            </w:pPr>
          </w:p>
        </w:tc>
      </w:tr>
      <w:tr w:rsidR="0057617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576171" w:rsidRDefault="007F38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576171" w:rsidRDefault="0057617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576171" w:rsidRDefault="007F38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576171" w:rsidRDefault="007F382B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576171" w:rsidRDefault="0057617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7617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576171" w:rsidRDefault="0057617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576171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576171" w:rsidRDefault="007F382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76171" w:rsidRDefault="007F382B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576171" w:rsidRDefault="007F382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576171" w:rsidRDefault="007F382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</w:tbl>
    <w:p w:rsidR="00576171" w:rsidRDefault="0057617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7617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مكافحة النمل الأبيض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Anti-Termite Treatment Checklist</w:t>
            </w:r>
          </w:p>
        </w:tc>
      </w:tr>
    </w:tbl>
    <w:p w:rsidR="00576171" w:rsidRDefault="0057617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576171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76171" w:rsidRDefault="007F38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576171" w:rsidRDefault="007F382B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576171" w:rsidRDefault="007F38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576171" w:rsidRDefault="007F38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576171" w:rsidRDefault="007F38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576171" w:rsidRDefault="007F382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المبيد معتمد ومن جهة مرخصة وصلاحيته سارية.</w:t>
            </w:r>
          </w:p>
        </w:tc>
        <w:tc>
          <w:tcPr>
            <w:tcW w:w="3402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Termiticide is approved, from a licensed source and within shelf life.</w:t>
            </w: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تنفيذ المعالجة بواسطة شركة متخصصة معتمدة.</w:t>
            </w:r>
          </w:p>
        </w:tc>
        <w:tc>
          <w:tcPr>
            <w:tcW w:w="3402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Treatment is carried out by an approved specialist company.</w:t>
            </w: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نسبة التخفيف ومعدل الرش حسب تعليمات المصنع.</w:t>
            </w:r>
          </w:p>
        </w:tc>
        <w:tc>
          <w:tcPr>
            <w:tcW w:w="3402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Dilution ratio and application rate comply with manufacturer instructions.</w:t>
            </w: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رش قاع الحفر وجوانب الأساسات قبل الردم.</w:t>
            </w:r>
          </w:p>
        </w:tc>
        <w:tc>
          <w:tcPr>
            <w:tcW w:w="3402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Excavation bottom and foundation sides are sprayed before backfilling.</w:t>
            </w: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رش طبقات الردم وأسفل البلاطة الأرضية قبل فرد البولي إيثيلين.</w:t>
            </w:r>
          </w:p>
        </w:tc>
        <w:tc>
          <w:tcPr>
            <w:tcW w:w="3402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Fill layers and under-slab area are treated before laying polyethylene.</w:t>
            </w: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أماكن اختراق المواسير والفواصل.</w:t>
            </w:r>
          </w:p>
        </w:tc>
        <w:tc>
          <w:tcPr>
            <w:tcW w:w="3402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Pipe penetrations and joints are treated.</w:t>
            </w: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عدم تعرض المنطقة المعالجة للأمطار أو الحفر بعد الرش.</w:t>
            </w:r>
          </w:p>
        </w:tc>
        <w:tc>
          <w:tcPr>
            <w:tcW w:w="3402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Treated area is not exposed to rain or disturbed after spraying.</w:t>
            </w: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  <w:tr w:rsidR="00576171">
        <w:trPr>
          <w:cantSplit/>
          <w:jc w:val="center"/>
        </w:trPr>
        <w:tc>
          <w:tcPr>
            <w:tcW w:w="397" w:type="dxa"/>
            <w:vAlign w:val="center"/>
          </w:tcPr>
          <w:p w:rsidR="00576171" w:rsidRDefault="007F382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تقديم شهادة ضمان المعالجة.</w:t>
            </w:r>
          </w:p>
        </w:tc>
        <w:tc>
          <w:tcPr>
            <w:tcW w:w="3402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Treatment warranty certificate is submitted.</w:t>
            </w: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6171" w:rsidRDefault="00576171">
            <w:pPr>
              <w:bidi/>
              <w:spacing w:line="240" w:lineRule="auto"/>
              <w:jc w:val="center"/>
            </w:pPr>
          </w:p>
        </w:tc>
      </w:tr>
    </w:tbl>
    <w:p w:rsidR="00576171" w:rsidRDefault="0057617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57617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576171" w:rsidRDefault="007F382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 وتعليمات المصنع المعتمد،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 and approved manufacturer instructions; Saudi Building Code SBC 303, SBC 304, SBC 305, SBC 306</w:t>
            </w:r>
          </w:p>
        </w:tc>
      </w:tr>
      <w:tr w:rsidR="0057617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576171" w:rsidRDefault="007F382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وشهادة المصنع ☐ سجل اختبار الغمر ☐ صور قبل التغطية</w:t>
            </w:r>
          </w:p>
        </w:tc>
        <w:tc>
          <w:tcPr>
            <w:tcW w:w="4309" w:type="dxa"/>
            <w:vAlign w:val="center"/>
          </w:tcPr>
          <w:p w:rsidR="00576171" w:rsidRDefault="007F382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and certificate   ☐ Flood test record   ☐ Photos before covering</w:t>
            </w:r>
          </w:p>
        </w:tc>
      </w:tr>
    </w:tbl>
    <w:p w:rsidR="00576171" w:rsidRDefault="0057617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576171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6171" w:rsidRDefault="007F382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576171" w:rsidRDefault="007F382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576171" w:rsidRDefault="00576171">
            <w:pPr>
              <w:keepNext/>
              <w:bidi/>
              <w:spacing w:line="240" w:lineRule="auto"/>
            </w:pPr>
          </w:p>
        </w:tc>
      </w:tr>
    </w:tbl>
    <w:p w:rsidR="00576171" w:rsidRDefault="0057617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57617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6171" w:rsidRDefault="007F382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576171" w:rsidRDefault="007F382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576171" w:rsidRDefault="007F38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576171" w:rsidRDefault="007F38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576171" w:rsidRDefault="007F38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576171" w:rsidRDefault="007F38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576171" w:rsidRDefault="007F38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576171" w:rsidRDefault="007F38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576171" w:rsidRDefault="007F382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576171" w:rsidRDefault="007F38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576171" w:rsidRDefault="0057617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57617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6171" w:rsidRDefault="007F382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576171" w:rsidRDefault="007F382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6171" w:rsidRDefault="007F382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576171" w:rsidRDefault="007F38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6171" w:rsidRDefault="007F382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576171" w:rsidRDefault="007F38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6171" w:rsidRDefault="007F382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576171" w:rsidRDefault="007F382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576171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6171" w:rsidRDefault="007F382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576171" w:rsidRDefault="007F382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576171" w:rsidRDefault="007F38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6171" w:rsidRDefault="007F38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6171" w:rsidRDefault="007F38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76171" w:rsidRDefault="007F38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6171" w:rsidRDefault="007F38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6171" w:rsidRDefault="007F38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76171" w:rsidRDefault="007F38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6171" w:rsidRDefault="007F38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6171" w:rsidRDefault="007F382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576171" w:rsidRDefault="00576171">
      <w:pPr>
        <w:spacing w:line="20" w:lineRule="exact"/>
      </w:pPr>
    </w:p>
    <w:sectPr w:rsidR="00576171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382B" w:rsidRDefault="007F382B">
      <w:pPr>
        <w:spacing w:line="240" w:lineRule="auto"/>
      </w:pPr>
      <w:r>
        <w:separator/>
      </w:r>
    </w:p>
  </w:endnote>
  <w:endnote w:type="continuationSeparator" w:id="0">
    <w:p w:rsidR="007F382B" w:rsidRDefault="007F38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576171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576171" w:rsidRDefault="007F38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576171" w:rsidRDefault="007F382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ACE-QC-CIV-020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382B" w:rsidRDefault="007F382B">
      <w:pPr>
        <w:spacing w:line="240" w:lineRule="auto"/>
      </w:pPr>
      <w:r>
        <w:separator/>
      </w:r>
    </w:p>
  </w:footnote>
  <w:footnote w:type="continuationSeparator" w:id="0">
    <w:p w:rsidR="007F382B" w:rsidRDefault="007F38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576171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576171" w:rsidRDefault="007F382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576171" w:rsidRDefault="007F382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576171" w:rsidRDefault="007F382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576171" w:rsidRDefault="007F38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576171" w:rsidRDefault="007F382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ACE-QC-CIV-020</w:t>
          </w:r>
        </w:p>
      </w:tc>
    </w:tr>
    <w:tr w:rsidR="00576171">
      <w:trPr>
        <w:trHeight w:val="283"/>
        <w:jc w:val="center"/>
      </w:trPr>
      <w:tc>
        <w:tcPr>
          <w:tcW w:w="2041" w:type="dxa"/>
          <w:vMerge/>
          <w:vAlign w:val="center"/>
        </w:tcPr>
        <w:p w:rsidR="00576171" w:rsidRDefault="00576171"/>
      </w:tc>
      <w:tc>
        <w:tcPr>
          <w:tcW w:w="5669" w:type="dxa"/>
          <w:vMerge/>
          <w:vAlign w:val="center"/>
        </w:tcPr>
        <w:p w:rsidR="00576171" w:rsidRDefault="00576171"/>
      </w:tc>
      <w:tc>
        <w:tcPr>
          <w:tcW w:w="1361" w:type="dxa"/>
          <w:shd w:val="clear" w:color="auto" w:fill="F2F2F2"/>
          <w:vAlign w:val="center"/>
        </w:tcPr>
        <w:p w:rsidR="00576171" w:rsidRDefault="007F38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576171" w:rsidRDefault="007F382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576171">
      <w:trPr>
        <w:trHeight w:val="283"/>
        <w:jc w:val="center"/>
      </w:trPr>
      <w:tc>
        <w:tcPr>
          <w:tcW w:w="2041" w:type="dxa"/>
          <w:vMerge/>
          <w:vAlign w:val="center"/>
        </w:tcPr>
        <w:p w:rsidR="00576171" w:rsidRDefault="00576171"/>
      </w:tc>
      <w:tc>
        <w:tcPr>
          <w:tcW w:w="5669" w:type="dxa"/>
          <w:vMerge w:val="restart"/>
          <w:shd w:val="clear" w:color="auto" w:fill="E7E6E6"/>
          <w:vAlign w:val="center"/>
        </w:tcPr>
        <w:p w:rsidR="00576171" w:rsidRDefault="007F382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مكافحة النمل الأبيض</w:t>
          </w:r>
        </w:p>
        <w:p w:rsidR="00576171" w:rsidRDefault="007F382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Anti-Termite Treatment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576171" w:rsidRDefault="007F38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576171" w:rsidRDefault="007F382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576171">
      <w:trPr>
        <w:trHeight w:val="283"/>
        <w:jc w:val="center"/>
      </w:trPr>
      <w:tc>
        <w:tcPr>
          <w:tcW w:w="2041" w:type="dxa"/>
          <w:vMerge/>
          <w:vAlign w:val="center"/>
        </w:tcPr>
        <w:p w:rsidR="00576171" w:rsidRDefault="00576171"/>
      </w:tc>
      <w:tc>
        <w:tcPr>
          <w:tcW w:w="5669" w:type="dxa"/>
          <w:vMerge/>
          <w:vAlign w:val="center"/>
        </w:tcPr>
        <w:p w:rsidR="00576171" w:rsidRDefault="00576171"/>
      </w:tc>
      <w:tc>
        <w:tcPr>
          <w:tcW w:w="1361" w:type="dxa"/>
          <w:shd w:val="clear" w:color="auto" w:fill="F2F2F2"/>
          <w:vAlign w:val="center"/>
        </w:tcPr>
        <w:p w:rsidR="00576171" w:rsidRDefault="007F382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576171" w:rsidRDefault="007F382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576171" w:rsidRDefault="00576171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5855928">
    <w:abstractNumId w:val="8"/>
  </w:num>
  <w:num w:numId="2" w16cid:durableId="373774372">
    <w:abstractNumId w:val="6"/>
  </w:num>
  <w:num w:numId="3" w16cid:durableId="1411000805">
    <w:abstractNumId w:val="5"/>
  </w:num>
  <w:num w:numId="4" w16cid:durableId="2131823813">
    <w:abstractNumId w:val="4"/>
  </w:num>
  <w:num w:numId="5" w16cid:durableId="675691114">
    <w:abstractNumId w:val="7"/>
  </w:num>
  <w:num w:numId="6" w16cid:durableId="331032799">
    <w:abstractNumId w:val="3"/>
  </w:num>
  <w:num w:numId="7" w16cid:durableId="2060473953">
    <w:abstractNumId w:val="2"/>
  </w:num>
  <w:num w:numId="8" w16cid:durableId="384449919">
    <w:abstractNumId w:val="1"/>
  </w:num>
  <w:num w:numId="9" w16cid:durableId="1238858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6171"/>
    <w:rsid w:val="005C0D99"/>
    <w:rsid w:val="007F382B"/>
    <w:rsid w:val="00AA1D8D"/>
    <w:rsid w:val="00B47730"/>
    <w:rsid w:val="00C834D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037EBB74-B87B-4B4A-A2B2-D88BA53B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ACE_QC-CIV-020_Anti_Termite_Treatment_20261009_v4.dotx</Template>
  <TotalTime>0</TotalTime>
  <Pages>1</Pages>
  <Words>510</Words>
  <Characters>2912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ACE-QC-CIV-020 Anti-Termite Treatment Inspection</dc:title>
  <dc:subject>فحص واستلام أعمال مكافحة النمل الأبيض</dc:subject>
  <dc:creator>Ahmed Fathy</dc:creator>
  <cp:keywords>QC; ITP; Inspection</cp:keywords>
  <dc:description/>
  <cp:lastModifiedBy>Ahmed Fathy</cp:lastModifiedBy>
  <cp:revision>2</cp:revision>
  <dcterms:created xsi:type="dcterms:W3CDTF">2026-11-03T20:14:00Z</dcterms:created>
  <dcterms:modified xsi:type="dcterms:W3CDTF">2026-11-03T20:14:00Z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