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435F41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435F41" w:rsidRDefault="00E1541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435F41" w:rsidRDefault="00E1541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435F41" w:rsidRDefault="00435F41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35F41" w:rsidRDefault="00E1541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435F41" w:rsidRDefault="00E1541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435F41" w:rsidRDefault="00435F41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35F41" w:rsidRDefault="00E1541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435F41" w:rsidRDefault="00E1541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435F41" w:rsidRDefault="00435F41">
            <w:pPr>
              <w:bidi/>
              <w:spacing w:line="240" w:lineRule="auto"/>
            </w:pPr>
          </w:p>
        </w:tc>
      </w:tr>
      <w:tr w:rsidR="00435F41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435F41" w:rsidRDefault="00E1541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435F41" w:rsidRDefault="00E1541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435F41" w:rsidRDefault="00435F41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35F41" w:rsidRDefault="00E1541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435F41" w:rsidRDefault="00E1541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435F41" w:rsidRDefault="00435F41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35F41" w:rsidRDefault="00E1541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435F41" w:rsidRDefault="00E1541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435F41" w:rsidRDefault="00435F41">
            <w:pPr>
              <w:bidi/>
              <w:spacing w:line="240" w:lineRule="auto"/>
            </w:pPr>
          </w:p>
        </w:tc>
      </w:tr>
      <w:tr w:rsidR="00435F41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435F41" w:rsidRDefault="00E1541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435F41" w:rsidRDefault="00E1541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435F41" w:rsidRDefault="00435F41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35F41" w:rsidRDefault="00E1541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435F41" w:rsidRDefault="00E1541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435F41" w:rsidRDefault="00E1541B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435F41" w:rsidRDefault="00E1541B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435F41" w:rsidRDefault="00435F41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435F41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435F41" w:rsidRDefault="00E1541B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435F41" w:rsidRDefault="00E1541B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435F41" w:rsidRDefault="00435F41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435F41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435F41" w:rsidRDefault="00E1541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435F41" w:rsidRDefault="00E1541B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435F41" w:rsidRDefault="00E1541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435F41" w:rsidRDefault="00E1541B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435F41" w:rsidRDefault="00E1541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435F41" w:rsidRDefault="00E1541B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435F41" w:rsidRDefault="00E1541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435F41" w:rsidRDefault="00E1541B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435F41">
        <w:trPr>
          <w:cantSplit/>
          <w:jc w:val="center"/>
        </w:trPr>
        <w:tc>
          <w:tcPr>
            <w:tcW w:w="397" w:type="dxa"/>
            <w:vAlign w:val="center"/>
          </w:tcPr>
          <w:p w:rsidR="00435F41" w:rsidRDefault="00E1541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435F41" w:rsidRDefault="00E1541B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435F41" w:rsidRDefault="00E1541B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</w:tr>
      <w:tr w:rsidR="00435F41">
        <w:trPr>
          <w:cantSplit/>
          <w:jc w:val="center"/>
        </w:trPr>
        <w:tc>
          <w:tcPr>
            <w:tcW w:w="397" w:type="dxa"/>
            <w:vAlign w:val="center"/>
          </w:tcPr>
          <w:p w:rsidR="00435F41" w:rsidRDefault="00E1541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435F41" w:rsidRDefault="00E1541B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435F41" w:rsidRDefault="00E1541B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</w:tr>
      <w:tr w:rsidR="00435F41">
        <w:trPr>
          <w:cantSplit/>
          <w:jc w:val="center"/>
        </w:trPr>
        <w:tc>
          <w:tcPr>
            <w:tcW w:w="397" w:type="dxa"/>
            <w:vAlign w:val="center"/>
          </w:tcPr>
          <w:p w:rsidR="00435F41" w:rsidRDefault="00E1541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435F41" w:rsidRDefault="00E1541B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435F41" w:rsidRDefault="00E1541B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</w:tr>
      <w:tr w:rsidR="00435F41">
        <w:trPr>
          <w:cantSplit/>
          <w:jc w:val="center"/>
        </w:trPr>
        <w:tc>
          <w:tcPr>
            <w:tcW w:w="397" w:type="dxa"/>
            <w:vAlign w:val="center"/>
          </w:tcPr>
          <w:p w:rsidR="00435F41" w:rsidRDefault="00E1541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435F41" w:rsidRDefault="00E1541B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435F41" w:rsidRDefault="00E1541B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</w:tr>
      <w:tr w:rsidR="00435F41">
        <w:trPr>
          <w:cantSplit/>
          <w:jc w:val="center"/>
        </w:trPr>
        <w:tc>
          <w:tcPr>
            <w:tcW w:w="397" w:type="dxa"/>
            <w:vAlign w:val="center"/>
          </w:tcPr>
          <w:p w:rsidR="00435F41" w:rsidRDefault="00E1541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435F41" w:rsidRDefault="00E1541B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435F41" w:rsidRDefault="00E1541B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</w:tr>
      <w:tr w:rsidR="00435F41">
        <w:trPr>
          <w:cantSplit/>
          <w:jc w:val="center"/>
        </w:trPr>
        <w:tc>
          <w:tcPr>
            <w:tcW w:w="397" w:type="dxa"/>
            <w:vAlign w:val="center"/>
          </w:tcPr>
          <w:p w:rsidR="00435F41" w:rsidRDefault="00E1541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435F41" w:rsidRDefault="00E1541B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435F41" w:rsidRDefault="00E1541B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</w:tr>
      <w:tr w:rsidR="00435F41">
        <w:trPr>
          <w:cantSplit/>
          <w:jc w:val="center"/>
        </w:trPr>
        <w:tc>
          <w:tcPr>
            <w:tcW w:w="397" w:type="dxa"/>
            <w:vAlign w:val="center"/>
          </w:tcPr>
          <w:p w:rsidR="00435F41" w:rsidRDefault="00E1541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435F41" w:rsidRDefault="00E1541B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435F41" w:rsidRDefault="00E1541B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</w:tr>
      <w:tr w:rsidR="00435F41">
        <w:trPr>
          <w:cantSplit/>
          <w:jc w:val="center"/>
        </w:trPr>
        <w:tc>
          <w:tcPr>
            <w:tcW w:w="397" w:type="dxa"/>
            <w:vAlign w:val="center"/>
          </w:tcPr>
          <w:p w:rsidR="00435F41" w:rsidRDefault="00E1541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435F41" w:rsidRDefault="00E1541B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435F41" w:rsidRDefault="00E1541B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</w:tr>
    </w:tbl>
    <w:p w:rsidR="00435F41" w:rsidRDefault="00435F41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435F41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435F41" w:rsidRDefault="00E1541B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نجارة الأسقف الخرسانية (فوق السقف)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435F41" w:rsidRDefault="00E1541B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Slab Formwork (Top Side) Checklist</w:t>
            </w:r>
          </w:p>
        </w:tc>
      </w:tr>
    </w:tbl>
    <w:p w:rsidR="00435F41" w:rsidRDefault="00435F41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435F41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435F41" w:rsidRDefault="00E1541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435F41" w:rsidRDefault="00E1541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435F41" w:rsidRDefault="00E1541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435F41" w:rsidRDefault="00E1541B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435F41" w:rsidRDefault="00E1541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435F41" w:rsidRDefault="00E1541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435F41" w:rsidRDefault="00E1541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435F41" w:rsidRDefault="00E1541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435F41" w:rsidRDefault="00E1541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435F41" w:rsidRDefault="00E1541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435F41" w:rsidRDefault="00E1541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435F41" w:rsidRDefault="00E1541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435F41">
        <w:trPr>
          <w:cantSplit/>
          <w:jc w:val="center"/>
        </w:trPr>
        <w:tc>
          <w:tcPr>
            <w:tcW w:w="397" w:type="dxa"/>
            <w:vAlign w:val="center"/>
          </w:tcPr>
          <w:p w:rsidR="00435F41" w:rsidRDefault="00E1541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435F41" w:rsidRDefault="00E1541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حدود البلاطة بجهاز Total Station في حالة استخدامه.</w:t>
            </w:r>
          </w:p>
        </w:tc>
        <w:tc>
          <w:tcPr>
            <w:tcW w:w="3402" w:type="dxa"/>
            <w:vAlign w:val="center"/>
          </w:tcPr>
          <w:p w:rsidR="00435F41" w:rsidRDefault="00E1541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Slab boundaries are checked by Total Station (if used).</w:t>
            </w:r>
          </w:p>
        </w:tc>
        <w:tc>
          <w:tcPr>
            <w:tcW w:w="595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</w:tr>
      <w:tr w:rsidR="00435F41">
        <w:trPr>
          <w:cantSplit/>
          <w:jc w:val="center"/>
        </w:trPr>
        <w:tc>
          <w:tcPr>
            <w:tcW w:w="397" w:type="dxa"/>
            <w:vAlign w:val="center"/>
          </w:tcPr>
          <w:p w:rsidR="00435F41" w:rsidRDefault="00E1541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435F41" w:rsidRDefault="00E1541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الأبعاد الخارجية وتطابق محاور الكمرات مع المحاور الصحيحة.</w:t>
            </w:r>
          </w:p>
        </w:tc>
        <w:tc>
          <w:tcPr>
            <w:tcW w:w="3402" w:type="dxa"/>
            <w:vAlign w:val="center"/>
          </w:tcPr>
          <w:p w:rsidR="00435F41" w:rsidRDefault="00E1541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External dimensions and beam grid alignment are checked.</w:t>
            </w:r>
          </w:p>
        </w:tc>
        <w:tc>
          <w:tcPr>
            <w:tcW w:w="595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</w:tr>
      <w:tr w:rsidR="00435F41">
        <w:trPr>
          <w:cantSplit/>
          <w:jc w:val="center"/>
        </w:trPr>
        <w:tc>
          <w:tcPr>
            <w:tcW w:w="397" w:type="dxa"/>
            <w:vAlign w:val="center"/>
          </w:tcPr>
          <w:p w:rsidR="00435F41" w:rsidRDefault="00E1541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435F41" w:rsidRDefault="00E1541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مناسيب وأماكن وارتفاعات البلاطات على المستويات المختلفة.</w:t>
            </w:r>
          </w:p>
        </w:tc>
        <w:tc>
          <w:tcPr>
            <w:tcW w:w="3402" w:type="dxa"/>
            <w:vAlign w:val="center"/>
          </w:tcPr>
          <w:p w:rsidR="00435F41" w:rsidRDefault="00E1541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Levels, locations and heights of slabs at different levels are checked.</w:t>
            </w:r>
          </w:p>
        </w:tc>
        <w:tc>
          <w:tcPr>
            <w:tcW w:w="595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</w:tr>
      <w:tr w:rsidR="00435F41">
        <w:trPr>
          <w:cantSplit/>
          <w:jc w:val="center"/>
        </w:trPr>
        <w:tc>
          <w:tcPr>
            <w:tcW w:w="397" w:type="dxa"/>
            <w:vAlign w:val="center"/>
          </w:tcPr>
          <w:p w:rsidR="00435F41" w:rsidRDefault="00E1541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435F41" w:rsidRDefault="00E1541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أبعاد وصحة زوايا بواكي السقف (تربيع البواكي).</w:t>
            </w:r>
          </w:p>
        </w:tc>
        <w:tc>
          <w:tcPr>
            <w:tcW w:w="3402" w:type="dxa"/>
            <w:vAlign w:val="center"/>
          </w:tcPr>
          <w:p w:rsidR="00435F41" w:rsidRDefault="00E1541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Bay dimensions and squareness are checked.</w:t>
            </w:r>
          </w:p>
        </w:tc>
        <w:tc>
          <w:tcPr>
            <w:tcW w:w="595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</w:tr>
      <w:tr w:rsidR="00435F41">
        <w:trPr>
          <w:cantSplit/>
          <w:jc w:val="center"/>
        </w:trPr>
        <w:tc>
          <w:tcPr>
            <w:tcW w:w="397" w:type="dxa"/>
            <w:vAlign w:val="center"/>
          </w:tcPr>
          <w:p w:rsidR="00435F41" w:rsidRDefault="00E1541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435F41" w:rsidRDefault="00E1541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منسوب سطح الشدة مع النقطة المرجعية (الروبير) والتأكد من مطابقتها لمنسوب بطنية السطح طبقا للرسومات المعمارية.</w:t>
            </w:r>
          </w:p>
        </w:tc>
        <w:tc>
          <w:tcPr>
            <w:tcW w:w="3402" w:type="dxa"/>
            <w:vAlign w:val="center"/>
          </w:tcPr>
          <w:p w:rsidR="00435F41" w:rsidRDefault="00E1541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Deck level is checked against benchmark and matches the soffit level on architectural drawings.</w:t>
            </w:r>
          </w:p>
        </w:tc>
        <w:tc>
          <w:tcPr>
            <w:tcW w:w="595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</w:tr>
      <w:tr w:rsidR="00435F41">
        <w:trPr>
          <w:cantSplit/>
          <w:jc w:val="center"/>
        </w:trPr>
        <w:tc>
          <w:tcPr>
            <w:tcW w:w="397" w:type="dxa"/>
            <w:vAlign w:val="center"/>
          </w:tcPr>
          <w:p w:rsidR="00435F41" w:rsidRDefault="00E1541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435F41" w:rsidRDefault="00E1541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أبعاد وارتفاعات سقوط الكمرات ورأسية جوانبها.</w:t>
            </w:r>
          </w:p>
        </w:tc>
        <w:tc>
          <w:tcPr>
            <w:tcW w:w="3402" w:type="dxa"/>
            <w:vAlign w:val="center"/>
          </w:tcPr>
          <w:p w:rsidR="00435F41" w:rsidRDefault="00E1541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Beam drop dimensions, heights and side plumbness are checked.</w:t>
            </w:r>
          </w:p>
        </w:tc>
        <w:tc>
          <w:tcPr>
            <w:tcW w:w="595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</w:tr>
      <w:tr w:rsidR="00435F41">
        <w:trPr>
          <w:cantSplit/>
          <w:jc w:val="center"/>
        </w:trPr>
        <w:tc>
          <w:tcPr>
            <w:tcW w:w="397" w:type="dxa"/>
            <w:vAlign w:val="center"/>
          </w:tcPr>
          <w:p w:rsidR="00435F41" w:rsidRDefault="00E1541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435F41" w:rsidRDefault="00E1541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ارتفاع الجوانب الخارجية للسقف وسمك البلاطات (تخانات البلاطات).</w:t>
            </w:r>
          </w:p>
        </w:tc>
        <w:tc>
          <w:tcPr>
            <w:tcW w:w="3402" w:type="dxa"/>
            <w:vAlign w:val="center"/>
          </w:tcPr>
          <w:p w:rsidR="00435F41" w:rsidRDefault="00E1541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Slab edge heights and slab thicknesses are checked.</w:t>
            </w:r>
          </w:p>
        </w:tc>
        <w:tc>
          <w:tcPr>
            <w:tcW w:w="595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</w:tr>
      <w:tr w:rsidR="00435F41">
        <w:trPr>
          <w:cantSplit/>
          <w:jc w:val="center"/>
        </w:trPr>
        <w:tc>
          <w:tcPr>
            <w:tcW w:w="397" w:type="dxa"/>
            <w:vAlign w:val="center"/>
          </w:tcPr>
          <w:p w:rsidR="00435F41" w:rsidRDefault="00E1541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435F41" w:rsidRDefault="00E1541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سقوط بلاطات دورات المياه عن مستوى بقية البلاطات (إن وجد).</w:t>
            </w:r>
          </w:p>
        </w:tc>
        <w:tc>
          <w:tcPr>
            <w:tcW w:w="3402" w:type="dxa"/>
            <w:vAlign w:val="center"/>
          </w:tcPr>
          <w:p w:rsidR="00435F41" w:rsidRDefault="00E1541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Drops of wet area slabs below adjacent slabs are checked (if any).</w:t>
            </w:r>
          </w:p>
        </w:tc>
        <w:tc>
          <w:tcPr>
            <w:tcW w:w="595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</w:tr>
      <w:tr w:rsidR="00435F41">
        <w:trPr>
          <w:cantSplit/>
          <w:jc w:val="center"/>
        </w:trPr>
        <w:tc>
          <w:tcPr>
            <w:tcW w:w="397" w:type="dxa"/>
            <w:vAlign w:val="center"/>
          </w:tcPr>
          <w:p w:rsidR="00435F41" w:rsidRDefault="00E1541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9</w:t>
            </w:r>
          </w:p>
        </w:tc>
        <w:tc>
          <w:tcPr>
            <w:tcW w:w="3969" w:type="dxa"/>
            <w:vAlign w:val="center"/>
          </w:tcPr>
          <w:p w:rsidR="00435F41" w:rsidRDefault="00E1541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التسديد بين ألواح التطبيق مع بعضها البعض وبين التقاء أجناب الكمرات مع تطبيق السقف وعند التقاء الكمرات مع بعضها ومع الأعمدة وبين قاع وأجناب الكمرات.</w:t>
            </w:r>
          </w:p>
        </w:tc>
        <w:tc>
          <w:tcPr>
            <w:tcW w:w="3402" w:type="dxa"/>
            <w:vAlign w:val="center"/>
          </w:tcPr>
          <w:p w:rsidR="00435F41" w:rsidRDefault="00E1541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Joints between decking panels, beam sides and deck, beam-to-beam, beam-to-column and beam bottoms are sealed.</w:t>
            </w:r>
          </w:p>
        </w:tc>
        <w:tc>
          <w:tcPr>
            <w:tcW w:w="595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</w:tr>
      <w:tr w:rsidR="00435F41">
        <w:trPr>
          <w:cantSplit/>
          <w:jc w:val="center"/>
        </w:trPr>
        <w:tc>
          <w:tcPr>
            <w:tcW w:w="397" w:type="dxa"/>
            <w:vAlign w:val="center"/>
          </w:tcPr>
          <w:p w:rsidR="00435F41" w:rsidRDefault="00E1541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10</w:t>
            </w:r>
          </w:p>
        </w:tc>
        <w:tc>
          <w:tcPr>
            <w:tcW w:w="3969" w:type="dxa"/>
            <w:vAlign w:val="center"/>
          </w:tcPr>
          <w:p w:rsidR="00435F41" w:rsidRDefault="00E1541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أماكن وأبعاد فتحات المناور والمصاعد والكهرباء والصحي والتكييف أخرى، إلخ.</w:t>
            </w:r>
          </w:p>
        </w:tc>
        <w:tc>
          <w:tcPr>
            <w:tcW w:w="3402" w:type="dxa"/>
            <w:vAlign w:val="center"/>
          </w:tcPr>
          <w:p w:rsidR="00435F41" w:rsidRDefault="00E1541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Locations and sizes of openings for shafts, lifts, electrical, plumbing, HVAC, etc. are checked.</w:t>
            </w:r>
          </w:p>
        </w:tc>
        <w:tc>
          <w:tcPr>
            <w:tcW w:w="595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</w:tr>
      <w:tr w:rsidR="00435F41">
        <w:trPr>
          <w:cantSplit/>
          <w:jc w:val="center"/>
        </w:trPr>
        <w:tc>
          <w:tcPr>
            <w:tcW w:w="397" w:type="dxa"/>
            <w:vAlign w:val="center"/>
          </w:tcPr>
          <w:p w:rsidR="00435F41" w:rsidRDefault="00E1541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11</w:t>
            </w:r>
          </w:p>
        </w:tc>
        <w:tc>
          <w:tcPr>
            <w:tcW w:w="3969" w:type="dxa"/>
            <w:vAlign w:val="center"/>
          </w:tcPr>
          <w:p w:rsidR="00435F41" w:rsidRDefault="00E1541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أماكن تثبيت مسامير التثبيت (الجوايط) والتأكد من تثبيتها جيدا (إن وجد).</w:t>
            </w:r>
          </w:p>
        </w:tc>
        <w:tc>
          <w:tcPr>
            <w:tcW w:w="3402" w:type="dxa"/>
            <w:vAlign w:val="center"/>
          </w:tcPr>
          <w:p w:rsidR="00435F41" w:rsidRDefault="00E1541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Anchor bolts are located and firmly fixed (if any).</w:t>
            </w:r>
          </w:p>
        </w:tc>
        <w:tc>
          <w:tcPr>
            <w:tcW w:w="595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35F41" w:rsidRDefault="00435F41">
            <w:pPr>
              <w:bidi/>
              <w:spacing w:line="240" w:lineRule="auto"/>
              <w:jc w:val="center"/>
            </w:pPr>
          </w:p>
        </w:tc>
      </w:tr>
    </w:tbl>
    <w:p w:rsidR="00435F41" w:rsidRDefault="00435F41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435F41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435F41" w:rsidRDefault="00E1541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435F41" w:rsidRDefault="00E1541B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435F41" w:rsidRDefault="00E1541B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ECP 203، ACI 347، ACI 117، مواصفات المشروع، كود البناء السعودي SBC 303 و SBC 304 و SBC 305 و SBC 306</w:t>
            </w:r>
          </w:p>
        </w:tc>
        <w:tc>
          <w:tcPr>
            <w:tcW w:w="4309" w:type="dxa"/>
            <w:vAlign w:val="center"/>
          </w:tcPr>
          <w:p w:rsidR="00435F41" w:rsidRDefault="00E1541B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ECP 203, ACI 347, ACI 117, project specifications; Saudi Building Code SBC 303, SBC 304, SBC 305, SBC 306</w:t>
            </w:r>
          </w:p>
        </w:tc>
      </w:tr>
      <w:tr w:rsidR="00435F41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435F41" w:rsidRDefault="00E1541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435F41" w:rsidRDefault="00E1541B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435F41" w:rsidRDefault="00E1541B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المخططات التنفيذية ☐ تصميم الشدات (عند الحاجة) ☐ الرفع المساحي للمحاور</w:t>
            </w:r>
          </w:p>
        </w:tc>
        <w:tc>
          <w:tcPr>
            <w:tcW w:w="4309" w:type="dxa"/>
            <w:vAlign w:val="center"/>
          </w:tcPr>
          <w:p w:rsidR="00435F41" w:rsidRDefault="00E1541B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Shop drawings   ☐ Formwork design (if required)   ☐ Setting-out survey</w:t>
            </w:r>
          </w:p>
        </w:tc>
      </w:tr>
    </w:tbl>
    <w:p w:rsidR="00435F41" w:rsidRDefault="00435F41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435F41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35F41" w:rsidRDefault="00E1541B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435F41" w:rsidRDefault="00E1541B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435F41" w:rsidRDefault="00435F41">
            <w:pPr>
              <w:keepNext/>
              <w:bidi/>
              <w:spacing w:line="240" w:lineRule="auto"/>
            </w:pPr>
          </w:p>
        </w:tc>
      </w:tr>
    </w:tbl>
    <w:p w:rsidR="00435F41" w:rsidRDefault="00435F41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435F41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35F41" w:rsidRDefault="00E1541B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435F41" w:rsidRDefault="00E1541B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435F41" w:rsidRDefault="00E1541B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435F41" w:rsidRDefault="00E1541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435F41" w:rsidRDefault="00E1541B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435F41" w:rsidRDefault="00E1541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435F41" w:rsidRDefault="00E1541B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435F41" w:rsidRDefault="00E1541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435F41" w:rsidRDefault="00E1541B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435F41" w:rsidRDefault="00E1541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435F41" w:rsidRDefault="00435F41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435F41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35F41" w:rsidRDefault="00E1541B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435F41" w:rsidRDefault="00E1541B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435F41" w:rsidRDefault="00E1541B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435F41" w:rsidRDefault="00E1541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435F41" w:rsidRDefault="00E1541B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435F41" w:rsidRDefault="00E1541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435F41" w:rsidRDefault="00E1541B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435F41" w:rsidRDefault="00E1541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435F41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35F41" w:rsidRDefault="00E1541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435F41" w:rsidRDefault="00E1541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435F41" w:rsidRDefault="00E1541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435F41" w:rsidRDefault="00E1541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435F41" w:rsidRDefault="00E1541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435F41" w:rsidRDefault="00E1541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435F41" w:rsidRDefault="00E1541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435F41" w:rsidRDefault="00E1541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435F41" w:rsidRDefault="00E1541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435F41" w:rsidRDefault="00E1541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435F41" w:rsidRDefault="00E1541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435F41" w:rsidRDefault="00435F41">
      <w:pPr>
        <w:spacing w:line="20" w:lineRule="exact"/>
      </w:pPr>
    </w:p>
    <w:sectPr w:rsidR="00435F41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1541B" w:rsidRDefault="00E1541B">
      <w:pPr>
        <w:spacing w:line="240" w:lineRule="auto"/>
      </w:pPr>
      <w:r>
        <w:separator/>
      </w:r>
    </w:p>
  </w:endnote>
  <w:endnote w:type="continuationSeparator" w:id="0">
    <w:p w:rsidR="00E1541B" w:rsidRDefault="00E154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435F41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435F41" w:rsidRDefault="00E1541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435F41" w:rsidRDefault="00E1541B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ACE-QC-CIV-017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1541B" w:rsidRDefault="00E1541B">
      <w:pPr>
        <w:spacing w:line="240" w:lineRule="auto"/>
      </w:pPr>
      <w:r>
        <w:separator/>
      </w:r>
    </w:p>
  </w:footnote>
  <w:footnote w:type="continuationSeparator" w:id="0">
    <w:p w:rsidR="00E1541B" w:rsidRDefault="00E1541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435F41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435F41" w:rsidRDefault="00E1541B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435F41" w:rsidRDefault="00E1541B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435F41" w:rsidRDefault="00E1541B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435F41" w:rsidRDefault="00E1541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435F41" w:rsidRDefault="00E1541B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ACE-QC-CIV-017</w:t>
          </w:r>
        </w:p>
      </w:tc>
    </w:tr>
    <w:tr w:rsidR="00435F41">
      <w:trPr>
        <w:trHeight w:val="283"/>
        <w:jc w:val="center"/>
      </w:trPr>
      <w:tc>
        <w:tcPr>
          <w:tcW w:w="2041" w:type="dxa"/>
          <w:vMerge/>
          <w:vAlign w:val="center"/>
        </w:tcPr>
        <w:p w:rsidR="00435F41" w:rsidRDefault="00435F41"/>
      </w:tc>
      <w:tc>
        <w:tcPr>
          <w:tcW w:w="5669" w:type="dxa"/>
          <w:vMerge/>
          <w:vAlign w:val="center"/>
        </w:tcPr>
        <w:p w:rsidR="00435F41" w:rsidRDefault="00435F41"/>
      </w:tc>
      <w:tc>
        <w:tcPr>
          <w:tcW w:w="1361" w:type="dxa"/>
          <w:shd w:val="clear" w:color="auto" w:fill="F2F2F2"/>
          <w:vAlign w:val="center"/>
        </w:tcPr>
        <w:p w:rsidR="00435F41" w:rsidRDefault="00E1541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435F41" w:rsidRDefault="00E1541B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435F41">
      <w:trPr>
        <w:trHeight w:val="283"/>
        <w:jc w:val="center"/>
      </w:trPr>
      <w:tc>
        <w:tcPr>
          <w:tcW w:w="2041" w:type="dxa"/>
          <w:vMerge/>
          <w:vAlign w:val="center"/>
        </w:tcPr>
        <w:p w:rsidR="00435F41" w:rsidRDefault="00435F41"/>
      </w:tc>
      <w:tc>
        <w:tcPr>
          <w:tcW w:w="5669" w:type="dxa"/>
          <w:vMerge w:val="restart"/>
          <w:shd w:val="clear" w:color="auto" w:fill="E7E6E6"/>
          <w:vAlign w:val="center"/>
        </w:tcPr>
        <w:p w:rsidR="00435F41" w:rsidRDefault="00E1541B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نجارة الأسقف (فوق السقف)</w:t>
          </w:r>
        </w:p>
        <w:p w:rsidR="00435F41" w:rsidRDefault="00E1541B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Slab Formwork (Top Side)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435F41" w:rsidRDefault="00E1541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435F41" w:rsidRDefault="00E1541B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435F41">
      <w:trPr>
        <w:trHeight w:val="283"/>
        <w:jc w:val="center"/>
      </w:trPr>
      <w:tc>
        <w:tcPr>
          <w:tcW w:w="2041" w:type="dxa"/>
          <w:vMerge/>
          <w:vAlign w:val="center"/>
        </w:tcPr>
        <w:p w:rsidR="00435F41" w:rsidRDefault="00435F41"/>
      </w:tc>
      <w:tc>
        <w:tcPr>
          <w:tcW w:w="5669" w:type="dxa"/>
          <w:vMerge/>
          <w:vAlign w:val="center"/>
        </w:tcPr>
        <w:p w:rsidR="00435F41" w:rsidRDefault="00435F41"/>
      </w:tc>
      <w:tc>
        <w:tcPr>
          <w:tcW w:w="1361" w:type="dxa"/>
          <w:shd w:val="clear" w:color="auto" w:fill="F2F2F2"/>
          <w:vAlign w:val="center"/>
        </w:tcPr>
        <w:p w:rsidR="00435F41" w:rsidRDefault="00E1541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435F41" w:rsidRDefault="00E1541B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435F41" w:rsidRDefault="00435F41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90199342">
    <w:abstractNumId w:val="8"/>
  </w:num>
  <w:num w:numId="2" w16cid:durableId="181943064">
    <w:abstractNumId w:val="6"/>
  </w:num>
  <w:num w:numId="3" w16cid:durableId="1715809061">
    <w:abstractNumId w:val="5"/>
  </w:num>
  <w:num w:numId="4" w16cid:durableId="1544291251">
    <w:abstractNumId w:val="4"/>
  </w:num>
  <w:num w:numId="5" w16cid:durableId="486947077">
    <w:abstractNumId w:val="7"/>
  </w:num>
  <w:num w:numId="6" w16cid:durableId="565528107">
    <w:abstractNumId w:val="3"/>
  </w:num>
  <w:num w:numId="7" w16cid:durableId="1214779426">
    <w:abstractNumId w:val="2"/>
  </w:num>
  <w:num w:numId="8" w16cid:durableId="1483038026">
    <w:abstractNumId w:val="1"/>
  </w:num>
  <w:num w:numId="9" w16cid:durableId="499201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35F41"/>
    <w:rsid w:val="005C0D99"/>
    <w:rsid w:val="0081171B"/>
    <w:rsid w:val="00AA1D8D"/>
    <w:rsid w:val="00B47730"/>
    <w:rsid w:val="00CB0664"/>
    <w:rsid w:val="00E1541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4221358B-8C3C-447C-A0B2-C4E330606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ACE_QC-CIV-017_Slab_Formwork_Top_20261009_v4.dotx</Template>
  <TotalTime>0</TotalTime>
  <Pages>1</Pages>
  <Words>630</Words>
  <Characters>3594</Characters>
  <Application>Microsoft Office Word</Application>
  <DocSecurity>0</DocSecurity>
  <Lines>29</Lines>
  <Paragraphs>8</Paragraphs>
  <ScaleCrop>false</ScaleCrop>
  <Manager>Ahmed Fathy</Manager>
  <Company>Arab Creators for Engineering Consultancy</Company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ACE-QC-CIV-017 Slab Formwork (Top Side) Inspection</dc:title>
  <dc:subject>فحص واستلام نجارة الأسقف (فوق السقف)</dc:subject>
  <dc:creator>Ahmed Fathy</dc:creator>
  <cp:keywords>QC; ITP; Inspection</cp:keywords>
  <dc:description/>
  <cp:lastModifiedBy>Ahmed Fathy</cp:lastModifiedBy>
  <cp:revision>2</cp:revision>
  <dcterms:created xsi:type="dcterms:W3CDTF">2026-11-03T20:14:00Z</dcterms:created>
  <dcterms:modified xsi:type="dcterms:W3CDTF">2026-11-03T20:14:00Z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