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3942B6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3942B6" w:rsidRDefault="00BF729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3942B6" w:rsidRDefault="00BF729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3942B6" w:rsidRDefault="003942B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942B6" w:rsidRDefault="00BF729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3942B6" w:rsidRDefault="00BF729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3942B6" w:rsidRDefault="003942B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942B6" w:rsidRDefault="00BF729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3942B6" w:rsidRDefault="00BF729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3942B6" w:rsidRDefault="003942B6">
            <w:pPr>
              <w:bidi/>
              <w:spacing w:line="240" w:lineRule="auto"/>
            </w:pPr>
          </w:p>
        </w:tc>
      </w:tr>
      <w:tr w:rsidR="003942B6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3942B6" w:rsidRDefault="00BF729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3942B6" w:rsidRDefault="00BF729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3942B6" w:rsidRDefault="003942B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942B6" w:rsidRDefault="00BF729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3942B6" w:rsidRDefault="00BF729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3942B6" w:rsidRDefault="003942B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942B6" w:rsidRDefault="00BF729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3942B6" w:rsidRDefault="00BF729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3942B6" w:rsidRDefault="003942B6">
            <w:pPr>
              <w:bidi/>
              <w:spacing w:line="240" w:lineRule="auto"/>
            </w:pPr>
          </w:p>
        </w:tc>
      </w:tr>
      <w:tr w:rsidR="003942B6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3942B6" w:rsidRDefault="00BF729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3942B6" w:rsidRDefault="00BF729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3942B6" w:rsidRDefault="003942B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942B6" w:rsidRDefault="00BF729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3942B6" w:rsidRDefault="00BF729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3942B6" w:rsidRDefault="00BF7295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3942B6" w:rsidRDefault="00BF7295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3942B6" w:rsidRDefault="003942B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3942B6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3942B6" w:rsidRDefault="00BF7295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3942B6" w:rsidRDefault="00BF7295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3942B6" w:rsidRDefault="003942B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3942B6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3942B6" w:rsidRDefault="00BF729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3942B6" w:rsidRDefault="00BF7295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3942B6" w:rsidRDefault="00BF729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3942B6" w:rsidRDefault="00BF7295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3942B6" w:rsidRDefault="00BF729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3942B6" w:rsidRDefault="00BF7295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3942B6" w:rsidRDefault="00BF729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3942B6" w:rsidRDefault="00BF7295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3942B6">
        <w:trPr>
          <w:cantSplit/>
          <w:jc w:val="center"/>
        </w:trPr>
        <w:tc>
          <w:tcPr>
            <w:tcW w:w="397" w:type="dxa"/>
            <w:vAlign w:val="center"/>
          </w:tcPr>
          <w:p w:rsidR="003942B6" w:rsidRDefault="00BF729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3942B6" w:rsidRDefault="00BF7295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3942B6" w:rsidRDefault="00BF7295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</w:tr>
      <w:tr w:rsidR="003942B6">
        <w:trPr>
          <w:cantSplit/>
          <w:jc w:val="center"/>
        </w:trPr>
        <w:tc>
          <w:tcPr>
            <w:tcW w:w="397" w:type="dxa"/>
            <w:vAlign w:val="center"/>
          </w:tcPr>
          <w:p w:rsidR="003942B6" w:rsidRDefault="00BF729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3942B6" w:rsidRDefault="00BF7295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3942B6" w:rsidRDefault="00BF7295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</w:tr>
      <w:tr w:rsidR="003942B6">
        <w:trPr>
          <w:cantSplit/>
          <w:jc w:val="center"/>
        </w:trPr>
        <w:tc>
          <w:tcPr>
            <w:tcW w:w="397" w:type="dxa"/>
            <w:vAlign w:val="center"/>
          </w:tcPr>
          <w:p w:rsidR="003942B6" w:rsidRDefault="00BF729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3942B6" w:rsidRDefault="00BF7295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3942B6" w:rsidRDefault="00BF7295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</w:tr>
      <w:tr w:rsidR="003942B6">
        <w:trPr>
          <w:cantSplit/>
          <w:jc w:val="center"/>
        </w:trPr>
        <w:tc>
          <w:tcPr>
            <w:tcW w:w="397" w:type="dxa"/>
            <w:vAlign w:val="center"/>
          </w:tcPr>
          <w:p w:rsidR="003942B6" w:rsidRDefault="00BF729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3942B6" w:rsidRDefault="00BF7295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3942B6" w:rsidRDefault="00BF7295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</w:tr>
      <w:tr w:rsidR="003942B6">
        <w:trPr>
          <w:cantSplit/>
          <w:jc w:val="center"/>
        </w:trPr>
        <w:tc>
          <w:tcPr>
            <w:tcW w:w="397" w:type="dxa"/>
            <w:vAlign w:val="center"/>
          </w:tcPr>
          <w:p w:rsidR="003942B6" w:rsidRDefault="00BF729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3942B6" w:rsidRDefault="00BF7295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3942B6" w:rsidRDefault="00BF7295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</w:tr>
      <w:tr w:rsidR="003942B6">
        <w:trPr>
          <w:cantSplit/>
          <w:jc w:val="center"/>
        </w:trPr>
        <w:tc>
          <w:tcPr>
            <w:tcW w:w="397" w:type="dxa"/>
            <w:vAlign w:val="center"/>
          </w:tcPr>
          <w:p w:rsidR="003942B6" w:rsidRDefault="00BF729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3942B6" w:rsidRDefault="00BF7295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3942B6" w:rsidRDefault="00BF7295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</w:tr>
      <w:tr w:rsidR="003942B6">
        <w:trPr>
          <w:cantSplit/>
          <w:jc w:val="center"/>
        </w:trPr>
        <w:tc>
          <w:tcPr>
            <w:tcW w:w="397" w:type="dxa"/>
            <w:vAlign w:val="center"/>
          </w:tcPr>
          <w:p w:rsidR="003942B6" w:rsidRDefault="00BF729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3942B6" w:rsidRDefault="00BF7295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3942B6" w:rsidRDefault="00BF7295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</w:tr>
      <w:tr w:rsidR="003942B6">
        <w:trPr>
          <w:cantSplit/>
          <w:jc w:val="center"/>
        </w:trPr>
        <w:tc>
          <w:tcPr>
            <w:tcW w:w="397" w:type="dxa"/>
            <w:vAlign w:val="center"/>
          </w:tcPr>
          <w:p w:rsidR="003942B6" w:rsidRDefault="00BF729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3942B6" w:rsidRDefault="00BF7295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3942B6" w:rsidRDefault="00BF7295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</w:tr>
    </w:tbl>
    <w:p w:rsidR="003942B6" w:rsidRDefault="003942B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3942B6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3942B6" w:rsidRDefault="00BF7295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حديد التسليح الحوائط المسلحة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3942B6" w:rsidRDefault="00BF7295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RC Walls Reinforcement Checklist</w:t>
            </w:r>
          </w:p>
        </w:tc>
      </w:tr>
    </w:tbl>
    <w:p w:rsidR="003942B6" w:rsidRDefault="003942B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3942B6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3942B6" w:rsidRDefault="00BF729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3942B6" w:rsidRDefault="00BF7295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3942B6" w:rsidRDefault="00BF729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3942B6" w:rsidRDefault="00BF7295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3942B6" w:rsidRDefault="00BF729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3942B6" w:rsidRDefault="00BF7295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3942B6" w:rsidRDefault="00BF729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3942B6" w:rsidRDefault="00BF7295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3942B6" w:rsidRDefault="00BF729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3942B6" w:rsidRDefault="00BF7295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3942B6" w:rsidRDefault="00BF729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3942B6" w:rsidRDefault="00BF7295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3942B6">
        <w:trPr>
          <w:cantSplit/>
          <w:jc w:val="center"/>
        </w:trPr>
        <w:tc>
          <w:tcPr>
            <w:tcW w:w="397" w:type="dxa"/>
            <w:vAlign w:val="center"/>
          </w:tcPr>
          <w:p w:rsidR="003942B6" w:rsidRDefault="00BF729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3942B6" w:rsidRDefault="00BF729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نظافة حديد التسليح وعدم وجود صدأ.</w:t>
            </w:r>
          </w:p>
        </w:tc>
        <w:tc>
          <w:tcPr>
            <w:tcW w:w="3402" w:type="dxa"/>
            <w:vAlign w:val="center"/>
          </w:tcPr>
          <w:p w:rsidR="003942B6" w:rsidRDefault="00BF729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Reinforcement is clean and free of rust.</w:t>
            </w:r>
          </w:p>
        </w:tc>
        <w:tc>
          <w:tcPr>
            <w:tcW w:w="595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</w:tr>
      <w:tr w:rsidR="003942B6">
        <w:trPr>
          <w:cantSplit/>
          <w:jc w:val="center"/>
        </w:trPr>
        <w:tc>
          <w:tcPr>
            <w:tcW w:w="397" w:type="dxa"/>
            <w:vAlign w:val="center"/>
          </w:tcPr>
          <w:p w:rsidR="003942B6" w:rsidRDefault="00BF729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3942B6" w:rsidRDefault="00BF729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نوع وأقطار حديد التسليح وعددها وأطوالها ومطابقتها بالرسومات التنفيذية المعتمدة.</w:t>
            </w:r>
          </w:p>
        </w:tc>
        <w:tc>
          <w:tcPr>
            <w:tcW w:w="3402" w:type="dxa"/>
            <w:vAlign w:val="center"/>
          </w:tcPr>
          <w:p w:rsidR="003942B6" w:rsidRDefault="00BF729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Bar type, diameters, number and lengths match approved shop drawings.</w:t>
            </w:r>
          </w:p>
        </w:tc>
        <w:tc>
          <w:tcPr>
            <w:tcW w:w="595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</w:tr>
      <w:tr w:rsidR="003942B6">
        <w:trPr>
          <w:cantSplit/>
          <w:jc w:val="center"/>
        </w:trPr>
        <w:tc>
          <w:tcPr>
            <w:tcW w:w="397" w:type="dxa"/>
            <w:vAlign w:val="center"/>
          </w:tcPr>
          <w:p w:rsidR="003942B6" w:rsidRDefault="00BF729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3942B6" w:rsidRDefault="00BF729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مطابقة عدد أسياخ الحديد الرأسية والأفقية طبقا للرسومات المعتمدة.</w:t>
            </w:r>
          </w:p>
        </w:tc>
        <w:tc>
          <w:tcPr>
            <w:tcW w:w="3402" w:type="dxa"/>
            <w:vAlign w:val="center"/>
          </w:tcPr>
          <w:p w:rsidR="003942B6" w:rsidRDefault="00BF729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Number of vertical and horizontal bars matches approved drawings.</w:t>
            </w:r>
          </w:p>
        </w:tc>
        <w:tc>
          <w:tcPr>
            <w:tcW w:w="595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</w:tr>
      <w:tr w:rsidR="003942B6">
        <w:trPr>
          <w:cantSplit/>
          <w:jc w:val="center"/>
        </w:trPr>
        <w:tc>
          <w:tcPr>
            <w:tcW w:w="397" w:type="dxa"/>
            <w:vAlign w:val="center"/>
          </w:tcPr>
          <w:p w:rsidR="003942B6" w:rsidRDefault="00BF729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3942B6" w:rsidRDefault="00BF729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ربط جميع الأسياخ الرأسية والأفقية ربطا كاملا عند كل تقاطع دون ترك أي تقاطع بدون رباط.</w:t>
            </w:r>
          </w:p>
        </w:tc>
        <w:tc>
          <w:tcPr>
            <w:tcW w:w="3402" w:type="dxa"/>
            <w:vAlign w:val="center"/>
          </w:tcPr>
          <w:p w:rsidR="003942B6" w:rsidRDefault="00BF729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All vertical and horizontal bars fully tied at every intersection.</w:t>
            </w:r>
          </w:p>
        </w:tc>
        <w:tc>
          <w:tcPr>
            <w:tcW w:w="595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</w:tr>
      <w:tr w:rsidR="003942B6">
        <w:trPr>
          <w:cantSplit/>
          <w:jc w:val="center"/>
        </w:trPr>
        <w:tc>
          <w:tcPr>
            <w:tcW w:w="397" w:type="dxa"/>
            <w:vAlign w:val="center"/>
          </w:tcPr>
          <w:p w:rsidR="003942B6" w:rsidRDefault="00BF729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3942B6" w:rsidRDefault="00BF729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تثبيت العدد الكافي من فواصل الغطاء الخرساني (البسكوت) بين شدة الحائط وحديد التسليح.</w:t>
            </w:r>
          </w:p>
        </w:tc>
        <w:tc>
          <w:tcPr>
            <w:tcW w:w="3402" w:type="dxa"/>
            <w:vAlign w:val="center"/>
          </w:tcPr>
          <w:p w:rsidR="003942B6" w:rsidRDefault="00BF729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Sufficient spacers between wall formwork and reinforcement.</w:t>
            </w:r>
          </w:p>
        </w:tc>
        <w:tc>
          <w:tcPr>
            <w:tcW w:w="595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</w:tr>
      <w:tr w:rsidR="003942B6">
        <w:trPr>
          <w:cantSplit/>
          <w:jc w:val="center"/>
        </w:trPr>
        <w:tc>
          <w:tcPr>
            <w:tcW w:w="397" w:type="dxa"/>
            <w:vAlign w:val="center"/>
          </w:tcPr>
          <w:p w:rsidR="003942B6" w:rsidRDefault="00BF729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3942B6" w:rsidRDefault="00BF729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فتحات ومسارات مواسير الكهرباء وفتحات التهوية، وكذلك وضع مسامير التعليق (الحرابات) اللازمة للأعمال الصحية والتكييف بعد الانتهاء من رص حديد التسليح.</w:t>
            </w:r>
          </w:p>
        </w:tc>
        <w:tc>
          <w:tcPr>
            <w:tcW w:w="3402" w:type="dxa"/>
            <w:vAlign w:val="center"/>
          </w:tcPr>
          <w:p w:rsidR="003942B6" w:rsidRDefault="00BF729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Electrical conduits, ventilation openings, and sleeves for plumbing and HVAC checked after reinforcement.</w:t>
            </w:r>
          </w:p>
        </w:tc>
        <w:tc>
          <w:tcPr>
            <w:tcW w:w="595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</w:tr>
      <w:tr w:rsidR="003942B6">
        <w:trPr>
          <w:cantSplit/>
          <w:jc w:val="center"/>
        </w:trPr>
        <w:tc>
          <w:tcPr>
            <w:tcW w:w="397" w:type="dxa"/>
            <w:vAlign w:val="center"/>
          </w:tcPr>
          <w:p w:rsidR="003942B6" w:rsidRDefault="00BF729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3942B6" w:rsidRDefault="00BF729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وضع تخانات بسمك الحائط من حديد التسليح للمحافظة على سمك الحائط طبقاً للرسومات المعتمدة.</w:t>
            </w:r>
          </w:p>
        </w:tc>
        <w:tc>
          <w:tcPr>
            <w:tcW w:w="3402" w:type="dxa"/>
            <w:vAlign w:val="center"/>
          </w:tcPr>
          <w:p w:rsidR="003942B6" w:rsidRDefault="00BF729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Spacer bars equal to wall thickness provided to maintain wall thickness.</w:t>
            </w:r>
          </w:p>
        </w:tc>
        <w:tc>
          <w:tcPr>
            <w:tcW w:w="595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</w:tr>
      <w:tr w:rsidR="003942B6">
        <w:trPr>
          <w:cantSplit/>
          <w:jc w:val="center"/>
        </w:trPr>
        <w:tc>
          <w:tcPr>
            <w:tcW w:w="397" w:type="dxa"/>
            <w:vAlign w:val="center"/>
          </w:tcPr>
          <w:p w:rsidR="003942B6" w:rsidRDefault="00BF729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3942B6" w:rsidRDefault="00BF729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أطوال الوصلات بين الأسياخ ‏(Splice Length)‏.</w:t>
            </w:r>
          </w:p>
        </w:tc>
        <w:tc>
          <w:tcPr>
            <w:tcW w:w="3402" w:type="dxa"/>
            <w:vAlign w:val="center"/>
          </w:tcPr>
          <w:p w:rsidR="003942B6" w:rsidRDefault="00BF729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Lap splice lengths checked (Splice Length).</w:t>
            </w:r>
          </w:p>
        </w:tc>
        <w:tc>
          <w:tcPr>
            <w:tcW w:w="595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</w:tr>
      <w:tr w:rsidR="003942B6">
        <w:trPr>
          <w:cantSplit/>
          <w:jc w:val="center"/>
        </w:trPr>
        <w:tc>
          <w:tcPr>
            <w:tcW w:w="397" w:type="dxa"/>
            <w:vAlign w:val="center"/>
          </w:tcPr>
          <w:p w:rsidR="003942B6" w:rsidRDefault="00BF729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9</w:t>
            </w:r>
          </w:p>
        </w:tc>
        <w:tc>
          <w:tcPr>
            <w:tcW w:w="3969" w:type="dxa"/>
            <w:vAlign w:val="center"/>
          </w:tcPr>
          <w:p w:rsidR="003942B6" w:rsidRDefault="00BF729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طول رباط الأسياخ داخل الخرسانة ‏(Bond Length)‏.</w:t>
            </w:r>
          </w:p>
        </w:tc>
        <w:tc>
          <w:tcPr>
            <w:tcW w:w="3402" w:type="dxa"/>
            <w:vAlign w:val="center"/>
          </w:tcPr>
          <w:p w:rsidR="003942B6" w:rsidRDefault="00BF729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Anchorage length inside concrete checked (Bond Length).</w:t>
            </w:r>
          </w:p>
        </w:tc>
        <w:tc>
          <w:tcPr>
            <w:tcW w:w="595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</w:tr>
      <w:tr w:rsidR="003942B6">
        <w:trPr>
          <w:cantSplit/>
          <w:jc w:val="center"/>
        </w:trPr>
        <w:tc>
          <w:tcPr>
            <w:tcW w:w="397" w:type="dxa"/>
            <w:vAlign w:val="center"/>
          </w:tcPr>
          <w:p w:rsidR="003942B6" w:rsidRDefault="00BF729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10</w:t>
            </w:r>
          </w:p>
        </w:tc>
        <w:tc>
          <w:tcPr>
            <w:tcW w:w="3969" w:type="dxa"/>
            <w:vAlign w:val="center"/>
          </w:tcPr>
          <w:p w:rsidR="003942B6" w:rsidRDefault="00BF729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طول الحديد الرأسي للتأكد من طول الوصلة أعلى منسوب ظهر الخرسانات بالدور التالي (لا يقل عن 60 مرة قطر السيخ).</w:t>
            </w:r>
          </w:p>
        </w:tc>
        <w:tc>
          <w:tcPr>
            <w:tcW w:w="3402" w:type="dxa"/>
            <w:vAlign w:val="center"/>
          </w:tcPr>
          <w:p w:rsidR="003942B6" w:rsidRDefault="00BF729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Vertical bars extend above next floor concrete level (not less than 60 bar diameters).</w:t>
            </w:r>
          </w:p>
        </w:tc>
        <w:tc>
          <w:tcPr>
            <w:tcW w:w="595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</w:tr>
      <w:tr w:rsidR="003942B6">
        <w:trPr>
          <w:cantSplit/>
          <w:jc w:val="center"/>
        </w:trPr>
        <w:tc>
          <w:tcPr>
            <w:tcW w:w="397" w:type="dxa"/>
            <w:vAlign w:val="center"/>
          </w:tcPr>
          <w:p w:rsidR="003942B6" w:rsidRDefault="00BF729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11</w:t>
            </w:r>
          </w:p>
        </w:tc>
        <w:tc>
          <w:tcPr>
            <w:tcW w:w="3969" w:type="dxa"/>
            <w:vAlign w:val="center"/>
          </w:tcPr>
          <w:p w:rsidR="003942B6" w:rsidRDefault="00BF729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نظافة الخرسانة داخل الحائط (قلب الحائط) قبل التقفيل.</w:t>
            </w:r>
          </w:p>
        </w:tc>
        <w:tc>
          <w:tcPr>
            <w:tcW w:w="3402" w:type="dxa"/>
            <w:vAlign w:val="center"/>
          </w:tcPr>
          <w:p w:rsidR="003942B6" w:rsidRDefault="00BF729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Concrete inside the wall (wall core) is clean before closing.</w:t>
            </w:r>
          </w:p>
        </w:tc>
        <w:tc>
          <w:tcPr>
            <w:tcW w:w="595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942B6" w:rsidRDefault="003942B6">
            <w:pPr>
              <w:bidi/>
              <w:spacing w:line="240" w:lineRule="auto"/>
              <w:jc w:val="center"/>
            </w:pPr>
          </w:p>
        </w:tc>
      </w:tr>
    </w:tbl>
    <w:p w:rsidR="003942B6" w:rsidRDefault="003942B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3942B6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3942B6" w:rsidRDefault="00BF729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3942B6" w:rsidRDefault="00BF7295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3942B6" w:rsidRDefault="00BF7295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ECP 203، المواصفة القياسية المصرية لحديد التسليح، مواصفات المشروع، كود البناء السعودي SBC 303 و SBC 304 و SBC 305 و SBC 306</w:t>
            </w:r>
          </w:p>
        </w:tc>
        <w:tc>
          <w:tcPr>
            <w:tcW w:w="4309" w:type="dxa"/>
            <w:vAlign w:val="center"/>
          </w:tcPr>
          <w:p w:rsidR="003942B6" w:rsidRDefault="00BF7295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ECP 203, Egyptian standard for reinforcing steel, project specifications; Saudi Building Code SBC 303, SBC 304, SBC 305, SBC 306</w:t>
            </w:r>
          </w:p>
        </w:tc>
      </w:tr>
      <w:tr w:rsidR="003942B6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3942B6" w:rsidRDefault="00BF729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3942B6" w:rsidRDefault="00BF7295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3942B6" w:rsidRDefault="00BF7295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شهادات المصنع ☐ اعتماد المادة ☐ جدول تفريد الحديد BBS</w:t>
            </w:r>
          </w:p>
        </w:tc>
        <w:tc>
          <w:tcPr>
            <w:tcW w:w="4309" w:type="dxa"/>
            <w:vAlign w:val="center"/>
          </w:tcPr>
          <w:p w:rsidR="003942B6" w:rsidRDefault="00BF7295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Mill certificates   ☐ Material approval   ☐ Approved BBS</w:t>
            </w:r>
          </w:p>
        </w:tc>
      </w:tr>
    </w:tbl>
    <w:p w:rsidR="003942B6" w:rsidRDefault="003942B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3942B6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942B6" w:rsidRDefault="00BF7295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3942B6" w:rsidRDefault="00BF7295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3942B6" w:rsidRDefault="003942B6">
            <w:pPr>
              <w:keepNext/>
              <w:bidi/>
              <w:spacing w:line="240" w:lineRule="auto"/>
            </w:pPr>
          </w:p>
        </w:tc>
      </w:tr>
    </w:tbl>
    <w:p w:rsidR="003942B6" w:rsidRDefault="003942B6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3942B6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942B6" w:rsidRDefault="00BF7295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3942B6" w:rsidRDefault="00BF7295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3942B6" w:rsidRDefault="00BF7295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3942B6" w:rsidRDefault="00BF729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3942B6" w:rsidRDefault="00BF7295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3942B6" w:rsidRDefault="00BF729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3942B6" w:rsidRDefault="00BF7295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3942B6" w:rsidRDefault="00BF729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3942B6" w:rsidRDefault="00BF7295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3942B6" w:rsidRDefault="00BF729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3942B6" w:rsidRDefault="003942B6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3942B6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942B6" w:rsidRDefault="00BF7295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3942B6" w:rsidRDefault="00BF7295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3942B6" w:rsidRDefault="00BF7295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3942B6" w:rsidRDefault="00BF729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3942B6" w:rsidRDefault="00BF7295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3942B6" w:rsidRDefault="00BF729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3942B6" w:rsidRDefault="00BF7295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3942B6" w:rsidRDefault="00BF729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3942B6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942B6" w:rsidRDefault="00BF729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3942B6" w:rsidRDefault="00BF729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3942B6" w:rsidRDefault="00BF729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3942B6" w:rsidRDefault="00BF729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3942B6" w:rsidRDefault="00BF729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3942B6" w:rsidRDefault="00BF729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3942B6" w:rsidRDefault="00BF729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3942B6" w:rsidRDefault="00BF729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3942B6" w:rsidRDefault="00BF729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3942B6" w:rsidRDefault="00BF729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3942B6" w:rsidRDefault="00BF729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3942B6" w:rsidRDefault="003942B6">
      <w:pPr>
        <w:spacing w:line="20" w:lineRule="exact"/>
      </w:pPr>
    </w:p>
    <w:sectPr w:rsidR="003942B6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F7295" w:rsidRDefault="00BF7295">
      <w:pPr>
        <w:spacing w:line="240" w:lineRule="auto"/>
      </w:pPr>
      <w:r>
        <w:separator/>
      </w:r>
    </w:p>
  </w:endnote>
  <w:endnote w:type="continuationSeparator" w:id="0">
    <w:p w:rsidR="00BF7295" w:rsidRDefault="00BF72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3942B6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3942B6" w:rsidRDefault="00BF7295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3942B6" w:rsidRDefault="00BF7295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ACE-QC-CIV-015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F7295" w:rsidRDefault="00BF7295">
      <w:pPr>
        <w:spacing w:line="240" w:lineRule="auto"/>
      </w:pPr>
      <w:r>
        <w:separator/>
      </w:r>
    </w:p>
  </w:footnote>
  <w:footnote w:type="continuationSeparator" w:id="0">
    <w:p w:rsidR="00BF7295" w:rsidRDefault="00BF729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3942B6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3942B6" w:rsidRDefault="00BF7295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3942B6" w:rsidRDefault="00BF7295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3942B6" w:rsidRDefault="00BF7295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3942B6" w:rsidRDefault="00BF7295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3942B6" w:rsidRDefault="00BF7295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ACE-QC-CIV-015</w:t>
          </w:r>
        </w:p>
      </w:tc>
    </w:tr>
    <w:tr w:rsidR="003942B6">
      <w:trPr>
        <w:trHeight w:val="283"/>
        <w:jc w:val="center"/>
      </w:trPr>
      <w:tc>
        <w:tcPr>
          <w:tcW w:w="2041" w:type="dxa"/>
          <w:vMerge/>
          <w:vAlign w:val="center"/>
        </w:tcPr>
        <w:p w:rsidR="003942B6" w:rsidRDefault="003942B6"/>
      </w:tc>
      <w:tc>
        <w:tcPr>
          <w:tcW w:w="5669" w:type="dxa"/>
          <w:vMerge/>
          <w:vAlign w:val="center"/>
        </w:tcPr>
        <w:p w:rsidR="003942B6" w:rsidRDefault="003942B6"/>
      </w:tc>
      <w:tc>
        <w:tcPr>
          <w:tcW w:w="1361" w:type="dxa"/>
          <w:shd w:val="clear" w:color="auto" w:fill="F2F2F2"/>
          <w:vAlign w:val="center"/>
        </w:tcPr>
        <w:p w:rsidR="003942B6" w:rsidRDefault="00BF7295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3942B6" w:rsidRDefault="00BF7295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3942B6">
      <w:trPr>
        <w:trHeight w:val="283"/>
        <w:jc w:val="center"/>
      </w:trPr>
      <w:tc>
        <w:tcPr>
          <w:tcW w:w="2041" w:type="dxa"/>
          <w:vMerge/>
          <w:vAlign w:val="center"/>
        </w:tcPr>
        <w:p w:rsidR="003942B6" w:rsidRDefault="003942B6"/>
      </w:tc>
      <w:tc>
        <w:tcPr>
          <w:tcW w:w="5669" w:type="dxa"/>
          <w:vMerge w:val="restart"/>
          <w:shd w:val="clear" w:color="auto" w:fill="E7E6E6"/>
          <w:vAlign w:val="center"/>
        </w:tcPr>
        <w:p w:rsidR="003942B6" w:rsidRDefault="00BF7295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حديد تسليح الحوائط الخرسانية</w:t>
          </w:r>
        </w:p>
        <w:p w:rsidR="003942B6" w:rsidRDefault="00BF7295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RC Walls Reinforcement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3942B6" w:rsidRDefault="00BF7295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3942B6" w:rsidRDefault="00BF7295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3942B6">
      <w:trPr>
        <w:trHeight w:val="283"/>
        <w:jc w:val="center"/>
      </w:trPr>
      <w:tc>
        <w:tcPr>
          <w:tcW w:w="2041" w:type="dxa"/>
          <w:vMerge/>
          <w:vAlign w:val="center"/>
        </w:tcPr>
        <w:p w:rsidR="003942B6" w:rsidRDefault="003942B6"/>
      </w:tc>
      <w:tc>
        <w:tcPr>
          <w:tcW w:w="5669" w:type="dxa"/>
          <w:vMerge/>
          <w:vAlign w:val="center"/>
        </w:tcPr>
        <w:p w:rsidR="003942B6" w:rsidRDefault="003942B6"/>
      </w:tc>
      <w:tc>
        <w:tcPr>
          <w:tcW w:w="1361" w:type="dxa"/>
          <w:shd w:val="clear" w:color="auto" w:fill="F2F2F2"/>
          <w:vAlign w:val="center"/>
        </w:tcPr>
        <w:p w:rsidR="003942B6" w:rsidRDefault="00BF7295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3942B6" w:rsidRDefault="00BF7295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3942B6" w:rsidRDefault="003942B6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70152862">
    <w:abstractNumId w:val="8"/>
  </w:num>
  <w:num w:numId="2" w16cid:durableId="254897638">
    <w:abstractNumId w:val="6"/>
  </w:num>
  <w:num w:numId="3" w16cid:durableId="2004893980">
    <w:abstractNumId w:val="5"/>
  </w:num>
  <w:num w:numId="4" w16cid:durableId="250699246">
    <w:abstractNumId w:val="4"/>
  </w:num>
  <w:num w:numId="5" w16cid:durableId="1577588899">
    <w:abstractNumId w:val="7"/>
  </w:num>
  <w:num w:numId="6" w16cid:durableId="140510609">
    <w:abstractNumId w:val="3"/>
  </w:num>
  <w:num w:numId="7" w16cid:durableId="1133985654">
    <w:abstractNumId w:val="2"/>
  </w:num>
  <w:num w:numId="8" w16cid:durableId="802700455">
    <w:abstractNumId w:val="1"/>
  </w:num>
  <w:num w:numId="9" w16cid:durableId="1889758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942B6"/>
    <w:rsid w:val="005C0D99"/>
    <w:rsid w:val="00AA1D8D"/>
    <w:rsid w:val="00B47730"/>
    <w:rsid w:val="00BF7295"/>
    <w:rsid w:val="00CB0664"/>
    <w:rsid w:val="00FC693F"/>
    <w:rsid w:val="00FE2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B6E24736-BE13-4C36-9FC2-F8B31D2D9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ACE_QC-CIV-015_RC_Walls_Rebar_20261009_v4.dotx</Template>
  <TotalTime>0</TotalTime>
  <Pages>1</Pages>
  <Words>637</Words>
  <Characters>3632</Characters>
  <Application>Microsoft Office Word</Application>
  <DocSecurity>0</DocSecurity>
  <Lines>30</Lines>
  <Paragraphs>8</Paragraphs>
  <ScaleCrop>false</ScaleCrop>
  <Manager>Ahmed Fathy</Manager>
  <Company>Arab Creators for Engineering Consultancy</Company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ACE-QC-CIV-015 RC Walls Reinforcement Inspection</dc:title>
  <dc:subject>فحص واستلام حديد تسليح الحوائط الخرسانية</dc:subject>
  <dc:creator>Ahmed Fathy</dc:creator>
  <cp:keywords>QC; ITP; Inspection</cp:keywords>
  <dc:description/>
  <cp:lastModifiedBy>Ahmed Fathy</cp:lastModifiedBy>
  <cp:revision>2</cp:revision>
  <dcterms:created xsi:type="dcterms:W3CDTF">2026-11-03T20:14:00Z</dcterms:created>
  <dcterms:modified xsi:type="dcterms:W3CDTF">2026-11-03T20:14:00Z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