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680E9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680E9B" w:rsidRDefault="003423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680E9B" w:rsidRDefault="00680E9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680E9B" w:rsidRDefault="003423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680E9B" w:rsidRDefault="00680E9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680E9B" w:rsidRDefault="003423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680E9B" w:rsidRDefault="00680E9B">
            <w:pPr>
              <w:bidi/>
              <w:spacing w:line="240" w:lineRule="auto"/>
            </w:pPr>
          </w:p>
        </w:tc>
      </w:tr>
      <w:tr w:rsidR="00680E9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680E9B" w:rsidRDefault="003423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680E9B" w:rsidRDefault="00680E9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680E9B" w:rsidRDefault="003423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680E9B" w:rsidRDefault="00680E9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680E9B" w:rsidRDefault="003423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680E9B" w:rsidRDefault="00680E9B">
            <w:pPr>
              <w:bidi/>
              <w:spacing w:line="240" w:lineRule="auto"/>
            </w:pPr>
          </w:p>
        </w:tc>
      </w:tr>
      <w:tr w:rsidR="00680E9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680E9B" w:rsidRDefault="003423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680E9B" w:rsidRDefault="00680E9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680E9B" w:rsidRDefault="003423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680E9B" w:rsidRDefault="0034232B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680E9B" w:rsidRDefault="00680E9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80E9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680E9B" w:rsidRDefault="00680E9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680E9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680E9B" w:rsidRDefault="0034232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680E9B" w:rsidRDefault="0034232B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680E9B" w:rsidRDefault="0034232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680E9B" w:rsidRDefault="0034232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</w:tbl>
    <w:p w:rsidR="00680E9B" w:rsidRDefault="00680E9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80E9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مباني حوائط حجز الردم (قصة الردم)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Backfill Retaining Masonry Checklist</w:t>
            </w:r>
          </w:p>
        </w:tc>
      </w:tr>
    </w:tbl>
    <w:p w:rsidR="00680E9B" w:rsidRDefault="00680E9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680E9B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680E9B" w:rsidRDefault="003423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680E9B" w:rsidRDefault="0034232B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680E9B" w:rsidRDefault="003423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680E9B" w:rsidRDefault="003423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680E9B" w:rsidRDefault="003423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680E9B" w:rsidRDefault="003423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الطوب المستخدم هو الطوب المعتمد من حيث السمك والإجهاد.</w:t>
            </w:r>
          </w:p>
        </w:tc>
        <w:tc>
          <w:tcPr>
            <w:tcW w:w="3402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Blocks used are the approved type in thickness and strength.</w:t>
            </w: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عمل شرب بالمبنى ووضعه على الأعمدة قبل البدء في أعمال المباني.</w:t>
            </w:r>
          </w:p>
        </w:tc>
        <w:tc>
          <w:tcPr>
            <w:tcW w:w="3402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Level datum is set and marked on columns before masonry starts.</w:t>
            </w: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وضع قوالب الطوب (أول مدماك) على فرشة كاملة من المونة.</w:t>
            </w:r>
          </w:p>
        </w:tc>
        <w:tc>
          <w:tcPr>
            <w:tcW w:w="3402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First course is laid on a full mortar bed.</w:t>
            </w: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ملء الفواصل (العراميس) الطولية والعرضية من كلتا الجهتين (الواجهة والظهر).</w:t>
            </w:r>
          </w:p>
        </w:tc>
        <w:tc>
          <w:tcPr>
            <w:tcW w:w="3402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Horizontal and vertical joints are fully filled on both faces.</w:t>
            </w: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سمك المباني في حوائط حجز الردم (قصة الردم) للرسومات.</w:t>
            </w:r>
          </w:p>
        </w:tc>
        <w:tc>
          <w:tcPr>
            <w:tcW w:w="3402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Masonry thickness complies with the drawings.</w:t>
            </w: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استخدام ميزان الخيط لمراجعة رأسية الحوائط كل ثلاثة مداميك مع استواء السطح في جميع الاتجاهات.</w:t>
            </w:r>
          </w:p>
        </w:tc>
        <w:tc>
          <w:tcPr>
            <w:tcW w:w="3402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Plumb is checked every three courses and the surface is true in all directions.</w:t>
            </w: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سمك اللحامات الرأسية والأفقية لا يزيد عن 2 سم.</w:t>
            </w:r>
          </w:p>
        </w:tc>
        <w:tc>
          <w:tcPr>
            <w:tcW w:w="3402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Horizontal and vertical joints do not exceed 2 cm.</w:t>
            </w: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  <w:tr w:rsidR="00680E9B">
        <w:trPr>
          <w:cantSplit/>
          <w:jc w:val="center"/>
        </w:trPr>
        <w:tc>
          <w:tcPr>
            <w:tcW w:w="397" w:type="dxa"/>
            <w:vAlign w:val="center"/>
          </w:tcPr>
          <w:p w:rsidR="00680E9B" w:rsidRDefault="003423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المباني أولاً بأول بالرش بالمياه بعد 24 ساعة من تنفيذ مباني الجدار لمدة 3 أيام صباحاً ومساءً.</w:t>
            </w:r>
          </w:p>
        </w:tc>
        <w:tc>
          <w:tcPr>
            <w:tcW w:w="3402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Masonry is cured by water spraying 24 hours after laying, for 3 days, morning and evening.</w:t>
            </w: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80E9B" w:rsidRDefault="00680E9B">
            <w:pPr>
              <w:bidi/>
              <w:spacing w:line="240" w:lineRule="auto"/>
              <w:jc w:val="center"/>
            </w:pPr>
          </w:p>
        </w:tc>
      </w:tr>
    </w:tbl>
    <w:p w:rsidR="00680E9B" w:rsidRDefault="00680E9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680E9B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680E9B" w:rsidRDefault="0034232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لأعمال المباني ECP 204،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204 (Masonry), project specifications; Saudi Building Code SBC 303, SBC 304, SBC 305, SBC 306</w:t>
            </w:r>
          </w:p>
        </w:tc>
      </w:tr>
      <w:tr w:rsidR="00680E9B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680E9B" w:rsidRDefault="0034232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الطوب والمونة ☐ نتائج اختبار الطوب ☐ مخططات توزيع الحوائط</w:t>
            </w:r>
          </w:p>
        </w:tc>
        <w:tc>
          <w:tcPr>
            <w:tcW w:w="4309" w:type="dxa"/>
            <w:vAlign w:val="center"/>
          </w:tcPr>
          <w:p w:rsidR="00680E9B" w:rsidRDefault="003423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Block and mortar approval   ☐ Block test results   ☐ Wall layout drawings</w:t>
            </w:r>
          </w:p>
        </w:tc>
      </w:tr>
    </w:tbl>
    <w:p w:rsidR="00680E9B" w:rsidRDefault="00680E9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680E9B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80E9B" w:rsidRDefault="0034232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680E9B" w:rsidRDefault="0034232B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680E9B" w:rsidRDefault="00680E9B">
            <w:pPr>
              <w:keepNext/>
              <w:bidi/>
              <w:spacing w:line="240" w:lineRule="auto"/>
            </w:pPr>
          </w:p>
        </w:tc>
      </w:tr>
    </w:tbl>
    <w:p w:rsidR="00680E9B" w:rsidRDefault="00680E9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680E9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80E9B" w:rsidRDefault="0034232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680E9B" w:rsidRDefault="0034232B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680E9B" w:rsidRDefault="0034232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680E9B" w:rsidRDefault="003423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680E9B" w:rsidRDefault="0034232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680E9B" w:rsidRDefault="003423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680E9B" w:rsidRDefault="0034232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680E9B" w:rsidRDefault="003423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680E9B" w:rsidRDefault="0034232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680E9B" w:rsidRDefault="003423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680E9B" w:rsidRDefault="00680E9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680E9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80E9B" w:rsidRDefault="0034232B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680E9B" w:rsidRDefault="0034232B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80E9B" w:rsidRDefault="0034232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680E9B" w:rsidRDefault="003423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80E9B" w:rsidRDefault="0034232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680E9B" w:rsidRDefault="003423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80E9B" w:rsidRDefault="0034232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680E9B" w:rsidRDefault="003423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680E9B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80E9B" w:rsidRDefault="003423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680E9B" w:rsidRDefault="003423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680E9B" w:rsidRDefault="003423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80E9B" w:rsidRDefault="003423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80E9B" w:rsidRDefault="003423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80E9B" w:rsidRDefault="003423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80E9B" w:rsidRDefault="003423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80E9B" w:rsidRDefault="003423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80E9B" w:rsidRDefault="003423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80E9B" w:rsidRDefault="003423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80E9B" w:rsidRDefault="003423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680E9B" w:rsidRDefault="00680E9B">
      <w:pPr>
        <w:spacing w:line="20" w:lineRule="exact"/>
      </w:pPr>
    </w:p>
    <w:sectPr w:rsidR="00680E9B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232B" w:rsidRDefault="0034232B">
      <w:pPr>
        <w:spacing w:line="240" w:lineRule="auto"/>
      </w:pPr>
      <w:r>
        <w:separator/>
      </w:r>
    </w:p>
  </w:endnote>
  <w:endnote w:type="continuationSeparator" w:id="0">
    <w:p w:rsidR="0034232B" w:rsidRDefault="003423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680E9B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680E9B" w:rsidRDefault="003423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680E9B" w:rsidRDefault="0034232B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ACE-QC-CIV-009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232B" w:rsidRDefault="0034232B">
      <w:pPr>
        <w:spacing w:line="240" w:lineRule="auto"/>
      </w:pPr>
      <w:r>
        <w:separator/>
      </w:r>
    </w:p>
  </w:footnote>
  <w:footnote w:type="continuationSeparator" w:id="0">
    <w:p w:rsidR="0034232B" w:rsidRDefault="003423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680E9B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680E9B" w:rsidRDefault="0034232B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680E9B" w:rsidRDefault="0034232B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680E9B" w:rsidRDefault="0034232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680E9B" w:rsidRDefault="003423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680E9B" w:rsidRDefault="0034232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ACE-QC-CIV-009</w:t>
          </w:r>
        </w:p>
      </w:tc>
    </w:tr>
    <w:tr w:rsidR="00680E9B">
      <w:trPr>
        <w:trHeight w:val="283"/>
        <w:jc w:val="center"/>
      </w:trPr>
      <w:tc>
        <w:tcPr>
          <w:tcW w:w="2041" w:type="dxa"/>
          <w:vMerge/>
          <w:vAlign w:val="center"/>
        </w:tcPr>
        <w:p w:rsidR="00680E9B" w:rsidRDefault="00680E9B"/>
      </w:tc>
      <w:tc>
        <w:tcPr>
          <w:tcW w:w="5669" w:type="dxa"/>
          <w:vMerge/>
          <w:vAlign w:val="center"/>
        </w:tcPr>
        <w:p w:rsidR="00680E9B" w:rsidRDefault="00680E9B"/>
      </w:tc>
      <w:tc>
        <w:tcPr>
          <w:tcW w:w="1361" w:type="dxa"/>
          <w:shd w:val="clear" w:color="auto" w:fill="F2F2F2"/>
          <w:vAlign w:val="center"/>
        </w:tcPr>
        <w:p w:rsidR="00680E9B" w:rsidRDefault="003423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680E9B" w:rsidRDefault="0034232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680E9B">
      <w:trPr>
        <w:trHeight w:val="283"/>
        <w:jc w:val="center"/>
      </w:trPr>
      <w:tc>
        <w:tcPr>
          <w:tcW w:w="2041" w:type="dxa"/>
          <w:vMerge/>
          <w:vAlign w:val="center"/>
        </w:tcPr>
        <w:p w:rsidR="00680E9B" w:rsidRDefault="00680E9B"/>
      </w:tc>
      <w:tc>
        <w:tcPr>
          <w:tcW w:w="5669" w:type="dxa"/>
          <w:vMerge w:val="restart"/>
          <w:shd w:val="clear" w:color="auto" w:fill="E7E6E6"/>
          <w:vAlign w:val="center"/>
        </w:tcPr>
        <w:p w:rsidR="00680E9B" w:rsidRDefault="0034232B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مباني حوائط حجز الردم (قصة الردم)</w:t>
          </w:r>
        </w:p>
        <w:p w:rsidR="00680E9B" w:rsidRDefault="0034232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Backfill Retaining Masonry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680E9B" w:rsidRDefault="003423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680E9B" w:rsidRDefault="0034232B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680E9B">
      <w:trPr>
        <w:trHeight w:val="283"/>
        <w:jc w:val="center"/>
      </w:trPr>
      <w:tc>
        <w:tcPr>
          <w:tcW w:w="2041" w:type="dxa"/>
          <w:vMerge/>
          <w:vAlign w:val="center"/>
        </w:tcPr>
        <w:p w:rsidR="00680E9B" w:rsidRDefault="00680E9B"/>
      </w:tc>
      <w:tc>
        <w:tcPr>
          <w:tcW w:w="5669" w:type="dxa"/>
          <w:vMerge/>
          <w:vAlign w:val="center"/>
        </w:tcPr>
        <w:p w:rsidR="00680E9B" w:rsidRDefault="00680E9B"/>
      </w:tc>
      <w:tc>
        <w:tcPr>
          <w:tcW w:w="1361" w:type="dxa"/>
          <w:shd w:val="clear" w:color="auto" w:fill="F2F2F2"/>
          <w:vAlign w:val="center"/>
        </w:tcPr>
        <w:p w:rsidR="00680E9B" w:rsidRDefault="003423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680E9B" w:rsidRDefault="0034232B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680E9B" w:rsidRDefault="00680E9B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8872737">
    <w:abstractNumId w:val="8"/>
  </w:num>
  <w:num w:numId="2" w16cid:durableId="519666673">
    <w:abstractNumId w:val="6"/>
  </w:num>
  <w:num w:numId="3" w16cid:durableId="1074813793">
    <w:abstractNumId w:val="5"/>
  </w:num>
  <w:num w:numId="4" w16cid:durableId="1919434889">
    <w:abstractNumId w:val="4"/>
  </w:num>
  <w:num w:numId="5" w16cid:durableId="983892170">
    <w:abstractNumId w:val="7"/>
  </w:num>
  <w:num w:numId="6" w16cid:durableId="1737556622">
    <w:abstractNumId w:val="3"/>
  </w:num>
  <w:num w:numId="7" w16cid:durableId="1452675367">
    <w:abstractNumId w:val="2"/>
  </w:num>
  <w:num w:numId="8" w16cid:durableId="1183519316">
    <w:abstractNumId w:val="1"/>
  </w:num>
  <w:num w:numId="9" w16cid:durableId="1408503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4205"/>
    <w:rsid w:val="0015074B"/>
    <w:rsid w:val="0029639D"/>
    <w:rsid w:val="00326F90"/>
    <w:rsid w:val="0034232B"/>
    <w:rsid w:val="005C0D99"/>
    <w:rsid w:val="00680E9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866C3E1-9DEE-45F9-BFD9-D85D085F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ACE_QC-CIV-009_Backfill_Masonry_20261009_v4.dotx</Template>
  <TotalTime>0</TotalTime>
  <Pages>1</Pages>
  <Words>549</Words>
  <Characters>3133</Characters>
  <Application>Microsoft Office Word</Application>
  <DocSecurity>0</DocSecurity>
  <Lines>26</Lines>
  <Paragraphs>7</Paragraphs>
  <ScaleCrop>false</ScaleCrop>
  <Manager>Ahmed Fathy</Manager>
  <Company>Arab Creators for Engineering Consultancy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ACE-QC-CIV-009 Backfill Retaining Masonry Inspection</dc:title>
  <dc:subject>فحص واستلام مباني حوائط حجز الردم (قصة الردم)</dc:subject>
  <dc:creator>Ahmed Fathy</dc:creator>
  <cp:keywords>QC; ITP; Inspection</cp:keywords>
  <dc:description/>
  <cp:lastModifiedBy>Ahmed Fathy</cp:lastModifiedBy>
  <cp:revision>2</cp:revision>
  <dcterms:created xsi:type="dcterms:W3CDTF">2026-11-03T20:13:00Z</dcterms:created>
  <dcterms:modified xsi:type="dcterms:W3CDTF">2026-11-03T20:13:00Z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