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8393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28393C" w:rsidRDefault="0082601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28393C" w:rsidRDefault="0028393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8393C" w:rsidRDefault="0082601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8393C" w:rsidRDefault="0028393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28393C" w:rsidRDefault="0082601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28393C" w:rsidRDefault="0028393C">
            <w:pPr>
              <w:bidi/>
              <w:spacing w:line="240" w:lineRule="auto"/>
            </w:pPr>
          </w:p>
        </w:tc>
      </w:tr>
      <w:tr w:rsidR="0028393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28393C" w:rsidRDefault="0082601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28393C" w:rsidRDefault="0028393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28393C" w:rsidRDefault="0082601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28393C" w:rsidRDefault="0028393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28393C" w:rsidRDefault="0082601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28393C" w:rsidRDefault="0028393C">
            <w:pPr>
              <w:bidi/>
              <w:spacing w:line="240" w:lineRule="auto"/>
            </w:pPr>
          </w:p>
        </w:tc>
      </w:tr>
      <w:tr w:rsidR="0028393C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28393C" w:rsidRDefault="0082601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28393C" w:rsidRDefault="0028393C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28393C" w:rsidRDefault="0082601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28393C" w:rsidRDefault="00826012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28393C" w:rsidRDefault="0028393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8393C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28393C" w:rsidRDefault="0028393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28393C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28393C" w:rsidRDefault="0082601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8393C" w:rsidRDefault="00826012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28393C" w:rsidRDefault="0082601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28393C" w:rsidRDefault="00826012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</w:tbl>
    <w:p w:rsidR="0028393C" w:rsidRDefault="0028393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8393C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نجارة القواعد الخرسانية العادية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Plain Concrete Footings Formwork Checklist</w:t>
            </w:r>
          </w:p>
        </w:tc>
      </w:tr>
    </w:tbl>
    <w:p w:rsidR="0028393C" w:rsidRDefault="0028393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28393C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8393C" w:rsidRDefault="0082601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28393C" w:rsidRDefault="00826012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28393C" w:rsidRDefault="0082601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28393C" w:rsidRDefault="0082601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28393C" w:rsidRDefault="0082601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28393C" w:rsidRDefault="00826012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نظافة منسوب التأسيس مع تمام دمك السطح النهائي.</w:t>
            </w:r>
          </w:p>
        </w:tc>
        <w:tc>
          <w:tcPr>
            <w:tcW w:w="3402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Foundation level is clean and the final surface is fully compacted.</w:t>
            </w: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رفع أركان القواعد العادية بجهاز Total Station في حالة استخدامه ومراجعتها مع الرسومات.</w:t>
            </w:r>
          </w:p>
        </w:tc>
        <w:tc>
          <w:tcPr>
            <w:tcW w:w="3402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Plain footing corners are set out by Total Station (if used) and checked against drawings.</w:t>
            </w: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مطابقة المحاور الإنشائية مع رسومات الورشة على إطار التوقيع (الخنزيرة) وصحة توقيع زواياها مع بعضها البعض.</w:t>
            </w:r>
          </w:p>
        </w:tc>
        <w:tc>
          <w:tcPr>
            <w:tcW w:w="3402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Structural grids match the shop drawings on the batter boards and angles are correctly set out.</w:t>
            </w: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أبعاد القواعد وارتفاعاتها وحدود جوانبها نسبة إلى المحاور.</w:t>
            </w:r>
          </w:p>
        </w:tc>
        <w:tc>
          <w:tcPr>
            <w:tcW w:w="3402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Footing dimensions, heights and side limits relative to grids are checked.</w:t>
            </w: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التقفيل الجيد لجوانب القواعد مع بعضها وتسديد الفتحات بين الألواح.</w:t>
            </w:r>
          </w:p>
        </w:tc>
        <w:tc>
          <w:tcPr>
            <w:tcW w:w="3402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Footing sides are tightly closed and gaps between boards are sealed.</w:t>
            </w: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أماكن تثبيت مسامير التثبيت (الجوايط) وألواح الارتكاز (البالتات) إن وجدت.</w:t>
            </w:r>
          </w:p>
        </w:tc>
        <w:tc>
          <w:tcPr>
            <w:tcW w:w="3402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Locations of anchor bolts and base plates, if any, are checked.</w:t>
            </w: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أماكن فتحات ومسارات الصحي والكهرباء، إلخ.</w:t>
            </w:r>
          </w:p>
        </w:tc>
        <w:tc>
          <w:tcPr>
            <w:tcW w:w="3402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Openings and routes for plumbing, electrical, etc. are checked.</w:t>
            </w: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الدعامات (التقويات) والتأكد من إتمامها بطريقة صحيحة ومتينة.</w:t>
            </w:r>
          </w:p>
        </w:tc>
        <w:tc>
          <w:tcPr>
            <w:tcW w:w="3402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Formwork bracing is complete, correct and rigid.</w:t>
            </w: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  <w:tr w:rsidR="0028393C">
        <w:trPr>
          <w:cantSplit/>
          <w:jc w:val="center"/>
        </w:trPr>
        <w:tc>
          <w:tcPr>
            <w:tcW w:w="397" w:type="dxa"/>
            <w:vAlign w:val="center"/>
          </w:tcPr>
          <w:p w:rsidR="0028393C" w:rsidRDefault="00826012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9</w:t>
            </w:r>
          </w:p>
        </w:tc>
        <w:tc>
          <w:tcPr>
            <w:tcW w:w="3969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وضع شرب صب القواعد (منسوب ظهر القواعد) بميزان القامة بواسطة مسامير أو علامات.</w:t>
            </w:r>
          </w:p>
        </w:tc>
        <w:tc>
          <w:tcPr>
            <w:tcW w:w="3402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Pouring level marks (top of footing) are set by level using nails or marks.</w:t>
            </w: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8393C" w:rsidRDefault="0028393C">
            <w:pPr>
              <w:bidi/>
              <w:spacing w:line="240" w:lineRule="auto"/>
              <w:jc w:val="center"/>
            </w:pPr>
          </w:p>
        </w:tc>
      </w:tr>
    </w:tbl>
    <w:p w:rsidR="0028393C" w:rsidRDefault="0028393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28393C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8393C" w:rsidRDefault="0082601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ACI 347، ACI 117، 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ACI 347, ACI 117, project specifications; Saudi Building Code SBC 303, SBC 304, SBC 305, SBC 306</w:t>
            </w:r>
          </w:p>
        </w:tc>
      </w:tr>
      <w:tr w:rsidR="0028393C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28393C" w:rsidRDefault="00826012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المخططات التنفيذية ☐ تصميم الشدات (عند الحاجة) ☐ الرفع المساحي للمحاور</w:t>
            </w:r>
          </w:p>
        </w:tc>
        <w:tc>
          <w:tcPr>
            <w:tcW w:w="4309" w:type="dxa"/>
            <w:vAlign w:val="center"/>
          </w:tcPr>
          <w:p w:rsidR="0028393C" w:rsidRDefault="00826012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Shop drawings   ☐ Formwork design (if required)   ☐ Setting-out survey</w:t>
            </w:r>
          </w:p>
        </w:tc>
      </w:tr>
    </w:tbl>
    <w:p w:rsidR="0028393C" w:rsidRDefault="0028393C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8393C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8393C" w:rsidRDefault="0082601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8393C" w:rsidRDefault="00826012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8393C" w:rsidRDefault="0028393C">
            <w:pPr>
              <w:keepNext/>
              <w:bidi/>
              <w:spacing w:line="240" w:lineRule="auto"/>
            </w:pPr>
          </w:p>
        </w:tc>
      </w:tr>
    </w:tbl>
    <w:p w:rsidR="0028393C" w:rsidRDefault="0028393C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8393C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8393C" w:rsidRDefault="00826012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28393C" w:rsidRDefault="00826012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28393C" w:rsidRDefault="0082601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8393C" w:rsidRDefault="0082601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8393C" w:rsidRDefault="0082601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8393C" w:rsidRDefault="0082601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8393C" w:rsidRDefault="0082601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8393C" w:rsidRDefault="0082601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8393C" w:rsidRDefault="00826012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8393C" w:rsidRDefault="0082601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8393C" w:rsidRDefault="0028393C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8393C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8393C" w:rsidRDefault="00826012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8393C" w:rsidRDefault="00826012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8393C" w:rsidRDefault="0082601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28393C" w:rsidRDefault="0082601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8393C" w:rsidRDefault="0082601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28393C" w:rsidRDefault="0082601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8393C" w:rsidRDefault="00826012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28393C" w:rsidRDefault="00826012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28393C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8393C" w:rsidRDefault="00826012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8393C" w:rsidRDefault="00826012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8393C" w:rsidRDefault="0082601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8393C" w:rsidRDefault="0082601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8393C" w:rsidRDefault="0082601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8393C" w:rsidRDefault="0082601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8393C" w:rsidRDefault="0082601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8393C" w:rsidRDefault="0082601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8393C" w:rsidRDefault="0082601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8393C" w:rsidRDefault="0082601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8393C" w:rsidRDefault="00826012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8393C" w:rsidRDefault="0028393C">
      <w:pPr>
        <w:spacing w:line="20" w:lineRule="exact"/>
      </w:pPr>
    </w:p>
    <w:sectPr w:rsidR="0028393C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6012" w:rsidRDefault="00826012">
      <w:pPr>
        <w:spacing w:line="240" w:lineRule="auto"/>
      </w:pPr>
      <w:r>
        <w:separator/>
      </w:r>
    </w:p>
  </w:endnote>
  <w:endnote w:type="continuationSeparator" w:id="0">
    <w:p w:rsidR="00826012" w:rsidRDefault="008260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8393C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8393C" w:rsidRDefault="0082601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8393C" w:rsidRDefault="00826012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ACE-QC-CIV-004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6012" w:rsidRDefault="00826012">
      <w:pPr>
        <w:spacing w:line="240" w:lineRule="auto"/>
      </w:pPr>
      <w:r>
        <w:separator/>
      </w:r>
    </w:p>
  </w:footnote>
  <w:footnote w:type="continuationSeparator" w:id="0">
    <w:p w:rsidR="00826012" w:rsidRDefault="0082601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8393C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8393C" w:rsidRDefault="00826012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8393C" w:rsidRDefault="00826012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8393C" w:rsidRDefault="0082601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8393C" w:rsidRDefault="0082601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28393C" w:rsidRDefault="0082601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ACE-QC-CIV-004</w:t>
          </w:r>
        </w:p>
      </w:tc>
    </w:tr>
    <w:tr w:rsidR="0028393C">
      <w:trPr>
        <w:trHeight w:val="283"/>
        <w:jc w:val="center"/>
      </w:trPr>
      <w:tc>
        <w:tcPr>
          <w:tcW w:w="2041" w:type="dxa"/>
          <w:vMerge/>
          <w:vAlign w:val="center"/>
        </w:tcPr>
        <w:p w:rsidR="0028393C" w:rsidRDefault="0028393C"/>
      </w:tc>
      <w:tc>
        <w:tcPr>
          <w:tcW w:w="5669" w:type="dxa"/>
          <w:vMerge/>
          <w:vAlign w:val="center"/>
        </w:tcPr>
        <w:p w:rsidR="0028393C" w:rsidRDefault="0028393C"/>
      </w:tc>
      <w:tc>
        <w:tcPr>
          <w:tcW w:w="1361" w:type="dxa"/>
          <w:shd w:val="clear" w:color="auto" w:fill="F2F2F2"/>
          <w:vAlign w:val="center"/>
        </w:tcPr>
        <w:p w:rsidR="0028393C" w:rsidRDefault="0082601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8393C" w:rsidRDefault="00826012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28393C">
      <w:trPr>
        <w:trHeight w:val="283"/>
        <w:jc w:val="center"/>
      </w:trPr>
      <w:tc>
        <w:tcPr>
          <w:tcW w:w="2041" w:type="dxa"/>
          <w:vMerge/>
          <w:vAlign w:val="center"/>
        </w:tcPr>
        <w:p w:rsidR="0028393C" w:rsidRDefault="0028393C"/>
      </w:tc>
      <w:tc>
        <w:tcPr>
          <w:tcW w:w="5669" w:type="dxa"/>
          <w:vMerge w:val="restart"/>
          <w:shd w:val="clear" w:color="auto" w:fill="E7E6E6"/>
          <w:vAlign w:val="center"/>
        </w:tcPr>
        <w:p w:rsidR="0028393C" w:rsidRDefault="00826012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نجارة القواعد الخرسانية العادية</w:t>
          </w:r>
        </w:p>
        <w:p w:rsidR="0028393C" w:rsidRDefault="00826012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Plain Concrete Footings Formwork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28393C" w:rsidRDefault="0082601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8393C" w:rsidRDefault="00826012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8393C">
      <w:trPr>
        <w:trHeight w:val="283"/>
        <w:jc w:val="center"/>
      </w:trPr>
      <w:tc>
        <w:tcPr>
          <w:tcW w:w="2041" w:type="dxa"/>
          <w:vMerge/>
          <w:vAlign w:val="center"/>
        </w:tcPr>
        <w:p w:rsidR="0028393C" w:rsidRDefault="0028393C"/>
      </w:tc>
      <w:tc>
        <w:tcPr>
          <w:tcW w:w="5669" w:type="dxa"/>
          <w:vMerge/>
          <w:vAlign w:val="center"/>
        </w:tcPr>
        <w:p w:rsidR="0028393C" w:rsidRDefault="0028393C"/>
      </w:tc>
      <w:tc>
        <w:tcPr>
          <w:tcW w:w="1361" w:type="dxa"/>
          <w:shd w:val="clear" w:color="auto" w:fill="F2F2F2"/>
          <w:vAlign w:val="center"/>
        </w:tcPr>
        <w:p w:rsidR="0028393C" w:rsidRDefault="00826012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8393C" w:rsidRDefault="00826012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8393C" w:rsidRDefault="0028393C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3113168">
    <w:abstractNumId w:val="8"/>
  </w:num>
  <w:num w:numId="2" w16cid:durableId="1790662028">
    <w:abstractNumId w:val="6"/>
  </w:num>
  <w:num w:numId="3" w16cid:durableId="1400707040">
    <w:abstractNumId w:val="5"/>
  </w:num>
  <w:num w:numId="4" w16cid:durableId="1325470714">
    <w:abstractNumId w:val="4"/>
  </w:num>
  <w:num w:numId="5" w16cid:durableId="1119185003">
    <w:abstractNumId w:val="7"/>
  </w:num>
  <w:num w:numId="6" w16cid:durableId="1068770725">
    <w:abstractNumId w:val="3"/>
  </w:num>
  <w:num w:numId="7" w16cid:durableId="2013601801">
    <w:abstractNumId w:val="2"/>
  </w:num>
  <w:num w:numId="8" w16cid:durableId="44988509">
    <w:abstractNumId w:val="1"/>
  </w:num>
  <w:num w:numId="9" w16cid:durableId="1812481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393C"/>
    <w:rsid w:val="0029639D"/>
    <w:rsid w:val="00326F90"/>
    <w:rsid w:val="005C0D99"/>
    <w:rsid w:val="008249B2"/>
    <w:rsid w:val="0082601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BDF62DF9-7C7A-4C09-BE1D-5E440958C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ACE_QC-CIV-004_Plain_Concrete_Footings_Formwork_20261009_v4.dotx</Template>
  <TotalTime>0</TotalTime>
  <Pages>1</Pages>
  <Words>583</Words>
  <Characters>3325</Characters>
  <Application>Microsoft Office Word</Application>
  <DocSecurity>0</DocSecurity>
  <Lines>27</Lines>
  <Paragraphs>7</Paragraphs>
  <ScaleCrop>false</ScaleCrop>
  <Manager>Ahmed Fathy</Manager>
  <Company>Arab Creators for Engineering Consultancy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ACE-QC-CIV-004 Plain Concrete Footings Formwork Inspection</dc:title>
  <dc:subject>فحص واستلام نجارة القواعد الخرسانية العادية</dc:subject>
  <dc:creator>Ahmed Fathy</dc:creator>
  <cp:keywords>QC; ITP; Inspection</cp:keywords>
  <dc:description/>
  <cp:lastModifiedBy>Ahmed Fathy</cp:lastModifiedBy>
  <cp:revision>2</cp:revision>
  <dcterms:created xsi:type="dcterms:W3CDTF">2026-11-03T20:13:00Z</dcterms:created>
  <dcterms:modified xsi:type="dcterms:W3CDTF">2026-11-03T20:13:00Z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