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F328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4F328A" w:rsidRDefault="00A622F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4F328A" w:rsidRDefault="004F32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F328A" w:rsidRDefault="00A622F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F328A" w:rsidRDefault="004F32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4F328A" w:rsidRDefault="00A622F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4F328A" w:rsidRDefault="004F328A">
            <w:pPr>
              <w:bidi/>
              <w:spacing w:line="240" w:lineRule="auto"/>
            </w:pPr>
          </w:p>
        </w:tc>
      </w:tr>
      <w:tr w:rsidR="004F328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4F328A" w:rsidRDefault="00A622F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4F328A" w:rsidRDefault="004F32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4F328A" w:rsidRDefault="00A622F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4F328A" w:rsidRDefault="004F32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4F328A" w:rsidRDefault="00A622F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4F328A" w:rsidRDefault="004F328A">
            <w:pPr>
              <w:bidi/>
              <w:spacing w:line="240" w:lineRule="auto"/>
            </w:pPr>
          </w:p>
        </w:tc>
      </w:tr>
      <w:tr w:rsidR="004F328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4F328A" w:rsidRDefault="00A622F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4F328A" w:rsidRDefault="004F32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4F328A" w:rsidRDefault="00A622F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4F328A" w:rsidRDefault="00A622FC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4F328A" w:rsidRDefault="004F32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F32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4F328A" w:rsidRDefault="004F32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4F328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4F328A" w:rsidRDefault="00A622F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F328A" w:rsidRDefault="00A622FC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4F328A" w:rsidRDefault="00A622F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4F328A" w:rsidRDefault="00A622F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</w:tbl>
    <w:p w:rsidR="004F328A" w:rsidRDefault="004F32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F32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فحص واستلام إطار التوقيع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Batter Boards (Setting-Out Frame) Checklist</w:t>
            </w:r>
          </w:p>
        </w:tc>
      </w:tr>
    </w:tbl>
    <w:p w:rsidR="004F328A" w:rsidRDefault="004F32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4F328A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F328A" w:rsidRDefault="00A622F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4F328A" w:rsidRDefault="00A622FC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4F328A" w:rsidRDefault="00A622F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4F328A" w:rsidRDefault="00A622F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4F328A" w:rsidRDefault="00A622F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4F328A" w:rsidRDefault="00A622F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استلام أبعاد إطار التوقيع بحيث تكون أكبر من أبعاد قاع الحفر بمسافة تمنع تأثرها بالحفر.</w:t>
            </w:r>
          </w:p>
        </w:tc>
        <w:tc>
          <w:tcPr>
            <w:tcW w:w="3402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Batter board dimensions exceed the excavation bottom by a distance that keeps them unaffected by excavation.</w:t>
            </w: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شد خيط للتأكد من استقامة أضلاع إطار التوقيع.</w:t>
            </w:r>
          </w:p>
        </w:tc>
        <w:tc>
          <w:tcPr>
            <w:tcW w:w="3402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 string line is stretched to check straightness of all sides.</w:t>
            </w: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تقوية جميع الأضلاع بالخوابير أو الشكالات في حالة كون إطار التوقيع على ارتفاع أعلى من الأرض الطبيعية.</w:t>
            </w:r>
          </w:p>
        </w:tc>
        <w:tc>
          <w:tcPr>
            <w:tcW w:w="3402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sides are braced with stakes or struts where the frame is raised above natural ground.</w:t>
            </w: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أفقية كل ضلع من أضلاع إطار التوقيع بواسطة ميزان المياه.</w:t>
            </w:r>
          </w:p>
        </w:tc>
        <w:tc>
          <w:tcPr>
            <w:tcW w:w="3402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Each side is checked for level using a water level.</w:t>
            </w: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أفقية أضلاع إطار التوقيع عند أماكن الالتقاء.</w:t>
            </w:r>
          </w:p>
        </w:tc>
        <w:tc>
          <w:tcPr>
            <w:tcW w:w="3402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Sides are checked for level at the junctions.</w:t>
            </w: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الزوايا المحصورة بين الأضلاع عن طريق نظرية فيثاغورس.</w:t>
            </w:r>
          </w:p>
        </w:tc>
        <w:tc>
          <w:tcPr>
            <w:tcW w:w="3402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Angles between sides are checked using the 3-4-5 (Pythagoras) method.</w:t>
            </w: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عدم حدوث أي حركة في زوايا الالتقاء بين أضلاع إطار التوقيع بأن يتم تقويتها جيدا.</w:t>
            </w:r>
          </w:p>
        </w:tc>
        <w:tc>
          <w:tcPr>
            <w:tcW w:w="3402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Junction corners are well braced with no movement.</w:t>
            </w: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  <w:tr w:rsidR="004F328A">
        <w:trPr>
          <w:cantSplit/>
          <w:jc w:val="center"/>
        </w:trPr>
        <w:tc>
          <w:tcPr>
            <w:tcW w:w="397" w:type="dxa"/>
            <w:vAlign w:val="center"/>
          </w:tcPr>
          <w:p w:rsidR="004F328A" w:rsidRDefault="00A622F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المحاور على إطار التوقيع.</w:t>
            </w:r>
          </w:p>
        </w:tc>
        <w:tc>
          <w:tcPr>
            <w:tcW w:w="3402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Grid lines are marked and checked on the batter boards.</w:t>
            </w: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F328A" w:rsidRDefault="004F328A">
            <w:pPr>
              <w:bidi/>
              <w:spacing w:line="240" w:lineRule="auto"/>
              <w:jc w:val="center"/>
            </w:pPr>
          </w:p>
        </w:tc>
      </w:tr>
    </w:tbl>
    <w:p w:rsidR="004F328A" w:rsidRDefault="004F32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4F328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F328A" w:rsidRDefault="00A622F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202، ASTM D1557 / D1556، تقرير التربة ومواصفات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202, ASTM D1557 / D1556, soil report and project specifications; Saudi Building Code SBC 303, SBC 304, SBC 305, SBC 306</w:t>
            </w:r>
          </w:p>
        </w:tc>
      </w:tr>
      <w:tr w:rsidR="004F328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4F328A" w:rsidRDefault="00A622F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تقرير التربة ☐ نتائج الكثافة الحقلية ☐ الرفع المساحي</w:t>
            </w:r>
          </w:p>
        </w:tc>
        <w:tc>
          <w:tcPr>
            <w:tcW w:w="4309" w:type="dxa"/>
            <w:vAlign w:val="center"/>
          </w:tcPr>
          <w:p w:rsidR="004F328A" w:rsidRDefault="00A622F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Soil report   ☐ Field density results   ☐ Survey records</w:t>
            </w:r>
          </w:p>
        </w:tc>
      </w:tr>
    </w:tbl>
    <w:p w:rsidR="004F328A" w:rsidRDefault="004F32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F328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F328A" w:rsidRDefault="00A622F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F328A" w:rsidRDefault="00A622FC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F328A" w:rsidRDefault="004F328A">
            <w:pPr>
              <w:keepNext/>
              <w:bidi/>
              <w:spacing w:line="240" w:lineRule="auto"/>
            </w:pPr>
          </w:p>
        </w:tc>
      </w:tr>
    </w:tbl>
    <w:p w:rsidR="004F328A" w:rsidRDefault="004F32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F32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F328A" w:rsidRDefault="00A622F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4F328A" w:rsidRDefault="00A622FC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4F328A" w:rsidRDefault="00A622F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F328A" w:rsidRDefault="00A622F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F328A" w:rsidRDefault="00A622F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F328A" w:rsidRDefault="00A622F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F328A" w:rsidRDefault="00A622F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F328A" w:rsidRDefault="00A622F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F328A" w:rsidRDefault="00A622F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F328A" w:rsidRDefault="00A622F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F328A" w:rsidRDefault="004F32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F32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F328A" w:rsidRDefault="00A622FC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F328A" w:rsidRDefault="00A622FC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F328A" w:rsidRDefault="00A622F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4F328A" w:rsidRDefault="00A622F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F328A" w:rsidRDefault="00A622F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4F328A" w:rsidRDefault="00A622F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F328A" w:rsidRDefault="00A622F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4F328A" w:rsidRDefault="00A622F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4F328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F328A" w:rsidRDefault="00A622F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F328A" w:rsidRDefault="00A622F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F328A" w:rsidRDefault="00A622F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F328A" w:rsidRDefault="00A622F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F328A" w:rsidRDefault="00A622F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F328A" w:rsidRDefault="00A622F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F328A" w:rsidRDefault="00A622F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F328A" w:rsidRDefault="00A622F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F328A" w:rsidRDefault="00A622F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F328A" w:rsidRDefault="00A622F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F328A" w:rsidRDefault="00A622F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F328A" w:rsidRDefault="004F328A">
      <w:pPr>
        <w:spacing w:line="20" w:lineRule="exact"/>
      </w:pPr>
    </w:p>
    <w:sectPr w:rsidR="004F328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622FC" w:rsidRDefault="00A622FC">
      <w:pPr>
        <w:spacing w:line="240" w:lineRule="auto"/>
      </w:pPr>
      <w:r>
        <w:separator/>
      </w:r>
    </w:p>
  </w:endnote>
  <w:endnote w:type="continuationSeparator" w:id="0">
    <w:p w:rsidR="00A622FC" w:rsidRDefault="00A622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F328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F328A" w:rsidRDefault="00A622F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F328A" w:rsidRDefault="00A622FC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ACE-QC-CIV-003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622FC" w:rsidRDefault="00A622FC">
      <w:pPr>
        <w:spacing w:line="240" w:lineRule="auto"/>
      </w:pPr>
      <w:r>
        <w:separator/>
      </w:r>
    </w:p>
  </w:footnote>
  <w:footnote w:type="continuationSeparator" w:id="0">
    <w:p w:rsidR="00A622FC" w:rsidRDefault="00A622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F328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F328A" w:rsidRDefault="00A622FC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F328A" w:rsidRDefault="00A622FC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F328A" w:rsidRDefault="00A622F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F328A" w:rsidRDefault="00A622F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4F328A" w:rsidRDefault="00A622F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ACE-QC-CIV-003</w:t>
          </w:r>
        </w:p>
      </w:tc>
    </w:tr>
    <w:tr w:rsidR="004F328A">
      <w:trPr>
        <w:trHeight w:val="283"/>
        <w:jc w:val="center"/>
      </w:trPr>
      <w:tc>
        <w:tcPr>
          <w:tcW w:w="2041" w:type="dxa"/>
          <w:vMerge/>
          <w:vAlign w:val="center"/>
        </w:tcPr>
        <w:p w:rsidR="004F328A" w:rsidRDefault="004F328A"/>
      </w:tc>
      <w:tc>
        <w:tcPr>
          <w:tcW w:w="5669" w:type="dxa"/>
          <w:vMerge/>
          <w:vAlign w:val="center"/>
        </w:tcPr>
        <w:p w:rsidR="004F328A" w:rsidRDefault="004F328A"/>
      </w:tc>
      <w:tc>
        <w:tcPr>
          <w:tcW w:w="1361" w:type="dxa"/>
          <w:shd w:val="clear" w:color="auto" w:fill="F2F2F2"/>
          <w:vAlign w:val="center"/>
        </w:tcPr>
        <w:p w:rsidR="004F328A" w:rsidRDefault="00A622F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F328A" w:rsidRDefault="00A622F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4F328A">
      <w:trPr>
        <w:trHeight w:val="283"/>
        <w:jc w:val="center"/>
      </w:trPr>
      <w:tc>
        <w:tcPr>
          <w:tcW w:w="2041" w:type="dxa"/>
          <w:vMerge/>
          <w:vAlign w:val="center"/>
        </w:tcPr>
        <w:p w:rsidR="004F328A" w:rsidRDefault="004F328A"/>
      </w:tc>
      <w:tc>
        <w:tcPr>
          <w:tcW w:w="5669" w:type="dxa"/>
          <w:vMerge w:val="restart"/>
          <w:shd w:val="clear" w:color="auto" w:fill="E7E6E6"/>
          <w:vAlign w:val="center"/>
        </w:tcPr>
        <w:p w:rsidR="004F328A" w:rsidRDefault="00A622FC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إطار التوقيع (الخنزيرة)</w:t>
          </w:r>
        </w:p>
        <w:p w:rsidR="004F328A" w:rsidRDefault="00A622F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Batter Boards (Setting-Out Frame)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4F328A" w:rsidRDefault="00A622F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F328A" w:rsidRDefault="00A622FC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F328A">
      <w:trPr>
        <w:trHeight w:val="283"/>
        <w:jc w:val="center"/>
      </w:trPr>
      <w:tc>
        <w:tcPr>
          <w:tcW w:w="2041" w:type="dxa"/>
          <w:vMerge/>
          <w:vAlign w:val="center"/>
        </w:tcPr>
        <w:p w:rsidR="004F328A" w:rsidRDefault="004F328A"/>
      </w:tc>
      <w:tc>
        <w:tcPr>
          <w:tcW w:w="5669" w:type="dxa"/>
          <w:vMerge/>
          <w:vAlign w:val="center"/>
        </w:tcPr>
        <w:p w:rsidR="004F328A" w:rsidRDefault="004F328A"/>
      </w:tc>
      <w:tc>
        <w:tcPr>
          <w:tcW w:w="1361" w:type="dxa"/>
          <w:shd w:val="clear" w:color="auto" w:fill="F2F2F2"/>
          <w:vAlign w:val="center"/>
        </w:tcPr>
        <w:p w:rsidR="004F328A" w:rsidRDefault="00A622F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F328A" w:rsidRDefault="00A622FC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F328A" w:rsidRDefault="004F328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1979249">
    <w:abstractNumId w:val="8"/>
  </w:num>
  <w:num w:numId="2" w16cid:durableId="967442621">
    <w:abstractNumId w:val="6"/>
  </w:num>
  <w:num w:numId="3" w16cid:durableId="874730374">
    <w:abstractNumId w:val="5"/>
  </w:num>
  <w:num w:numId="4" w16cid:durableId="738787458">
    <w:abstractNumId w:val="4"/>
  </w:num>
  <w:num w:numId="5" w16cid:durableId="134952865">
    <w:abstractNumId w:val="7"/>
  </w:num>
  <w:num w:numId="6" w16cid:durableId="1052652810">
    <w:abstractNumId w:val="3"/>
  </w:num>
  <w:num w:numId="7" w16cid:durableId="877428463">
    <w:abstractNumId w:val="2"/>
  </w:num>
  <w:num w:numId="8" w16cid:durableId="136730016">
    <w:abstractNumId w:val="1"/>
  </w:num>
  <w:num w:numId="9" w16cid:durableId="300615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328A"/>
    <w:rsid w:val="005C0D99"/>
    <w:rsid w:val="00A622FC"/>
    <w:rsid w:val="00AA1D8D"/>
    <w:rsid w:val="00B47730"/>
    <w:rsid w:val="00CB0664"/>
    <w:rsid w:val="00FA48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122DA95-AD3D-4BA8-BA49-C52FB986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ACE_QC-CIV-003_Batter_Boards_20261009_v4.dotx</Template>
  <TotalTime>0</TotalTime>
  <Pages>1</Pages>
  <Words>547</Words>
  <Characters>3118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ACE-QC-CIV-003 Batter Boards (Setting-Out Frame) Inspection</dc:title>
  <dc:subject>فحص واستلام إطار التوقيع (الخنزيرة)</dc:subject>
  <dc:creator>Ahmed Fathy</dc:creator>
  <cp:keywords>QC; ITP; Inspection</cp:keywords>
  <dc:description/>
  <cp:lastModifiedBy>Ahmed Fathy</cp:lastModifiedBy>
  <cp:revision>2</cp:revision>
  <dcterms:created xsi:type="dcterms:W3CDTF">2026-11-03T20:13:00Z</dcterms:created>
  <dcterms:modified xsi:type="dcterms:W3CDTF">2026-11-03T20:13:00Z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