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1437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41437A" w:rsidRDefault="00C81E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41437A" w:rsidRDefault="0041437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1437A" w:rsidRDefault="00C81E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1437A" w:rsidRDefault="0041437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41437A" w:rsidRDefault="00C81E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41437A" w:rsidRDefault="0041437A">
            <w:pPr>
              <w:bidi/>
              <w:spacing w:line="240" w:lineRule="auto"/>
            </w:pPr>
          </w:p>
        </w:tc>
      </w:tr>
      <w:tr w:rsidR="0041437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41437A" w:rsidRDefault="00C81E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41437A" w:rsidRDefault="0041437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41437A" w:rsidRDefault="00C81E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41437A" w:rsidRDefault="0041437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41437A" w:rsidRDefault="00C81E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41437A" w:rsidRDefault="0041437A">
            <w:pPr>
              <w:bidi/>
              <w:spacing w:line="240" w:lineRule="auto"/>
            </w:pPr>
          </w:p>
        </w:tc>
      </w:tr>
      <w:tr w:rsidR="0041437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41437A" w:rsidRDefault="00C81E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41437A" w:rsidRDefault="0041437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41437A" w:rsidRDefault="00C81E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41437A" w:rsidRDefault="00C81EEB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41437A" w:rsidRDefault="004143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1437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41437A" w:rsidRDefault="004143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41437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41437A" w:rsidRDefault="00C81EE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1437A" w:rsidRDefault="00C81EEB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41437A" w:rsidRDefault="00C81EE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41437A" w:rsidRDefault="00C81EE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</w:tbl>
    <w:p w:rsidR="0041437A" w:rsidRDefault="004143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1437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فحص واستلام أعمال الإحلال طبقة رقم (..........)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Soil Replacement Inspection (Layer No. ....)</w:t>
            </w:r>
          </w:p>
        </w:tc>
      </w:tr>
    </w:tbl>
    <w:p w:rsidR="0041437A" w:rsidRDefault="004143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41437A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1437A" w:rsidRDefault="00C81EE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41437A" w:rsidRDefault="00C81EEB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41437A" w:rsidRDefault="00C81EE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41437A" w:rsidRDefault="00C81EE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41437A" w:rsidRDefault="00C81EE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41437A" w:rsidRDefault="00C81EE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منسوب طبقة الإحلال (منسوب التأسيس).</w:t>
            </w:r>
          </w:p>
        </w:tc>
        <w:tc>
          <w:tcPr>
            <w:tcW w:w="3402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Replacement layer level (foundation level) is checked.</w:t>
            </w: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سمك طبقة الإحلال طبقا لتوصيات الاستشاري.</w:t>
            </w:r>
          </w:p>
        </w:tc>
        <w:tc>
          <w:tcPr>
            <w:tcW w:w="3402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Replacement layer thickness complies with the consultant recommendations.</w:t>
            </w: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طريقة الدمك المستخدمة طبقا لتوصيات الاستشاري / دمك ميكانيكي / ستاتيكي / دمك بالعجن / دمك بالهز.</w:t>
            </w:r>
          </w:p>
        </w:tc>
        <w:tc>
          <w:tcPr>
            <w:tcW w:w="3402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Compaction method complies with the consultant recommendations (mechanical / static / kneading / vibratory).</w:t>
            </w: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الوزن المستخدم في الدمك طبقا لتعليمات الاستشاري.</w:t>
            </w:r>
          </w:p>
        </w:tc>
        <w:tc>
          <w:tcPr>
            <w:tcW w:w="3402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Compaction equipment weight complies with the consultant instructions.</w:t>
            </w: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نتيجة اختبار الدمك قبل البدء في الطبقة التالية.</w:t>
            </w:r>
          </w:p>
        </w:tc>
        <w:tc>
          <w:tcPr>
            <w:tcW w:w="3402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Compaction test result is accepted before starting the next layer.</w:t>
            </w: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  <w:tr w:rsidR="0041437A">
        <w:trPr>
          <w:cantSplit/>
          <w:jc w:val="center"/>
        </w:trPr>
        <w:tc>
          <w:tcPr>
            <w:tcW w:w="397" w:type="dxa"/>
            <w:vAlign w:val="center"/>
          </w:tcPr>
          <w:p w:rsidR="0041437A" w:rsidRDefault="00C81E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طبقة الإحلال للعينة المعتمدة.</w:t>
            </w:r>
          </w:p>
        </w:tc>
        <w:tc>
          <w:tcPr>
            <w:tcW w:w="3402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Replacement material matches the approved sample.</w:t>
            </w: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1437A" w:rsidRDefault="0041437A">
            <w:pPr>
              <w:bidi/>
              <w:spacing w:line="240" w:lineRule="auto"/>
              <w:jc w:val="center"/>
            </w:pPr>
          </w:p>
        </w:tc>
      </w:tr>
    </w:tbl>
    <w:p w:rsidR="0041437A" w:rsidRDefault="004143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41437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1437A" w:rsidRDefault="00C81EE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202، ASTM D1557 / D1556، تقرير التربة ومواصفات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202, ASTM D1557 / D1556, soil report and project specifications; Saudi Building Code SBC 303, SBC 304, SBC 305, SBC 306</w:t>
            </w:r>
          </w:p>
        </w:tc>
      </w:tr>
      <w:tr w:rsidR="0041437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41437A" w:rsidRDefault="00C81EE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تقرير التربة ☐ نتائج الكثافة الحقلية ☐ الرفع المساحي</w:t>
            </w:r>
          </w:p>
        </w:tc>
        <w:tc>
          <w:tcPr>
            <w:tcW w:w="4309" w:type="dxa"/>
            <w:vAlign w:val="center"/>
          </w:tcPr>
          <w:p w:rsidR="0041437A" w:rsidRDefault="00C81EE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Soil report   ☐ Field density results   ☐ Survey records</w:t>
            </w:r>
          </w:p>
        </w:tc>
      </w:tr>
    </w:tbl>
    <w:p w:rsidR="0041437A" w:rsidRDefault="0041437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1437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1437A" w:rsidRDefault="00C81EE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1437A" w:rsidRDefault="00C81EE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1437A" w:rsidRDefault="0041437A">
            <w:pPr>
              <w:keepNext/>
              <w:bidi/>
              <w:spacing w:line="240" w:lineRule="auto"/>
            </w:pPr>
          </w:p>
        </w:tc>
      </w:tr>
    </w:tbl>
    <w:p w:rsidR="0041437A" w:rsidRDefault="0041437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1437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1437A" w:rsidRDefault="00C81EE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41437A" w:rsidRDefault="00C81EE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41437A" w:rsidRDefault="00C81EE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1437A" w:rsidRDefault="00C81E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1437A" w:rsidRDefault="00C81EE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1437A" w:rsidRDefault="00C81E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1437A" w:rsidRDefault="00C81EE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1437A" w:rsidRDefault="00C81E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1437A" w:rsidRDefault="00C81EE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1437A" w:rsidRDefault="00C81E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1437A" w:rsidRDefault="0041437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1437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1437A" w:rsidRDefault="00C81EE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1437A" w:rsidRDefault="00C81EE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1437A" w:rsidRDefault="00C81EE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41437A" w:rsidRDefault="00C81E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1437A" w:rsidRDefault="00C81EE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41437A" w:rsidRDefault="00C81E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1437A" w:rsidRDefault="00C81EE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41437A" w:rsidRDefault="00C81E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41437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1437A" w:rsidRDefault="00C81E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1437A" w:rsidRDefault="00C81E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1437A" w:rsidRDefault="00C81E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1437A" w:rsidRDefault="00C81E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1437A" w:rsidRDefault="00C81E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1437A" w:rsidRDefault="00C81E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1437A" w:rsidRDefault="00C81E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1437A" w:rsidRDefault="00C81E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1437A" w:rsidRDefault="00C81E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1437A" w:rsidRDefault="00C81E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1437A" w:rsidRDefault="00C81E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1437A" w:rsidRDefault="0041437A">
      <w:pPr>
        <w:spacing w:line="20" w:lineRule="exact"/>
      </w:pPr>
    </w:p>
    <w:sectPr w:rsidR="0041437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81EEB" w:rsidRDefault="00C81EEB">
      <w:pPr>
        <w:spacing w:line="240" w:lineRule="auto"/>
      </w:pPr>
      <w:r>
        <w:separator/>
      </w:r>
    </w:p>
  </w:endnote>
  <w:endnote w:type="continuationSeparator" w:id="0">
    <w:p w:rsidR="00C81EEB" w:rsidRDefault="00C81E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1437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1437A" w:rsidRDefault="00C81EE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1437A" w:rsidRDefault="00C81EE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ACE-QC-CIV-002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81EEB" w:rsidRDefault="00C81EEB">
      <w:pPr>
        <w:spacing w:line="240" w:lineRule="auto"/>
      </w:pPr>
      <w:r>
        <w:separator/>
      </w:r>
    </w:p>
  </w:footnote>
  <w:footnote w:type="continuationSeparator" w:id="0">
    <w:p w:rsidR="00C81EEB" w:rsidRDefault="00C81E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1437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1437A" w:rsidRDefault="00C81EE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1437A" w:rsidRDefault="00C81EE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1437A" w:rsidRDefault="00C81EE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1437A" w:rsidRDefault="00C81EE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41437A" w:rsidRDefault="00C81EE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ACE-QC-CIV-002</w:t>
          </w:r>
        </w:p>
      </w:tc>
    </w:tr>
    <w:tr w:rsidR="0041437A">
      <w:trPr>
        <w:trHeight w:val="283"/>
        <w:jc w:val="center"/>
      </w:trPr>
      <w:tc>
        <w:tcPr>
          <w:tcW w:w="2041" w:type="dxa"/>
          <w:vMerge/>
          <w:vAlign w:val="center"/>
        </w:tcPr>
        <w:p w:rsidR="0041437A" w:rsidRDefault="0041437A"/>
      </w:tc>
      <w:tc>
        <w:tcPr>
          <w:tcW w:w="5669" w:type="dxa"/>
          <w:vMerge/>
          <w:vAlign w:val="center"/>
        </w:tcPr>
        <w:p w:rsidR="0041437A" w:rsidRDefault="0041437A"/>
      </w:tc>
      <w:tc>
        <w:tcPr>
          <w:tcW w:w="1361" w:type="dxa"/>
          <w:shd w:val="clear" w:color="auto" w:fill="F2F2F2"/>
          <w:vAlign w:val="center"/>
        </w:tcPr>
        <w:p w:rsidR="0041437A" w:rsidRDefault="00C81EE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1437A" w:rsidRDefault="00C81EE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41437A">
      <w:trPr>
        <w:trHeight w:val="283"/>
        <w:jc w:val="center"/>
      </w:trPr>
      <w:tc>
        <w:tcPr>
          <w:tcW w:w="2041" w:type="dxa"/>
          <w:vMerge/>
          <w:vAlign w:val="center"/>
        </w:tcPr>
        <w:p w:rsidR="0041437A" w:rsidRDefault="0041437A"/>
      </w:tc>
      <w:tc>
        <w:tcPr>
          <w:tcW w:w="5669" w:type="dxa"/>
          <w:vMerge w:val="restart"/>
          <w:shd w:val="clear" w:color="auto" w:fill="E7E6E6"/>
          <w:vAlign w:val="center"/>
        </w:tcPr>
        <w:p w:rsidR="0041437A" w:rsidRDefault="00C81EE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الإحلال</w:t>
          </w:r>
        </w:p>
        <w:p w:rsidR="0041437A" w:rsidRDefault="00C81EE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Soil Replacement Inspection (Layer No. ....)</w:t>
          </w:r>
        </w:p>
      </w:tc>
      <w:tc>
        <w:tcPr>
          <w:tcW w:w="1361" w:type="dxa"/>
          <w:shd w:val="clear" w:color="auto" w:fill="F2F2F2"/>
          <w:vAlign w:val="center"/>
        </w:tcPr>
        <w:p w:rsidR="0041437A" w:rsidRDefault="00C81EE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1437A" w:rsidRDefault="00C81EE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1437A">
      <w:trPr>
        <w:trHeight w:val="283"/>
        <w:jc w:val="center"/>
      </w:trPr>
      <w:tc>
        <w:tcPr>
          <w:tcW w:w="2041" w:type="dxa"/>
          <w:vMerge/>
          <w:vAlign w:val="center"/>
        </w:tcPr>
        <w:p w:rsidR="0041437A" w:rsidRDefault="0041437A"/>
      </w:tc>
      <w:tc>
        <w:tcPr>
          <w:tcW w:w="5669" w:type="dxa"/>
          <w:vMerge/>
          <w:vAlign w:val="center"/>
        </w:tcPr>
        <w:p w:rsidR="0041437A" w:rsidRDefault="0041437A"/>
      </w:tc>
      <w:tc>
        <w:tcPr>
          <w:tcW w:w="1361" w:type="dxa"/>
          <w:shd w:val="clear" w:color="auto" w:fill="F2F2F2"/>
          <w:vAlign w:val="center"/>
        </w:tcPr>
        <w:p w:rsidR="0041437A" w:rsidRDefault="00C81EE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1437A" w:rsidRDefault="00C81EE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1437A" w:rsidRDefault="0041437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3456110">
    <w:abstractNumId w:val="8"/>
  </w:num>
  <w:num w:numId="2" w16cid:durableId="1511218554">
    <w:abstractNumId w:val="6"/>
  </w:num>
  <w:num w:numId="3" w16cid:durableId="697657348">
    <w:abstractNumId w:val="5"/>
  </w:num>
  <w:num w:numId="4" w16cid:durableId="557790906">
    <w:abstractNumId w:val="4"/>
  </w:num>
  <w:num w:numId="5" w16cid:durableId="1290089434">
    <w:abstractNumId w:val="7"/>
  </w:num>
  <w:num w:numId="6" w16cid:durableId="1961496335">
    <w:abstractNumId w:val="3"/>
  </w:num>
  <w:num w:numId="7" w16cid:durableId="2138647626">
    <w:abstractNumId w:val="2"/>
  </w:num>
  <w:num w:numId="8" w16cid:durableId="195504861">
    <w:abstractNumId w:val="1"/>
  </w:num>
  <w:num w:numId="9" w16cid:durableId="118790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437A"/>
    <w:rsid w:val="005C0D99"/>
    <w:rsid w:val="00AA1D8D"/>
    <w:rsid w:val="00B32521"/>
    <w:rsid w:val="00B47730"/>
    <w:rsid w:val="00C81E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961D83E-0B78-4000-A2ED-16C97B56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ACE_QC-CIV-002_Soil_Replacement_20261009_v4.dotx</Template>
  <TotalTime>0</TotalTime>
  <Pages>1</Pages>
  <Words>505</Words>
  <Characters>2879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ACE-QC-CIV-002 Soil Replacement Inspection (Layer No. ....)</dc:title>
  <dc:subject>فحص واستلام أعمال الإحلال</dc:subject>
  <dc:creator>Ahmed Fathy</dc:creator>
  <cp:keywords>QC; ITP; Inspection</cp:keywords>
  <dc:description/>
  <cp:lastModifiedBy>Ahmed Fathy</cp:lastModifiedBy>
  <cp:revision>2</cp:revision>
  <dcterms:created xsi:type="dcterms:W3CDTF">2026-11-03T20:13:00Z</dcterms:created>
  <dcterms:modified xsi:type="dcterms:W3CDTF">2026-11-03T20:13:00Z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