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8F69EB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8F69EB" w:rsidRDefault="004A774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8F69EB" w:rsidRDefault="008F69E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8F69EB" w:rsidRDefault="004A774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8F69EB" w:rsidRDefault="008F69E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8F69EB" w:rsidRDefault="004A774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8F69EB" w:rsidRDefault="008F69EB">
            <w:pPr>
              <w:bidi/>
              <w:spacing w:line="240" w:lineRule="auto"/>
            </w:pPr>
          </w:p>
        </w:tc>
      </w:tr>
      <w:tr w:rsidR="008F69EB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8F69EB" w:rsidRDefault="004A774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8F69EB" w:rsidRDefault="008F69E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8F69EB" w:rsidRDefault="004A774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8F69EB" w:rsidRDefault="008F69E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8F69EB" w:rsidRDefault="004A774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8F69EB" w:rsidRDefault="008F69EB">
            <w:pPr>
              <w:bidi/>
              <w:spacing w:line="240" w:lineRule="auto"/>
            </w:pPr>
          </w:p>
        </w:tc>
      </w:tr>
      <w:tr w:rsidR="008F69EB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8F69EB" w:rsidRDefault="004A774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8F69EB" w:rsidRDefault="008F69E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8F69EB" w:rsidRDefault="004A774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8F69EB" w:rsidRDefault="004A774A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8F69EB" w:rsidRDefault="008F69E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8F69E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8F69EB" w:rsidRDefault="004A774A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8F69EB" w:rsidRDefault="008F69E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8F69EB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8F69EB" w:rsidRDefault="004A774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8F69EB" w:rsidRDefault="004A774A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8F69EB" w:rsidRDefault="004A774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8F69EB" w:rsidRDefault="004A774A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8F69EB" w:rsidRDefault="004A774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8F69EB" w:rsidRDefault="004A774A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8F69EB" w:rsidRDefault="004A774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8F69EB" w:rsidRDefault="004A774A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8F69EB">
        <w:trPr>
          <w:cantSplit/>
          <w:jc w:val="center"/>
        </w:trPr>
        <w:tc>
          <w:tcPr>
            <w:tcW w:w="397" w:type="dxa"/>
            <w:vAlign w:val="center"/>
          </w:tcPr>
          <w:p w:rsidR="008F69EB" w:rsidRDefault="004A774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8F69EB" w:rsidRDefault="004A774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</w:tr>
      <w:tr w:rsidR="008F69EB">
        <w:trPr>
          <w:cantSplit/>
          <w:jc w:val="center"/>
        </w:trPr>
        <w:tc>
          <w:tcPr>
            <w:tcW w:w="397" w:type="dxa"/>
            <w:vAlign w:val="center"/>
          </w:tcPr>
          <w:p w:rsidR="008F69EB" w:rsidRDefault="004A774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8F69EB" w:rsidRDefault="004A774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</w:tr>
      <w:tr w:rsidR="008F69EB">
        <w:trPr>
          <w:cantSplit/>
          <w:jc w:val="center"/>
        </w:trPr>
        <w:tc>
          <w:tcPr>
            <w:tcW w:w="397" w:type="dxa"/>
            <w:vAlign w:val="center"/>
          </w:tcPr>
          <w:p w:rsidR="008F69EB" w:rsidRDefault="004A774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8F69EB" w:rsidRDefault="004A774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</w:tr>
      <w:tr w:rsidR="008F69EB">
        <w:trPr>
          <w:cantSplit/>
          <w:jc w:val="center"/>
        </w:trPr>
        <w:tc>
          <w:tcPr>
            <w:tcW w:w="397" w:type="dxa"/>
            <w:vAlign w:val="center"/>
          </w:tcPr>
          <w:p w:rsidR="008F69EB" w:rsidRDefault="004A774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8F69EB" w:rsidRDefault="004A774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</w:tr>
      <w:tr w:rsidR="008F69EB">
        <w:trPr>
          <w:cantSplit/>
          <w:jc w:val="center"/>
        </w:trPr>
        <w:tc>
          <w:tcPr>
            <w:tcW w:w="397" w:type="dxa"/>
            <w:vAlign w:val="center"/>
          </w:tcPr>
          <w:p w:rsidR="008F69EB" w:rsidRDefault="004A774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8F69EB" w:rsidRDefault="004A774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</w:tr>
      <w:tr w:rsidR="008F69EB">
        <w:trPr>
          <w:cantSplit/>
          <w:jc w:val="center"/>
        </w:trPr>
        <w:tc>
          <w:tcPr>
            <w:tcW w:w="397" w:type="dxa"/>
            <w:vAlign w:val="center"/>
          </w:tcPr>
          <w:p w:rsidR="008F69EB" w:rsidRDefault="004A774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8F69EB" w:rsidRDefault="004A774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</w:tr>
      <w:tr w:rsidR="008F69EB">
        <w:trPr>
          <w:cantSplit/>
          <w:jc w:val="center"/>
        </w:trPr>
        <w:tc>
          <w:tcPr>
            <w:tcW w:w="397" w:type="dxa"/>
            <w:vAlign w:val="center"/>
          </w:tcPr>
          <w:p w:rsidR="008F69EB" w:rsidRDefault="004A774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8F69EB" w:rsidRDefault="004A774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</w:tr>
      <w:tr w:rsidR="008F69EB">
        <w:trPr>
          <w:cantSplit/>
          <w:jc w:val="center"/>
        </w:trPr>
        <w:tc>
          <w:tcPr>
            <w:tcW w:w="397" w:type="dxa"/>
            <w:vAlign w:val="center"/>
          </w:tcPr>
          <w:p w:rsidR="008F69EB" w:rsidRDefault="004A774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8F69EB" w:rsidRDefault="004A774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</w:tr>
    </w:tbl>
    <w:p w:rsidR="008F69EB" w:rsidRDefault="008F69E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8F69E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الوزرات الخشبية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8F69EB" w:rsidRDefault="004A774A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Timber Skirting Checklist</w:t>
            </w:r>
          </w:p>
        </w:tc>
      </w:tr>
    </w:tbl>
    <w:p w:rsidR="008F69EB" w:rsidRDefault="008F69E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8F69EB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8F69EB" w:rsidRDefault="004A774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8F69EB" w:rsidRDefault="004A774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8F69EB" w:rsidRDefault="004A774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8F69EB" w:rsidRDefault="004A774A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8F69EB" w:rsidRDefault="004A774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8F69EB" w:rsidRDefault="004A774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8F69EB" w:rsidRDefault="004A774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8F69EB" w:rsidRDefault="004A774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8F69EB" w:rsidRDefault="004A774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8F69EB" w:rsidRDefault="004A774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8F69EB" w:rsidRDefault="004A774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8F69EB" w:rsidRDefault="004A774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8F69EB">
        <w:trPr>
          <w:cantSplit/>
          <w:jc w:val="center"/>
        </w:trPr>
        <w:tc>
          <w:tcPr>
            <w:tcW w:w="397" w:type="dxa"/>
            <w:vAlign w:val="center"/>
          </w:tcPr>
          <w:p w:rsidR="008F69EB" w:rsidRDefault="004A774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نوع الخشب والمقطع واللون مطابق للعينة المعتمدة.</w:t>
            </w:r>
          </w:p>
        </w:tc>
        <w:tc>
          <w:tcPr>
            <w:tcW w:w="3402" w:type="dxa"/>
            <w:vAlign w:val="center"/>
          </w:tcPr>
          <w:p w:rsidR="008F69EB" w:rsidRDefault="004A774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Timber, profile and colour match the approved sample.</w:t>
            </w:r>
          </w:p>
        </w:tc>
        <w:tc>
          <w:tcPr>
            <w:tcW w:w="595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</w:tr>
      <w:tr w:rsidR="008F69EB">
        <w:trPr>
          <w:cantSplit/>
          <w:jc w:val="center"/>
        </w:trPr>
        <w:tc>
          <w:tcPr>
            <w:tcW w:w="397" w:type="dxa"/>
            <w:vAlign w:val="center"/>
          </w:tcPr>
          <w:p w:rsidR="008F69EB" w:rsidRDefault="004A774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انتهاء الأرضيات والدهانات قبل التركيب.</w:t>
            </w:r>
          </w:p>
        </w:tc>
        <w:tc>
          <w:tcPr>
            <w:tcW w:w="3402" w:type="dxa"/>
            <w:vAlign w:val="center"/>
          </w:tcPr>
          <w:p w:rsidR="008F69EB" w:rsidRDefault="004A774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Flooring and painting completed before fixing.</w:t>
            </w:r>
          </w:p>
        </w:tc>
        <w:tc>
          <w:tcPr>
            <w:tcW w:w="595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</w:tr>
      <w:tr w:rsidR="008F69EB">
        <w:trPr>
          <w:cantSplit/>
          <w:jc w:val="center"/>
        </w:trPr>
        <w:tc>
          <w:tcPr>
            <w:tcW w:w="397" w:type="dxa"/>
            <w:vAlign w:val="center"/>
          </w:tcPr>
          <w:p w:rsidR="008F69EB" w:rsidRDefault="004A774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استقامة الحائط عند منسوب النعلة.</w:t>
            </w:r>
          </w:p>
        </w:tc>
        <w:tc>
          <w:tcPr>
            <w:tcW w:w="3402" w:type="dxa"/>
            <w:vAlign w:val="center"/>
          </w:tcPr>
          <w:p w:rsidR="008F69EB" w:rsidRDefault="004A774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Wall is straight at skirting level.</w:t>
            </w:r>
          </w:p>
        </w:tc>
        <w:tc>
          <w:tcPr>
            <w:tcW w:w="595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</w:tr>
      <w:tr w:rsidR="008F69EB">
        <w:trPr>
          <w:cantSplit/>
          <w:jc w:val="center"/>
        </w:trPr>
        <w:tc>
          <w:tcPr>
            <w:tcW w:w="397" w:type="dxa"/>
            <w:vAlign w:val="center"/>
          </w:tcPr>
          <w:p w:rsidR="008F69EB" w:rsidRDefault="004A774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التثبيت باللاصق أو المسامير المخفية على المسافات المحددة.</w:t>
            </w:r>
          </w:p>
        </w:tc>
        <w:tc>
          <w:tcPr>
            <w:tcW w:w="3402" w:type="dxa"/>
            <w:vAlign w:val="center"/>
          </w:tcPr>
          <w:p w:rsidR="008F69EB" w:rsidRDefault="004A774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Fixed with adhesive or concealed nails at specified spacing.</w:t>
            </w:r>
          </w:p>
        </w:tc>
        <w:tc>
          <w:tcPr>
            <w:tcW w:w="595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</w:tr>
      <w:tr w:rsidR="008F69EB">
        <w:trPr>
          <w:cantSplit/>
          <w:jc w:val="center"/>
        </w:trPr>
        <w:tc>
          <w:tcPr>
            <w:tcW w:w="397" w:type="dxa"/>
            <w:vAlign w:val="center"/>
          </w:tcPr>
          <w:p w:rsidR="008F69EB" w:rsidRDefault="004A774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الزوايا الداخلية والخارجية مقطوعة بزاوية 45 درجة ومحكمة.</w:t>
            </w:r>
          </w:p>
        </w:tc>
        <w:tc>
          <w:tcPr>
            <w:tcW w:w="3402" w:type="dxa"/>
            <w:vAlign w:val="center"/>
          </w:tcPr>
          <w:p w:rsidR="008F69EB" w:rsidRDefault="004A774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Internal and external corners mitred at 45 degrees and tight.</w:t>
            </w:r>
          </w:p>
        </w:tc>
        <w:tc>
          <w:tcPr>
            <w:tcW w:w="595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</w:tr>
      <w:tr w:rsidR="008F69EB">
        <w:trPr>
          <w:cantSplit/>
          <w:jc w:val="center"/>
        </w:trPr>
        <w:tc>
          <w:tcPr>
            <w:tcW w:w="397" w:type="dxa"/>
            <w:vAlign w:val="center"/>
          </w:tcPr>
          <w:p w:rsidR="008F69EB" w:rsidRDefault="004A774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 فاصل التمدد للأرضيات الخشبية خلف النعلة.</w:t>
            </w:r>
          </w:p>
        </w:tc>
        <w:tc>
          <w:tcPr>
            <w:tcW w:w="3402" w:type="dxa"/>
            <w:vAlign w:val="center"/>
          </w:tcPr>
          <w:p w:rsidR="008F69EB" w:rsidRDefault="004A774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Expansion gap of timber floors concealed behind the skirting.</w:t>
            </w:r>
          </w:p>
        </w:tc>
        <w:tc>
          <w:tcPr>
            <w:tcW w:w="595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</w:tr>
      <w:tr w:rsidR="008F69EB">
        <w:trPr>
          <w:cantSplit/>
          <w:jc w:val="center"/>
        </w:trPr>
        <w:tc>
          <w:tcPr>
            <w:tcW w:w="397" w:type="dxa"/>
            <w:vAlign w:val="center"/>
          </w:tcPr>
          <w:p w:rsidR="008F69EB" w:rsidRDefault="004A774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عدم وجود فراغ بين النعلة والأرضية أو الحائط.</w:t>
            </w:r>
          </w:p>
        </w:tc>
        <w:tc>
          <w:tcPr>
            <w:tcW w:w="3402" w:type="dxa"/>
            <w:vAlign w:val="center"/>
          </w:tcPr>
          <w:p w:rsidR="008F69EB" w:rsidRDefault="004A774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No gap between skirting and floor or wall.</w:t>
            </w:r>
          </w:p>
        </w:tc>
        <w:tc>
          <w:tcPr>
            <w:tcW w:w="595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</w:tr>
      <w:tr w:rsidR="008F69EB">
        <w:trPr>
          <w:cantSplit/>
          <w:jc w:val="center"/>
        </w:trPr>
        <w:tc>
          <w:tcPr>
            <w:tcW w:w="397" w:type="dxa"/>
            <w:vAlign w:val="center"/>
          </w:tcPr>
          <w:p w:rsidR="008F69EB" w:rsidRDefault="004A774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معالجة رؤوس المسامير والوصلات بالمعجون واللون.</w:t>
            </w:r>
          </w:p>
        </w:tc>
        <w:tc>
          <w:tcPr>
            <w:tcW w:w="3402" w:type="dxa"/>
            <w:vAlign w:val="center"/>
          </w:tcPr>
          <w:p w:rsidR="008F69EB" w:rsidRDefault="004A774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Nail heads and joints filled and colour-matched.</w:t>
            </w:r>
          </w:p>
        </w:tc>
        <w:tc>
          <w:tcPr>
            <w:tcW w:w="595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F69EB" w:rsidRDefault="008F69EB">
            <w:pPr>
              <w:bidi/>
              <w:spacing w:line="240" w:lineRule="auto"/>
              <w:jc w:val="center"/>
            </w:pPr>
          </w:p>
        </w:tc>
      </w:tr>
    </w:tbl>
    <w:p w:rsidR="008F69EB" w:rsidRDefault="008F69E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8F69EB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8F69EB" w:rsidRDefault="004A774A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العينة المعتمدة، تعليمات المصنع، كود البناء السعودي SBC 201 و SBC 801</w:t>
            </w:r>
          </w:p>
        </w:tc>
        <w:tc>
          <w:tcPr>
            <w:tcW w:w="4309" w:type="dxa"/>
            <w:vAlign w:val="center"/>
          </w:tcPr>
          <w:p w:rsidR="008F69EB" w:rsidRDefault="004A774A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approved sample, manufacturer instructions; Saudi Building Code SBC 201, SBC 801</w:t>
            </w:r>
          </w:p>
        </w:tc>
      </w:tr>
      <w:tr w:rsidR="008F69EB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8F69EB" w:rsidRDefault="004A774A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العينة والمادة ☐ المخططات التنفيذية ☐ جدول الأبواب والشبابيك</w:t>
            </w:r>
          </w:p>
        </w:tc>
        <w:tc>
          <w:tcPr>
            <w:tcW w:w="4309" w:type="dxa"/>
            <w:vAlign w:val="center"/>
          </w:tcPr>
          <w:p w:rsidR="008F69EB" w:rsidRDefault="004A774A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Sample and material approval   ☐ Shop drawings   ☐ Door / window schedule</w:t>
            </w:r>
          </w:p>
        </w:tc>
      </w:tr>
    </w:tbl>
    <w:p w:rsidR="008F69EB" w:rsidRDefault="008F69E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8F69EB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F69EB" w:rsidRDefault="004A774A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8F69EB" w:rsidRDefault="004A774A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8F69EB" w:rsidRDefault="008F69EB">
            <w:pPr>
              <w:keepNext/>
              <w:bidi/>
              <w:spacing w:line="240" w:lineRule="auto"/>
            </w:pPr>
          </w:p>
        </w:tc>
      </w:tr>
    </w:tbl>
    <w:p w:rsidR="008F69EB" w:rsidRDefault="008F69E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8F69E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F69EB" w:rsidRDefault="004A774A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8F69EB" w:rsidRDefault="004A774A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8F69EB" w:rsidRDefault="004A774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8F69EB" w:rsidRDefault="004A774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8F69EB" w:rsidRDefault="004A774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8F69EB" w:rsidRDefault="004A774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8F69EB" w:rsidRDefault="004A774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8F69EB" w:rsidRDefault="004A774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8F69EB" w:rsidRDefault="004A774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8F69EB" w:rsidRDefault="004A774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8F69EB" w:rsidRDefault="008F69E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8F69E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F69EB" w:rsidRDefault="004A774A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8F69EB" w:rsidRDefault="004A774A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F69EB" w:rsidRDefault="004A774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8F69EB" w:rsidRDefault="004A774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F69EB" w:rsidRDefault="004A774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8F69EB" w:rsidRDefault="004A774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F69EB" w:rsidRDefault="004A774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8F69EB" w:rsidRDefault="004A774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8F69EB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F69EB" w:rsidRDefault="004A774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8F69EB" w:rsidRDefault="004A774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8F69EB" w:rsidRDefault="004A774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F69EB" w:rsidRDefault="004A774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F69EB" w:rsidRDefault="004A774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8F69EB" w:rsidRDefault="004A774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F69EB" w:rsidRDefault="004A774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F69EB" w:rsidRDefault="004A774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8F69EB" w:rsidRDefault="004A774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F69EB" w:rsidRDefault="004A774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F69EB" w:rsidRDefault="004A774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8F69EB" w:rsidRDefault="008F69EB">
      <w:pPr>
        <w:spacing w:line="20" w:lineRule="exact"/>
      </w:pPr>
    </w:p>
    <w:sectPr w:rsidR="008F69EB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A774A" w:rsidRDefault="004A774A">
      <w:pPr>
        <w:spacing w:line="240" w:lineRule="auto"/>
      </w:pPr>
      <w:r>
        <w:separator/>
      </w:r>
    </w:p>
  </w:endnote>
  <w:endnote w:type="continuationSeparator" w:id="0">
    <w:p w:rsidR="004A774A" w:rsidRDefault="004A77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8F69EB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8F69EB" w:rsidRDefault="004A774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8F69EB" w:rsidRDefault="004A774A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ACE-QC-ARC-038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A774A" w:rsidRDefault="004A774A">
      <w:pPr>
        <w:spacing w:line="240" w:lineRule="auto"/>
      </w:pPr>
      <w:r>
        <w:separator/>
      </w:r>
    </w:p>
  </w:footnote>
  <w:footnote w:type="continuationSeparator" w:id="0">
    <w:p w:rsidR="004A774A" w:rsidRDefault="004A77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8F69EB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8F69EB" w:rsidRDefault="004A774A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8F69EB" w:rsidRDefault="004A774A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8F69EB" w:rsidRDefault="004A774A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8F69EB" w:rsidRDefault="004A774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8F69EB" w:rsidRDefault="004A774A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ACE-QC-ARC-038</w:t>
          </w:r>
        </w:p>
      </w:tc>
    </w:tr>
    <w:tr w:rsidR="008F69EB">
      <w:trPr>
        <w:trHeight w:val="283"/>
        <w:jc w:val="center"/>
      </w:trPr>
      <w:tc>
        <w:tcPr>
          <w:tcW w:w="2041" w:type="dxa"/>
          <w:vMerge/>
          <w:vAlign w:val="center"/>
        </w:tcPr>
        <w:p w:rsidR="008F69EB" w:rsidRDefault="008F69EB"/>
      </w:tc>
      <w:tc>
        <w:tcPr>
          <w:tcW w:w="5669" w:type="dxa"/>
          <w:vMerge/>
          <w:vAlign w:val="center"/>
        </w:tcPr>
        <w:p w:rsidR="008F69EB" w:rsidRDefault="008F69EB"/>
      </w:tc>
      <w:tc>
        <w:tcPr>
          <w:tcW w:w="1361" w:type="dxa"/>
          <w:shd w:val="clear" w:color="auto" w:fill="F2F2F2"/>
          <w:vAlign w:val="center"/>
        </w:tcPr>
        <w:p w:rsidR="008F69EB" w:rsidRDefault="004A774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8F69EB" w:rsidRDefault="004A774A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8F69EB">
      <w:trPr>
        <w:trHeight w:val="283"/>
        <w:jc w:val="center"/>
      </w:trPr>
      <w:tc>
        <w:tcPr>
          <w:tcW w:w="2041" w:type="dxa"/>
          <w:vMerge/>
          <w:vAlign w:val="center"/>
        </w:tcPr>
        <w:p w:rsidR="008F69EB" w:rsidRDefault="008F69EB"/>
      </w:tc>
      <w:tc>
        <w:tcPr>
          <w:tcW w:w="5669" w:type="dxa"/>
          <w:vMerge w:val="restart"/>
          <w:shd w:val="clear" w:color="auto" w:fill="E7E6E6"/>
          <w:vAlign w:val="center"/>
        </w:tcPr>
        <w:p w:rsidR="008F69EB" w:rsidRDefault="004A774A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الوزرات الخشبية</w:t>
          </w:r>
        </w:p>
        <w:p w:rsidR="008F69EB" w:rsidRDefault="004A774A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Timber Skirting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8F69EB" w:rsidRDefault="004A774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8F69EB" w:rsidRDefault="004A774A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8F69EB">
      <w:trPr>
        <w:trHeight w:val="283"/>
        <w:jc w:val="center"/>
      </w:trPr>
      <w:tc>
        <w:tcPr>
          <w:tcW w:w="2041" w:type="dxa"/>
          <w:vMerge/>
          <w:vAlign w:val="center"/>
        </w:tcPr>
        <w:p w:rsidR="008F69EB" w:rsidRDefault="008F69EB"/>
      </w:tc>
      <w:tc>
        <w:tcPr>
          <w:tcW w:w="5669" w:type="dxa"/>
          <w:vMerge/>
          <w:vAlign w:val="center"/>
        </w:tcPr>
        <w:p w:rsidR="008F69EB" w:rsidRDefault="008F69EB"/>
      </w:tc>
      <w:tc>
        <w:tcPr>
          <w:tcW w:w="1361" w:type="dxa"/>
          <w:shd w:val="clear" w:color="auto" w:fill="F2F2F2"/>
          <w:vAlign w:val="center"/>
        </w:tcPr>
        <w:p w:rsidR="008F69EB" w:rsidRDefault="004A774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8F69EB" w:rsidRDefault="004A774A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8F69EB" w:rsidRDefault="008F69EB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6418946">
    <w:abstractNumId w:val="8"/>
  </w:num>
  <w:num w:numId="2" w16cid:durableId="1894073564">
    <w:abstractNumId w:val="6"/>
  </w:num>
  <w:num w:numId="3" w16cid:durableId="1038043935">
    <w:abstractNumId w:val="5"/>
  </w:num>
  <w:num w:numId="4" w16cid:durableId="1026713358">
    <w:abstractNumId w:val="4"/>
  </w:num>
  <w:num w:numId="5" w16cid:durableId="1775402594">
    <w:abstractNumId w:val="7"/>
  </w:num>
  <w:num w:numId="6" w16cid:durableId="1816991389">
    <w:abstractNumId w:val="3"/>
  </w:num>
  <w:num w:numId="7" w16cid:durableId="1681081607">
    <w:abstractNumId w:val="2"/>
  </w:num>
  <w:num w:numId="8" w16cid:durableId="1919244306">
    <w:abstractNumId w:val="1"/>
  </w:num>
  <w:num w:numId="9" w16cid:durableId="1256590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F0D38"/>
    <w:rsid w:val="004A774A"/>
    <w:rsid w:val="005C0D99"/>
    <w:rsid w:val="008F69E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7EE234F7-7194-4544-A620-EFC055377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ACE_QC-ARC-038_Wooden_Skirting_20261009_v4.dotx</Template>
  <TotalTime>1</TotalTime>
  <Pages>1</Pages>
  <Words>494</Words>
  <Characters>2817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ACE-QC-ARC-038 Timber Skirting Inspection</dc:title>
  <dc:subject>فحص واستلام الوزرات الخشبية</dc:subject>
  <dc:creator>Ahmed Fathy</dc:creator>
  <cp:keywords>QC; ITP; Inspection</cp:keywords>
  <dc:description/>
  <cp:lastModifiedBy>Ahmed Fathy</cp:lastModifiedBy>
  <cp:revision>2</cp:revision>
  <dcterms:created xsi:type="dcterms:W3CDTF">2026-11-03T20:13:00Z</dcterms:created>
  <dcterms:modified xsi:type="dcterms:W3CDTF">2026-11-03T20:13:00Z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