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4C59F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4C59F2" w:rsidRDefault="00875A8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4C59F2" w:rsidRDefault="004C59F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4C59F2" w:rsidRDefault="00875A8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4C59F2" w:rsidRDefault="004C59F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4C59F2" w:rsidRDefault="00875A8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4C59F2" w:rsidRDefault="004C59F2">
            <w:pPr>
              <w:bidi/>
              <w:spacing w:line="240" w:lineRule="auto"/>
            </w:pPr>
          </w:p>
        </w:tc>
      </w:tr>
      <w:tr w:rsidR="004C59F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4C59F2" w:rsidRDefault="00875A8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4C59F2" w:rsidRDefault="004C59F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4C59F2" w:rsidRDefault="00875A8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4C59F2" w:rsidRDefault="004C59F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4C59F2" w:rsidRDefault="00875A8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4C59F2" w:rsidRDefault="004C59F2">
            <w:pPr>
              <w:bidi/>
              <w:spacing w:line="240" w:lineRule="auto"/>
            </w:pPr>
          </w:p>
        </w:tc>
      </w:tr>
      <w:tr w:rsidR="004C59F2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4C59F2" w:rsidRDefault="00875A8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4C59F2" w:rsidRDefault="004C59F2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4C59F2" w:rsidRDefault="00875A8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4C59F2" w:rsidRDefault="00875A8E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4C59F2" w:rsidRDefault="004C59F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C59F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4C59F2" w:rsidRDefault="004C59F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4C59F2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4C59F2" w:rsidRDefault="00875A8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C59F2" w:rsidRDefault="00875A8E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4C59F2" w:rsidRDefault="00875A8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4C59F2" w:rsidRDefault="00875A8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4C59F2">
        <w:trPr>
          <w:cantSplit/>
          <w:jc w:val="center"/>
        </w:trPr>
        <w:tc>
          <w:tcPr>
            <w:tcW w:w="397" w:type="dxa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</w:tr>
      <w:tr w:rsidR="004C59F2">
        <w:trPr>
          <w:cantSplit/>
          <w:jc w:val="center"/>
        </w:trPr>
        <w:tc>
          <w:tcPr>
            <w:tcW w:w="397" w:type="dxa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</w:tr>
      <w:tr w:rsidR="004C59F2">
        <w:trPr>
          <w:cantSplit/>
          <w:jc w:val="center"/>
        </w:trPr>
        <w:tc>
          <w:tcPr>
            <w:tcW w:w="397" w:type="dxa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</w:tr>
      <w:tr w:rsidR="004C59F2">
        <w:trPr>
          <w:cantSplit/>
          <w:jc w:val="center"/>
        </w:trPr>
        <w:tc>
          <w:tcPr>
            <w:tcW w:w="397" w:type="dxa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</w:tr>
      <w:tr w:rsidR="004C59F2">
        <w:trPr>
          <w:cantSplit/>
          <w:jc w:val="center"/>
        </w:trPr>
        <w:tc>
          <w:tcPr>
            <w:tcW w:w="397" w:type="dxa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</w:tr>
      <w:tr w:rsidR="004C59F2">
        <w:trPr>
          <w:cantSplit/>
          <w:jc w:val="center"/>
        </w:trPr>
        <w:tc>
          <w:tcPr>
            <w:tcW w:w="397" w:type="dxa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</w:tr>
      <w:tr w:rsidR="004C59F2">
        <w:trPr>
          <w:cantSplit/>
          <w:jc w:val="center"/>
        </w:trPr>
        <w:tc>
          <w:tcPr>
            <w:tcW w:w="397" w:type="dxa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</w:tr>
      <w:tr w:rsidR="004C59F2">
        <w:trPr>
          <w:cantSplit/>
          <w:jc w:val="center"/>
        </w:trPr>
        <w:tc>
          <w:tcPr>
            <w:tcW w:w="397" w:type="dxa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</w:tr>
    </w:tbl>
    <w:p w:rsidR="004C59F2" w:rsidRDefault="004C59F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4C59F2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الخرسانة المطبوعة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Stamped Concrete Checklist</w:t>
            </w:r>
          </w:p>
        </w:tc>
      </w:tr>
    </w:tbl>
    <w:p w:rsidR="004C59F2" w:rsidRDefault="004C59F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4C59F2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4C59F2" w:rsidRDefault="00875A8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4C59F2" w:rsidRDefault="00875A8E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4C59F2" w:rsidRDefault="00875A8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4C59F2" w:rsidRDefault="00875A8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4C59F2" w:rsidRDefault="00875A8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4C59F2" w:rsidRDefault="00875A8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4C59F2">
        <w:trPr>
          <w:cantSplit/>
          <w:jc w:val="center"/>
        </w:trPr>
        <w:tc>
          <w:tcPr>
            <w:tcW w:w="397" w:type="dxa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دمك طبقة الأساس ومناسيبها وميولها.</w:t>
            </w:r>
          </w:p>
        </w:tc>
        <w:tc>
          <w:tcPr>
            <w:tcW w:w="3402" w:type="dxa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Sub-base is compacted with correct levels and falls.</w:t>
            </w:r>
          </w:p>
        </w:tc>
        <w:tc>
          <w:tcPr>
            <w:tcW w:w="595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</w:tr>
      <w:tr w:rsidR="004C59F2">
        <w:trPr>
          <w:cantSplit/>
          <w:jc w:val="center"/>
        </w:trPr>
        <w:tc>
          <w:tcPr>
            <w:tcW w:w="397" w:type="dxa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التسليح أو الشبك وفواصل التمدد حسب المخططات.</w:t>
            </w:r>
          </w:p>
        </w:tc>
        <w:tc>
          <w:tcPr>
            <w:tcW w:w="3402" w:type="dxa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Reinforcement or mesh and expansion joints per drawings.</w:t>
            </w:r>
          </w:p>
        </w:tc>
        <w:tc>
          <w:tcPr>
            <w:tcW w:w="595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</w:tr>
      <w:tr w:rsidR="004C59F2">
        <w:trPr>
          <w:cantSplit/>
          <w:jc w:val="center"/>
        </w:trPr>
        <w:tc>
          <w:tcPr>
            <w:tcW w:w="397" w:type="dxa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سماكة الخرسانة ورتبتها حسب المواصفات.</w:t>
            </w:r>
          </w:p>
        </w:tc>
        <w:tc>
          <w:tcPr>
            <w:tcW w:w="3402" w:type="dxa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Concrete thickness and grade per specification.</w:t>
            </w:r>
          </w:p>
        </w:tc>
        <w:tc>
          <w:tcPr>
            <w:tcW w:w="595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</w:tr>
      <w:tr w:rsidR="004C59F2">
        <w:trPr>
          <w:cantSplit/>
          <w:jc w:val="center"/>
        </w:trPr>
        <w:tc>
          <w:tcPr>
            <w:tcW w:w="397" w:type="dxa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اللون والنقشة مطابقة للعينة المعتمدة.</w:t>
            </w:r>
          </w:p>
        </w:tc>
        <w:tc>
          <w:tcPr>
            <w:tcW w:w="3402" w:type="dxa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Colour and pattern match the approved sample.</w:t>
            </w:r>
          </w:p>
        </w:tc>
        <w:tc>
          <w:tcPr>
            <w:tcW w:w="595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</w:tr>
      <w:tr w:rsidR="004C59F2">
        <w:trPr>
          <w:cantSplit/>
          <w:jc w:val="center"/>
        </w:trPr>
        <w:tc>
          <w:tcPr>
            <w:tcW w:w="397" w:type="dxa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رش مادة التلوين والفاصل بانتظام قبل الطبع.</w:t>
            </w:r>
          </w:p>
        </w:tc>
        <w:tc>
          <w:tcPr>
            <w:tcW w:w="3402" w:type="dxa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Colour hardener and release agent applied uniformly before stamping.</w:t>
            </w:r>
          </w:p>
        </w:tc>
        <w:tc>
          <w:tcPr>
            <w:tcW w:w="595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</w:tr>
      <w:tr w:rsidR="004C59F2">
        <w:trPr>
          <w:cantSplit/>
          <w:jc w:val="center"/>
        </w:trPr>
        <w:tc>
          <w:tcPr>
            <w:tcW w:w="397" w:type="dxa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الطبع في الوقت المناسب واستمرارية النقشة.</w:t>
            </w:r>
          </w:p>
        </w:tc>
        <w:tc>
          <w:tcPr>
            <w:tcW w:w="3402" w:type="dxa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Stamping at the right time with continuous pattern.</w:t>
            </w:r>
          </w:p>
        </w:tc>
        <w:tc>
          <w:tcPr>
            <w:tcW w:w="595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</w:tr>
      <w:tr w:rsidR="004C59F2">
        <w:trPr>
          <w:cantSplit/>
          <w:jc w:val="center"/>
        </w:trPr>
        <w:tc>
          <w:tcPr>
            <w:tcW w:w="397" w:type="dxa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قطع الفواصل في الوقت المحدد.</w:t>
            </w:r>
          </w:p>
        </w:tc>
        <w:tc>
          <w:tcPr>
            <w:tcW w:w="3402" w:type="dxa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Control joints cut at the specified time.</w:t>
            </w:r>
          </w:p>
        </w:tc>
        <w:tc>
          <w:tcPr>
            <w:tcW w:w="595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</w:tr>
      <w:tr w:rsidR="004C59F2">
        <w:trPr>
          <w:cantSplit/>
          <w:jc w:val="center"/>
        </w:trPr>
        <w:tc>
          <w:tcPr>
            <w:tcW w:w="397" w:type="dxa"/>
            <w:vAlign w:val="center"/>
          </w:tcPr>
          <w:p w:rsidR="004C59F2" w:rsidRDefault="00875A8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المعالجة ثم غسل السطح ودهانه بمادة الحماية ‏(Sealer)‏.</w:t>
            </w:r>
          </w:p>
        </w:tc>
        <w:tc>
          <w:tcPr>
            <w:tcW w:w="3402" w:type="dxa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Curing, then washing and applying sealer.</w:t>
            </w:r>
          </w:p>
        </w:tc>
        <w:tc>
          <w:tcPr>
            <w:tcW w:w="595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4C59F2" w:rsidRDefault="004C59F2">
            <w:pPr>
              <w:bidi/>
              <w:spacing w:line="240" w:lineRule="auto"/>
              <w:jc w:val="center"/>
            </w:pPr>
          </w:p>
        </w:tc>
      </w:tr>
    </w:tbl>
    <w:p w:rsidR="004C59F2" w:rsidRDefault="004C59F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4C59F2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4C59F2" w:rsidRDefault="00875A8E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mock-up; Saudi Building Code SBC 201, SBC 801</w:t>
            </w:r>
          </w:p>
        </w:tc>
      </w:tr>
      <w:tr w:rsidR="004C59F2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4C59F2" w:rsidRDefault="00875A8E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4C59F2" w:rsidRDefault="00875A8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4C59F2" w:rsidRDefault="004C59F2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4C59F2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C59F2" w:rsidRDefault="00875A8E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4C59F2" w:rsidRDefault="00875A8E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4C59F2" w:rsidRDefault="004C59F2">
            <w:pPr>
              <w:keepNext/>
              <w:bidi/>
              <w:spacing w:line="240" w:lineRule="auto"/>
            </w:pPr>
          </w:p>
        </w:tc>
      </w:tr>
    </w:tbl>
    <w:p w:rsidR="004C59F2" w:rsidRDefault="004C59F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4C59F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C59F2" w:rsidRDefault="00875A8E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4C59F2" w:rsidRDefault="00875A8E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4C59F2" w:rsidRDefault="00875A8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4C59F2" w:rsidRDefault="00875A8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4C59F2" w:rsidRDefault="00875A8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4C59F2" w:rsidRDefault="00875A8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4C59F2" w:rsidRDefault="00875A8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4C59F2" w:rsidRDefault="00875A8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4C59F2" w:rsidRDefault="00875A8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4C59F2" w:rsidRDefault="00875A8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4C59F2" w:rsidRDefault="004C59F2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4C59F2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C59F2" w:rsidRDefault="00875A8E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4C59F2" w:rsidRDefault="00875A8E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C59F2" w:rsidRDefault="00875A8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4C59F2" w:rsidRDefault="00875A8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C59F2" w:rsidRDefault="00875A8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4C59F2" w:rsidRDefault="00875A8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4C59F2" w:rsidRDefault="00875A8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4C59F2" w:rsidRDefault="00875A8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4C59F2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4C59F2" w:rsidRDefault="00875A8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4C59F2" w:rsidRDefault="00875A8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4C59F2" w:rsidRDefault="00875A8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C59F2" w:rsidRDefault="00875A8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C59F2" w:rsidRDefault="00875A8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C59F2" w:rsidRDefault="00875A8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C59F2" w:rsidRDefault="00875A8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C59F2" w:rsidRDefault="00875A8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4C59F2" w:rsidRDefault="00875A8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4C59F2" w:rsidRDefault="00875A8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4C59F2" w:rsidRDefault="00875A8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4C59F2" w:rsidRDefault="004C59F2">
      <w:pPr>
        <w:spacing w:line="20" w:lineRule="exact"/>
      </w:pPr>
    </w:p>
    <w:sectPr w:rsidR="004C59F2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75A8E" w:rsidRDefault="00875A8E">
      <w:pPr>
        <w:spacing w:line="240" w:lineRule="auto"/>
      </w:pPr>
      <w:r>
        <w:separator/>
      </w:r>
    </w:p>
  </w:endnote>
  <w:endnote w:type="continuationSeparator" w:id="0">
    <w:p w:rsidR="00875A8E" w:rsidRDefault="00875A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4C59F2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4C59F2" w:rsidRDefault="00875A8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4C59F2" w:rsidRDefault="00875A8E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ACE-QC-ARC-034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75A8E" w:rsidRDefault="00875A8E">
      <w:pPr>
        <w:spacing w:line="240" w:lineRule="auto"/>
      </w:pPr>
      <w:r>
        <w:separator/>
      </w:r>
    </w:p>
  </w:footnote>
  <w:footnote w:type="continuationSeparator" w:id="0">
    <w:p w:rsidR="00875A8E" w:rsidRDefault="00875A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4C59F2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4C59F2" w:rsidRDefault="00875A8E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4C59F2" w:rsidRDefault="00875A8E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4C59F2" w:rsidRDefault="00875A8E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4C59F2" w:rsidRDefault="00875A8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4C59F2" w:rsidRDefault="00875A8E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ACE-QC-ARC-034</w:t>
          </w:r>
        </w:p>
      </w:tc>
    </w:tr>
    <w:tr w:rsidR="004C59F2">
      <w:trPr>
        <w:trHeight w:val="283"/>
        <w:jc w:val="center"/>
      </w:trPr>
      <w:tc>
        <w:tcPr>
          <w:tcW w:w="2041" w:type="dxa"/>
          <w:vMerge/>
          <w:vAlign w:val="center"/>
        </w:tcPr>
        <w:p w:rsidR="004C59F2" w:rsidRDefault="004C59F2"/>
      </w:tc>
      <w:tc>
        <w:tcPr>
          <w:tcW w:w="5669" w:type="dxa"/>
          <w:vMerge/>
          <w:vAlign w:val="center"/>
        </w:tcPr>
        <w:p w:rsidR="004C59F2" w:rsidRDefault="004C59F2"/>
      </w:tc>
      <w:tc>
        <w:tcPr>
          <w:tcW w:w="1361" w:type="dxa"/>
          <w:shd w:val="clear" w:color="auto" w:fill="F2F2F2"/>
          <w:vAlign w:val="center"/>
        </w:tcPr>
        <w:p w:rsidR="004C59F2" w:rsidRDefault="00875A8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4C59F2" w:rsidRDefault="00875A8E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4C59F2">
      <w:trPr>
        <w:trHeight w:val="283"/>
        <w:jc w:val="center"/>
      </w:trPr>
      <w:tc>
        <w:tcPr>
          <w:tcW w:w="2041" w:type="dxa"/>
          <w:vMerge/>
          <w:vAlign w:val="center"/>
        </w:tcPr>
        <w:p w:rsidR="004C59F2" w:rsidRDefault="004C59F2"/>
      </w:tc>
      <w:tc>
        <w:tcPr>
          <w:tcW w:w="5669" w:type="dxa"/>
          <w:vMerge w:val="restart"/>
          <w:shd w:val="clear" w:color="auto" w:fill="E7E6E6"/>
          <w:vAlign w:val="center"/>
        </w:tcPr>
        <w:p w:rsidR="004C59F2" w:rsidRDefault="00875A8E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الخرسانة المطبوعة</w:t>
          </w:r>
        </w:p>
        <w:p w:rsidR="004C59F2" w:rsidRDefault="00875A8E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Stamped Concrete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4C59F2" w:rsidRDefault="00875A8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4C59F2" w:rsidRDefault="00875A8E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4C59F2">
      <w:trPr>
        <w:trHeight w:val="283"/>
        <w:jc w:val="center"/>
      </w:trPr>
      <w:tc>
        <w:tcPr>
          <w:tcW w:w="2041" w:type="dxa"/>
          <w:vMerge/>
          <w:vAlign w:val="center"/>
        </w:tcPr>
        <w:p w:rsidR="004C59F2" w:rsidRDefault="004C59F2"/>
      </w:tc>
      <w:tc>
        <w:tcPr>
          <w:tcW w:w="5669" w:type="dxa"/>
          <w:vMerge/>
          <w:vAlign w:val="center"/>
        </w:tcPr>
        <w:p w:rsidR="004C59F2" w:rsidRDefault="004C59F2"/>
      </w:tc>
      <w:tc>
        <w:tcPr>
          <w:tcW w:w="1361" w:type="dxa"/>
          <w:shd w:val="clear" w:color="auto" w:fill="F2F2F2"/>
          <w:vAlign w:val="center"/>
        </w:tcPr>
        <w:p w:rsidR="004C59F2" w:rsidRDefault="00875A8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4C59F2" w:rsidRDefault="00875A8E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4C59F2" w:rsidRDefault="004C59F2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3752892">
    <w:abstractNumId w:val="8"/>
  </w:num>
  <w:num w:numId="2" w16cid:durableId="757292873">
    <w:abstractNumId w:val="6"/>
  </w:num>
  <w:num w:numId="3" w16cid:durableId="1332441221">
    <w:abstractNumId w:val="5"/>
  </w:num>
  <w:num w:numId="4" w16cid:durableId="469131573">
    <w:abstractNumId w:val="4"/>
  </w:num>
  <w:num w:numId="5" w16cid:durableId="640697853">
    <w:abstractNumId w:val="7"/>
  </w:num>
  <w:num w:numId="6" w16cid:durableId="1783956680">
    <w:abstractNumId w:val="3"/>
  </w:num>
  <w:num w:numId="7" w16cid:durableId="1342467421">
    <w:abstractNumId w:val="2"/>
  </w:num>
  <w:num w:numId="8" w16cid:durableId="1084257102">
    <w:abstractNumId w:val="1"/>
  </w:num>
  <w:num w:numId="9" w16cid:durableId="1547062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6DFE"/>
    <w:rsid w:val="0029639D"/>
    <w:rsid w:val="00326F90"/>
    <w:rsid w:val="004C59F2"/>
    <w:rsid w:val="005C0D99"/>
    <w:rsid w:val="00875A8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A85E506-6A75-46E5-BCE2-90520907E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ACE_QC-ARC-034_Stamped_Concrete_20261009_v4.dotx</Template>
  <TotalTime>0</TotalTime>
  <Pages>1</Pages>
  <Words>489</Words>
  <Characters>2792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ACE-QC-ARC-034 Stamped Concrete Inspection</dc:title>
  <dc:subject>فحص واستلام الخرسانة المطبوعة</dc:subject>
  <dc:creator>Ahmed Fathy</dc:creator>
  <cp:keywords>QC; ITP; Inspection</cp:keywords>
  <dc:description/>
  <cp:lastModifiedBy>Ahmed Fathy</cp:lastModifiedBy>
  <cp:revision>2</cp:revision>
  <dcterms:created xsi:type="dcterms:W3CDTF">2026-11-03T20:12:00Z</dcterms:created>
  <dcterms:modified xsi:type="dcterms:W3CDTF">2026-11-03T20:12:00Z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