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3D1288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3D1288" w:rsidRDefault="006677E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3D1288" w:rsidRDefault="003D128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3D1288" w:rsidRDefault="006677E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3D1288" w:rsidRDefault="003D128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3D1288" w:rsidRDefault="006677E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3D1288" w:rsidRDefault="003D1288">
            <w:pPr>
              <w:bidi/>
              <w:spacing w:line="240" w:lineRule="auto"/>
            </w:pPr>
          </w:p>
        </w:tc>
      </w:tr>
      <w:tr w:rsidR="003D1288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3D1288" w:rsidRDefault="006677E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3D1288" w:rsidRDefault="003D128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3D1288" w:rsidRDefault="006677E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3D1288" w:rsidRDefault="003D128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3D1288" w:rsidRDefault="006677E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3D1288" w:rsidRDefault="003D1288">
            <w:pPr>
              <w:bidi/>
              <w:spacing w:line="240" w:lineRule="auto"/>
            </w:pPr>
          </w:p>
        </w:tc>
      </w:tr>
      <w:tr w:rsidR="003D1288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3D1288" w:rsidRDefault="006677E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3D1288" w:rsidRDefault="003D128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3D1288" w:rsidRDefault="006677E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3D1288" w:rsidRDefault="006677E2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3D1288" w:rsidRDefault="003D128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D1288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D1288" w:rsidRDefault="006677E2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3D1288" w:rsidRDefault="003D128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3D1288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3D1288" w:rsidRDefault="006677E2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3D1288" w:rsidRDefault="006677E2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3D1288" w:rsidRDefault="006677E2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3D1288" w:rsidRDefault="006677E2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3D1288">
        <w:trPr>
          <w:cantSplit/>
          <w:jc w:val="center"/>
        </w:trPr>
        <w:tc>
          <w:tcPr>
            <w:tcW w:w="397" w:type="dxa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3D1288" w:rsidRDefault="006677E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</w:tr>
      <w:tr w:rsidR="003D1288">
        <w:trPr>
          <w:cantSplit/>
          <w:jc w:val="center"/>
        </w:trPr>
        <w:tc>
          <w:tcPr>
            <w:tcW w:w="397" w:type="dxa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3D1288" w:rsidRDefault="006677E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</w:tr>
      <w:tr w:rsidR="003D1288">
        <w:trPr>
          <w:cantSplit/>
          <w:jc w:val="center"/>
        </w:trPr>
        <w:tc>
          <w:tcPr>
            <w:tcW w:w="397" w:type="dxa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3D1288" w:rsidRDefault="006677E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</w:tr>
      <w:tr w:rsidR="003D1288">
        <w:trPr>
          <w:cantSplit/>
          <w:jc w:val="center"/>
        </w:trPr>
        <w:tc>
          <w:tcPr>
            <w:tcW w:w="397" w:type="dxa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3D1288" w:rsidRDefault="006677E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</w:tr>
      <w:tr w:rsidR="003D1288">
        <w:trPr>
          <w:cantSplit/>
          <w:jc w:val="center"/>
        </w:trPr>
        <w:tc>
          <w:tcPr>
            <w:tcW w:w="397" w:type="dxa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3D1288" w:rsidRDefault="006677E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</w:tr>
      <w:tr w:rsidR="003D1288">
        <w:trPr>
          <w:cantSplit/>
          <w:jc w:val="center"/>
        </w:trPr>
        <w:tc>
          <w:tcPr>
            <w:tcW w:w="397" w:type="dxa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3D1288" w:rsidRDefault="006677E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</w:tr>
      <w:tr w:rsidR="003D1288">
        <w:trPr>
          <w:cantSplit/>
          <w:jc w:val="center"/>
        </w:trPr>
        <w:tc>
          <w:tcPr>
            <w:tcW w:w="397" w:type="dxa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3D1288" w:rsidRDefault="006677E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</w:tr>
      <w:tr w:rsidR="003D1288">
        <w:trPr>
          <w:cantSplit/>
          <w:jc w:val="center"/>
        </w:trPr>
        <w:tc>
          <w:tcPr>
            <w:tcW w:w="397" w:type="dxa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3D1288" w:rsidRDefault="006677E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</w:tr>
    </w:tbl>
    <w:p w:rsidR="003D1288" w:rsidRDefault="003D128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D1288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الأبواب الخشبية ودهانات النجارة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D1288" w:rsidRDefault="006677E2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Wooden Doors and Joinery Finishes Checklist</w:t>
            </w:r>
          </w:p>
        </w:tc>
      </w:tr>
    </w:tbl>
    <w:p w:rsidR="003D1288" w:rsidRDefault="003D128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3D1288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3D1288" w:rsidRDefault="006677E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3D1288" w:rsidRDefault="006677E2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3D1288" w:rsidRDefault="006677E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3D1288" w:rsidRDefault="006677E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3D1288" w:rsidRDefault="006677E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3D1288" w:rsidRDefault="006677E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3D1288">
        <w:trPr>
          <w:cantSplit/>
          <w:jc w:val="center"/>
        </w:trPr>
        <w:tc>
          <w:tcPr>
            <w:tcW w:w="397" w:type="dxa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نوع الخشب والقشرة والسماكة مطابقة للعينة المعتمدة.</w:t>
            </w:r>
          </w:p>
        </w:tc>
        <w:tc>
          <w:tcPr>
            <w:tcW w:w="3402" w:type="dxa"/>
            <w:vAlign w:val="center"/>
          </w:tcPr>
          <w:p w:rsidR="003D1288" w:rsidRDefault="006677E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Timber, veneer and thickness match the approved sample.</w:t>
            </w:r>
          </w:p>
        </w:tc>
        <w:tc>
          <w:tcPr>
            <w:tcW w:w="595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</w:tr>
      <w:tr w:rsidR="003D1288">
        <w:trPr>
          <w:cantSplit/>
          <w:jc w:val="center"/>
        </w:trPr>
        <w:tc>
          <w:tcPr>
            <w:tcW w:w="397" w:type="dxa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الخشب جاف ونسبة الرطوبة في الحدود المسموحة.</w:t>
            </w:r>
          </w:p>
        </w:tc>
        <w:tc>
          <w:tcPr>
            <w:tcW w:w="3402" w:type="dxa"/>
            <w:vAlign w:val="center"/>
          </w:tcPr>
          <w:p w:rsidR="003D1288" w:rsidRDefault="006677E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Timber is dry; moisture content is within limits.</w:t>
            </w:r>
          </w:p>
        </w:tc>
        <w:tc>
          <w:tcPr>
            <w:tcW w:w="595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</w:tr>
      <w:tr w:rsidR="003D1288">
        <w:trPr>
          <w:cantSplit/>
          <w:jc w:val="center"/>
        </w:trPr>
        <w:tc>
          <w:tcPr>
            <w:tcW w:w="397" w:type="dxa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أبعاد الضلف واستواؤها وعدم وجود التواء.</w:t>
            </w:r>
          </w:p>
        </w:tc>
        <w:tc>
          <w:tcPr>
            <w:tcW w:w="3402" w:type="dxa"/>
            <w:vAlign w:val="center"/>
          </w:tcPr>
          <w:p w:rsidR="003D1288" w:rsidRDefault="006677E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Leaf dimensions are correct, flat and not warped.</w:t>
            </w:r>
          </w:p>
        </w:tc>
        <w:tc>
          <w:tcPr>
            <w:tcW w:w="595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</w:tr>
      <w:tr w:rsidR="003D1288">
        <w:trPr>
          <w:cantSplit/>
          <w:jc w:val="center"/>
        </w:trPr>
        <w:tc>
          <w:tcPr>
            <w:tcW w:w="397" w:type="dxa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الخردوات (المفصلات، الأقفال، المقابض، الكابحات) مطابقة للعينات.</w:t>
            </w:r>
          </w:p>
        </w:tc>
        <w:tc>
          <w:tcPr>
            <w:tcW w:w="3402" w:type="dxa"/>
            <w:vAlign w:val="center"/>
          </w:tcPr>
          <w:p w:rsidR="003D1288" w:rsidRDefault="006677E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Ironmongery (hinges, locks, handles, closers) matches samples.</w:t>
            </w:r>
          </w:p>
        </w:tc>
        <w:tc>
          <w:tcPr>
            <w:tcW w:w="595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</w:tr>
      <w:tr w:rsidR="003D1288">
        <w:trPr>
          <w:cantSplit/>
          <w:jc w:val="center"/>
        </w:trPr>
        <w:tc>
          <w:tcPr>
            <w:tcW w:w="397" w:type="dxa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الخلوص حول الضلفة متساوٍ وسهولة الفتح والغلق.</w:t>
            </w:r>
          </w:p>
        </w:tc>
        <w:tc>
          <w:tcPr>
            <w:tcW w:w="3402" w:type="dxa"/>
            <w:vAlign w:val="center"/>
          </w:tcPr>
          <w:p w:rsidR="003D1288" w:rsidRDefault="006677E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Clearance around the leaf is even; opens and closes smoothly.</w:t>
            </w:r>
          </w:p>
        </w:tc>
        <w:tc>
          <w:tcPr>
            <w:tcW w:w="595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</w:tr>
      <w:tr w:rsidR="003D1288">
        <w:trPr>
          <w:cantSplit/>
          <w:jc w:val="center"/>
        </w:trPr>
        <w:tc>
          <w:tcPr>
            <w:tcW w:w="397" w:type="dxa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صنفرة الخشب وسد المسام قبل الدهان.</w:t>
            </w:r>
          </w:p>
        </w:tc>
        <w:tc>
          <w:tcPr>
            <w:tcW w:w="3402" w:type="dxa"/>
            <w:vAlign w:val="center"/>
          </w:tcPr>
          <w:p w:rsidR="003D1288" w:rsidRDefault="006677E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Timber is sanded and pores filled before finishing.</w:t>
            </w:r>
          </w:p>
        </w:tc>
        <w:tc>
          <w:tcPr>
            <w:tcW w:w="595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</w:tr>
      <w:tr w:rsidR="003D1288">
        <w:trPr>
          <w:cantSplit/>
          <w:jc w:val="center"/>
        </w:trPr>
        <w:tc>
          <w:tcPr>
            <w:tcW w:w="397" w:type="dxa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عدد أوجه الدهان (ورنيش أو لاكيه) ونوعه حسب المواصفات.</w:t>
            </w:r>
          </w:p>
        </w:tc>
        <w:tc>
          <w:tcPr>
            <w:tcW w:w="3402" w:type="dxa"/>
            <w:vAlign w:val="center"/>
          </w:tcPr>
          <w:p w:rsidR="003D1288" w:rsidRDefault="006677E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Number and type of finish coats (varnish or lacquer) per specification.</w:t>
            </w:r>
          </w:p>
        </w:tc>
        <w:tc>
          <w:tcPr>
            <w:tcW w:w="595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</w:tr>
      <w:tr w:rsidR="003D1288">
        <w:trPr>
          <w:cantSplit/>
          <w:jc w:val="center"/>
        </w:trPr>
        <w:tc>
          <w:tcPr>
            <w:tcW w:w="397" w:type="dxa"/>
            <w:vAlign w:val="center"/>
          </w:tcPr>
          <w:p w:rsidR="003D1288" w:rsidRDefault="006677E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ملمس ولون الدهان موحد وخالٍ من التسييل والفقاعات.</w:t>
            </w:r>
          </w:p>
        </w:tc>
        <w:tc>
          <w:tcPr>
            <w:tcW w:w="3402" w:type="dxa"/>
            <w:vAlign w:val="center"/>
          </w:tcPr>
          <w:p w:rsidR="003D1288" w:rsidRDefault="006677E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Finish texture and colour are uniform, free of runs and bubbles.</w:t>
            </w:r>
          </w:p>
        </w:tc>
        <w:tc>
          <w:tcPr>
            <w:tcW w:w="595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D1288" w:rsidRDefault="003D1288">
            <w:pPr>
              <w:bidi/>
              <w:spacing w:line="240" w:lineRule="auto"/>
              <w:jc w:val="center"/>
            </w:pPr>
          </w:p>
        </w:tc>
      </w:tr>
    </w:tbl>
    <w:p w:rsidR="003D1288" w:rsidRDefault="003D128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3D1288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3D1288" w:rsidRDefault="006677E2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العينة المعتمدة، تعليمات المصنع، كود البناء السعودي SBC 201 و SBC 801</w:t>
            </w:r>
          </w:p>
        </w:tc>
        <w:tc>
          <w:tcPr>
            <w:tcW w:w="4309" w:type="dxa"/>
            <w:vAlign w:val="center"/>
          </w:tcPr>
          <w:p w:rsidR="003D1288" w:rsidRDefault="006677E2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approved sample, manufacturer instructions; Saudi Building Code SBC 201, SBC 801</w:t>
            </w:r>
          </w:p>
        </w:tc>
      </w:tr>
      <w:tr w:rsidR="003D1288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3D1288" w:rsidRDefault="006677E2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العينة والمادة ☐ المخططات التنفيذية ☐ جدول الأبواب والشبابيك</w:t>
            </w:r>
          </w:p>
        </w:tc>
        <w:tc>
          <w:tcPr>
            <w:tcW w:w="4309" w:type="dxa"/>
            <w:vAlign w:val="center"/>
          </w:tcPr>
          <w:p w:rsidR="003D1288" w:rsidRDefault="006677E2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Sample and material approval   ☐ Shop drawings   ☐ Door / window schedule</w:t>
            </w:r>
          </w:p>
        </w:tc>
      </w:tr>
    </w:tbl>
    <w:p w:rsidR="003D1288" w:rsidRDefault="003D128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3D1288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D1288" w:rsidRDefault="006677E2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3D1288" w:rsidRDefault="006677E2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3D1288" w:rsidRDefault="003D1288">
            <w:pPr>
              <w:keepNext/>
              <w:bidi/>
              <w:spacing w:line="240" w:lineRule="auto"/>
            </w:pPr>
          </w:p>
        </w:tc>
      </w:tr>
    </w:tbl>
    <w:p w:rsidR="003D1288" w:rsidRDefault="003D128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3D1288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D1288" w:rsidRDefault="006677E2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3D1288" w:rsidRDefault="006677E2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3D1288" w:rsidRDefault="006677E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3D1288" w:rsidRDefault="006677E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3D1288" w:rsidRDefault="006677E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3D1288" w:rsidRDefault="006677E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3D1288" w:rsidRDefault="006677E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3D1288" w:rsidRDefault="006677E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3D1288" w:rsidRDefault="006677E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3D1288" w:rsidRDefault="006677E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3D1288" w:rsidRDefault="003D128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3D1288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D1288" w:rsidRDefault="006677E2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3D1288" w:rsidRDefault="006677E2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D1288" w:rsidRDefault="006677E2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3D1288" w:rsidRDefault="006677E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D1288" w:rsidRDefault="006677E2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3D1288" w:rsidRDefault="006677E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D1288" w:rsidRDefault="006677E2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3D1288" w:rsidRDefault="006677E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3D1288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D1288" w:rsidRDefault="006677E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3D1288" w:rsidRDefault="006677E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3D1288" w:rsidRDefault="006677E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D1288" w:rsidRDefault="006677E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D1288" w:rsidRDefault="006677E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D1288" w:rsidRDefault="006677E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D1288" w:rsidRDefault="006677E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D1288" w:rsidRDefault="006677E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D1288" w:rsidRDefault="006677E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D1288" w:rsidRDefault="006677E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D1288" w:rsidRDefault="006677E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3D1288" w:rsidRDefault="003D1288">
      <w:pPr>
        <w:spacing w:line="20" w:lineRule="exact"/>
      </w:pPr>
    </w:p>
    <w:sectPr w:rsidR="003D1288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677E2" w:rsidRDefault="006677E2">
      <w:pPr>
        <w:spacing w:line="240" w:lineRule="auto"/>
      </w:pPr>
      <w:r>
        <w:separator/>
      </w:r>
    </w:p>
  </w:endnote>
  <w:endnote w:type="continuationSeparator" w:id="0">
    <w:p w:rsidR="006677E2" w:rsidRDefault="006677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3D1288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3D1288" w:rsidRDefault="006677E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3D1288" w:rsidRDefault="006677E2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ACE-QC-ARC-031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677E2" w:rsidRDefault="006677E2">
      <w:pPr>
        <w:spacing w:line="240" w:lineRule="auto"/>
      </w:pPr>
      <w:r>
        <w:separator/>
      </w:r>
    </w:p>
  </w:footnote>
  <w:footnote w:type="continuationSeparator" w:id="0">
    <w:p w:rsidR="006677E2" w:rsidRDefault="006677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3D1288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3D1288" w:rsidRDefault="006677E2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3D1288" w:rsidRDefault="006677E2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3D1288" w:rsidRDefault="006677E2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3D1288" w:rsidRDefault="006677E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3D1288" w:rsidRDefault="006677E2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ACE-QC-ARC-031</w:t>
          </w:r>
        </w:p>
      </w:tc>
    </w:tr>
    <w:tr w:rsidR="003D1288">
      <w:trPr>
        <w:trHeight w:val="283"/>
        <w:jc w:val="center"/>
      </w:trPr>
      <w:tc>
        <w:tcPr>
          <w:tcW w:w="2041" w:type="dxa"/>
          <w:vMerge/>
          <w:vAlign w:val="center"/>
        </w:tcPr>
        <w:p w:rsidR="003D1288" w:rsidRDefault="003D1288"/>
      </w:tc>
      <w:tc>
        <w:tcPr>
          <w:tcW w:w="5669" w:type="dxa"/>
          <w:vMerge/>
          <w:vAlign w:val="center"/>
        </w:tcPr>
        <w:p w:rsidR="003D1288" w:rsidRDefault="003D1288"/>
      </w:tc>
      <w:tc>
        <w:tcPr>
          <w:tcW w:w="1361" w:type="dxa"/>
          <w:shd w:val="clear" w:color="auto" w:fill="F2F2F2"/>
          <w:vAlign w:val="center"/>
        </w:tcPr>
        <w:p w:rsidR="003D1288" w:rsidRDefault="006677E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3D1288" w:rsidRDefault="006677E2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3D1288">
      <w:trPr>
        <w:trHeight w:val="283"/>
        <w:jc w:val="center"/>
      </w:trPr>
      <w:tc>
        <w:tcPr>
          <w:tcW w:w="2041" w:type="dxa"/>
          <w:vMerge/>
          <w:vAlign w:val="center"/>
        </w:tcPr>
        <w:p w:rsidR="003D1288" w:rsidRDefault="003D1288"/>
      </w:tc>
      <w:tc>
        <w:tcPr>
          <w:tcW w:w="5669" w:type="dxa"/>
          <w:vMerge w:val="restart"/>
          <w:shd w:val="clear" w:color="auto" w:fill="E7E6E6"/>
          <w:vAlign w:val="center"/>
        </w:tcPr>
        <w:p w:rsidR="003D1288" w:rsidRDefault="006677E2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الأبواب الخشبية ودهانات النجارة</w:t>
          </w:r>
        </w:p>
        <w:p w:rsidR="003D1288" w:rsidRDefault="006677E2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Wooden Doors and Joinery Finishes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3D1288" w:rsidRDefault="006677E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3D1288" w:rsidRDefault="006677E2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3D1288">
      <w:trPr>
        <w:trHeight w:val="283"/>
        <w:jc w:val="center"/>
      </w:trPr>
      <w:tc>
        <w:tcPr>
          <w:tcW w:w="2041" w:type="dxa"/>
          <w:vMerge/>
          <w:vAlign w:val="center"/>
        </w:tcPr>
        <w:p w:rsidR="003D1288" w:rsidRDefault="003D1288"/>
      </w:tc>
      <w:tc>
        <w:tcPr>
          <w:tcW w:w="5669" w:type="dxa"/>
          <w:vMerge/>
          <w:vAlign w:val="center"/>
        </w:tcPr>
        <w:p w:rsidR="003D1288" w:rsidRDefault="003D1288"/>
      </w:tc>
      <w:tc>
        <w:tcPr>
          <w:tcW w:w="1361" w:type="dxa"/>
          <w:shd w:val="clear" w:color="auto" w:fill="F2F2F2"/>
          <w:vAlign w:val="center"/>
        </w:tcPr>
        <w:p w:rsidR="003D1288" w:rsidRDefault="006677E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3D1288" w:rsidRDefault="006677E2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3D1288" w:rsidRDefault="003D1288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6166478">
    <w:abstractNumId w:val="8"/>
  </w:num>
  <w:num w:numId="2" w16cid:durableId="592249670">
    <w:abstractNumId w:val="6"/>
  </w:num>
  <w:num w:numId="3" w16cid:durableId="470249255">
    <w:abstractNumId w:val="5"/>
  </w:num>
  <w:num w:numId="4" w16cid:durableId="865406475">
    <w:abstractNumId w:val="4"/>
  </w:num>
  <w:num w:numId="5" w16cid:durableId="1268006806">
    <w:abstractNumId w:val="7"/>
  </w:num>
  <w:num w:numId="6" w16cid:durableId="1972593523">
    <w:abstractNumId w:val="3"/>
  </w:num>
  <w:num w:numId="7" w16cid:durableId="1265113847">
    <w:abstractNumId w:val="2"/>
  </w:num>
  <w:num w:numId="8" w16cid:durableId="898519599">
    <w:abstractNumId w:val="1"/>
  </w:num>
  <w:num w:numId="9" w16cid:durableId="48847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D1288"/>
    <w:rsid w:val="005C0D99"/>
    <w:rsid w:val="006677E2"/>
    <w:rsid w:val="007D25F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3B8CEDF-3138-4ACA-9F76-219BBD49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ACE_QC-ARC-031_Wooden_Doors_Joinery_Finish_20261009_v4.dotx</Template>
  <TotalTime>0</TotalTime>
  <Pages>1</Pages>
  <Words>509</Words>
  <Characters>2904</Characters>
  <Application>Microsoft Office Word</Application>
  <DocSecurity>0</DocSecurity>
  <Lines>24</Lines>
  <Paragraphs>6</Paragraphs>
  <ScaleCrop>false</ScaleCrop>
  <Manager>Ahmed Fathy</Manager>
  <Company>Arab Creators for Engineering Consultancy</Company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ACE-QC-ARC-031 Wooden Doors and Joinery Finishes Inspection</dc:title>
  <dc:subject>فحص واستلام الأبواب الخشبية ودهانات النجارة</dc:subject>
  <dc:creator>Ahmed Fathy</dc:creator>
  <cp:keywords>QC; ITP; Inspection</cp:keywords>
  <dc:description/>
  <cp:lastModifiedBy>Ahmed Fathy</cp:lastModifiedBy>
  <cp:revision>2</cp:revision>
  <dcterms:created xsi:type="dcterms:W3CDTF">2026-11-03T20:12:00Z</dcterms:created>
  <dcterms:modified xsi:type="dcterms:W3CDTF">2026-11-03T20:12:00Z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