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E83F15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E83F15" w:rsidRDefault="006642E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E83F15" w:rsidRDefault="006642E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E83F15" w:rsidRDefault="00E83F15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E83F15" w:rsidRDefault="006642E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E83F15" w:rsidRDefault="006642E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E83F15" w:rsidRDefault="00E83F15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E83F15" w:rsidRDefault="006642E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E83F15" w:rsidRDefault="006642E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E83F15" w:rsidRDefault="00E83F15">
            <w:pPr>
              <w:bidi/>
              <w:spacing w:line="240" w:lineRule="auto"/>
            </w:pPr>
          </w:p>
        </w:tc>
      </w:tr>
      <w:tr w:rsidR="00E83F15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E83F15" w:rsidRDefault="006642E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E83F15" w:rsidRDefault="006642E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E83F15" w:rsidRDefault="00E83F15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E83F15" w:rsidRDefault="006642E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E83F15" w:rsidRDefault="006642E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E83F15" w:rsidRDefault="00E83F15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E83F15" w:rsidRDefault="006642E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E83F15" w:rsidRDefault="006642E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E83F15" w:rsidRDefault="00E83F15">
            <w:pPr>
              <w:bidi/>
              <w:spacing w:line="240" w:lineRule="auto"/>
            </w:pPr>
          </w:p>
        </w:tc>
      </w:tr>
      <w:tr w:rsidR="00E83F15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E83F15" w:rsidRDefault="006642E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E83F15" w:rsidRDefault="006642E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E83F15" w:rsidRDefault="00E83F15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E83F15" w:rsidRDefault="006642E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E83F15" w:rsidRDefault="006642E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E83F15" w:rsidRDefault="006642ED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E83F15" w:rsidRDefault="006642ED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E83F15" w:rsidRDefault="00E83F15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E83F15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E83F15" w:rsidRDefault="006642ED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E83F15" w:rsidRDefault="006642ED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E83F15" w:rsidRDefault="00E83F15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E83F15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E83F15" w:rsidRDefault="006642E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E83F15" w:rsidRDefault="006642ED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E83F15" w:rsidRDefault="006642E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E83F15" w:rsidRDefault="006642ED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E83F15" w:rsidRDefault="006642E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E83F15" w:rsidRDefault="006642ED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E83F15" w:rsidRDefault="006642E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E83F15" w:rsidRDefault="006642ED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E83F15">
        <w:trPr>
          <w:cantSplit/>
          <w:jc w:val="center"/>
        </w:trPr>
        <w:tc>
          <w:tcPr>
            <w:tcW w:w="397" w:type="dxa"/>
            <w:vAlign w:val="center"/>
          </w:tcPr>
          <w:p w:rsidR="00E83F15" w:rsidRDefault="006642E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E83F15" w:rsidRDefault="006642E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E83F15" w:rsidRDefault="006642E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</w:tr>
      <w:tr w:rsidR="00E83F15">
        <w:trPr>
          <w:cantSplit/>
          <w:jc w:val="center"/>
        </w:trPr>
        <w:tc>
          <w:tcPr>
            <w:tcW w:w="397" w:type="dxa"/>
            <w:vAlign w:val="center"/>
          </w:tcPr>
          <w:p w:rsidR="00E83F15" w:rsidRDefault="006642E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E83F15" w:rsidRDefault="006642E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E83F15" w:rsidRDefault="006642E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</w:tr>
      <w:tr w:rsidR="00E83F15">
        <w:trPr>
          <w:cantSplit/>
          <w:jc w:val="center"/>
        </w:trPr>
        <w:tc>
          <w:tcPr>
            <w:tcW w:w="397" w:type="dxa"/>
            <w:vAlign w:val="center"/>
          </w:tcPr>
          <w:p w:rsidR="00E83F15" w:rsidRDefault="006642E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E83F15" w:rsidRDefault="006642E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E83F15" w:rsidRDefault="006642E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</w:tr>
      <w:tr w:rsidR="00E83F15">
        <w:trPr>
          <w:cantSplit/>
          <w:jc w:val="center"/>
        </w:trPr>
        <w:tc>
          <w:tcPr>
            <w:tcW w:w="397" w:type="dxa"/>
            <w:vAlign w:val="center"/>
          </w:tcPr>
          <w:p w:rsidR="00E83F15" w:rsidRDefault="006642E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E83F15" w:rsidRDefault="006642E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E83F15" w:rsidRDefault="006642E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</w:tr>
      <w:tr w:rsidR="00E83F15">
        <w:trPr>
          <w:cantSplit/>
          <w:jc w:val="center"/>
        </w:trPr>
        <w:tc>
          <w:tcPr>
            <w:tcW w:w="397" w:type="dxa"/>
            <w:vAlign w:val="center"/>
          </w:tcPr>
          <w:p w:rsidR="00E83F15" w:rsidRDefault="006642E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E83F15" w:rsidRDefault="006642E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E83F15" w:rsidRDefault="006642E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</w:tr>
      <w:tr w:rsidR="00E83F15">
        <w:trPr>
          <w:cantSplit/>
          <w:jc w:val="center"/>
        </w:trPr>
        <w:tc>
          <w:tcPr>
            <w:tcW w:w="397" w:type="dxa"/>
            <w:vAlign w:val="center"/>
          </w:tcPr>
          <w:p w:rsidR="00E83F15" w:rsidRDefault="006642E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E83F15" w:rsidRDefault="006642E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E83F15" w:rsidRDefault="006642E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</w:tr>
      <w:tr w:rsidR="00E83F15">
        <w:trPr>
          <w:cantSplit/>
          <w:jc w:val="center"/>
        </w:trPr>
        <w:tc>
          <w:tcPr>
            <w:tcW w:w="397" w:type="dxa"/>
            <w:vAlign w:val="center"/>
          </w:tcPr>
          <w:p w:rsidR="00E83F15" w:rsidRDefault="006642E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E83F15" w:rsidRDefault="006642E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E83F15" w:rsidRDefault="006642E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</w:tr>
      <w:tr w:rsidR="00E83F15">
        <w:trPr>
          <w:cantSplit/>
          <w:jc w:val="center"/>
        </w:trPr>
        <w:tc>
          <w:tcPr>
            <w:tcW w:w="397" w:type="dxa"/>
            <w:vAlign w:val="center"/>
          </w:tcPr>
          <w:p w:rsidR="00E83F15" w:rsidRDefault="006642E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E83F15" w:rsidRDefault="006642E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E83F15" w:rsidRDefault="006642E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</w:tr>
    </w:tbl>
    <w:p w:rsidR="00E83F15" w:rsidRDefault="00E83F15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E83F15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E83F15" w:rsidRDefault="006642ED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القواطع الجبسية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E83F15" w:rsidRDefault="006642ED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Gypsum Board Partitions Checklist</w:t>
            </w:r>
          </w:p>
        </w:tc>
      </w:tr>
    </w:tbl>
    <w:p w:rsidR="00E83F15" w:rsidRDefault="00E83F15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E83F15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E83F15" w:rsidRDefault="006642E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E83F15" w:rsidRDefault="006642E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E83F15" w:rsidRDefault="006642E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E83F15" w:rsidRDefault="006642ED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E83F15" w:rsidRDefault="006642E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E83F15" w:rsidRDefault="006642E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E83F15" w:rsidRDefault="006642E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E83F15" w:rsidRDefault="006642E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E83F15" w:rsidRDefault="006642E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E83F15" w:rsidRDefault="006642E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E83F15" w:rsidRDefault="006642E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E83F15" w:rsidRDefault="006642E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E83F15">
        <w:trPr>
          <w:cantSplit/>
          <w:jc w:val="center"/>
        </w:trPr>
        <w:tc>
          <w:tcPr>
            <w:tcW w:w="397" w:type="dxa"/>
            <w:vAlign w:val="center"/>
          </w:tcPr>
          <w:p w:rsidR="00E83F15" w:rsidRDefault="006642E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E83F15" w:rsidRDefault="006642E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توقيع مسار القاطع على الأرضية والسقف حسب المخططات.</w:t>
            </w:r>
          </w:p>
        </w:tc>
        <w:tc>
          <w:tcPr>
            <w:tcW w:w="3402" w:type="dxa"/>
            <w:vAlign w:val="center"/>
          </w:tcPr>
          <w:p w:rsidR="00E83F15" w:rsidRDefault="006642E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Partition line is set out on floor and ceiling per drawings.</w:t>
            </w:r>
          </w:p>
        </w:tc>
        <w:tc>
          <w:tcPr>
            <w:tcW w:w="595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</w:tr>
      <w:tr w:rsidR="00E83F15">
        <w:trPr>
          <w:cantSplit/>
          <w:jc w:val="center"/>
        </w:trPr>
        <w:tc>
          <w:tcPr>
            <w:tcW w:w="397" w:type="dxa"/>
            <w:vAlign w:val="center"/>
          </w:tcPr>
          <w:p w:rsidR="00E83F15" w:rsidRDefault="006642E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E83F15" w:rsidRDefault="006642E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القنوات الأرضية والعلوية مثبتة بالمسافات المحددة.</w:t>
            </w:r>
          </w:p>
        </w:tc>
        <w:tc>
          <w:tcPr>
            <w:tcW w:w="3402" w:type="dxa"/>
            <w:vAlign w:val="center"/>
          </w:tcPr>
          <w:p w:rsidR="00E83F15" w:rsidRDefault="006642E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Floor and ceiling tracks are fixed at specified spacing.</w:t>
            </w:r>
          </w:p>
        </w:tc>
        <w:tc>
          <w:tcPr>
            <w:tcW w:w="595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</w:tr>
      <w:tr w:rsidR="00E83F15">
        <w:trPr>
          <w:cantSplit/>
          <w:jc w:val="center"/>
        </w:trPr>
        <w:tc>
          <w:tcPr>
            <w:tcW w:w="397" w:type="dxa"/>
            <w:vAlign w:val="center"/>
          </w:tcPr>
          <w:p w:rsidR="00E83F15" w:rsidRDefault="006642E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E83F15" w:rsidRDefault="006642E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القوائم الرأسية على المسافات المحددة ومقواة عند الفتحات.</w:t>
            </w:r>
          </w:p>
        </w:tc>
        <w:tc>
          <w:tcPr>
            <w:tcW w:w="3402" w:type="dxa"/>
            <w:vAlign w:val="center"/>
          </w:tcPr>
          <w:p w:rsidR="00E83F15" w:rsidRDefault="006642E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Studs are at specified spacing and reinforced at openings.</w:t>
            </w:r>
          </w:p>
        </w:tc>
        <w:tc>
          <w:tcPr>
            <w:tcW w:w="595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</w:tr>
      <w:tr w:rsidR="00E83F15">
        <w:trPr>
          <w:cantSplit/>
          <w:jc w:val="center"/>
        </w:trPr>
        <w:tc>
          <w:tcPr>
            <w:tcW w:w="397" w:type="dxa"/>
            <w:vAlign w:val="center"/>
          </w:tcPr>
          <w:p w:rsidR="00E83F15" w:rsidRDefault="006642E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E83F15" w:rsidRDefault="006642E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دعامات (تقويات) خشبية أو معدنية لتعليق الأجهزة والأحواض.</w:t>
            </w:r>
          </w:p>
        </w:tc>
        <w:tc>
          <w:tcPr>
            <w:tcW w:w="3402" w:type="dxa"/>
            <w:vAlign w:val="center"/>
          </w:tcPr>
          <w:p w:rsidR="00E83F15" w:rsidRDefault="006642E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Timber or metal backing provided for fixtures and basins.</w:t>
            </w:r>
          </w:p>
        </w:tc>
        <w:tc>
          <w:tcPr>
            <w:tcW w:w="595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</w:tr>
      <w:tr w:rsidR="00E83F15">
        <w:trPr>
          <w:cantSplit/>
          <w:jc w:val="center"/>
        </w:trPr>
        <w:tc>
          <w:tcPr>
            <w:tcW w:w="397" w:type="dxa"/>
            <w:vAlign w:val="center"/>
          </w:tcPr>
          <w:p w:rsidR="00E83F15" w:rsidRDefault="006642E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E83F15" w:rsidRDefault="006642E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العزل الصوتي أو الحراري داخل القاطع حسب المواصفات.</w:t>
            </w:r>
          </w:p>
        </w:tc>
        <w:tc>
          <w:tcPr>
            <w:tcW w:w="3402" w:type="dxa"/>
            <w:vAlign w:val="center"/>
          </w:tcPr>
          <w:p w:rsidR="00E83F15" w:rsidRDefault="006642E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Acoustic or thermal insulation inside the partition as specified.</w:t>
            </w:r>
          </w:p>
        </w:tc>
        <w:tc>
          <w:tcPr>
            <w:tcW w:w="595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</w:tr>
      <w:tr w:rsidR="00E83F15">
        <w:trPr>
          <w:cantSplit/>
          <w:jc w:val="center"/>
        </w:trPr>
        <w:tc>
          <w:tcPr>
            <w:tcW w:w="397" w:type="dxa"/>
            <w:vAlign w:val="center"/>
          </w:tcPr>
          <w:p w:rsidR="00E83F15" w:rsidRDefault="006642E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E83F15" w:rsidRDefault="006642E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عدد طبقات الألواح ونوعها حسب تصنيف الحريق المطلوب.</w:t>
            </w:r>
          </w:p>
        </w:tc>
        <w:tc>
          <w:tcPr>
            <w:tcW w:w="3402" w:type="dxa"/>
            <w:vAlign w:val="center"/>
          </w:tcPr>
          <w:p w:rsidR="00E83F15" w:rsidRDefault="006642E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Number and type of board layers meet the required fire rating.</w:t>
            </w:r>
          </w:p>
        </w:tc>
        <w:tc>
          <w:tcPr>
            <w:tcW w:w="595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</w:tr>
      <w:tr w:rsidR="00E83F15">
        <w:trPr>
          <w:cantSplit/>
          <w:jc w:val="center"/>
        </w:trPr>
        <w:tc>
          <w:tcPr>
            <w:tcW w:w="397" w:type="dxa"/>
            <w:vAlign w:val="center"/>
          </w:tcPr>
          <w:p w:rsidR="00E83F15" w:rsidRDefault="006642E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E83F15" w:rsidRDefault="006642E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التمديدات الكهربائية والصحية داخل القاطع قبل الإغلاق.</w:t>
            </w:r>
          </w:p>
        </w:tc>
        <w:tc>
          <w:tcPr>
            <w:tcW w:w="3402" w:type="dxa"/>
            <w:vAlign w:val="center"/>
          </w:tcPr>
          <w:p w:rsidR="00E83F15" w:rsidRDefault="006642E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Electrical and plumbing services inside the partition before closing.</w:t>
            </w:r>
          </w:p>
        </w:tc>
        <w:tc>
          <w:tcPr>
            <w:tcW w:w="595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</w:tr>
      <w:tr w:rsidR="00E83F15">
        <w:trPr>
          <w:cantSplit/>
          <w:jc w:val="center"/>
        </w:trPr>
        <w:tc>
          <w:tcPr>
            <w:tcW w:w="397" w:type="dxa"/>
            <w:vAlign w:val="center"/>
          </w:tcPr>
          <w:p w:rsidR="00E83F15" w:rsidRDefault="006642E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E83F15" w:rsidRDefault="006642E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معالجة الفواصل والزوايا ورأسية واستواء القاطع.</w:t>
            </w:r>
          </w:p>
        </w:tc>
        <w:tc>
          <w:tcPr>
            <w:tcW w:w="3402" w:type="dxa"/>
            <w:vAlign w:val="center"/>
          </w:tcPr>
          <w:p w:rsidR="00E83F15" w:rsidRDefault="006642E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Joints and corners finished; partition plumb and true.</w:t>
            </w:r>
          </w:p>
        </w:tc>
        <w:tc>
          <w:tcPr>
            <w:tcW w:w="595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E83F15" w:rsidRDefault="00E83F15">
            <w:pPr>
              <w:bidi/>
              <w:spacing w:line="240" w:lineRule="auto"/>
              <w:jc w:val="center"/>
            </w:pPr>
          </w:p>
        </w:tc>
      </w:tr>
    </w:tbl>
    <w:p w:rsidR="00E83F15" w:rsidRDefault="00E83F15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E83F15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E83F15" w:rsidRDefault="006642E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E83F15" w:rsidRDefault="006642ED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E83F15" w:rsidRDefault="006642ED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المشروع، تعليمات المصنع، العينة المعتمدة ‏(Mock-up)‏، كود البناء السعودي SBC 201 و SBC 801</w:t>
            </w:r>
          </w:p>
        </w:tc>
        <w:tc>
          <w:tcPr>
            <w:tcW w:w="4309" w:type="dxa"/>
            <w:vAlign w:val="center"/>
          </w:tcPr>
          <w:p w:rsidR="00E83F15" w:rsidRDefault="006642ED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specifications, manufacturer instructions, approved sample / mock-up; Saudi Building Code SBC 201, SBC 801</w:t>
            </w:r>
          </w:p>
        </w:tc>
      </w:tr>
      <w:tr w:rsidR="00E83F15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E83F15" w:rsidRDefault="006642E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E83F15" w:rsidRDefault="006642ED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E83F15" w:rsidRDefault="006642ED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المادة والعينة ☐ مخططات التوزيع ☐ اعتماد النموذج Mock-up</w:t>
            </w:r>
          </w:p>
        </w:tc>
        <w:tc>
          <w:tcPr>
            <w:tcW w:w="4309" w:type="dxa"/>
            <w:vAlign w:val="center"/>
          </w:tcPr>
          <w:p w:rsidR="00E83F15" w:rsidRDefault="006642ED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and sample approval   ☐ Layout shop drawings   ☐ Mock-up approval</w:t>
            </w:r>
          </w:p>
        </w:tc>
      </w:tr>
    </w:tbl>
    <w:p w:rsidR="00E83F15" w:rsidRDefault="00E83F15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E83F15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E83F15" w:rsidRDefault="006642E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E83F15" w:rsidRDefault="006642ED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E83F15" w:rsidRDefault="00E83F15">
            <w:pPr>
              <w:keepNext/>
              <w:bidi/>
              <w:spacing w:line="240" w:lineRule="auto"/>
            </w:pPr>
          </w:p>
        </w:tc>
      </w:tr>
    </w:tbl>
    <w:p w:rsidR="00E83F15" w:rsidRDefault="00E83F15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E83F15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E83F15" w:rsidRDefault="006642E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E83F15" w:rsidRDefault="006642ED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E83F15" w:rsidRDefault="006642E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E83F15" w:rsidRDefault="006642E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E83F15" w:rsidRDefault="006642E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E83F15" w:rsidRDefault="006642E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E83F15" w:rsidRDefault="006642E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E83F15" w:rsidRDefault="006642E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E83F15" w:rsidRDefault="006642E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E83F15" w:rsidRDefault="006642E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E83F15" w:rsidRDefault="00E83F15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E83F15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E83F15" w:rsidRDefault="006642ED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E83F15" w:rsidRDefault="006642ED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E83F15" w:rsidRDefault="006642E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E83F15" w:rsidRDefault="006642E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E83F15" w:rsidRDefault="006642E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E83F15" w:rsidRDefault="006642E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E83F15" w:rsidRDefault="006642E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E83F15" w:rsidRDefault="006642E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E83F15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E83F15" w:rsidRDefault="006642E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E83F15" w:rsidRDefault="006642E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E83F15" w:rsidRDefault="006642E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E83F15" w:rsidRDefault="006642E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E83F15" w:rsidRDefault="006642E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E83F15" w:rsidRDefault="006642E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E83F15" w:rsidRDefault="006642E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E83F15" w:rsidRDefault="006642E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E83F15" w:rsidRDefault="006642E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E83F15" w:rsidRDefault="006642E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E83F15" w:rsidRDefault="006642E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E83F15" w:rsidRDefault="00E83F15">
      <w:pPr>
        <w:spacing w:line="20" w:lineRule="exact"/>
      </w:pPr>
    </w:p>
    <w:sectPr w:rsidR="00E83F15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642ED" w:rsidRDefault="006642ED">
      <w:pPr>
        <w:spacing w:line="240" w:lineRule="auto"/>
      </w:pPr>
      <w:r>
        <w:separator/>
      </w:r>
    </w:p>
  </w:endnote>
  <w:endnote w:type="continuationSeparator" w:id="0">
    <w:p w:rsidR="006642ED" w:rsidRDefault="006642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E83F15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E83F15" w:rsidRDefault="006642E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E83F15" w:rsidRDefault="006642ED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ACE-QC-ARC-030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642ED" w:rsidRDefault="006642ED">
      <w:pPr>
        <w:spacing w:line="240" w:lineRule="auto"/>
      </w:pPr>
      <w:r>
        <w:separator/>
      </w:r>
    </w:p>
  </w:footnote>
  <w:footnote w:type="continuationSeparator" w:id="0">
    <w:p w:rsidR="006642ED" w:rsidRDefault="006642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E83F15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E83F15" w:rsidRDefault="006642ED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E83F15" w:rsidRDefault="006642ED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E83F15" w:rsidRDefault="006642ED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E83F15" w:rsidRDefault="006642E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E83F15" w:rsidRDefault="006642ED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ACE-QC-ARC-030</w:t>
          </w:r>
        </w:p>
      </w:tc>
    </w:tr>
    <w:tr w:rsidR="00E83F15">
      <w:trPr>
        <w:trHeight w:val="283"/>
        <w:jc w:val="center"/>
      </w:trPr>
      <w:tc>
        <w:tcPr>
          <w:tcW w:w="2041" w:type="dxa"/>
          <w:vMerge/>
          <w:vAlign w:val="center"/>
        </w:tcPr>
        <w:p w:rsidR="00E83F15" w:rsidRDefault="00E83F15"/>
      </w:tc>
      <w:tc>
        <w:tcPr>
          <w:tcW w:w="5669" w:type="dxa"/>
          <w:vMerge/>
          <w:vAlign w:val="center"/>
        </w:tcPr>
        <w:p w:rsidR="00E83F15" w:rsidRDefault="00E83F15"/>
      </w:tc>
      <w:tc>
        <w:tcPr>
          <w:tcW w:w="1361" w:type="dxa"/>
          <w:shd w:val="clear" w:color="auto" w:fill="F2F2F2"/>
          <w:vAlign w:val="center"/>
        </w:tcPr>
        <w:p w:rsidR="00E83F15" w:rsidRDefault="006642E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E83F15" w:rsidRDefault="006642ED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E83F15">
      <w:trPr>
        <w:trHeight w:val="283"/>
        <w:jc w:val="center"/>
      </w:trPr>
      <w:tc>
        <w:tcPr>
          <w:tcW w:w="2041" w:type="dxa"/>
          <w:vMerge/>
          <w:vAlign w:val="center"/>
        </w:tcPr>
        <w:p w:rsidR="00E83F15" w:rsidRDefault="00E83F15"/>
      </w:tc>
      <w:tc>
        <w:tcPr>
          <w:tcW w:w="5669" w:type="dxa"/>
          <w:vMerge w:val="restart"/>
          <w:shd w:val="clear" w:color="auto" w:fill="E7E6E6"/>
          <w:vAlign w:val="center"/>
        </w:tcPr>
        <w:p w:rsidR="00E83F15" w:rsidRDefault="006642ED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القواطع الجبسية</w:t>
          </w:r>
        </w:p>
        <w:p w:rsidR="00E83F15" w:rsidRDefault="006642ED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Gypsum Board Partitions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E83F15" w:rsidRDefault="006642E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E83F15" w:rsidRDefault="006642ED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E83F15">
      <w:trPr>
        <w:trHeight w:val="283"/>
        <w:jc w:val="center"/>
      </w:trPr>
      <w:tc>
        <w:tcPr>
          <w:tcW w:w="2041" w:type="dxa"/>
          <w:vMerge/>
          <w:vAlign w:val="center"/>
        </w:tcPr>
        <w:p w:rsidR="00E83F15" w:rsidRDefault="00E83F15"/>
      </w:tc>
      <w:tc>
        <w:tcPr>
          <w:tcW w:w="5669" w:type="dxa"/>
          <w:vMerge/>
          <w:vAlign w:val="center"/>
        </w:tcPr>
        <w:p w:rsidR="00E83F15" w:rsidRDefault="00E83F15"/>
      </w:tc>
      <w:tc>
        <w:tcPr>
          <w:tcW w:w="1361" w:type="dxa"/>
          <w:shd w:val="clear" w:color="auto" w:fill="F2F2F2"/>
          <w:vAlign w:val="center"/>
        </w:tcPr>
        <w:p w:rsidR="00E83F15" w:rsidRDefault="006642E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E83F15" w:rsidRDefault="006642ED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E83F15" w:rsidRDefault="00E83F15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1655037">
    <w:abstractNumId w:val="8"/>
  </w:num>
  <w:num w:numId="2" w16cid:durableId="890462190">
    <w:abstractNumId w:val="6"/>
  </w:num>
  <w:num w:numId="3" w16cid:durableId="1762679029">
    <w:abstractNumId w:val="5"/>
  </w:num>
  <w:num w:numId="4" w16cid:durableId="153186129">
    <w:abstractNumId w:val="4"/>
  </w:num>
  <w:num w:numId="5" w16cid:durableId="270480809">
    <w:abstractNumId w:val="7"/>
  </w:num>
  <w:num w:numId="6" w16cid:durableId="732117784">
    <w:abstractNumId w:val="3"/>
  </w:num>
  <w:num w:numId="7" w16cid:durableId="507720462">
    <w:abstractNumId w:val="2"/>
  </w:num>
  <w:num w:numId="8" w16cid:durableId="484202900">
    <w:abstractNumId w:val="1"/>
  </w:num>
  <w:num w:numId="9" w16cid:durableId="737943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C0D99"/>
    <w:rsid w:val="006642ED"/>
    <w:rsid w:val="00960F5D"/>
    <w:rsid w:val="00AA1D8D"/>
    <w:rsid w:val="00B47730"/>
    <w:rsid w:val="00CB0664"/>
    <w:rsid w:val="00E83F1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5B380C4B-7077-4B01-8976-9C8AB53B1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ACE_QC-ARC-030_Gypsum_Board_Partitions_20261009_v4.dotx</Template>
  <TotalTime>0</TotalTime>
  <Pages>1</Pages>
  <Words>516</Words>
  <Characters>2943</Characters>
  <Application>Microsoft Office Word</Application>
  <DocSecurity>0</DocSecurity>
  <Lines>24</Lines>
  <Paragraphs>6</Paragraphs>
  <ScaleCrop>false</ScaleCrop>
  <Manager>Ahmed Fathy</Manager>
  <Company>Arab Creators for Engineering Consultancy</Company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ACE-QC-ARC-030 Gypsum Board Partitions Inspection</dc:title>
  <dc:subject>فحص واستلام القواطع الجبسية</dc:subject>
  <dc:creator>Ahmed Fathy</dc:creator>
  <cp:keywords>QC; ITP; Inspection</cp:keywords>
  <dc:description/>
  <cp:lastModifiedBy>Ahmed Fathy</cp:lastModifiedBy>
  <cp:revision>2</cp:revision>
  <dcterms:created xsi:type="dcterms:W3CDTF">2026-11-03T20:12:00Z</dcterms:created>
  <dcterms:modified xsi:type="dcterms:W3CDTF">2026-11-03T20:12:00Z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