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6255D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6255D7" w:rsidRDefault="006314D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6255D7" w:rsidRDefault="006255D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6255D7" w:rsidRDefault="006314D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6255D7" w:rsidRDefault="006255D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6255D7" w:rsidRDefault="006314D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6255D7" w:rsidRDefault="006255D7">
            <w:pPr>
              <w:bidi/>
              <w:spacing w:line="240" w:lineRule="auto"/>
            </w:pPr>
          </w:p>
        </w:tc>
      </w:tr>
      <w:tr w:rsidR="006255D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6255D7" w:rsidRDefault="006314D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6255D7" w:rsidRDefault="006255D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6255D7" w:rsidRDefault="006314D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6255D7" w:rsidRDefault="006255D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6255D7" w:rsidRDefault="006314D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6255D7" w:rsidRDefault="006255D7">
            <w:pPr>
              <w:bidi/>
              <w:spacing w:line="240" w:lineRule="auto"/>
            </w:pPr>
          </w:p>
        </w:tc>
      </w:tr>
      <w:tr w:rsidR="006255D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6255D7" w:rsidRDefault="006314D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6255D7" w:rsidRDefault="006255D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6255D7" w:rsidRDefault="006314D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6255D7" w:rsidRDefault="006314D9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6255D7" w:rsidRDefault="006255D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255D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6255D7" w:rsidRDefault="006255D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6255D7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6255D7" w:rsidRDefault="006314D9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6255D7" w:rsidRDefault="006314D9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6255D7" w:rsidRDefault="006314D9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6255D7" w:rsidRDefault="006314D9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6255D7">
        <w:trPr>
          <w:cantSplit/>
          <w:jc w:val="center"/>
        </w:trPr>
        <w:tc>
          <w:tcPr>
            <w:tcW w:w="397" w:type="dxa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</w:tr>
      <w:tr w:rsidR="006255D7">
        <w:trPr>
          <w:cantSplit/>
          <w:jc w:val="center"/>
        </w:trPr>
        <w:tc>
          <w:tcPr>
            <w:tcW w:w="397" w:type="dxa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</w:tr>
      <w:tr w:rsidR="006255D7">
        <w:trPr>
          <w:cantSplit/>
          <w:jc w:val="center"/>
        </w:trPr>
        <w:tc>
          <w:tcPr>
            <w:tcW w:w="397" w:type="dxa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</w:tr>
      <w:tr w:rsidR="006255D7">
        <w:trPr>
          <w:cantSplit/>
          <w:jc w:val="center"/>
        </w:trPr>
        <w:tc>
          <w:tcPr>
            <w:tcW w:w="397" w:type="dxa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</w:tr>
      <w:tr w:rsidR="006255D7">
        <w:trPr>
          <w:cantSplit/>
          <w:jc w:val="center"/>
        </w:trPr>
        <w:tc>
          <w:tcPr>
            <w:tcW w:w="397" w:type="dxa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</w:tr>
      <w:tr w:rsidR="006255D7">
        <w:trPr>
          <w:cantSplit/>
          <w:jc w:val="center"/>
        </w:trPr>
        <w:tc>
          <w:tcPr>
            <w:tcW w:w="397" w:type="dxa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</w:tr>
      <w:tr w:rsidR="006255D7">
        <w:trPr>
          <w:cantSplit/>
          <w:jc w:val="center"/>
        </w:trPr>
        <w:tc>
          <w:tcPr>
            <w:tcW w:w="397" w:type="dxa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</w:tr>
      <w:tr w:rsidR="006255D7">
        <w:trPr>
          <w:cantSplit/>
          <w:jc w:val="center"/>
        </w:trPr>
        <w:tc>
          <w:tcPr>
            <w:tcW w:w="397" w:type="dxa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</w:tr>
    </w:tbl>
    <w:p w:rsidR="006255D7" w:rsidRDefault="006255D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255D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أرضيات الفينيل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Vinyl Flooring Checklist</w:t>
            </w:r>
          </w:p>
        </w:tc>
      </w:tr>
    </w:tbl>
    <w:p w:rsidR="006255D7" w:rsidRDefault="006255D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6255D7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6255D7" w:rsidRDefault="006314D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6255D7" w:rsidRDefault="006314D9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6255D7" w:rsidRDefault="006314D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6255D7" w:rsidRDefault="006314D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6255D7" w:rsidRDefault="006314D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6255D7" w:rsidRDefault="006314D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6255D7">
        <w:trPr>
          <w:cantSplit/>
          <w:jc w:val="center"/>
        </w:trPr>
        <w:tc>
          <w:tcPr>
            <w:tcW w:w="397" w:type="dxa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الأرضية الخرسانية مستوية وجافة ونسبة الرطوبة في الحدود المسموحة.</w:t>
            </w:r>
          </w:p>
        </w:tc>
        <w:tc>
          <w:tcPr>
            <w:tcW w:w="3402" w:type="dxa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Sub-floor is level, dry and moisture content is within limits.</w:t>
            </w:r>
          </w:p>
        </w:tc>
        <w:tc>
          <w:tcPr>
            <w:tcW w:w="595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</w:tr>
      <w:tr w:rsidR="006255D7">
        <w:trPr>
          <w:cantSplit/>
          <w:jc w:val="center"/>
        </w:trPr>
        <w:tc>
          <w:tcPr>
            <w:tcW w:w="397" w:type="dxa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تسوية الأرضية بمادة تسوية ذاتية عند الحاجة.</w:t>
            </w:r>
          </w:p>
        </w:tc>
        <w:tc>
          <w:tcPr>
            <w:tcW w:w="3402" w:type="dxa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Self-levelling compound applied where required.</w:t>
            </w:r>
          </w:p>
        </w:tc>
        <w:tc>
          <w:tcPr>
            <w:tcW w:w="595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</w:tr>
      <w:tr w:rsidR="006255D7">
        <w:trPr>
          <w:cantSplit/>
          <w:jc w:val="center"/>
        </w:trPr>
        <w:tc>
          <w:tcPr>
            <w:tcW w:w="397" w:type="dxa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المادة واللون والسماكة مطابقة للعينة المعتمدة.</w:t>
            </w:r>
          </w:p>
        </w:tc>
        <w:tc>
          <w:tcPr>
            <w:tcW w:w="3402" w:type="dxa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Material, colour and thickness match the approved sample.</w:t>
            </w:r>
          </w:p>
        </w:tc>
        <w:tc>
          <w:tcPr>
            <w:tcW w:w="595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</w:tr>
      <w:tr w:rsidR="006255D7">
        <w:trPr>
          <w:cantSplit/>
          <w:jc w:val="center"/>
        </w:trPr>
        <w:tc>
          <w:tcPr>
            <w:tcW w:w="397" w:type="dxa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تكييف المادة في الموقع المدة المحددة قبل التركيب.</w:t>
            </w:r>
          </w:p>
        </w:tc>
        <w:tc>
          <w:tcPr>
            <w:tcW w:w="3402" w:type="dxa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 is acclimatised on site for the specified period.</w:t>
            </w:r>
          </w:p>
        </w:tc>
        <w:tc>
          <w:tcPr>
            <w:tcW w:w="595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</w:tr>
      <w:tr w:rsidR="006255D7">
        <w:trPr>
          <w:cantSplit/>
          <w:jc w:val="center"/>
        </w:trPr>
        <w:tc>
          <w:tcPr>
            <w:tcW w:w="397" w:type="dxa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اللاصق معتمد ومفرود بالمعدل الصحيح.</w:t>
            </w:r>
          </w:p>
        </w:tc>
        <w:tc>
          <w:tcPr>
            <w:tcW w:w="3402" w:type="dxa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Approved adhesive applied at the correct rate.</w:t>
            </w:r>
          </w:p>
        </w:tc>
        <w:tc>
          <w:tcPr>
            <w:tcW w:w="595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</w:tr>
      <w:tr w:rsidR="006255D7">
        <w:trPr>
          <w:cantSplit/>
          <w:jc w:val="center"/>
        </w:trPr>
        <w:tc>
          <w:tcPr>
            <w:tcW w:w="397" w:type="dxa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اللحامات مستقيمة ومحكمة (لحام حراري عند الحاجة).</w:t>
            </w:r>
          </w:p>
        </w:tc>
        <w:tc>
          <w:tcPr>
            <w:tcW w:w="3402" w:type="dxa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Joints are straight and tight (heat-welded where required).</w:t>
            </w:r>
          </w:p>
        </w:tc>
        <w:tc>
          <w:tcPr>
            <w:tcW w:w="595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</w:tr>
      <w:tr w:rsidR="006255D7">
        <w:trPr>
          <w:cantSplit/>
          <w:jc w:val="center"/>
        </w:trPr>
        <w:tc>
          <w:tcPr>
            <w:tcW w:w="397" w:type="dxa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عدم وجود فقاعات أو تموجات بعد الدحرجة.</w:t>
            </w:r>
          </w:p>
        </w:tc>
        <w:tc>
          <w:tcPr>
            <w:tcW w:w="3402" w:type="dxa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No bubbles or waviness after rolling.</w:t>
            </w:r>
          </w:p>
        </w:tc>
        <w:tc>
          <w:tcPr>
            <w:tcW w:w="595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</w:tr>
      <w:tr w:rsidR="006255D7">
        <w:trPr>
          <w:cantSplit/>
          <w:jc w:val="center"/>
        </w:trPr>
        <w:tc>
          <w:tcPr>
            <w:tcW w:w="397" w:type="dxa"/>
            <w:vAlign w:val="center"/>
          </w:tcPr>
          <w:p w:rsidR="006255D7" w:rsidRDefault="006314D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الوزرات والزوايا والقطع الطرفية.</w:t>
            </w:r>
          </w:p>
        </w:tc>
        <w:tc>
          <w:tcPr>
            <w:tcW w:w="3402" w:type="dxa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Skirtings, corners and edge profiles are installed.</w:t>
            </w:r>
          </w:p>
        </w:tc>
        <w:tc>
          <w:tcPr>
            <w:tcW w:w="595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255D7" w:rsidRDefault="006255D7">
            <w:pPr>
              <w:bidi/>
              <w:spacing w:line="240" w:lineRule="auto"/>
              <w:jc w:val="center"/>
            </w:pPr>
          </w:p>
        </w:tc>
      </w:tr>
    </w:tbl>
    <w:p w:rsidR="006255D7" w:rsidRDefault="006255D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6255D7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6255D7" w:rsidRDefault="006314D9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mock-up; Saudi Building Code SBC 201, SBC 801</w:t>
            </w:r>
          </w:p>
        </w:tc>
      </w:tr>
      <w:tr w:rsidR="006255D7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6255D7" w:rsidRDefault="006314D9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6255D7" w:rsidRDefault="006314D9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6255D7" w:rsidRDefault="006255D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6255D7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255D7" w:rsidRDefault="006314D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6255D7" w:rsidRDefault="006314D9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6255D7" w:rsidRDefault="006255D7">
            <w:pPr>
              <w:keepNext/>
              <w:bidi/>
              <w:spacing w:line="240" w:lineRule="auto"/>
            </w:pPr>
          </w:p>
        </w:tc>
      </w:tr>
    </w:tbl>
    <w:p w:rsidR="006255D7" w:rsidRDefault="006255D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6255D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255D7" w:rsidRDefault="006314D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6255D7" w:rsidRDefault="006314D9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6255D7" w:rsidRDefault="006314D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6255D7" w:rsidRDefault="006314D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6255D7" w:rsidRDefault="006314D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6255D7" w:rsidRDefault="006314D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6255D7" w:rsidRDefault="006314D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6255D7" w:rsidRDefault="006314D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6255D7" w:rsidRDefault="006314D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6255D7" w:rsidRDefault="006314D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6255D7" w:rsidRDefault="006255D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6255D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255D7" w:rsidRDefault="006314D9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6255D7" w:rsidRDefault="006314D9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255D7" w:rsidRDefault="006314D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6255D7" w:rsidRDefault="006314D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255D7" w:rsidRDefault="006314D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6255D7" w:rsidRDefault="006314D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255D7" w:rsidRDefault="006314D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6255D7" w:rsidRDefault="006314D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6255D7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255D7" w:rsidRDefault="006314D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6255D7" w:rsidRDefault="006314D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6255D7" w:rsidRDefault="006314D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255D7" w:rsidRDefault="006314D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255D7" w:rsidRDefault="006314D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6255D7" w:rsidRDefault="006314D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255D7" w:rsidRDefault="006314D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255D7" w:rsidRDefault="006314D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6255D7" w:rsidRDefault="006314D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255D7" w:rsidRDefault="006314D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255D7" w:rsidRDefault="006314D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6255D7" w:rsidRDefault="006255D7">
      <w:pPr>
        <w:spacing w:line="20" w:lineRule="exact"/>
      </w:pPr>
    </w:p>
    <w:sectPr w:rsidR="006255D7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14D9" w:rsidRDefault="006314D9">
      <w:pPr>
        <w:spacing w:line="240" w:lineRule="auto"/>
      </w:pPr>
      <w:r>
        <w:separator/>
      </w:r>
    </w:p>
  </w:endnote>
  <w:endnote w:type="continuationSeparator" w:id="0">
    <w:p w:rsidR="006314D9" w:rsidRDefault="006314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6255D7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6255D7" w:rsidRDefault="006314D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6255D7" w:rsidRDefault="006314D9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ACE-QC-ARC-028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14D9" w:rsidRDefault="006314D9">
      <w:pPr>
        <w:spacing w:line="240" w:lineRule="auto"/>
      </w:pPr>
      <w:r>
        <w:separator/>
      </w:r>
    </w:p>
  </w:footnote>
  <w:footnote w:type="continuationSeparator" w:id="0">
    <w:p w:rsidR="006314D9" w:rsidRDefault="006314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6255D7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6255D7" w:rsidRDefault="006314D9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6255D7" w:rsidRDefault="006314D9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6255D7" w:rsidRDefault="006314D9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6255D7" w:rsidRDefault="006314D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6255D7" w:rsidRDefault="006314D9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ACE-QC-ARC-028</w:t>
          </w:r>
        </w:p>
      </w:tc>
    </w:tr>
    <w:tr w:rsidR="006255D7">
      <w:trPr>
        <w:trHeight w:val="283"/>
        <w:jc w:val="center"/>
      </w:trPr>
      <w:tc>
        <w:tcPr>
          <w:tcW w:w="2041" w:type="dxa"/>
          <w:vMerge/>
          <w:vAlign w:val="center"/>
        </w:tcPr>
        <w:p w:rsidR="006255D7" w:rsidRDefault="006255D7"/>
      </w:tc>
      <w:tc>
        <w:tcPr>
          <w:tcW w:w="5669" w:type="dxa"/>
          <w:vMerge/>
          <w:vAlign w:val="center"/>
        </w:tcPr>
        <w:p w:rsidR="006255D7" w:rsidRDefault="006255D7"/>
      </w:tc>
      <w:tc>
        <w:tcPr>
          <w:tcW w:w="1361" w:type="dxa"/>
          <w:shd w:val="clear" w:color="auto" w:fill="F2F2F2"/>
          <w:vAlign w:val="center"/>
        </w:tcPr>
        <w:p w:rsidR="006255D7" w:rsidRDefault="006314D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6255D7" w:rsidRDefault="006314D9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6255D7">
      <w:trPr>
        <w:trHeight w:val="283"/>
        <w:jc w:val="center"/>
      </w:trPr>
      <w:tc>
        <w:tcPr>
          <w:tcW w:w="2041" w:type="dxa"/>
          <w:vMerge/>
          <w:vAlign w:val="center"/>
        </w:tcPr>
        <w:p w:rsidR="006255D7" w:rsidRDefault="006255D7"/>
      </w:tc>
      <w:tc>
        <w:tcPr>
          <w:tcW w:w="5669" w:type="dxa"/>
          <w:vMerge w:val="restart"/>
          <w:shd w:val="clear" w:color="auto" w:fill="E7E6E6"/>
          <w:vAlign w:val="center"/>
        </w:tcPr>
        <w:p w:rsidR="006255D7" w:rsidRDefault="006314D9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أرضيات الفينيل</w:t>
          </w:r>
        </w:p>
        <w:p w:rsidR="006255D7" w:rsidRDefault="006314D9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Vinyl Flooring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6255D7" w:rsidRDefault="006314D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6255D7" w:rsidRDefault="006314D9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6255D7">
      <w:trPr>
        <w:trHeight w:val="283"/>
        <w:jc w:val="center"/>
      </w:trPr>
      <w:tc>
        <w:tcPr>
          <w:tcW w:w="2041" w:type="dxa"/>
          <w:vMerge/>
          <w:vAlign w:val="center"/>
        </w:tcPr>
        <w:p w:rsidR="006255D7" w:rsidRDefault="006255D7"/>
      </w:tc>
      <w:tc>
        <w:tcPr>
          <w:tcW w:w="5669" w:type="dxa"/>
          <w:vMerge/>
          <w:vAlign w:val="center"/>
        </w:tcPr>
        <w:p w:rsidR="006255D7" w:rsidRDefault="006255D7"/>
      </w:tc>
      <w:tc>
        <w:tcPr>
          <w:tcW w:w="1361" w:type="dxa"/>
          <w:shd w:val="clear" w:color="auto" w:fill="F2F2F2"/>
          <w:vAlign w:val="center"/>
        </w:tcPr>
        <w:p w:rsidR="006255D7" w:rsidRDefault="006314D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6255D7" w:rsidRDefault="006314D9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6255D7" w:rsidRDefault="006255D7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9485686">
    <w:abstractNumId w:val="8"/>
  </w:num>
  <w:num w:numId="2" w16cid:durableId="643972384">
    <w:abstractNumId w:val="6"/>
  </w:num>
  <w:num w:numId="3" w16cid:durableId="58678140">
    <w:abstractNumId w:val="5"/>
  </w:num>
  <w:num w:numId="4" w16cid:durableId="1557160531">
    <w:abstractNumId w:val="4"/>
  </w:num>
  <w:num w:numId="5" w16cid:durableId="783623333">
    <w:abstractNumId w:val="7"/>
  </w:num>
  <w:num w:numId="6" w16cid:durableId="1586721984">
    <w:abstractNumId w:val="3"/>
  </w:num>
  <w:num w:numId="7" w16cid:durableId="1290161246">
    <w:abstractNumId w:val="2"/>
  </w:num>
  <w:num w:numId="8" w16cid:durableId="1358658134">
    <w:abstractNumId w:val="1"/>
  </w:num>
  <w:num w:numId="9" w16cid:durableId="1608583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6255D7"/>
    <w:rsid w:val="006314D9"/>
    <w:rsid w:val="00AA1D8D"/>
    <w:rsid w:val="00B47730"/>
    <w:rsid w:val="00CB0664"/>
    <w:rsid w:val="00EE12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F409BD0-AE4E-4A5D-AC7F-883A31F78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ACE_QC-ARC-028_Vinyl_Flooring_20261009_v4.dotx</Template>
  <TotalTime>0</TotalTime>
  <Pages>1</Pages>
  <Words>497</Words>
  <Characters>2839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ACE-QC-ARC-028 Vinyl Flooring Inspection</dc:title>
  <dc:subject>فحص واستلام أرضيات الفينيل</dc:subject>
  <dc:creator>Ahmed Fathy</dc:creator>
  <cp:keywords>QC; ITP; Inspection</cp:keywords>
  <dc:description/>
  <cp:lastModifiedBy>Ahmed Fathy</cp:lastModifiedBy>
  <cp:revision>2</cp:revision>
  <dcterms:created xsi:type="dcterms:W3CDTF">2026-11-03T20:12:00Z</dcterms:created>
  <dcterms:modified xsi:type="dcterms:W3CDTF">2026-11-03T20:12:00Z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