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F0113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F0113A" w:rsidRDefault="00D664D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F0113A" w:rsidRDefault="00D664D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F0113A" w:rsidRDefault="00F0113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0113A" w:rsidRDefault="00D664D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F0113A" w:rsidRDefault="00D664D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F0113A" w:rsidRDefault="00F0113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0113A" w:rsidRDefault="00D664D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F0113A" w:rsidRDefault="00D664D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F0113A" w:rsidRDefault="00F0113A">
            <w:pPr>
              <w:bidi/>
              <w:spacing w:line="240" w:lineRule="auto"/>
            </w:pPr>
          </w:p>
        </w:tc>
      </w:tr>
      <w:tr w:rsidR="00F0113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F0113A" w:rsidRDefault="00D664D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F0113A" w:rsidRDefault="00D664D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F0113A" w:rsidRDefault="00F0113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0113A" w:rsidRDefault="00D664D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F0113A" w:rsidRDefault="00D664D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F0113A" w:rsidRDefault="00F0113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0113A" w:rsidRDefault="00D664D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F0113A" w:rsidRDefault="00D664D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F0113A" w:rsidRDefault="00F0113A">
            <w:pPr>
              <w:bidi/>
              <w:spacing w:line="240" w:lineRule="auto"/>
            </w:pPr>
          </w:p>
        </w:tc>
      </w:tr>
      <w:tr w:rsidR="00F0113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F0113A" w:rsidRDefault="00D664D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F0113A" w:rsidRDefault="00D664D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F0113A" w:rsidRDefault="00F0113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0113A" w:rsidRDefault="00D664D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F0113A" w:rsidRDefault="00D664D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F0113A" w:rsidRDefault="00D664D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F0113A" w:rsidRDefault="00D664DE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F0113A" w:rsidRDefault="00F0113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F0113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F0113A" w:rsidRDefault="00D664DE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F0113A" w:rsidRDefault="00D664DE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F0113A" w:rsidRDefault="00F0113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F0113A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F0113A" w:rsidRDefault="00D664D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F0113A" w:rsidRDefault="00D664DE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F0113A" w:rsidRDefault="00D664D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F0113A" w:rsidRDefault="00D664DE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F0113A" w:rsidRDefault="00D664D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F0113A" w:rsidRDefault="00D664DE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F0113A" w:rsidRDefault="00D664D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F0113A" w:rsidRDefault="00D664DE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F0113A">
        <w:trPr>
          <w:cantSplit/>
          <w:jc w:val="center"/>
        </w:trPr>
        <w:tc>
          <w:tcPr>
            <w:tcW w:w="397" w:type="dxa"/>
            <w:vAlign w:val="center"/>
          </w:tcPr>
          <w:p w:rsidR="00F0113A" w:rsidRDefault="00D664D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F0113A" w:rsidRDefault="00D664D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F0113A" w:rsidRDefault="00D664D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</w:tr>
      <w:tr w:rsidR="00F0113A">
        <w:trPr>
          <w:cantSplit/>
          <w:jc w:val="center"/>
        </w:trPr>
        <w:tc>
          <w:tcPr>
            <w:tcW w:w="397" w:type="dxa"/>
            <w:vAlign w:val="center"/>
          </w:tcPr>
          <w:p w:rsidR="00F0113A" w:rsidRDefault="00D664D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F0113A" w:rsidRDefault="00D664D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F0113A" w:rsidRDefault="00D664D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</w:tr>
      <w:tr w:rsidR="00F0113A">
        <w:trPr>
          <w:cantSplit/>
          <w:jc w:val="center"/>
        </w:trPr>
        <w:tc>
          <w:tcPr>
            <w:tcW w:w="397" w:type="dxa"/>
            <w:vAlign w:val="center"/>
          </w:tcPr>
          <w:p w:rsidR="00F0113A" w:rsidRDefault="00D664D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F0113A" w:rsidRDefault="00D664D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F0113A" w:rsidRDefault="00D664D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</w:tr>
      <w:tr w:rsidR="00F0113A">
        <w:trPr>
          <w:cantSplit/>
          <w:jc w:val="center"/>
        </w:trPr>
        <w:tc>
          <w:tcPr>
            <w:tcW w:w="397" w:type="dxa"/>
            <w:vAlign w:val="center"/>
          </w:tcPr>
          <w:p w:rsidR="00F0113A" w:rsidRDefault="00D664D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F0113A" w:rsidRDefault="00D664D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F0113A" w:rsidRDefault="00D664D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</w:tr>
      <w:tr w:rsidR="00F0113A">
        <w:trPr>
          <w:cantSplit/>
          <w:jc w:val="center"/>
        </w:trPr>
        <w:tc>
          <w:tcPr>
            <w:tcW w:w="397" w:type="dxa"/>
            <w:vAlign w:val="center"/>
          </w:tcPr>
          <w:p w:rsidR="00F0113A" w:rsidRDefault="00D664D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F0113A" w:rsidRDefault="00D664D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F0113A" w:rsidRDefault="00D664D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</w:tr>
      <w:tr w:rsidR="00F0113A">
        <w:trPr>
          <w:cantSplit/>
          <w:jc w:val="center"/>
        </w:trPr>
        <w:tc>
          <w:tcPr>
            <w:tcW w:w="397" w:type="dxa"/>
            <w:vAlign w:val="center"/>
          </w:tcPr>
          <w:p w:rsidR="00F0113A" w:rsidRDefault="00D664D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F0113A" w:rsidRDefault="00D664D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F0113A" w:rsidRDefault="00D664D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</w:tr>
      <w:tr w:rsidR="00F0113A">
        <w:trPr>
          <w:cantSplit/>
          <w:jc w:val="center"/>
        </w:trPr>
        <w:tc>
          <w:tcPr>
            <w:tcW w:w="397" w:type="dxa"/>
            <w:vAlign w:val="center"/>
          </w:tcPr>
          <w:p w:rsidR="00F0113A" w:rsidRDefault="00D664D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F0113A" w:rsidRDefault="00D664D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F0113A" w:rsidRDefault="00D664D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</w:tr>
      <w:tr w:rsidR="00F0113A">
        <w:trPr>
          <w:cantSplit/>
          <w:jc w:val="center"/>
        </w:trPr>
        <w:tc>
          <w:tcPr>
            <w:tcW w:w="397" w:type="dxa"/>
            <w:vAlign w:val="center"/>
          </w:tcPr>
          <w:p w:rsidR="00F0113A" w:rsidRDefault="00D664D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F0113A" w:rsidRDefault="00D664D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F0113A" w:rsidRDefault="00D664D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</w:tr>
    </w:tbl>
    <w:p w:rsidR="00F0113A" w:rsidRDefault="00F0113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F0113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F0113A" w:rsidRDefault="00D664DE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تركيب وتثبيت الهاندرل (دريزين لسلم الحديد)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F0113A" w:rsidRDefault="00D664DE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Steel Stair Handrail Installation Checklist</w:t>
            </w:r>
          </w:p>
        </w:tc>
      </w:tr>
    </w:tbl>
    <w:p w:rsidR="00F0113A" w:rsidRDefault="00F0113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F0113A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F0113A" w:rsidRDefault="00D664D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F0113A" w:rsidRDefault="00D664D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F0113A" w:rsidRDefault="00D664D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F0113A" w:rsidRDefault="00D664DE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F0113A" w:rsidRDefault="00D664D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F0113A" w:rsidRDefault="00D664D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F0113A" w:rsidRDefault="00D664D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F0113A" w:rsidRDefault="00D664D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F0113A" w:rsidRDefault="00D664D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F0113A" w:rsidRDefault="00D664D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F0113A" w:rsidRDefault="00D664D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F0113A" w:rsidRDefault="00D664D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F0113A">
        <w:trPr>
          <w:cantSplit/>
          <w:jc w:val="center"/>
        </w:trPr>
        <w:tc>
          <w:tcPr>
            <w:tcW w:w="397" w:type="dxa"/>
            <w:vAlign w:val="center"/>
          </w:tcPr>
          <w:p w:rsidR="00F0113A" w:rsidRDefault="00D664D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F0113A" w:rsidRDefault="00D664D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مطابقة التوريد للعينة المعتمدة من حيث قطاعات وشكل الحديد المستخدم.</w:t>
            </w:r>
          </w:p>
        </w:tc>
        <w:tc>
          <w:tcPr>
            <w:tcW w:w="3402" w:type="dxa"/>
            <w:vAlign w:val="center"/>
          </w:tcPr>
          <w:p w:rsidR="00F0113A" w:rsidRDefault="00D664D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Delivery matches the approved sample in sections and shape.</w:t>
            </w:r>
          </w:p>
        </w:tc>
        <w:tc>
          <w:tcPr>
            <w:tcW w:w="595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</w:tr>
      <w:tr w:rsidR="00F0113A">
        <w:trPr>
          <w:cantSplit/>
          <w:jc w:val="center"/>
        </w:trPr>
        <w:tc>
          <w:tcPr>
            <w:tcW w:w="397" w:type="dxa"/>
            <w:vAlign w:val="center"/>
          </w:tcPr>
          <w:p w:rsidR="00F0113A" w:rsidRDefault="00D664D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F0113A" w:rsidRDefault="00D664D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يتم ضبط منسوب الدرج في القلبة وتحديد ارتفاع ميل الدرابزين بخط موازٍ لأنف الدرج وطبقا للرسومات التنفيذية المعتمدة.</w:t>
            </w:r>
          </w:p>
        </w:tc>
        <w:tc>
          <w:tcPr>
            <w:tcW w:w="3402" w:type="dxa"/>
            <w:vAlign w:val="center"/>
          </w:tcPr>
          <w:p w:rsidR="00F0113A" w:rsidRDefault="00D664D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Handrail rake is set parallel to stair nosing per approved shop drawings.</w:t>
            </w:r>
          </w:p>
        </w:tc>
        <w:tc>
          <w:tcPr>
            <w:tcW w:w="595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</w:tr>
      <w:tr w:rsidR="00F0113A">
        <w:trPr>
          <w:cantSplit/>
          <w:jc w:val="center"/>
        </w:trPr>
        <w:tc>
          <w:tcPr>
            <w:tcW w:w="397" w:type="dxa"/>
            <w:vAlign w:val="center"/>
          </w:tcPr>
          <w:p w:rsidR="00F0113A" w:rsidRDefault="00D664D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F0113A" w:rsidRDefault="00D664D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يتم ثقب نائمة الدرجة الرخام لتثبيت قوائم الدرابزين في خرسانة الدرج باللحام في حديد التسليح الموجود في قلبة الدرج.</w:t>
            </w:r>
          </w:p>
        </w:tc>
        <w:tc>
          <w:tcPr>
            <w:tcW w:w="3402" w:type="dxa"/>
            <w:vAlign w:val="center"/>
          </w:tcPr>
          <w:p w:rsidR="00F0113A" w:rsidRDefault="00D664D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Marble treads are drilled and balusters welded to reinforcement in the stair flight.</w:t>
            </w:r>
          </w:p>
        </w:tc>
        <w:tc>
          <w:tcPr>
            <w:tcW w:w="595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</w:tr>
      <w:tr w:rsidR="00F0113A">
        <w:trPr>
          <w:cantSplit/>
          <w:jc w:val="center"/>
        </w:trPr>
        <w:tc>
          <w:tcPr>
            <w:tcW w:w="397" w:type="dxa"/>
            <w:vAlign w:val="center"/>
          </w:tcPr>
          <w:p w:rsidR="00F0113A" w:rsidRDefault="00D664D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F0113A" w:rsidRDefault="00D664D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يتم تجليخ جميع اللحامات، ويراعى أن تكون اللحامات ممتلئة وليست نقطية.</w:t>
            </w:r>
          </w:p>
        </w:tc>
        <w:tc>
          <w:tcPr>
            <w:tcW w:w="3402" w:type="dxa"/>
            <w:vAlign w:val="center"/>
          </w:tcPr>
          <w:p w:rsidR="00F0113A" w:rsidRDefault="00D664D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All welds are ground; welds are continuous, not tack welds.</w:t>
            </w:r>
          </w:p>
        </w:tc>
        <w:tc>
          <w:tcPr>
            <w:tcW w:w="595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</w:tr>
      <w:tr w:rsidR="00F0113A">
        <w:trPr>
          <w:cantSplit/>
          <w:jc w:val="center"/>
        </w:trPr>
        <w:tc>
          <w:tcPr>
            <w:tcW w:w="397" w:type="dxa"/>
            <w:vAlign w:val="center"/>
          </w:tcPr>
          <w:p w:rsidR="00F0113A" w:rsidRDefault="00D664D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F0113A" w:rsidRDefault="00D664D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يتم دهان بريمر مقاوم للصدأ ثم دهان وجهين باللون المطلوب.</w:t>
            </w:r>
          </w:p>
        </w:tc>
        <w:tc>
          <w:tcPr>
            <w:tcW w:w="3402" w:type="dxa"/>
            <w:vAlign w:val="center"/>
          </w:tcPr>
          <w:p w:rsidR="00F0113A" w:rsidRDefault="00D664D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Anti-rust primer then two coats in the required colour.</w:t>
            </w:r>
          </w:p>
        </w:tc>
        <w:tc>
          <w:tcPr>
            <w:tcW w:w="595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0113A" w:rsidRDefault="00F0113A">
            <w:pPr>
              <w:bidi/>
              <w:spacing w:line="240" w:lineRule="auto"/>
              <w:jc w:val="center"/>
            </w:pPr>
          </w:p>
        </w:tc>
      </w:tr>
    </w:tbl>
    <w:p w:rsidR="00F0113A" w:rsidRDefault="00F0113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F0113A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F0113A" w:rsidRDefault="00D664D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F0113A" w:rsidRDefault="00D664DE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F0113A" w:rsidRDefault="00D664D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العينة المعتمدة، تعليمات المصنع، كود البناء السعودي SBC 201 و SBC 801</w:t>
            </w:r>
          </w:p>
        </w:tc>
        <w:tc>
          <w:tcPr>
            <w:tcW w:w="4309" w:type="dxa"/>
            <w:vAlign w:val="center"/>
          </w:tcPr>
          <w:p w:rsidR="00F0113A" w:rsidRDefault="00D664DE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approved sample, manufacturer instructions; Saudi Building Code SBC 201, SBC 801</w:t>
            </w:r>
          </w:p>
        </w:tc>
      </w:tr>
      <w:tr w:rsidR="00F0113A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F0113A" w:rsidRDefault="00D664D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F0113A" w:rsidRDefault="00D664DE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F0113A" w:rsidRDefault="00D664D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العينة والمادة ☐ المخططات التنفيذية ☐ جدول الأبواب والشبابيك</w:t>
            </w:r>
          </w:p>
        </w:tc>
        <w:tc>
          <w:tcPr>
            <w:tcW w:w="4309" w:type="dxa"/>
            <w:vAlign w:val="center"/>
          </w:tcPr>
          <w:p w:rsidR="00F0113A" w:rsidRDefault="00D664DE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Sample and material approval   ☐ Shop drawings   ☐ Door / window schedule</w:t>
            </w:r>
          </w:p>
        </w:tc>
      </w:tr>
    </w:tbl>
    <w:p w:rsidR="00F0113A" w:rsidRDefault="00F0113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F0113A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0113A" w:rsidRDefault="00D664DE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F0113A" w:rsidRDefault="00D664DE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F0113A" w:rsidRDefault="00F0113A">
            <w:pPr>
              <w:keepNext/>
              <w:bidi/>
              <w:spacing w:line="240" w:lineRule="auto"/>
            </w:pPr>
          </w:p>
        </w:tc>
      </w:tr>
    </w:tbl>
    <w:p w:rsidR="00F0113A" w:rsidRDefault="00F0113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F0113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0113A" w:rsidRDefault="00D664DE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F0113A" w:rsidRDefault="00D664DE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F0113A" w:rsidRDefault="00D664D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F0113A" w:rsidRDefault="00D664D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F0113A" w:rsidRDefault="00D664D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F0113A" w:rsidRDefault="00D664D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F0113A" w:rsidRDefault="00D664D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F0113A" w:rsidRDefault="00D664D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F0113A" w:rsidRDefault="00D664D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F0113A" w:rsidRDefault="00D664D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F0113A" w:rsidRDefault="00F0113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F0113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0113A" w:rsidRDefault="00D664DE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F0113A" w:rsidRDefault="00D664DE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F0113A" w:rsidRDefault="00D664DE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F0113A" w:rsidRDefault="00D664D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F0113A" w:rsidRDefault="00D664DE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F0113A" w:rsidRDefault="00D664D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F0113A" w:rsidRDefault="00D664DE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F0113A" w:rsidRDefault="00D664D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F0113A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0113A" w:rsidRDefault="00D664D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F0113A" w:rsidRDefault="00D664D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F0113A" w:rsidRDefault="00D664D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F0113A" w:rsidRDefault="00D664D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F0113A" w:rsidRDefault="00D664D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F0113A" w:rsidRDefault="00D664D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F0113A" w:rsidRDefault="00D664D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F0113A" w:rsidRDefault="00D664D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F0113A" w:rsidRDefault="00D664D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F0113A" w:rsidRDefault="00D664D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F0113A" w:rsidRDefault="00D664D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F0113A" w:rsidRDefault="00F0113A">
      <w:pPr>
        <w:spacing w:line="20" w:lineRule="exact"/>
      </w:pPr>
    </w:p>
    <w:sectPr w:rsidR="00F0113A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664DE" w:rsidRDefault="00D664DE">
      <w:pPr>
        <w:spacing w:line="240" w:lineRule="auto"/>
      </w:pPr>
      <w:r>
        <w:separator/>
      </w:r>
    </w:p>
  </w:endnote>
  <w:endnote w:type="continuationSeparator" w:id="0">
    <w:p w:rsidR="00D664DE" w:rsidRDefault="00D664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F0113A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F0113A" w:rsidRDefault="00D664D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F0113A" w:rsidRDefault="00D664DE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ACE-QC-ARC-025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664DE" w:rsidRDefault="00D664DE">
      <w:pPr>
        <w:spacing w:line="240" w:lineRule="auto"/>
      </w:pPr>
      <w:r>
        <w:separator/>
      </w:r>
    </w:p>
  </w:footnote>
  <w:footnote w:type="continuationSeparator" w:id="0">
    <w:p w:rsidR="00D664DE" w:rsidRDefault="00D664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F0113A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F0113A" w:rsidRDefault="00D664DE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F0113A" w:rsidRDefault="00D664DE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F0113A" w:rsidRDefault="00D664DE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F0113A" w:rsidRDefault="00D664D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F0113A" w:rsidRDefault="00D664DE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ACE-QC-ARC-025</w:t>
          </w:r>
        </w:p>
      </w:tc>
    </w:tr>
    <w:tr w:rsidR="00F0113A">
      <w:trPr>
        <w:trHeight w:val="283"/>
        <w:jc w:val="center"/>
      </w:trPr>
      <w:tc>
        <w:tcPr>
          <w:tcW w:w="2041" w:type="dxa"/>
          <w:vMerge/>
          <w:vAlign w:val="center"/>
        </w:tcPr>
        <w:p w:rsidR="00F0113A" w:rsidRDefault="00F0113A"/>
      </w:tc>
      <w:tc>
        <w:tcPr>
          <w:tcW w:w="5669" w:type="dxa"/>
          <w:vMerge/>
          <w:vAlign w:val="center"/>
        </w:tcPr>
        <w:p w:rsidR="00F0113A" w:rsidRDefault="00F0113A"/>
      </w:tc>
      <w:tc>
        <w:tcPr>
          <w:tcW w:w="1361" w:type="dxa"/>
          <w:shd w:val="clear" w:color="auto" w:fill="F2F2F2"/>
          <w:vAlign w:val="center"/>
        </w:tcPr>
        <w:p w:rsidR="00F0113A" w:rsidRDefault="00D664D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F0113A" w:rsidRDefault="00D664DE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F0113A">
      <w:trPr>
        <w:trHeight w:val="283"/>
        <w:jc w:val="center"/>
      </w:trPr>
      <w:tc>
        <w:tcPr>
          <w:tcW w:w="2041" w:type="dxa"/>
          <w:vMerge/>
          <w:vAlign w:val="center"/>
        </w:tcPr>
        <w:p w:rsidR="00F0113A" w:rsidRDefault="00F0113A"/>
      </w:tc>
      <w:tc>
        <w:tcPr>
          <w:tcW w:w="5669" w:type="dxa"/>
          <w:vMerge w:val="restart"/>
          <w:shd w:val="clear" w:color="auto" w:fill="E7E6E6"/>
          <w:vAlign w:val="center"/>
        </w:tcPr>
        <w:p w:rsidR="00F0113A" w:rsidRDefault="00D664DE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تركيب الدرابزين (سلم حديد)</w:t>
          </w:r>
        </w:p>
        <w:p w:rsidR="00F0113A" w:rsidRDefault="00D664DE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Steel Stair Handrail Installation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F0113A" w:rsidRDefault="00D664D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F0113A" w:rsidRDefault="00D664DE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F0113A">
      <w:trPr>
        <w:trHeight w:val="283"/>
        <w:jc w:val="center"/>
      </w:trPr>
      <w:tc>
        <w:tcPr>
          <w:tcW w:w="2041" w:type="dxa"/>
          <w:vMerge/>
          <w:vAlign w:val="center"/>
        </w:tcPr>
        <w:p w:rsidR="00F0113A" w:rsidRDefault="00F0113A"/>
      </w:tc>
      <w:tc>
        <w:tcPr>
          <w:tcW w:w="5669" w:type="dxa"/>
          <w:vMerge/>
          <w:vAlign w:val="center"/>
        </w:tcPr>
        <w:p w:rsidR="00F0113A" w:rsidRDefault="00F0113A"/>
      </w:tc>
      <w:tc>
        <w:tcPr>
          <w:tcW w:w="1361" w:type="dxa"/>
          <w:shd w:val="clear" w:color="auto" w:fill="F2F2F2"/>
          <w:vAlign w:val="center"/>
        </w:tcPr>
        <w:p w:rsidR="00F0113A" w:rsidRDefault="00D664D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F0113A" w:rsidRDefault="00D664DE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F0113A" w:rsidRDefault="00F0113A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8732028">
    <w:abstractNumId w:val="8"/>
  </w:num>
  <w:num w:numId="2" w16cid:durableId="709260801">
    <w:abstractNumId w:val="6"/>
  </w:num>
  <w:num w:numId="3" w16cid:durableId="633876581">
    <w:abstractNumId w:val="5"/>
  </w:num>
  <w:num w:numId="4" w16cid:durableId="1091047482">
    <w:abstractNumId w:val="4"/>
  </w:num>
  <w:num w:numId="5" w16cid:durableId="364184962">
    <w:abstractNumId w:val="7"/>
  </w:num>
  <w:num w:numId="6" w16cid:durableId="1614943820">
    <w:abstractNumId w:val="3"/>
  </w:num>
  <w:num w:numId="7" w16cid:durableId="952370274">
    <w:abstractNumId w:val="2"/>
  </w:num>
  <w:num w:numId="8" w16cid:durableId="1877153824">
    <w:abstractNumId w:val="1"/>
  </w:num>
  <w:num w:numId="9" w16cid:durableId="453796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AA1D8D"/>
    <w:rsid w:val="00B47730"/>
    <w:rsid w:val="00C416EE"/>
    <w:rsid w:val="00CB0664"/>
    <w:rsid w:val="00D664DE"/>
    <w:rsid w:val="00F0113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E76642DC-AD33-4712-850B-7BE3747D8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ACE_QC-ARC-025_Steel_Stair_Handrail_20261009_v4.dotx</Template>
  <TotalTime>0</TotalTime>
  <Pages>1</Pages>
  <Words>495</Words>
  <Characters>2826</Characters>
  <Application>Microsoft Office Word</Application>
  <DocSecurity>0</DocSecurity>
  <Lines>23</Lines>
  <Paragraphs>6</Paragraphs>
  <ScaleCrop>false</ScaleCrop>
  <Manager>Ahmed Fathy</Manager>
  <Company>Arab Creators for Engineering Consultancy</Company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ACE-QC-ARC-025 Steel Stair Handrail Installation Inspection</dc:title>
  <dc:subject>فحص واستلام تركيب الدرابزين (سلم حديد)</dc:subject>
  <dc:creator>Ahmed Fathy</dc:creator>
  <cp:keywords>QC; ITP; Inspection</cp:keywords>
  <dc:description/>
  <cp:lastModifiedBy>Ahmed Fathy</cp:lastModifiedBy>
  <cp:revision>2</cp:revision>
  <dcterms:created xsi:type="dcterms:W3CDTF">2026-11-03T20:11:00Z</dcterms:created>
  <dcterms:modified xsi:type="dcterms:W3CDTF">2026-11-03T20:11:00Z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