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42159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421592" w:rsidRDefault="00357D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421592" w:rsidRDefault="0042159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421592" w:rsidRDefault="00357D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421592" w:rsidRDefault="0042159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421592" w:rsidRDefault="00357D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421592" w:rsidRDefault="00421592">
            <w:pPr>
              <w:bidi/>
              <w:spacing w:line="240" w:lineRule="auto"/>
            </w:pPr>
          </w:p>
        </w:tc>
      </w:tr>
      <w:tr w:rsidR="0042159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421592" w:rsidRDefault="00357D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421592" w:rsidRDefault="0042159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421592" w:rsidRDefault="00357D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421592" w:rsidRDefault="0042159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421592" w:rsidRDefault="00357D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421592" w:rsidRDefault="00421592">
            <w:pPr>
              <w:bidi/>
              <w:spacing w:line="240" w:lineRule="auto"/>
            </w:pPr>
          </w:p>
        </w:tc>
      </w:tr>
      <w:tr w:rsidR="0042159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421592" w:rsidRDefault="00357D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421592" w:rsidRDefault="0042159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421592" w:rsidRDefault="00357D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421592" w:rsidRDefault="00357DF1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421592" w:rsidRDefault="0042159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2159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21592" w:rsidRDefault="00357DF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421592" w:rsidRDefault="0042159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421592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421592" w:rsidRDefault="00357DF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21592" w:rsidRDefault="00357DF1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421592" w:rsidRDefault="00357DF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421592" w:rsidRDefault="00357DF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421592">
        <w:trPr>
          <w:cantSplit/>
          <w:jc w:val="center"/>
        </w:trPr>
        <w:tc>
          <w:tcPr>
            <w:tcW w:w="397" w:type="dxa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421592" w:rsidRDefault="00357D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</w:tr>
      <w:tr w:rsidR="00421592">
        <w:trPr>
          <w:cantSplit/>
          <w:jc w:val="center"/>
        </w:trPr>
        <w:tc>
          <w:tcPr>
            <w:tcW w:w="397" w:type="dxa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421592" w:rsidRDefault="00357D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</w:tr>
      <w:tr w:rsidR="00421592">
        <w:trPr>
          <w:cantSplit/>
          <w:jc w:val="center"/>
        </w:trPr>
        <w:tc>
          <w:tcPr>
            <w:tcW w:w="397" w:type="dxa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421592" w:rsidRDefault="00357D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</w:tr>
      <w:tr w:rsidR="00421592">
        <w:trPr>
          <w:cantSplit/>
          <w:jc w:val="center"/>
        </w:trPr>
        <w:tc>
          <w:tcPr>
            <w:tcW w:w="397" w:type="dxa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421592" w:rsidRDefault="00357D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</w:tr>
      <w:tr w:rsidR="00421592">
        <w:trPr>
          <w:cantSplit/>
          <w:jc w:val="center"/>
        </w:trPr>
        <w:tc>
          <w:tcPr>
            <w:tcW w:w="397" w:type="dxa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421592" w:rsidRDefault="00357D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</w:tr>
      <w:tr w:rsidR="00421592">
        <w:trPr>
          <w:cantSplit/>
          <w:jc w:val="center"/>
        </w:trPr>
        <w:tc>
          <w:tcPr>
            <w:tcW w:w="397" w:type="dxa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421592" w:rsidRDefault="00357D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</w:tr>
      <w:tr w:rsidR="00421592">
        <w:trPr>
          <w:cantSplit/>
          <w:jc w:val="center"/>
        </w:trPr>
        <w:tc>
          <w:tcPr>
            <w:tcW w:w="397" w:type="dxa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421592" w:rsidRDefault="00357D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</w:tr>
      <w:tr w:rsidR="00421592">
        <w:trPr>
          <w:cantSplit/>
          <w:jc w:val="center"/>
        </w:trPr>
        <w:tc>
          <w:tcPr>
            <w:tcW w:w="397" w:type="dxa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421592" w:rsidRDefault="00357D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</w:tr>
    </w:tbl>
    <w:p w:rsidR="00421592" w:rsidRDefault="0042159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2159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تسكيك وإكسسوارات النجارة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21592" w:rsidRDefault="00357DF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Joinery Hanging and Ironmongery Checklist</w:t>
            </w:r>
          </w:p>
        </w:tc>
      </w:tr>
    </w:tbl>
    <w:p w:rsidR="00421592" w:rsidRDefault="0042159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421592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421592" w:rsidRDefault="00357DF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421592" w:rsidRDefault="00357DF1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421592" w:rsidRDefault="00357DF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421592" w:rsidRDefault="00357DF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421592" w:rsidRDefault="00357DF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421592" w:rsidRDefault="00357DF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421592">
        <w:trPr>
          <w:cantSplit/>
          <w:jc w:val="center"/>
        </w:trPr>
        <w:tc>
          <w:tcPr>
            <w:tcW w:w="397" w:type="dxa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تساوي الخلوص حول الضلفة من جميع الجهات.</w:t>
            </w:r>
          </w:p>
        </w:tc>
        <w:tc>
          <w:tcPr>
            <w:tcW w:w="3402" w:type="dxa"/>
            <w:vAlign w:val="center"/>
          </w:tcPr>
          <w:p w:rsidR="00421592" w:rsidRDefault="00357D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Clearance around the leaf is equal on all sides.</w:t>
            </w:r>
          </w:p>
        </w:tc>
        <w:tc>
          <w:tcPr>
            <w:tcW w:w="595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</w:tr>
      <w:tr w:rsidR="00421592">
        <w:trPr>
          <w:cantSplit/>
          <w:jc w:val="center"/>
        </w:trPr>
        <w:tc>
          <w:tcPr>
            <w:tcW w:w="397" w:type="dxa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أن لا يزيد خلوص ضلفة الباب أو باب البلكونة عن تشطيب الأرضية ب 1.0 سم.</w:t>
            </w:r>
          </w:p>
        </w:tc>
        <w:tc>
          <w:tcPr>
            <w:tcW w:w="3402" w:type="dxa"/>
            <w:vAlign w:val="center"/>
          </w:tcPr>
          <w:p w:rsidR="00421592" w:rsidRDefault="00357D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Door or balcony door clearance above finished floor does not exceed 1.0 cm.</w:t>
            </w:r>
          </w:p>
        </w:tc>
        <w:tc>
          <w:tcPr>
            <w:tcW w:w="595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</w:tr>
      <w:tr w:rsidR="00421592">
        <w:trPr>
          <w:cantSplit/>
          <w:jc w:val="center"/>
        </w:trPr>
        <w:tc>
          <w:tcPr>
            <w:tcW w:w="397" w:type="dxa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يتم تسكيك الضلفة بسهولة ونعومة.</w:t>
            </w:r>
          </w:p>
        </w:tc>
        <w:tc>
          <w:tcPr>
            <w:tcW w:w="3402" w:type="dxa"/>
            <w:vAlign w:val="center"/>
          </w:tcPr>
          <w:p w:rsidR="00421592" w:rsidRDefault="00357D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Leaf swings easily and smoothly.</w:t>
            </w:r>
          </w:p>
        </w:tc>
        <w:tc>
          <w:tcPr>
            <w:tcW w:w="595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</w:tr>
      <w:tr w:rsidR="00421592">
        <w:trPr>
          <w:cantSplit/>
          <w:jc w:val="center"/>
        </w:trPr>
        <w:tc>
          <w:tcPr>
            <w:tcW w:w="397" w:type="dxa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أن تكون رؤوس الضلف المتجاورة على خيط أفقي واحد.</w:t>
            </w:r>
          </w:p>
        </w:tc>
        <w:tc>
          <w:tcPr>
            <w:tcW w:w="3402" w:type="dxa"/>
            <w:vAlign w:val="center"/>
          </w:tcPr>
          <w:p w:rsidR="00421592" w:rsidRDefault="00357D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Heads of adjacent leaves are on one horizontal line.</w:t>
            </w:r>
          </w:p>
        </w:tc>
        <w:tc>
          <w:tcPr>
            <w:tcW w:w="595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</w:tr>
      <w:tr w:rsidR="00421592">
        <w:trPr>
          <w:cantSplit/>
          <w:jc w:val="center"/>
        </w:trPr>
        <w:tc>
          <w:tcPr>
            <w:tcW w:w="397" w:type="dxa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عدم وجود سوستة في المفصلات.</w:t>
            </w:r>
          </w:p>
        </w:tc>
        <w:tc>
          <w:tcPr>
            <w:tcW w:w="3402" w:type="dxa"/>
            <w:vAlign w:val="center"/>
          </w:tcPr>
          <w:p w:rsidR="00421592" w:rsidRDefault="00357D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Hinges do not squeak.</w:t>
            </w:r>
          </w:p>
        </w:tc>
        <w:tc>
          <w:tcPr>
            <w:tcW w:w="595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</w:tr>
      <w:tr w:rsidR="00421592">
        <w:trPr>
          <w:cantSplit/>
          <w:jc w:val="center"/>
        </w:trPr>
        <w:tc>
          <w:tcPr>
            <w:tcW w:w="397" w:type="dxa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استكمال كراسي البرور.</w:t>
            </w:r>
          </w:p>
        </w:tc>
        <w:tc>
          <w:tcPr>
            <w:tcW w:w="3402" w:type="dxa"/>
            <w:vAlign w:val="center"/>
          </w:tcPr>
          <w:p w:rsidR="00421592" w:rsidRDefault="00357D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Bolt keepers are complete.</w:t>
            </w:r>
          </w:p>
        </w:tc>
        <w:tc>
          <w:tcPr>
            <w:tcW w:w="595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</w:tr>
      <w:tr w:rsidR="00421592">
        <w:trPr>
          <w:cantSplit/>
          <w:jc w:val="center"/>
        </w:trPr>
        <w:tc>
          <w:tcPr>
            <w:tcW w:w="397" w:type="dxa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جودة تثبيت سدايب الزجاج.</w:t>
            </w:r>
          </w:p>
        </w:tc>
        <w:tc>
          <w:tcPr>
            <w:tcW w:w="3402" w:type="dxa"/>
            <w:vAlign w:val="center"/>
          </w:tcPr>
          <w:p w:rsidR="00421592" w:rsidRDefault="00357D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Glazing beads are firmly fixed.</w:t>
            </w:r>
          </w:p>
        </w:tc>
        <w:tc>
          <w:tcPr>
            <w:tcW w:w="595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</w:tr>
      <w:tr w:rsidR="00421592">
        <w:trPr>
          <w:cantSplit/>
          <w:jc w:val="center"/>
        </w:trPr>
        <w:tc>
          <w:tcPr>
            <w:tcW w:w="397" w:type="dxa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عدم وجود تنبيل في الضلف سواء من أسفل أو أعلى.</w:t>
            </w:r>
          </w:p>
        </w:tc>
        <w:tc>
          <w:tcPr>
            <w:tcW w:w="3402" w:type="dxa"/>
            <w:vAlign w:val="center"/>
          </w:tcPr>
          <w:p w:rsidR="00421592" w:rsidRDefault="00357D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Leaves are not warped at bottom or top.</w:t>
            </w:r>
          </w:p>
        </w:tc>
        <w:tc>
          <w:tcPr>
            <w:tcW w:w="595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</w:tr>
      <w:tr w:rsidR="00421592">
        <w:trPr>
          <w:cantSplit/>
          <w:jc w:val="center"/>
        </w:trPr>
        <w:tc>
          <w:tcPr>
            <w:tcW w:w="397" w:type="dxa"/>
            <w:vAlign w:val="center"/>
          </w:tcPr>
          <w:p w:rsidR="00421592" w:rsidRDefault="00357D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تركيب الجوهرة في تقابلات الزوايا المنفرجة.</w:t>
            </w:r>
          </w:p>
        </w:tc>
        <w:tc>
          <w:tcPr>
            <w:tcW w:w="3402" w:type="dxa"/>
            <w:vAlign w:val="center"/>
          </w:tcPr>
          <w:p w:rsidR="00421592" w:rsidRDefault="00357D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Mitre joints at obtuse corners are fitted.</w:t>
            </w:r>
          </w:p>
        </w:tc>
        <w:tc>
          <w:tcPr>
            <w:tcW w:w="595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1592" w:rsidRDefault="00421592">
            <w:pPr>
              <w:bidi/>
              <w:spacing w:line="240" w:lineRule="auto"/>
              <w:jc w:val="center"/>
            </w:pPr>
          </w:p>
        </w:tc>
      </w:tr>
    </w:tbl>
    <w:p w:rsidR="00421592" w:rsidRDefault="0042159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421592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421592" w:rsidRDefault="00357DF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العينة المعتمدة، تعليمات المصنع، كود البناء السعودي SBC 201 و SBC 801</w:t>
            </w:r>
          </w:p>
        </w:tc>
        <w:tc>
          <w:tcPr>
            <w:tcW w:w="4309" w:type="dxa"/>
            <w:vAlign w:val="center"/>
          </w:tcPr>
          <w:p w:rsidR="00421592" w:rsidRDefault="00357DF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approved sample, manufacturer instructions; Saudi Building Code SBC 201, SBC 801</w:t>
            </w:r>
          </w:p>
        </w:tc>
      </w:tr>
      <w:tr w:rsidR="00421592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421592" w:rsidRDefault="00357DF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العينة والمادة ☐ المخططات التنفيذية ☐ جدول الأبواب والشبابيك</w:t>
            </w:r>
          </w:p>
        </w:tc>
        <w:tc>
          <w:tcPr>
            <w:tcW w:w="4309" w:type="dxa"/>
            <w:vAlign w:val="center"/>
          </w:tcPr>
          <w:p w:rsidR="00421592" w:rsidRDefault="00357DF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Sample and material approval   ☐ Shop drawings   ☐ Door / window schedule</w:t>
            </w:r>
          </w:p>
        </w:tc>
      </w:tr>
    </w:tbl>
    <w:p w:rsidR="00421592" w:rsidRDefault="0042159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421592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21592" w:rsidRDefault="00357DF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421592" w:rsidRDefault="00357DF1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421592" w:rsidRDefault="00421592">
            <w:pPr>
              <w:keepNext/>
              <w:bidi/>
              <w:spacing w:line="240" w:lineRule="auto"/>
            </w:pPr>
          </w:p>
        </w:tc>
      </w:tr>
    </w:tbl>
    <w:p w:rsidR="00421592" w:rsidRDefault="0042159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42159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21592" w:rsidRDefault="00357DF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421592" w:rsidRDefault="00357DF1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421592" w:rsidRDefault="00357DF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421592" w:rsidRDefault="00357DF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421592" w:rsidRDefault="00357DF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421592" w:rsidRDefault="00357DF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421592" w:rsidRDefault="00357DF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421592" w:rsidRDefault="00357DF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421592" w:rsidRDefault="00357DF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421592" w:rsidRDefault="00357DF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421592" w:rsidRDefault="0042159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42159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21592" w:rsidRDefault="00357DF1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421592" w:rsidRDefault="00357DF1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21592" w:rsidRDefault="00357DF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421592" w:rsidRDefault="00357DF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21592" w:rsidRDefault="00357DF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421592" w:rsidRDefault="00357DF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21592" w:rsidRDefault="00357DF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421592" w:rsidRDefault="00357DF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421592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21592" w:rsidRDefault="00357D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421592" w:rsidRDefault="00357D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421592" w:rsidRDefault="00357DF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21592" w:rsidRDefault="00357DF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21592" w:rsidRDefault="00357DF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21592" w:rsidRDefault="00357DF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21592" w:rsidRDefault="00357DF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21592" w:rsidRDefault="00357DF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21592" w:rsidRDefault="00357DF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21592" w:rsidRDefault="00357DF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21592" w:rsidRDefault="00357DF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421592" w:rsidRDefault="00421592">
      <w:pPr>
        <w:spacing w:line="20" w:lineRule="exact"/>
      </w:pPr>
    </w:p>
    <w:sectPr w:rsidR="00421592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57DF1" w:rsidRDefault="00357DF1">
      <w:pPr>
        <w:spacing w:line="240" w:lineRule="auto"/>
      </w:pPr>
      <w:r>
        <w:separator/>
      </w:r>
    </w:p>
  </w:endnote>
  <w:endnote w:type="continuationSeparator" w:id="0">
    <w:p w:rsidR="00357DF1" w:rsidRDefault="00357D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421592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421592" w:rsidRDefault="00357DF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421592" w:rsidRDefault="00357DF1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ACE-QC-ARC-024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57DF1" w:rsidRDefault="00357DF1">
      <w:pPr>
        <w:spacing w:line="240" w:lineRule="auto"/>
      </w:pPr>
      <w:r>
        <w:separator/>
      </w:r>
    </w:p>
  </w:footnote>
  <w:footnote w:type="continuationSeparator" w:id="0">
    <w:p w:rsidR="00357DF1" w:rsidRDefault="00357D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421592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421592" w:rsidRDefault="00357DF1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421592" w:rsidRDefault="00357DF1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421592" w:rsidRDefault="00357DF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421592" w:rsidRDefault="00357DF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421592" w:rsidRDefault="00357DF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ACE-QC-ARC-024</w:t>
          </w:r>
        </w:p>
      </w:tc>
    </w:tr>
    <w:tr w:rsidR="00421592">
      <w:trPr>
        <w:trHeight w:val="283"/>
        <w:jc w:val="center"/>
      </w:trPr>
      <w:tc>
        <w:tcPr>
          <w:tcW w:w="2041" w:type="dxa"/>
          <w:vMerge/>
          <w:vAlign w:val="center"/>
        </w:tcPr>
        <w:p w:rsidR="00421592" w:rsidRDefault="00421592"/>
      </w:tc>
      <w:tc>
        <w:tcPr>
          <w:tcW w:w="5669" w:type="dxa"/>
          <w:vMerge/>
          <w:vAlign w:val="center"/>
        </w:tcPr>
        <w:p w:rsidR="00421592" w:rsidRDefault="00421592"/>
      </w:tc>
      <w:tc>
        <w:tcPr>
          <w:tcW w:w="1361" w:type="dxa"/>
          <w:shd w:val="clear" w:color="auto" w:fill="F2F2F2"/>
          <w:vAlign w:val="center"/>
        </w:tcPr>
        <w:p w:rsidR="00421592" w:rsidRDefault="00357DF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421592" w:rsidRDefault="00357DF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421592">
      <w:trPr>
        <w:trHeight w:val="283"/>
        <w:jc w:val="center"/>
      </w:trPr>
      <w:tc>
        <w:tcPr>
          <w:tcW w:w="2041" w:type="dxa"/>
          <w:vMerge/>
          <w:vAlign w:val="center"/>
        </w:tcPr>
        <w:p w:rsidR="00421592" w:rsidRDefault="00421592"/>
      </w:tc>
      <w:tc>
        <w:tcPr>
          <w:tcW w:w="5669" w:type="dxa"/>
          <w:vMerge w:val="restart"/>
          <w:shd w:val="clear" w:color="auto" w:fill="E7E6E6"/>
          <w:vAlign w:val="center"/>
        </w:tcPr>
        <w:p w:rsidR="00421592" w:rsidRDefault="00357DF1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تعليق وإكسسوارات النجارة</w:t>
          </w:r>
        </w:p>
        <w:p w:rsidR="00421592" w:rsidRDefault="00357DF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Joinery Hanging and Ironmongery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421592" w:rsidRDefault="00357DF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421592" w:rsidRDefault="00357DF1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421592">
      <w:trPr>
        <w:trHeight w:val="283"/>
        <w:jc w:val="center"/>
      </w:trPr>
      <w:tc>
        <w:tcPr>
          <w:tcW w:w="2041" w:type="dxa"/>
          <w:vMerge/>
          <w:vAlign w:val="center"/>
        </w:tcPr>
        <w:p w:rsidR="00421592" w:rsidRDefault="00421592"/>
      </w:tc>
      <w:tc>
        <w:tcPr>
          <w:tcW w:w="5669" w:type="dxa"/>
          <w:vMerge/>
          <w:vAlign w:val="center"/>
        </w:tcPr>
        <w:p w:rsidR="00421592" w:rsidRDefault="00421592"/>
      </w:tc>
      <w:tc>
        <w:tcPr>
          <w:tcW w:w="1361" w:type="dxa"/>
          <w:shd w:val="clear" w:color="auto" w:fill="F2F2F2"/>
          <w:vAlign w:val="center"/>
        </w:tcPr>
        <w:p w:rsidR="00421592" w:rsidRDefault="00357DF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421592" w:rsidRDefault="00357DF1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421592" w:rsidRDefault="00421592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5104378">
    <w:abstractNumId w:val="8"/>
  </w:num>
  <w:num w:numId="2" w16cid:durableId="350302680">
    <w:abstractNumId w:val="6"/>
  </w:num>
  <w:num w:numId="3" w16cid:durableId="590241825">
    <w:abstractNumId w:val="5"/>
  </w:num>
  <w:num w:numId="4" w16cid:durableId="896939205">
    <w:abstractNumId w:val="4"/>
  </w:num>
  <w:num w:numId="5" w16cid:durableId="1616907629">
    <w:abstractNumId w:val="7"/>
  </w:num>
  <w:num w:numId="6" w16cid:durableId="1307276316">
    <w:abstractNumId w:val="3"/>
  </w:num>
  <w:num w:numId="7" w16cid:durableId="1574119349">
    <w:abstractNumId w:val="2"/>
  </w:num>
  <w:num w:numId="8" w16cid:durableId="939678049">
    <w:abstractNumId w:val="1"/>
  </w:num>
  <w:num w:numId="9" w16cid:durableId="1885868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7DF1"/>
    <w:rsid w:val="003841ED"/>
    <w:rsid w:val="00421592"/>
    <w:rsid w:val="005C0D9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37124CC0-13E6-4718-B386-14D44005C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ACE_QC-ARC-024_Joinery_Hanging_Ironmongery_20261009_v4.dotx</Template>
  <TotalTime>0</TotalTime>
  <Pages>1</Pages>
  <Words>495</Words>
  <Characters>2826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ACE-QC-ARC-024 Joinery Hanging and Ironmongery Inspection</dc:title>
  <dc:subject>فحص واستلام تعليق وإكسسوارات النجارة</dc:subject>
  <dc:creator>Ahmed Fathy</dc:creator>
  <cp:keywords>QC; ITP; Inspection</cp:keywords>
  <dc:description/>
  <cp:lastModifiedBy>Ahmed Fathy</cp:lastModifiedBy>
  <cp:revision>2</cp:revision>
  <dcterms:created xsi:type="dcterms:W3CDTF">2026-11-03T20:11:00Z</dcterms:created>
  <dcterms:modified xsi:type="dcterms:W3CDTF">2026-11-03T20:11:00Z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