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5B41A5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5B41A5" w:rsidRDefault="00D83AE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5B41A5" w:rsidRDefault="00D83AE7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5B41A5" w:rsidRDefault="005B41A5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5B41A5" w:rsidRDefault="00D83AE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5B41A5" w:rsidRDefault="00D83AE7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5B41A5" w:rsidRDefault="005B41A5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5B41A5" w:rsidRDefault="00D83AE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5B41A5" w:rsidRDefault="00D83AE7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5B41A5" w:rsidRDefault="005B41A5">
            <w:pPr>
              <w:bidi/>
              <w:spacing w:line="240" w:lineRule="auto"/>
            </w:pPr>
          </w:p>
        </w:tc>
      </w:tr>
      <w:tr w:rsidR="005B41A5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5B41A5" w:rsidRDefault="00D83AE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5B41A5" w:rsidRDefault="00D83AE7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5B41A5" w:rsidRDefault="005B41A5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5B41A5" w:rsidRDefault="00D83AE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5B41A5" w:rsidRDefault="00D83AE7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5B41A5" w:rsidRDefault="005B41A5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5B41A5" w:rsidRDefault="00D83AE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5B41A5" w:rsidRDefault="00D83AE7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5B41A5" w:rsidRDefault="005B41A5">
            <w:pPr>
              <w:bidi/>
              <w:spacing w:line="240" w:lineRule="auto"/>
            </w:pPr>
          </w:p>
        </w:tc>
      </w:tr>
      <w:tr w:rsidR="005B41A5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5B41A5" w:rsidRDefault="00D83AE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5B41A5" w:rsidRDefault="00D83AE7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5B41A5" w:rsidRDefault="005B41A5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5B41A5" w:rsidRDefault="00D83AE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5B41A5" w:rsidRDefault="00D83AE7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5B41A5" w:rsidRDefault="00D83AE7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5B41A5" w:rsidRDefault="00D83AE7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5B41A5" w:rsidRDefault="005B41A5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5B41A5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5B41A5" w:rsidRDefault="00D83AE7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5B41A5" w:rsidRDefault="00D83AE7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5B41A5" w:rsidRDefault="005B41A5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5B41A5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5B41A5" w:rsidRDefault="00D83AE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5B41A5" w:rsidRDefault="00D83AE7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5B41A5" w:rsidRDefault="00D83AE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5B41A5" w:rsidRDefault="00D83AE7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5B41A5" w:rsidRDefault="00D83AE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5B41A5" w:rsidRDefault="00D83AE7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5B41A5" w:rsidRDefault="00D83AE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5B41A5" w:rsidRDefault="00D83AE7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5B41A5">
        <w:trPr>
          <w:cantSplit/>
          <w:jc w:val="center"/>
        </w:trPr>
        <w:tc>
          <w:tcPr>
            <w:tcW w:w="397" w:type="dxa"/>
            <w:vAlign w:val="center"/>
          </w:tcPr>
          <w:p w:rsidR="005B41A5" w:rsidRDefault="00D83AE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5B41A5" w:rsidRDefault="00D83AE7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5B41A5" w:rsidRDefault="00D83AE7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5B41A5" w:rsidRDefault="005B41A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B41A5" w:rsidRDefault="005B41A5">
            <w:pPr>
              <w:bidi/>
              <w:spacing w:line="240" w:lineRule="auto"/>
              <w:jc w:val="center"/>
            </w:pPr>
          </w:p>
        </w:tc>
      </w:tr>
      <w:tr w:rsidR="005B41A5">
        <w:trPr>
          <w:cantSplit/>
          <w:jc w:val="center"/>
        </w:trPr>
        <w:tc>
          <w:tcPr>
            <w:tcW w:w="397" w:type="dxa"/>
            <w:vAlign w:val="center"/>
          </w:tcPr>
          <w:p w:rsidR="005B41A5" w:rsidRDefault="00D83AE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5B41A5" w:rsidRDefault="00D83AE7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5B41A5" w:rsidRDefault="00D83AE7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5B41A5" w:rsidRDefault="005B41A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B41A5" w:rsidRDefault="005B41A5">
            <w:pPr>
              <w:bidi/>
              <w:spacing w:line="240" w:lineRule="auto"/>
              <w:jc w:val="center"/>
            </w:pPr>
          </w:p>
        </w:tc>
      </w:tr>
      <w:tr w:rsidR="005B41A5">
        <w:trPr>
          <w:cantSplit/>
          <w:jc w:val="center"/>
        </w:trPr>
        <w:tc>
          <w:tcPr>
            <w:tcW w:w="397" w:type="dxa"/>
            <w:vAlign w:val="center"/>
          </w:tcPr>
          <w:p w:rsidR="005B41A5" w:rsidRDefault="00D83AE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5B41A5" w:rsidRDefault="00D83AE7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5B41A5" w:rsidRDefault="00D83AE7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5B41A5" w:rsidRDefault="005B41A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B41A5" w:rsidRDefault="005B41A5">
            <w:pPr>
              <w:bidi/>
              <w:spacing w:line="240" w:lineRule="auto"/>
              <w:jc w:val="center"/>
            </w:pPr>
          </w:p>
        </w:tc>
      </w:tr>
      <w:tr w:rsidR="005B41A5">
        <w:trPr>
          <w:cantSplit/>
          <w:jc w:val="center"/>
        </w:trPr>
        <w:tc>
          <w:tcPr>
            <w:tcW w:w="397" w:type="dxa"/>
            <w:vAlign w:val="center"/>
          </w:tcPr>
          <w:p w:rsidR="005B41A5" w:rsidRDefault="00D83AE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5B41A5" w:rsidRDefault="00D83AE7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5B41A5" w:rsidRDefault="00D83AE7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5B41A5" w:rsidRDefault="005B41A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B41A5" w:rsidRDefault="005B41A5">
            <w:pPr>
              <w:bidi/>
              <w:spacing w:line="240" w:lineRule="auto"/>
              <w:jc w:val="center"/>
            </w:pPr>
          </w:p>
        </w:tc>
      </w:tr>
      <w:tr w:rsidR="005B41A5">
        <w:trPr>
          <w:cantSplit/>
          <w:jc w:val="center"/>
        </w:trPr>
        <w:tc>
          <w:tcPr>
            <w:tcW w:w="397" w:type="dxa"/>
            <w:vAlign w:val="center"/>
          </w:tcPr>
          <w:p w:rsidR="005B41A5" w:rsidRDefault="00D83AE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5B41A5" w:rsidRDefault="00D83AE7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5B41A5" w:rsidRDefault="00D83AE7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5B41A5" w:rsidRDefault="005B41A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B41A5" w:rsidRDefault="005B41A5">
            <w:pPr>
              <w:bidi/>
              <w:spacing w:line="240" w:lineRule="auto"/>
              <w:jc w:val="center"/>
            </w:pPr>
          </w:p>
        </w:tc>
      </w:tr>
      <w:tr w:rsidR="005B41A5">
        <w:trPr>
          <w:cantSplit/>
          <w:jc w:val="center"/>
        </w:trPr>
        <w:tc>
          <w:tcPr>
            <w:tcW w:w="397" w:type="dxa"/>
            <w:vAlign w:val="center"/>
          </w:tcPr>
          <w:p w:rsidR="005B41A5" w:rsidRDefault="00D83AE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5B41A5" w:rsidRDefault="00D83AE7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5B41A5" w:rsidRDefault="00D83AE7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5B41A5" w:rsidRDefault="005B41A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B41A5" w:rsidRDefault="005B41A5">
            <w:pPr>
              <w:bidi/>
              <w:spacing w:line="240" w:lineRule="auto"/>
              <w:jc w:val="center"/>
            </w:pPr>
          </w:p>
        </w:tc>
      </w:tr>
      <w:tr w:rsidR="005B41A5">
        <w:trPr>
          <w:cantSplit/>
          <w:jc w:val="center"/>
        </w:trPr>
        <w:tc>
          <w:tcPr>
            <w:tcW w:w="397" w:type="dxa"/>
            <w:vAlign w:val="center"/>
          </w:tcPr>
          <w:p w:rsidR="005B41A5" w:rsidRDefault="00D83AE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5B41A5" w:rsidRDefault="00D83AE7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5B41A5" w:rsidRDefault="00D83AE7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5B41A5" w:rsidRDefault="005B41A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B41A5" w:rsidRDefault="005B41A5">
            <w:pPr>
              <w:bidi/>
              <w:spacing w:line="240" w:lineRule="auto"/>
              <w:jc w:val="center"/>
            </w:pPr>
          </w:p>
        </w:tc>
      </w:tr>
      <w:tr w:rsidR="005B41A5">
        <w:trPr>
          <w:cantSplit/>
          <w:jc w:val="center"/>
        </w:trPr>
        <w:tc>
          <w:tcPr>
            <w:tcW w:w="397" w:type="dxa"/>
            <w:vAlign w:val="center"/>
          </w:tcPr>
          <w:p w:rsidR="005B41A5" w:rsidRDefault="00D83AE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5B41A5" w:rsidRDefault="00D83AE7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5B41A5" w:rsidRDefault="00D83AE7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5B41A5" w:rsidRDefault="005B41A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B41A5" w:rsidRDefault="005B41A5">
            <w:pPr>
              <w:bidi/>
              <w:spacing w:line="240" w:lineRule="auto"/>
              <w:jc w:val="center"/>
            </w:pPr>
          </w:p>
        </w:tc>
      </w:tr>
    </w:tbl>
    <w:p w:rsidR="005B41A5" w:rsidRDefault="005B41A5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5B41A5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5B41A5" w:rsidRDefault="00D83AE7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أعمال فحص وتركيب الوحدات الجبسية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5B41A5" w:rsidRDefault="00D83AE7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Gypsum (GRG) Facade Units Checklist</w:t>
            </w:r>
          </w:p>
        </w:tc>
      </w:tr>
    </w:tbl>
    <w:p w:rsidR="005B41A5" w:rsidRDefault="005B41A5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5B41A5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5B41A5" w:rsidRDefault="00D83AE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5B41A5" w:rsidRDefault="00D83AE7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5B41A5" w:rsidRDefault="00D83AE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5B41A5" w:rsidRDefault="00D83AE7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5B41A5" w:rsidRDefault="00D83AE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5B41A5" w:rsidRDefault="00D83AE7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5B41A5" w:rsidRDefault="00D83AE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5B41A5" w:rsidRDefault="00D83AE7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5B41A5" w:rsidRDefault="00D83AE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5B41A5" w:rsidRDefault="00D83AE7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5B41A5" w:rsidRDefault="00D83AE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5B41A5" w:rsidRDefault="00D83AE7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5B41A5">
        <w:trPr>
          <w:cantSplit/>
          <w:jc w:val="center"/>
        </w:trPr>
        <w:tc>
          <w:tcPr>
            <w:tcW w:w="397" w:type="dxa"/>
            <w:vAlign w:val="center"/>
          </w:tcPr>
          <w:p w:rsidR="005B41A5" w:rsidRDefault="00D83AE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5B41A5" w:rsidRDefault="00D83AE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مطابقة الفرم مع الرسومات المعتمدة من حيث الشكل والمقاس.</w:t>
            </w:r>
          </w:p>
        </w:tc>
        <w:tc>
          <w:tcPr>
            <w:tcW w:w="3402" w:type="dxa"/>
            <w:vAlign w:val="center"/>
          </w:tcPr>
          <w:p w:rsidR="005B41A5" w:rsidRDefault="00D83AE7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Moulds match approved drawings in shape and size.</w:t>
            </w:r>
          </w:p>
        </w:tc>
        <w:tc>
          <w:tcPr>
            <w:tcW w:w="595" w:type="dxa"/>
            <w:vAlign w:val="center"/>
          </w:tcPr>
          <w:p w:rsidR="005B41A5" w:rsidRDefault="005B41A5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B41A5" w:rsidRDefault="005B41A5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B41A5" w:rsidRDefault="005B41A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B41A5" w:rsidRDefault="005B41A5">
            <w:pPr>
              <w:bidi/>
              <w:spacing w:line="240" w:lineRule="auto"/>
              <w:jc w:val="center"/>
            </w:pPr>
          </w:p>
        </w:tc>
      </w:tr>
      <w:tr w:rsidR="005B41A5">
        <w:trPr>
          <w:cantSplit/>
          <w:jc w:val="center"/>
        </w:trPr>
        <w:tc>
          <w:tcPr>
            <w:tcW w:w="397" w:type="dxa"/>
            <w:vAlign w:val="center"/>
          </w:tcPr>
          <w:p w:rsidR="005B41A5" w:rsidRDefault="00D83AE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5B41A5" w:rsidRDefault="00D83AE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مطابقة الخردوات الموردة لما تم اعتماده.</w:t>
            </w:r>
          </w:p>
        </w:tc>
        <w:tc>
          <w:tcPr>
            <w:tcW w:w="3402" w:type="dxa"/>
            <w:vAlign w:val="center"/>
          </w:tcPr>
          <w:p w:rsidR="005B41A5" w:rsidRDefault="00D83AE7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Delivered hardware matches the approved items.</w:t>
            </w:r>
          </w:p>
        </w:tc>
        <w:tc>
          <w:tcPr>
            <w:tcW w:w="595" w:type="dxa"/>
            <w:vAlign w:val="center"/>
          </w:tcPr>
          <w:p w:rsidR="005B41A5" w:rsidRDefault="005B41A5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B41A5" w:rsidRDefault="005B41A5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B41A5" w:rsidRDefault="005B41A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B41A5" w:rsidRDefault="005B41A5">
            <w:pPr>
              <w:bidi/>
              <w:spacing w:line="240" w:lineRule="auto"/>
              <w:jc w:val="center"/>
            </w:pPr>
          </w:p>
        </w:tc>
      </w:tr>
      <w:tr w:rsidR="005B41A5">
        <w:trPr>
          <w:cantSplit/>
          <w:jc w:val="center"/>
        </w:trPr>
        <w:tc>
          <w:tcPr>
            <w:tcW w:w="397" w:type="dxa"/>
            <w:vAlign w:val="center"/>
          </w:tcPr>
          <w:p w:rsidR="005B41A5" w:rsidRDefault="00D83AE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5B41A5" w:rsidRDefault="00D83AE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واعتماد الخلطة المستخدمة في الفرم ونسب المواد المصنعة لها ومطابقتها لما تم اعتماده.</w:t>
            </w:r>
          </w:p>
        </w:tc>
        <w:tc>
          <w:tcPr>
            <w:tcW w:w="3402" w:type="dxa"/>
            <w:vAlign w:val="center"/>
          </w:tcPr>
          <w:p w:rsidR="005B41A5" w:rsidRDefault="00D83AE7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Mould mix and material proportions are reviewed and match the approved.</w:t>
            </w:r>
          </w:p>
        </w:tc>
        <w:tc>
          <w:tcPr>
            <w:tcW w:w="595" w:type="dxa"/>
            <w:vAlign w:val="center"/>
          </w:tcPr>
          <w:p w:rsidR="005B41A5" w:rsidRDefault="005B41A5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B41A5" w:rsidRDefault="005B41A5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B41A5" w:rsidRDefault="005B41A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B41A5" w:rsidRDefault="005B41A5">
            <w:pPr>
              <w:bidi/>
              <w:spacing w:line="240" w:lineRule="auto"/>
              <w:jc w:val="center"/>
            </w:pPr>
          </w:p>
        </w:tc>
      </w:tr>
      <w:tr w:rsidR="005B41A5">
        <w:trPr>
          <w:cantSplit/>
          <w:jc w:val="center"/>
        </w:trPr>
        <w:tc>
          <w:tcPr>
            <w:tcW w:w="397" w:type="dxa"/>
            <w:vAlign w:val="center"/>
          </w:tcPr>
          <w:p w:rsidR="005B41A5" w:rsidRDefault="00D83AE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5B41A5" w:rsidRDefault="00D83AE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مناسيب التثبيت طبقا للرسومات المعتمدة بالواجهات.</w:t>
            </w:r>
          </w:p>
        </w:tc>
        <w:tc>
          <w:tcPr>
            <w:tcW w:w="3402" w:type="dxa"/>
            <w:vAlign w:val="center"/>
          </w:tcPr>
          <w:p w:rsidR="005B41A5" w:rsidRDefault="00D83AE7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Fixing levels comply with approved facade drawings.</w:t>
            </w:r>
          </w:p>
        </w:tc>
        <w:tc>
          <w:tcPr>
            <w:tcW w:w="595" w:type="dxa"/>
            <w:vAlign w:val="center"/>
          </w:tcPr>
          <w:p w:rsidR="005B41A5" w:rsidRDefault="005B41A5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B41A5" w:rsidRDefault="005B41A5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B41A5" w:rsidRDefault="005B41A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B41A5" w:rsidRDefault="005B41A5">
            <w:pPr>
              <w:bidi/>
              <w:spacing w:line="240" w:lineRule="auto"/>
              <w:jc w:val="center"/>
            </w:pPr>
          </w:p>
        </w:tc>
      </w:tr>
      <w:tr w:rsidR="005B41A5">
        <w:trPr>
          <w:cantSplit/>
          <w:jc w:val="center"/>
        </w:trPr>
        <w:tc>
          <w:tcPr>
            <w:tcW w:w="397" w:type="dxa"/>
            <w:vAlign w:val="center"/>
          </w:tcPr>
          <w:p w:rsidR="005B41A5" w:rsidRDefault="00D83AE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5B41A5" w:rsidRDefault="00D83AE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التأكيد على استخدام جميع الخردوات من مسامير وخوابير من الصلب غير القابل للصدأ.</w:t>
            </w:r>
          </w:p>
        </w:tc>
        <w:tc>
          <w:tcPr>
            <w:tcW w:w="3402" w:type="dxa"/>
            <w:vAlign w:val="center"/>
          </w:tcPr>
          <w:p w:rsidR="005B41A5" w:rsidRDefault="00D83AE7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All hardware (screws and anchors) is stainless steel.</w:t>
            </w:r>
          </w:p>
        </w:tc>
        <w:tc>
          <w:tcPr>
            <w:tcW w:w="595" w:type="dxa"/>
            <w:vAlign w:val="center"/>
          </w:tcPr>
          <w:p w:rsidR="005B41A5" w:rsidRDefault="005B41A5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B41A5" w:rsidRDefault="005B41A5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B41A5" w:rsidRDefault="005B41A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B41A5" w:rsidRDefault="005B41A5">
            <w:pPr>
              <w:bidi/>
              <w:spacing w:line="240" w:lineRule="auto"/>
              <w:jc w:val="center"/>
            </w:pPr>
          </w:p>
        </w:tc>
      </w:tr>
      <w:tr w:rsidR="005B41A5">
        <w:trPr>
          <w:cantSplit/>
          <w:jc w:val="center"/>
        </w:trPr>
        <w:tc>
          <w:tcPr>
            <w:tcW w:w="397" w:type="dxa"/>
            <w:vAlign w:val="center"/>
          </w:tcPr>
          <w:p w:rsidR="005B41A5" w:rsidRDefault="00D83AE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5B41A5" w:rsidRDefault="00D83AE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يتم استخدام السلك المجلفن في ربط الفرم الجبسية بالخوابير الصلب المثبتة في الهيكل الخرساني بالواجهات.</w:t>
            </w:r>
          </w:p>
        </w:tc>
        <w:tc>
          <w:tcPr>
            <w:tcW w:w="3402" w:type="dxa"/>
            <w:vAlign w:val="center"/>
          </w:tcPr>
          <w:p w:rsidR="005B41A5" w:rsidRDefault="00D83AE7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Galvanized wire ties gypsum units to stainless anchors fixed in the concrete frame.</w:t>
            </w:r>
          </w:p>
        </w:tc>
        <w:tc>
          <w:tcPr>
            <w:tcW w:w="595" w:type="dxa"/>
            <w:vAlign w:val="center"/>
          </w:tcPr>
          <w:p w:rsidR="005B41A5" w:rsidRDefault="005B41A5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B41A5" w:rsidRDefault="005B41A5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B41A5" w:rsidRDefault="005B41A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B41A5" w:rsidRDefault="005B41A5">
            <w:pPr>
              <w:bidi/>
              <w:spacing w:line="240" w:lineRule="auto"/>
              <w:jc w:val="center"/>
            </w:pPr>
          </w:p>
        </w:tc>
      </w:tr>
      <w:tr w:rsidR="005B41A5">
        <w:trPr>
          <w:cantSplit/>
          <w:jc w:val="center"/>
        </w:trPr>
        <w:tc>
          <w:tcPr>
            <w:tcW w:w="397" w:type="dxa"/>
            <w:vAlign w:val="center"/>
          </w:tcPr>
          <w:p w:rsidR="005B41A5" w:rsidRDefault="00D83AE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5B41A5" w:rsidRDefault="00D83AE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معالجة التسوس والفراغات الناتجة من أعمال الصب مع ملء الفراغات وضبط لحامات الأجزاء المكونة لشكل الواجهة طبقا للرسومات المعتمدة.</w:t>
            </w:r>
          </w:p>
        </w:tc>
        <w:tc>
          <w:tcPr>
            <w:tcW w:w="3402" w:type="dxa"/>
            <w:vAlign w:val="center"/>
          </w:tcPr>
          <w:p w:rsidR="005B41A5" w:rsidRDefault="00D83AE7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Voids from casting are filled and joints of facade components adjusted per approved drawings.</w:t>
            </w:r>
          </w:p>
        </w:tc>
        <w:tc>
          <w:tcPr>
            <w:tcW w:w="595" w:type="dxa"/>
            <w:vAlign w:val="center"/>
          </w:tcPr>
          <w:p w:rsidR="005B41A5" w:rsidRDefault="005B41A5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B41A5" w:rsidRDefault="005B41A5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B41A5" w:rsidRDefault="005B41A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B41A5" w:rsidRDefault="005B41A5">
            <w:pPr>
              <w:bidi/>
              <w:spacing w:line="240" w:lineRule="auto"/>
              <w:jc w:val="center"/>
            </w:pPr>
          </w:p>
        </w:tc>
      </w:tr>
      <w:tr w:rsidR="005B41A5">
        <w:trPr>
          <w:cantSplit/>
          <w:jc w:val="center"/>
        </w:trPr>
        <w:tc>
          <w:tcPr>
            <w:tcW w:w="397" w:type="dxa"/>
            <w:vAlign w:val="center"/>
          </w:tcPr>
          <w:p w:rsidR="005B41A5" w:rsidRDefault="00D83AE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5B41A5" w:rsidRDefault="00D83AE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نظافة السطح وضبط الفواصل (العراميس) واللحامات، وخلو السطح من أي تموجات، وتنعيمه تماماً.</w:t>
            </w:r>
          </w:p>
        </w:tc>
        <w:tc>
          <w:tcPr>
            <w:tcW w:w="3402" w:type="dxa"/>
            <w:vAlign w:val="center"/>
          </w:tcPr>
          <w:p w:rsidR="005B41A5" w:rsidRDefault="00D83AE7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Surface is clean, joints even, free of waviness and fully smooth.</w:t>
            </w:r>
          </w:p>
        </w:tc>
        <w:tc>
          <w:tcPr>
            <w:tcW w:w="595" w:type="dxa"/>
            <w:vAlign w:val="center"/>
          </w:tcPr>
          <w:p w:rsidR="005B41A5" w:rsidRDefault="005B41A5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B41A5" w:rsidRDefault="005B41A5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B41A5" w:rsidRDefault="005B41A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B41A5" w:rsidRDefault="005B41A5">
            <w:pPr>
              <w:bidi/>
              <w:spacing w:line="240" w:lineRule="auto"/>
              <w:jc w:val="center"/>
            </w:pPr>
          </w:p>
        </w:tc>
      </w:tr>
    </w:tbl>
    <w:p w:rsidR="005B41A5" w:rsidRDefault="005B41A5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5B41A5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5B41A5" w:rsidRDefault="00D83AE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5B41A5" w:rsidRDefault="00D83AE7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5B41A5" w:rsidRDefault="00D83AE7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مواصفات المشروع، تعليمات المصنع، العينة المعتمدة ‏(Mock-up)‏، كود البناء السعودي SBC 201 و SBC 801</w:t>
            </w:r>
          </w:p>
        </w:tc>
        <w:tc>
          <w:tcPr>
            <w:tcW w:w="4309" w:type="dxa"/>
            <w:vAlign w:val="center"/>
          </w:tcPr>
          <w:p w:rsidR="005B41A5" w:rsidRDefault="00D83AE7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Project specifications, manufacturer instructions, approved sample / mock-up; Saudi Building Code SBC 201, SBC 801</w:t>
            </w:r>
          </w:p>
        </w:tc>
      </w:tr>
      <w:tr w:rsidR="005B41A5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5B41A5" w:rsidRDefault="00D83AE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5B41A5" w:rsidRDefault="00D83AE7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5B41A5" w:rsidRDefault="00D83AE7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المادة والعينة ☐ مخططات التوزيع ☐ اعتماد النموذج Mock-up</w:t>
            </w:r>
          </w:p>
        </w:tc>
        <w:tc>
          <w:tcPr>
            <w:tcW w:w="4309" w:type="dxa"/>
            <w:vAlign w:val="center"/>
          </w:tcPr>
          <w:p w:rsidR="005B41A5" w:rsidRDefault="00D83AE7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Material and sample approval   ☐ Layout shop drawings   ☐ Mock-up approval</w:t>
            </w:r>
          </w:p>
        </w:tc>
      </w:tr>
    </w:tbl>
    <w:p w:rsidR="005B41A5" w:rsidRDefault="005B41A5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5B41A5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B41A5" w:rsidRDefault="00D83AE7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5B41A5" w:rsidRDefault="00D83AE7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5B41A5" w:rsidRDefault="005B41A5">
            <w:pPr>
              <w:keepNext/>
              <w:bidi/>
              <w:spacing w:line="240" w:lineRule="auto"/>
            </w:pPr>
          </w:p>
        </w:tc>
      </w:tr>
    </w:tbl>
    <w:p w:rsidR="005B41A5" w:rsidRDefault="005B41A5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5B41A5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B41A5" w:rsidRDefault="00D83AE7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5B41A5" w:rsidRDefault="00D83AE7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5B41A5" w:rsidRDefault="00D83AE7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5B41A5" w:rsidRDefault="00D83AE7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5B41A5" w:rsidRDefault="00D83AE7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5B41A5" w:rsidRDefault="00D83AE7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5B41A5" w:rsidRDefault="00D83AE7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5B41A5" w:rsidRDefault="00D83AE7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5B41A5" w:rsidRDefault="00D83AE7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5B41A5" w:rsidRDefault="00D83AE7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5B41A5" w:rsidRDefault="005B41A5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5B41A5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B41A5" w:rsidRDefault="00D83AE7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5B41A5" w:rsidRDefault="00D83AE7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5B41A5" w:rsidRDefault="00D83AE7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5B41A5" w:rsidRDefault="00D83AE7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5B41A5" w:rsidRDefault="00D83AE7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5B41A5" w:rsidRDefault="00D83AE7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5B41A5" w:rsidRDefault="00D83AE7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5B41A5" w:rsidRDefault="00D83AE7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5B41A5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B41A5" w:rsidRDefault="00D83AE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5B41A5" w:rsidRDefault="00D83AE7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5B41A5" w:rsidRDefault="00D83AE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5B41A5" w:rsidRDefault="00D83AE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5B41A5" w:rsidRDefault="00D83AE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5B41A5" w:rsidRDefault="00D83AE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5B41A5" w:rsidRDefault="00D83AE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5B41A5" w:rsidRDefault="00D83AE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5B41A5" w:rsidRDefault="00D83AE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5B41A5" w:rsidRDefault="00D83AE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5B41A5" w:rsidRDefault="00D83AE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5B41A5" w:rsidRDefault="005B41A5">
      <w:pPr>
        <w:spacing w:line="20" w:lineRule="exact"/>
      </w:pPr>
    </w:p>
    <w:sectPr w:rsidR="005B41A5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83AE7" w:rsidRDefault="00D83AE7">
      <w:pPr>
        <w:spacing w:line="240" w:lineRule="auto"/>
      </w:pPr>
      <w:r>
        <w:separator/>
      </w:r>
    </w:p>
  </w:endnote>
  <w:endnote w:type="continuationSeparator" w:id="0">
    <w:p w:rsidR="00D83AE7" w:rsidRDefault="00D83A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5B41A5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5B41A5" w:rsidRDefault="00D83AE7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5B41A5" w:rsidRDefault="00D83AE7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ACE-QC-ARC-022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83AE7" w:rsidRDefault="00D83AE7">
      <w:pPr>
        <w:spacing w:line="240" w:lineRule="auto"/>
      </w:pPr>
      <w:r>
        <w:separator/>
      </w:r>
    </w:p>
  </w:footnote>
  <w:footnote w:type="continuationSeparator" w:id="0">
    <w:p w:rsidR="00D83AE7" w:rsidRDefault="00D83AE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5B41A5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5B41A5" w:rsidRDefault="00D83AE7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5B41A5" w:rsidRDefault="00D83AE7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5B41A5" w:rsidRDefault="00D83AE7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5B41A5" w:rsidRDefault="00D83AE7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5B41A5" w:rsidRDefault="00D83AE7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ACE-QC-ARC-022</w:t>
          </w:r>
        </w:p>
      </w:tc>
    </w:tr>
    <w:tr w:rsidR="005B41A5">
      <w:trPr>
        <w:trHeight w:val="283"/>
        <w:jc w:val="center"/>
      </w:trPr>
      <w:tc>
        <w:tcPr>
          <w:tcW w:w="2041" w:type="dxa"/>
          <w:vMerge/>
          <w:vAlign w:val="center"/>
        </w:tcPr>
        <w:p w:rsidR="005B41A5" w:rsidRDefault="005B41A5"/>
      </w:tc>
      <w:tc>
        <w:tcPr>
          <w:tcW w:w="5669" w:type="dxa"/>
          <w:vMerge/>
          <w:vAlign w:val="center"/>
        </w:tcPr>
        <w:p w:rsidR="005B41A5" w:rsidRDefault="005B41A5"/>
      </w:tc>
      <w:tc>
        <w:tcPr>
          <w:tcW w:w="1361" w:type="dxa"/>
          <w:shd w:val="clear" w:color="auto" w:fill="F2F2F2"/>
          <w:vAlign w:val="center"/>
        </w:tcPr>
        <w:p w:rsidR="005B41A5" w:rsidRDefault="00D83AE7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5B41A5" w:rsidRDefault="00D83AE7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5B41A5">
      <w:trPr>
        <w:trHeight w:val="283"/>
        <w:jc w:val="center"/>
      </w:trPr>
      <w:tc>
        <w:tcPr>
          <w:tcW w:w="2041" w:type="dxa"/>
          <w:vMerge/>
          <w:vAlign w:val="center"/>
        </w:tcPr>
        <w:p w:rsidR="005B41A5" w:rsidRDefault="005B41A5"/>
      </w:tc>
      <w:tc>
        <w:tcPr>
          <w:tcW w:w="5669" w:type="dxa"/>
          <w:vMerge w:val="restart"/>
          <w:shd w:val="clear" w:color="auto" w:fill="E7E6E6"/>
          <w:vAlign w:val="center"/>
        </w:tcPr>
        <w:p w:rsidR="005B41A5" w:rsidRDefault="00D83AE7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تركيب الوحدات الجبسية</w:t>
          </w:r>
        </w:p>
        <w:p w:rsidR="005B41A5" w:rsidRDefault="00D83AE7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Gypsum (GRG) Facade Units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5B41A5" w:rsidRDefault="00D83AE7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5B41A5" w:rsidRDefault="00D83AE7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5B41A5">
      <w:trPr>
        <w:trHeight w:val="283"/>
        <w:jc w:val="center"/>
      </w:trPr>
      <w:tc>
        <w:tcPr>
          <w:tcW w:w="2041" w:type="dxa"/>
          <w:vMerge/>
          <w:vAlign w:val="center"/>
        </w:tcPr>
        <w:p w:rsidR="005B41A5" w:rsidRDefault="005B41A5"/>
      </w:tc>
      <w:tc>
        <w:tcPr>
          <w:tcW w:w="5669" w:type="dxa"/>
          <w:vMerge/>
          <w:vAlign w:val="center"/>
        </w:tcPr>
        <w:p w:rsidR="005B41A5" w:rsidRDefault="005B41A5"/>
      </w:tc>
      <w:tc>
        <w:tcPr>
          <w:tcW w:w="1361" w:type="dxa"/>
          <w:shd w:val="clear" w:color="auto" w:fill="F2F2F2"/>
          <w:vAlign w:val="center"/>
        </w:tcPr>
        <w:p w:rsidR="005B41A5" w:rsidRDefault="00D83AE7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5B41A5" w:rsidRDefault="00D83AE7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5B41A5" w:rsidRDefault="005B41A5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81826948">
    <w:abstractNumId w:val="8"/>
  </w:num>
  <w:num w:numId="2" w16cid:durableId="1608586836">
    <w:abstractNumId w:val="6"/>
  </w:num>
  <w:num w:numId="3" w16cid:durableId="636499155">
    <w:abstractNumId w:val="5"/>
  </w:num>
  <w:num w:numId="4" w16cid:durableId="42605355">
    <w:abstractNumId w:val="4"/>
  </w:num>
  <w:num w:numId="5" w16cid:durableId="2052605549">
    <w:abstractNumId w:val="7"/>
  </w:num>
  <w:num w:numId="6" w16cid:durableId="935016705">
    <w:abstractNumId w:val="3"/>
  </w:num>
  <w:num w:numId="7" w16cid:durableId="663707536">
    <w:abstractNumId w:val="2"/>
  </w:num>
  <w:num w:numId="8" w16cid:durableId="211357066">
    <w:abstractNumId w:val="1"/>
  </w:num>
  <w:num w:numId="9" w16cid:durableId="856888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B41A5"/>
    <w:rsid w:val="005C0D99"/>
    <w:rsid w:val="00657024"/>
    <w:rsid w:val="00AA1D8D"/>
    <w:rsid w:val="00B47730"/>
    <w:rsid w:val="00CB0664"/>
    <w:rsid w:val="00D83AE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86FEB14E-8C96-45DF-ABE4-6B9C4D41C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ACE_QC-ARC-022_Gypsum_Facade_Units_20261009_v4.dotx</Template>
  <TotalTime>0</TotalTime>
  <Pages>1</Pages>
  <Words>557</Words>
  <Characters>3181</Characters>
  <Application>Microsoft Office Word</Application>
  <DocSecurity>0</DocSecurity>
  <Lines>26</Lines>
  <Paragraphs>7</Paragraphs>
  <ScaleCrop>false</ScaleCrop>
  <Manager>Ahmed Fathy</Manager>
  <Company>Arab Creators for Engineering Consultancy</Company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ACE-QC-ARC-022 Gypsum (GRG) Facade Units Inspection</dc:title>
  <dc:subject>فحص واستلام تركيب الوحدات الجبسية</dc:subject>
  <dc:creator>Ahmed Fathy</dc:creator>
  <cp:keywords>QC; ITP; Inspection</cp:keywords>
  <dc:description/>
  <cp:lastModifiedBy>Ahmed Fathy</cp:lastModifiedBy>
  <cp:revision>2</cp:revision>
  <dcterms:created xsi:type="dcterms:W3CDTF">2026-11-03T20:11:00Z</dcterms:created>
  <dcterms:modified xsi:type="dcterms:W3CDTF">2026-11-03T20:11:00Z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