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46CA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546CAD" w:rsidRDefault="00546CA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46CAD" w:rsidRDefault="00546CA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546CAD" w:rsidRDefault="00546CAD">
            <w:pPr>
              <w:bidi/>
              <w:spacing w:line="240" w:lineRule="auto"/>
            </w:pPr>
          </w:p>
        </w:tc>
      </w:tr>
      <w:tr w:rsidR="00546CA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546CAD" w:rsidRDefault="00546CA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546CAD" w:rsidRDefault="00546CA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546CAD" w:rsidRDefault="00546CAD">
            <w:pPr>
              <w:bidi/>
              <w:spacing w:line="240" w:lineRule="auto"/>
            </w:pPr>
          </w:p>
        </w:tc>
      </w:tr>
      <w:tr w:rsidR="00546CA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546CAD" w:rsidRDefault="00546CA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546CAD" w:rsidRDefault="00847D1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546CAD" w:rsidRDefault="00546CA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46CA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546CAD" w:rsidRDefault="00546CA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546CA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546CAD" w:rsidRDefault="00847D1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46CAD" w:rsidRDefault="00847D1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546CAD" w:rsidRDefault="00847D1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546CAD" w:rsidRDefault="00847D1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</w:tbl>
    <w:p w:rsidR="00546CAD" w:rsidRDefault="00546CA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46CA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بياض الحجر الصناعي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Artificial Stone Render Checklist</w:t>
            </w:r>
          </w:p>
        </w:tc>
      </w:tr>
    </w:tbl>
    <w:p w:rsidR="00546CAD" w:rsidRDefault="00546CA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546CA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46CAD" w:rsidRDefault="00847D1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546CAD" w:rsidRDefault="00847D1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546CAD" w:rsidRDefault="00847D1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546CAD" w:rsidRDefault="00847D1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546CAD" w:rsidRDefault="00847D1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546CAD" w:rsidRDefault="00847D1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مواصفات ومكونات الخلطة طبقا للعينة المعتمدة.</w:t>
            </w:r>
          </w:p>
        </w:tc>
        <w:tc>
          <w:tcPr>
            <w:tcW w:w="3402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Mix specification and components match the approved sample.</w:t>
            </w: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منسوب المرجع (الشرب) لتحديد المنسوب المطلوب للحجر الصناعي.</w:t>
            </w:r>
          </w:p>
        </w:tc>
        <w:tc>
          <w:tcPr>
            <w:tcW w:w="3402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Level datum for artificial stone is set.</w:t>
            </w: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مونة البطانة على القدة والميزان بعد تخشينها جيداً.</w:t>
            </w:r>
          </w:p>
        </w:tc>
        <w:tc>
          <w:tcPr>
            <w:tcW w:w="3402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coat is accepted, ruled true and well roughened.</w:t>
            </w: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تمشيط مونة البطانة قبل جفافها في تموجات أفقية بعمق لا يقل عن 3 مم والمسافة بين التموجات وبعضها لا تزيد عن 3 سم.</w:t>
            </w:r>
          </w:p>
        </w:tc>
        <w:tc>
          <w:tcPr>
            <w:tcW w:w="3402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coat is combed horizontally before setting, at least 3 mm deep, max 3 cm apart.</w:t>
            </w: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أعمال الجبس الخاصة بالفواصل (العراميس) بين بياض الحجر الصناعي والتأكد من تمام أفقية ورأسية حوافها ومن ميولها بالمناطق المائلة ومن تماثل عرض الفواصل.</w:t>
            </w:r>
          </w:p>
        </w:tc>
        <w:tc>
          <w:tcPr>
            <w:tcW w:w="3402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Gypsum joint strips are true horizontally and vertically, sloped where required, and of equal width.</w:t>
            </w: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الظهارة من الحجر الصناعي والتأكد من أن سمكها لا يقل عن 6 مم.</w:t>
            </w:r>
          </w:p>
        </w:tc>
        <w:tc>
          <w:tcPr>
            <w:tcW w:w="3402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Artificial stone finish coat is at least 6 mm thick.</w:t>
            </w: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إزالة أعمال الجبس الخاصة بالفواصل وتنظيف الفواصل وتسويكها.</w:t>
            </w:r>
          </w:p>
        </w:tc>
        <w:tc>
          <w:tcPr>
            <w:tcW w:w="3402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Gypsum strips are removed and joints cleaned and pointed.</w:t>
            </w: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  <w:tr w:rsidR="00546CAD">
        <w:trPr>
          <w:cantSplit/>
          <w:jc w:val="center"/>
        </w:trPr>
        <w:tc>
          <w:tcPr>
            <w:tcW w:w="397" w:type="dxa"/>
            <w:vAlign w:val="center"/>
          </w:tcPr>
          <w:p w:rsidR="00546CAD" w:rsidRDefault="00847D1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أعمال صنفرة الحجر الصناعي ومن دق الأجزاء المطلوبة باستخدام البوشاردة.</w:t>
            </w:r>
          </w:p>
        </w:tc>
        <w:tc>
          <w:tcPr>
            <w:tcW w:w="3402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Stone is sanded and bush-hammered where required.</w:t>
            </w: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546CAD" w:rsidRDefault="00546CAD">
            <w:pPr>
              <w:bidi/>
              <w:spacing w:line="240" w:lineRule="auto"/>
              <w:jc w:val="center"/>
            </w:pPr>
          </w:p>
        </w:tc>
      </w:tr>
    </w:tbl>
    <w:p w:rsidR="00546CAD" w:rsidRDefault="00546CA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546CA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546CA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546CAD" w:rsidRDefault="00847D1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546CAD" w:rsidRDefault="00546CA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46CA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46CAD" w:rsidRDefault="00847D1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46CAD" w:rsidRDefault="00847D1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46CAD" w:rsidRDefault="00546CAD">
            <w:pPr>
              <w:keepNext/>
              <w:bidi/>
              <w:spacing w:line="240" w:lineRule="auto"/>
            </w:pPr>
          </w:p>
        </w:tc>
      </w:tr>
    </w:tbl>
    <w:p w:rsidR="00546CAD" w:rsidRDefault="00546CA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46CA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46CAD" w:rsidRDefault="00847D1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546CAD" w:rsidRDefault="00847D1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546CAD" w:rsidRDefault="00847D1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46CAD" w:rsidRDefault="00847D1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46CAD" w:rsidRDefault="00847D1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46CAD" w:rsidRDefault="00847D1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46CAD" w:rsidRDefault="00847D1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46CAD" w:rsidRDefault="00847D1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46CAD" w:rsidRDefault="00847D1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46CAD" w:rsidRDefault="00847D1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46CAD" w:rsidRDefault="00546CA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46CA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46CAD" w:rsidRDefault="00847D1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46CAD" w:rsidRDefault="00847D1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46CAD" w:rsidRDefault="00847D1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546CAD" w:rsidRDefault="00847D1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46CAD" w:rsidRDefault="00847D1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546CAD" w:rsidRDefault="00847D1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46CAD" w:rsidRDefault="00847D1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546CAD" w:rsidRDefault="00847D1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546CA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46CAD" w:rsidRDefault="00847D1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46CAD" w:rsidRDefault="00847D1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46CAD" w:rsidRDefault="00847D1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46CAD" w:rsidRDefault="00847D1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46CAD" w:rsidRDefault="00847D1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46CAD" w:rsidRDefault="00847D1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46CAD" w:rsidRDefault="00847D1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46CAD" w:rsidRDefault="00847D1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46CAD" w:rsidRDefault="00847D1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46CAD" w:rsidRDefault="00847D1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46CAD" w:rsidRDefault="00847D1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46CAD" w:rsidRDefault="00546CAD">
      <w:pPr>
        <w:spacing w:line="20" w:lineRule="exact"/>
      </w:pPr>
    </w:p>
    <w:sectPr w:rsidR="00546CA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47D18" w:rsidRDefault="00847D18">
      <w:pPr>
        <w:spacing w:line="240" w:lineRule="auto"/>
      </w:pPr>
      <w:r>
        <w:separator/>
      </w:r>
    </w:p>
  </w:endnote>
  <w:endnote w:type="continuationSeparator" w:id="0">
    <w:p w:rsidR="00847D18" w:rsidRDefault="00847D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46CA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46CAD" w:rsidRDefault="00847D1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46CAD" w:rsidRDefault="00847D1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47D18" w:rsidRDefault="00847D18">
      <w:pPr>
        <w:spacing w:line="240" w:lineRule="auto"/>
      </w:pPr>
      <w:r>
        <w:separator/>
      </w:r>
    </w:p>
  </w:footnote>
  <w:footnote w:type="continuationSeparator" w:id="0">
    <w:p w:rsidR="00847D18" w:rsidRDefault="00847D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46CA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46CAD" w:rsidRDefault="00847D1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46CAD" w:rsidRDefault="00847D1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46CAD" w:rsidRDefault="00847D1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46CAD" w:rsidRDefault="00847D1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546CAD" w:rsidRDefault="00847D1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ACE-QC-ARC-019</w:t>
          </w:r>
        </w:p>
      </w:tc>
    </w:tr>
    <w:tr w:rsidR="00546CAD">
      <w:trPr>
        <w:trHeight w:val="283"/>
        <w:jc w:val="center"/>
      </w:trPr>
      <w:tc>
        <w:tcPr>
          <w:tcW w:w="2041" w:type="dxa"/>
          <w:vMerge/>
          <w:vAlign w:val="center"/>
        </w:tcPr>
        <w:p w:rsidR="00546CAD" w:rsidRDefault="00546CAD"/>
      </w:tc>
      <w:tc>
        <w:tcPr>
          <w:tcW w:w="5669" w:type="dxa"/>
          <w:vMerge/>
          <w:vAlign w:val="center"/>
        </w:tcPr>
        <w:p w:rsidR="00546CAD" w:rsidRDefault="00546CAD"/>
      </w:tc>
      <w:tc>
        <w:tcPr>
          <w:tcW w:w="1361" w:type="dxa"/>
          <w:shd w:val="clear" w:color="auto" w:fill="F2F2F2"/>
          <w:vAlign w:val="center"/>
        </w:tcPr>
        <w:p w:rsidR="00546CAD" w:rsidRDefault="00847D1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46CAD" w:rsidRDefault="00847D1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546CAD">
      <w:trPr>
        <w:trHeight w:val="283"/>
        <w:jc w:val="center"/>
      </w:trPr>
      <w:tc>
        <w:tcPr>
          <w:tcW w:w="2041" w:type="dxa"/>
          <w:vMerge/>
          <w:vAlign w:val="center"/>
        </w:tcPr>
        <w:p w:rsidR="00546CAD" w:rsidRDefault="00546CAD"/>
      </w:tc>
      <w:tc>
        <w:tcPr>
          <w:tcW w:w="5669" w:type="dxa"/>
          <w:vMerge w:val="restart"/>
          <w:shd w:val="clear" w:color="auto" w:fill="E7E6E6"/>
          <w:vAlign w:val="center"/>
        </w:tcPr>
        <w:p w:rsidR="00546CAD" w:rsidRDefault="00847D1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بياض الحجر الصناعي</w:t>
          </w:r>
        </w:p>
        <w:p w:rsidR="00546CAD" w:rsidRDefault="00847D1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Artificial Stone Render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546CAD" w:rsidRDefault="00847D1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46CAD" w:rsidRDefault="00847D1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46CAD">
      <w:trPr>
        <w:trHeight w:val="283"/>
        <w:jc w:val="center"/>
      </w:trPr>
      <w:tc>
        <w:tcPr>
          <w:tcW w:w="2041" w:type="dxa"/>
          <w:vMerge/>
          <w:vAlign w:val="center"/>
        </w:tcPr>
        <w:p w:rsidR="00546CAD" w:rsidRDefault="00546CAD"/>
      </w:tc>
      <w:tc>
        <w:tcPr>
          <w:tcW w:w="5669" w:type="dxa"/>
          <w:vMerge/>
          <w:vAlign w:val="center"/>
        </w:tcPr>
        <w:p w:rsidR="00546CAD" w:rsidRDefault="00546CAD"/>
      </w:tc>
      <w:tc>
        <w:tcPr>
          <w:tcW w:w="1361" w:type="dxa"/>
          <w:shd w:val="clear" w:color="auto" w:fill="F2F2F2"/>
          <w:vAlign w:val="center"/>
        </w:tcPr>
        <w:p w:rsidR="00546CAD" w:rsidRDefault="00847D1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46CAD" w:rsidRDefault="00847D1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46CAD" w:rsidRDefault="00546CA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025327">
    <w:abstractNumId w:val="8"/>
  </w:num>
  <w:num w:numId="2" w16cid:durableId="1972202083">
    <w:abstractNumId w:val="6"/>
  </w:num>
  <w:num w:numId="3" w16cid:durableId="831800639">
    <w:abstractNumId w:val="5"/>
  </w:num>
  <w:num w:numId="4" w16cid:durableId="1702827793">
    <w:abstractNumId w:val="4"/>
  </w:num>
  <w:num w:numId="5" w16cid:durableId="995648570">
    <w:abstractNumId w:val="7"/>
  </w:num>
  <w:num w:numId="6" w16cid:durableId="448743024">
    <w:abstractNumId w:val="3"/>
  </w:num>
  <w:num w:numId="7" w16cid:durableId="2114400147">
    <w:abstractNumId w:val="2"/>
  </w:num>
  <w:num w:numId="8" w16cid:durableId="186136611">
    <w:abstractNumId w:val="1"/>
  </w:num>
  <w:num w:numId="9" w16cid:durableId="204259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6CAD"/>
    <w:rsid w:val="005C0D99"/>
    <w:rsid w:val="00847D18"/>
    <w:rsid w:val="00975AF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7847597-B667-4501-A220-3171013F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ACE_QC-ARC-019_Artificial_Stone_Render_20261009_v4.dotx</Template>
  <TotalTime>0</TotalTime>
  <Pages>1</Pages>
  <Words>555</Words>
  <Characters>3169</Characters>
  <Application>Microsoft Office Word</Application>
  <DocSecurity>0</DocSecurity>
  <Lines>26</Lines>
  <Paragraphs>7</Paragraphs>
  <ScaleCrop>false</ScaleCrop>
  <Manager>Ahmed Fathy</Manager>
  <Company>Arab Creators for Engineering Consultancy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ACE-QC-ARC-019 Artificial Stone Render Inspection</dc:title>
  <dc:subject>فحص واستلام بياض الحجر الصناعي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