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074B4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074B4A" w:rsidRDefault="00E13FB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074B4A" w:rsidRDefault="00074B4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074B4A" w:rsidRDefault="00E13FB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074B4A" w:rsidRDefault="00074B4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074B4A" w:rsidRDefault="00E13FB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074B4A" w:rsidRDefault="00074B4A">
            <w:pPr>
              <w:bidi/>
              <w:spacing w:line="240" w:lineRule="auto"/>
            </w:pPr>
          </w:p>
        </w:tc>
      </w:tr>
      <w:tr w:rsidR="00074B4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074B4A" w:rsidRDefault="00E13FB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074B4A" w:rsidRDefault="00074B4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074B4A" w:rsidRDefault="00E13FB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074B4A" w:rsidRDefault="00074B4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074B4A" w:rsidRDefault="00E13FB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074B4A" w:rsidRDefault="00074B4A">
            <w:pPr>
              <w:bidi/>
              <w:spacing w:line="240" w:lineRule="auto"/>
            </w:pPr>
          </w:p>
        </w:tc>
      </w:tr>
      <w:tr w:rsidR="00074B4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074B4A" w:rsidRDefault="00E13FB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074B4A" w:rsidRDefault="00074B4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074B4A" w:rsidRDefault="00E13FB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074B4A" w:rsidRDefault="00E13FBD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074B4A" w:rsidRDefault="00074B4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74B4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074B4A" w:rsidRDefault="00074B4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074B4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074B4A" w:rsidRDefault="00E13FB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074B4A" w:rsidRDefault="00E13FBD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074B4A" w:rsidRDefault="00E13FB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074B4A" w:rsidRDefault="00E13FB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</w:tbl>
    <w:p w:rsidR="00074B4A" w:rsidRDefault="00074B4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74B4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تكسية قاعدة المبنى بالحجر (الأسفال)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Stone Plinth (Skirting) Cladding Checklist</w:t>
            </w:r>
          </w:p>
        </w:tc>
      </w:tr>
    </w:tbl>
    <w:p w:rsidR="00074B4A" w:rsidRDefault="00074B4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074B4A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74B4A" w:rsidRDefault="00E13FB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074B4A" w:rsidRDefault="00E13FBD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074B4A" w:rsidRDefault="00E13FB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074B4A" w:rsidRDefault="00E13FB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074B4A" w:rsidRDefault="00E13FB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074B4A" w:rsidRDefault="00E13FB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وتقديم رسومات تنفيذية قبل البدء في العمل.</w:t>
            </w:r>
          </w:p>
        </w:tc>
        <w:tc>
          <w:tcPr>
            <w:tcW w:w="3402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are submitted and approved before starting.</w:t>
            </w: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ارتفاع السفل مطابق للرسومات المعمارية المعتمدة وكذلك منسوب السفل.</w:t>
            </w:r>
          </w:p>
        </w:tc>
        <w:tc>
          <w:tcPr>
            <w:tcW w:w="3402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Plinth height and level comply with approved architectural drawings.</w:t>
            </w: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فرز نوعية الحجر وتكون مطابقة للعينة المعتمدة ومتجانس الألوان.</w:t>
            </w:r>
          </w:p>
        </w:tc>
        <w:tc>
          <w:tcPr>
            <w:tcW w:w="3402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Stone is sorted, matches the approved sample, with uniform colour.</w:t>
            </w: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زاوية 2.5 x 2.5 سم أسفل السفل وتكون مثبتة بواسطة كانات بالحائط لتحميل السفل الحجري.</w:t>
            </w:r>
          </w:p>
        </w:tc>
        <w:tc>
          <w:tcPr>
            <w:tcW w:w="3402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Support angle 2.5 x 2.5 cm is fixed under the plinth with wall anchors to carry the stone.</w:t>
            </w: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سلك مجلفن في ظهر الحجر بواسطة شق بالصاروخ وتثبيت السلك بالظهر بواسطة الكلة.</w:t>
            </w:r>
          </w:p>
        </w:tc>
        <w:tc>
          <w:tcPr>
            <w:tcW w:w="3402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Galvanized wire is fixed in a groove at the back of each stone with adhesive.</w:t>
            </w: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الالتزام بمقاسات الحجر طبقا للرسومات المعتمدة.</w:t>
            </w:r>
          </w:p>
        </w:tc>
        <w:tc>
          <w:tcPr>
            <w:tcW w:w="3402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Stone sizes comply with approved drawings.</w:t>
            </w: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زملكة اللحامات بواسطة الصاروخ.</w:t>
            </w:r>
          </w:p>
        </w:tc>
        <w:tc>
          <w:tcPr>
            <w:tcW w:w="3402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Joints are pointed with a grinder.</w:t>
            </w: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وجه الحجر بواسطة فرشة السلك الكوباية بواسطة الصاروخ.</w:t>
            </w:r>
          </w:p>
        </w:tc>
        <w:tc>
          <w:tcPr>
            <w:tcW w:w="3402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Stone face is cleaned with a cup wire brush on a grinder.</w:t>
            </w: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  <w:tr w:rsidR="00074B4A">
        <w:trPr>
          <w:cantSplit/>
          <w:jc w:val="center"/>
        </w:trPr>
        <w:tc>
          <w:tcPr>
            <w:tcW w:w="397" w:type="dxa"/>
            <w:vAlign w:val="center"/>
          </w:tcPr>
          <w:p w:rsidR="00074B4A" w:rsidRDefault="00E13FB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ضبط رأسية تثبيت الحجر بواسطة ميزان الخيط وكذلك أفقية اللحامات بواسطة ميزان المياه.</w:t>
            </w:r>
          </w:p>
        </w:tc>
        <w:tc>
          <w:tcPr>
            <w:tcW w:w="3402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Stone is plumb (plumb line) and joints level (water level).</w:t>
            </w: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74B4A" w:rsidRDefault="00074B4A">
            <w:pPr>
              <w:bidi/>
              <w:spacing w:line="240" w:lineRule="auto"/>
              <w:jc w:val="center"/>
            </w:pPr>
          </w:p>
        </w:tc>
      </w:tr>
    </w:tbl>
    <w:p w:rsidR="00074B4A" w:rsidRDefault="00074B4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074B4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074B4A" w:rsidRDefault="00E13FB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074B4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074B4A" w:rsidRDefault="00E13FB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074B4A" w:rsidRDefault="00E13FB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074B4A" w:rsidRDefault="00074B4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074B4A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4B4A" w:rsidRDefault="00E13FB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074B4A" w:rsidRDefault="00E13FBD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074B4A" w:rsidRDefault="00074B4A">
            <w:pPr>
              <w:keepNext/>
              <w:bidi/>
              <w:spacing w:line="240" w:lineRule="auto"/>
            </w:pPr>
          </w:p>
        </w:tc>
      </w:tr>
    </w:tbl>
    <w:p w:rsidR="00074B4A" w:rsidRDefault="00074B4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074B4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4B4A" w:rsidRDefault="00E13FB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074B4A" w:rsidRDefault="00E13FBD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074B4A" w:rsidRDefault="00E13FB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074B4A" w:rsidRDefault="00E13FB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074B4A" w:rsidRDefault="00E13FB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074B4A" w:rsidRDefault="00E13FB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074B4A" w:rsidRDefault="00E13FB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074B4A" w:rsidRDefault="00E13FB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074B4A" w:rsidRDefault="00E13FB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074B4A" w:rsidRDefault="00E13FB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074B4A" w:rsidRDefault="00074B4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074B4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4B4A" w:rsidRDefault="00E13FBD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074B4A" w:rsidRDefault="00E13FBD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74B4A" w:rsidRDefault="00E13FB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074B4A" w:rsidRDefault="00E13FB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74B4A" w:rsidRDefault="00E13FB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074B4A" w:rsidRDefault="00E13FB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74B4A" w:rsidRDefault="00E13FB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074B4A" w:rsidRDefault="00E13FB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074B4A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4B4A" w:rsidRDefault="00E13FB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074B4A" w:rsidRDefault="00E13FB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074B4A" w:rsidRDefault="00E13FB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74B4A" w:rsidRDefault="00E13FB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74B4A" w:rsidRDefault="00E13FB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74B4A" w:rsidRDefault="00E13FB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74B4A" w:rsidRDefault="00E13FB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74B4A" w:rsidRDefault="00E13FB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74B4A" w:rsidRDefault="00E13FB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74B4A" w:rsidRDefault="00E13FB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74B4A" w:rsidRDefault="00E13FB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074B4A" w:rsidRDefault="00074B4A">
      <w:pPr>
        <w:spacing w:line="20" w:lineRule="exact"/>
      </w:pPr>
    </w:p>
    <w:sectPr w:rsidR="00074B4A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3FBD" w:rsidRDefault="00E13FBD">
      <w:pPr>
        <w:spacing w:line="240" w:lineRule="auto"/>
      </w:pPr>
      <w:r>
        <w:separator/>
      </w:r>
    </w:p>
  </w:endnote>
  <w:endnote w:type="continuationSeparator" w:id="0">
    <w:p w:rsidR="00E13FBD" w:rsidRDefault="00E13F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074B4A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074B4A" w:rsidRDefault="00E13FB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074B4A" w:rsidRDefault="00E13FBD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ACE-QC-ARC-015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3FBD" w:rsidRDefault="00E13FBD">
      <w:pPr>
        <w:spacing w:line="240" w:lineRule="auto"/>
      </w:pPr>
      <w:r>
        <w:separator/>
      </w:r>
    </w:p>
  </w:footnote>
  <w:footnote w:type="continuationSeparator" w:id="0">
    <w:p w:rsidR="00E13FBD" w:rsidRDefault="00E13F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074B4A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074B4A" w:rsidRDefault="00E13FBD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074B4A" w:rsidRDefault="00E13FBD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074B4A" w:rsidRDefault="00E13FB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074B4A" w:rsidRDefault="00E13FB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074B4A" w:rsidRDefault="00E13FB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ACE-QC-ARC-015</w:t>
          </w:r>
        </w:p>
      </w:tc>
    </w:tr>
    <w:tr w:rsidR="00074B4A">
      <w:trPr>
        <w:trHeight w:val="283"/>
        <w:jc w:val="center"/>
      </w:trPr>
      <w:tc>
        <w:tcPr>
          <w:tcW w:w="2041" w:type="dxa"/>
          <w:vMerge/>
          <w:vAlign w:val="center"/>
        </w:tcPr>
        <w:p w:rsidR="00074B4A" w:rsidRDefault="00074B4A"/>
      </w:tc>
      <w:tc>
        <w:tcPr>
          <w:tcW w:w="5669" w:type="dxa"/>
          <w:vMerge/>
          <w:vAlign w:val="center"/>
        </w:tcPr>
        <w:p w:rsidR="00074B4A" w:rsidRDefault="00074B4A"/>
      </w:tc>
      <w:tc>
        <w:tcPr>
          <w:tcW w:w="1361" w:type="dxa"/>
          <w:shd w:val="clear" w:color="auto" w:fill="F2F2F2"/>
          <w:vAlign w:val="center"/>
        </w:tcPr>
        <w:p w:rsidR="00074B4A" w:rsidRDefault="00E13FB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074B4A" w:rsidRDefault="00E13FB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074B4A">
      <w:trPr>
        <w:trHeight w:val="283"/>
        <w:jc w:val="center"/>
      </w:trPr>
      <w:tc>
        <w:tcPr>
          <w:tcW w:w="2041" w:type="dxa"/>
          <w:vMerge/>
          <w:vAlign w:val="center"/>
        </w:tcPr>
        <w:p w:rsidR="00074B4A" w:rsidRDefault="00074B4A"/>
      </w:tc>
      <w:tc>
        <w:tcPr>
          <w:tcW w:w="5669" w:type="dxa"/>
          <w:vMerge w:val="restart"/>
          <w:shd w:val="clear" w:color="auto" w:fill="E7E6E6"/>
          <w:vAlign w:val="center"/>
        </w:tcPr>
        <w:p w:rsidR="00074B4A" w:rsidRDefault="00E13FBD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الأسفال الحجرية</w:t>
          </w:r>
        </w:p>
        <w:p w:rsidR="00074B4A" w:rsidRDefault="00E13FB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Stone Plinth (Skirting) Cladding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074B4A" w:rsidRDefault="00E13FB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074B4A" w:rsidRDefault="00E13FBD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074B4A">
      <w:trPr>
        <w:trHeight w:val="283"/>
        <w:jc w:val="center"/>
      </w:trPr>
      <w:tc>
        <w:tcPr>
          <w:tcW w:w="2041" w:type="dxa"/>
          <w:vMerge/>
          <w:vAlign w:val="center"/>
        </w:tcPr>
        <w:p w:rsidR="00074B4A" w:rsidRDefault="00074B4A"/>
      </w:tc>
      <w:tc>
        <w:tcPr>
          <w:tcW w:w="5669" w:type="dxa"/>
          <w:vMerge/>
          <w:vAlign w:val="center"/>
        </w:tcPr>
        <w:p w:rsidR="00074B4A" w:rsidRDefault="00074B4A"/>
      </w:tc>
      <w:tc>
        <w:tcPr>
          <w:tcW w:w="1361" w:type="dxa"/>
          <w:shd w:val="clear" w:color="auto" w:fill="F2F2F2"/>
          <w:vAlign w:val="center"/>
        </w:tcPr>
        <w:p w:rsidR="00074B4A" w:rsidRDefault="00E13FB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074B4A" w:rsidRDefault="00E13FBD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074B4A" w:rsidRDefault="00074B4A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5679998">
    <w:abstractNumId w:val="8"/>
  </w:num>
  <w:num w:numId="2" w16cid:durableId="1918976699">
    <w:abstractNumId w:val="6"/>
  </w:num>
  <w:num w:numId="3" w16cid:durableId="637418977">
    <w:abstractNumId w:val="5"/>
  </w:num>
  <w:num w:numId="4" w16cid:durableId="677002868">
    <w:abstractNumId w:val="4"/>
  </w:num>
  <w:num w:numId="5" w16cid:durableId="1632781272">
    <w:abstractNumId w:val="7"/>
  </w:num>
  <w:num w:numId="6" w16cid:durableId="1670906376">
    <w:abstractNumId w:val="3"/>
  </w:num>
  <w:num w:numId="7" w16cid:durableId="1232889269">
    <w:abstractNumId w:val="2"/>
  </w:num>
  <w:num w:numId="8" w16cid:durableId="1438062091">
    <w:abstractNumId w:val="1"/>
  </w:num>
  <w:num w:numId="9" w16cid:durableId="1170869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B4A"/>
    <w:rsid w:val="0015074B"/>
    <w:rsid w:val="0029639D"/>
    <w:rsid w:val="00326F90"/>
    <w:rsid w:val="005C0D99"/>
    <w:rsid w:val="00AA1D8D"/>
    <w:rsid w:val="00B07B05"/>
    <w:rsid w:val="00B47730"/>
    <w:rsid w:val="00CB0664"/>
    <w:rsid w:val="00E13F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CC2C188-90F7-4A7A-8C20-56FCAD30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ACE_QC-ARC-015_Stone_Plinth_Cladding_20261009_v4.dotx</Template>
  <TotalTime>0</TotalTime>
  <Pages>1</Pages>
  <Words>559</Words>
  <Characters>3187</Characters>
  <Application>Microsoft Office Word</Application>
  <DocSecurity>0</DocSecurity>
  <Lines>26</Lines>
  <Paragraphs>7</Paragraphs>
  <ScaleCrop>false</ScaleCrop>
  <Manager>Ahmed Fathy</Manager>
  <Company>Arab Creators for Engineering Consultancy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ACE-QC-ARC-015 Stone Plinth (Skirting) Cladding Inspection</dc:title>
  <dc:subject>فحص واستلام الأسفال الحجرية</dc:subject>
  <dc:creator>Ahmed Fathy</dc:creator>
  <cp:keywords>QC; ITP; Inspection</cp:keywords>
  <dc:description/>
  <cp:lastModifiedBy>Ahmed Fathy</cp:lastModifiedBy>
  <cp:revision>2</cp:revision>
  <dcterms:created xsi:type="dcterms:W3CDTF">2026-11-03T20:11:00Z</dcterms:created>
  <dcterms:modified xsi:type="dcterms:W3CDTF">2026-11-03T20:11:00Z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