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E55E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4E55ED" w:rsidRDefault="006419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4E55ED" w:rsidRDefault="004E55E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E55ED" w:rsidRDefault="006419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E55ED" w:rsidRDefault="004E55E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4E55ED" w:rsidRDefault="006419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4E55ED" w:rsidRDefault="004E55ED">
            <w:pPr>
              <w:bidi/>
              <w:spacing w:line="240" w:lineRule="auto"/>
            </w:pPr>
          </w:p>
        </w:tc>
      </w:tr>
      <w:tr w:rsidR="004E55E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4E55ED" w:rsidRDefault="006419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4E55ED" w:rsidRDefault="004E55E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4E55ED" w:rsidRDefault="006419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4E55ED" w:rsidRDefault="004E55E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4E55ED" w:rsidRDefault="006419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4E55ED" w:rsidRDefault="004E55ED">
            <w:pPr>
              <w:bidi/>
              <w:spacing w:line="240" w:lineRule="auto"/>
            </w:pPr>
          </w:p>
        </w:tc>
      </w:tr>
      <w:tr w:rsidR="004E55E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4E55ED" w:rsidRDefault="006419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4E55ED" w:rsidRDefault="004E55E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4E55ED" w:rsidRDefault="006419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4E55ED" w:rsidRDefault="00641905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4E55ED" w:rsidRDefault="004E55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E55E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4E55ED" w:rsidRDefault="004E55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4E55E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4E55ED" w:rsidRDefault="0064190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E55ED" w:rsidRDefault="00641905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4E55ED" w:rsidRDefault="0064190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4E55ED" w:rsidRDefault="0064190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</w:tbl>
    <w:p w:rsidR="004E55ED" w:rsidRDefault="004E55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E55E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رخام الدرج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Stair Marble Checklist</w:t>
            </w:r>
          </w:p>
        </w:tc>
      </w:tr>
    </w:tbl>
    <w:p w:rsidR="004E55ED" w:rsidRDefault="004E55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4E55ED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E55ED" w:rsidRDefault="006419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4E55ED" w:rsidRDefault="00641905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4E55ED" w:rsidRDefault="006419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4E55ED" w:rsidRDefault="006419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4E55ED" w:rsidRDefault="006419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4E55ED" w:rsidRDefault="0064190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السلالم من آثار الخرسانة الزائدة ونحتها، وتحديد الدرج.</w:t>
            </w:r>
          </w:p>
        </w:tc>
        <w:tc>
          <w:tcPr>
            <w:tcW w:w="3402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Stairs are cleaned of excess concrete by chiselling and steps are set out.</w:t>
            </w: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المناسيب لكل قلبة على حدة.</w:t>
            </w:r>
          </w:p>
        </w:tc>
        <w:tc>
          <w:tcPr>
            <w:tcW w:w="3402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Levels of each flight are checked.</w:t>
            </w: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عدد الدرج في كل قلبة طبقا للرسومات المعتمدة.</w:t>
            </w:r>
          </w:p>
        </w:tc>
        <w:tc>
          <w:tcPr>
            <w:tcW w:w="3402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Number of steps per flight complies with approved drawings.</w:t>
            </w: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الالتزام بارتفاع الدرجة طبقا للرسومات وعدد الدرج في القلبة الواحدة وتقسيم فرق المنسوب بالتساوي.</w:t>
            </w:r>
          </w:p>
        </w:tc>
        <w:tc>
          <w:tcPr>
            <w:tcW w:w="3402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Riser height per drawings; level difference divided equally among steps.</w:t>
            </w: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ضبط منسوب الدرج مع الأدوار ومنسوب بلاط الدور والتأكد من عدم وجود فارق في المنسوب.</w:t>
            </w:r>
          </w:p>
        </w:tc>
        <w:tc>
          <w:tcPr>
            <w:tcW w:w="3402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Stair levels match floor levels and floor tiles with no step difference.</w:t>
            </w: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أفقية النائمة ورأسية القائمة وتساوي عرض النائمة وارتفاع القائمة للدرج في السلم بالكامل.</w:t>
            </w:r>
          </w:p>
        </w:tc>
        <w:tc>
          <w:tcPr>
            <w:tcW w:w="3402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Treads are level and risers plumb, with equal tread and riser dimensions throughout.</w:t>
            </w: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الوزرة إذا وجد بعد التأكد من تسليم الدرج بالكامل مطابق للمواصفات والشروط الفنية.</w:t>
            </w:r>
          </w:p>
        </w:tc>
        <w:tc>
          <w:tcPr>
            <w:tcW w:w="3402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Skirting is installed after stairs are accepted, if required.</w:t>
            </w: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زملكة الرخام وشطف أنف الدرجة أو لف السوكة، مع التأكد من عمل الفرملة إما بالدق بالبوشاردة بعرض 5 سم أو ثلاثة خيوط بالصاروخ.</w:t>
            </w:r>
          </w:p>
        </w:tc>
        <w:tc>
          <w:tcPr>
            <w:tcW w:w="3402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Marble is pointed, nosing bevelled or rounded, with anti-slip: 5 cm bush-hammered strip or three grinder grooves.</w:t>
            </w: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  <w:tr w:rsidR="004E55ED">
        <w:trPr>
          <w:cantSplit/>
          <w:jc w:val="center"/>
        </w:trPr>
        <w:tc>
          <w:tcPr>
            <w:tcW w:w="397" w:type="dxa"/>
            <w:vAlign w:val="center"/>
          </w:tcPr>
          <w:p w:rsidR="004E55ED" w:rsidRDefault="0064190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تشطيب وجلاء الرخام ووضع الشمع للمحافظة عليه أثناء تسليم الأعمال.</w:t>
            </w:r>
          </w:p>
        </w:tc>
        <w:tc>
          <w:tcPr>
            <w:tcW w:w="3402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Marble is polished and waxed for protection until handover.</w:t>
            </w: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55ED" w:rsidRDefault="004E55ED">
            <w:pPr>
              <w:bidi/>
              <w:spacing w:line="240" w:lineRule="auto"/>
              <w:jc w:val="center"/>
            </w:pPr>
          </w:p>
        </w:tc>
      </w:tr>
    </w:tbl>
    <w:p w:rsidR="004E55ED" w:rsidRDefault="004E55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4E55E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E55ED" w:rsidRDefault="0064190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4E55E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4E55ED" w:rsidRDefault="0064190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4E55ED" w:rsidRDefault="0064190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4E55ED" w:rsidRDefault="004E55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E55E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E55ED" w:rsidRDefault="006419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E55ED" w:rsidRDefault="00641905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E55ED" w:rsidRDefault="004E55ED">
            <w:pPr>
              <w:keepNext/>
              <w:bidi/>
              <w:spacing w:line="240" w:lineRule="auto"/>
            </w:pPr>
          </w:p>
        </w:tc>
      </w:tr>
    </w:tbl>
    <w:p w:rsidR="004E55ED" w:rsidRDefault="004E55E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E55E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E55ED" w:rsidRDefault="0064190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4E55ED" w:rsidRDefault="00641905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4E55ED" w:rsidRDefault="006419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E55ED" w:rsidRDefault="006419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E55ED" w:rsidRDefault="006419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E55ED" w:rsidRDefault="006419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E55ED" w:rsidRDefault="006419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E55ED" w:rsidRDefault="006419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E55ED" w:rsidRDefault="0064190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E55ED" w:rsidRDefault="006419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E55ED" w:rsidRDefault="004E55E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E55E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E55ED" w:rsidRDefault="00641905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E55ED" w:rsidRDefault="00641905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E55ED" w:rsidRDefault="006419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4E55ED" w:rsidRDefault="006419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E55ED" w:rsidRDefault="006419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4E55ED" w:rsidRDefault="006419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E55ED" w:rsidRDefault="0064190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4E55ED" w:rsidRDefault="0064190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4E55E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E55ED" w:rsidRDefault="0064190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E55ED" w:rsidRDefault="0064190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E55ED" w:rsidRDefault="006419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E55ED" w:rsidRDefault="006419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E55ED" w:rsidRDefault="006419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E55ED" w:rsidRDefault="006419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E55ED" w:rsidRDefault="006419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E55ED" w:rsidRDefault="006419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E55ED" w:rsidRDefault="006419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E55ED" w:rsidRDefault="006419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E55ED" w:rsidRDefault="0064190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E55ED" w:rsidRDefault="004E55ED">
      <w:pPr>
        <w:spacing w:line="20" w:lineRule="exact"/>
      </w:pPr>
    </w:p>
    <w:sectPr w:rsidR="004E55E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1905" w:rsidRDefault="00641905">
      <w:pPr>
        <w:spacing w:line="240" w:lineRule="auto"/>
      </w:pPr>
      <w:r>
        <w:separator/>
      </w:r>
    </w:p>
  </w:endnote>
  <w:endnote w:type="continuationSeparator" w:id="0">
    <w:p w:rsidR="00641905" w:rsidRDefault="006419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E55E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E55ED" w:rsidRDefault="006419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E55ED" w:rsidRDefault="00641905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ACE-QC-ARC-014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1905" w:rsidRDefault="00641905">
      <w:pPr>
        <w:spacing w:line="240" w:lineRule="auto"/>
      </w:pPr>
      <w:r>
        <w:separator/>
      </w:r>
    </w:p>
  </w:footnote>
  <w:footnote w:type="continuationSeparator" w:id="0">
    <w:p w:rsidR="00641905" w:rsidRDefault="006419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E55E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E55ED" w:rsidRDefault="00641905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E55ED" w:rsidRDefault="00641905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E55ED" w:rsidRDefault="0064190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E55ED" w:rsidRDefault="006419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4E55ED" w:rsidRDefault="0064190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ACE-QC-ARC-014</w:t>
          </w:r>
        </w:p>
      </w:tc>
    </w:tr>
    <w:tr w:rsidR="004E55ED">
      <w:trPr>
        <w:trHeight w:val="283"/>
        <w:jc w:val="center"/>
      </w:trPr>
      <w:tc>
        <w:tcPr>
          <w:tcW w:w="2041" w:type="dxa"/>
          <w:vMerge/>
          <w:vAlign w:val="center"/>
        </w:tcPr>
        <w:p w:rsidR="004E55ED" w:rsidRDefault="004E55ED"/>
      </w:tc>
      <w:tc>
        <w:tcPr>
          <w:tcW w:w="5669" w:type="dxa"/>
          <w:vMerge/>
          <w:vAlign w:val="center"/>
        </w:tcPr>
        <w:p w:rsidR="004E55ED" w:rsidRDefault="004E55ED"/>
      </w:tc>
      <w:tc>
        <w:tcPr>
          <w:tcW w:w="1361" w:type="dxa"/>
          <w:shd w:val="clear" w:color="auto" w:fill="F2F2F2"/>
          <w:vAlign w:val="center"/>
        </w:tcPr>
        <w:p w:rsidR="004E55ED" w:rsidRDefault="006419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E55ED" w:rsidRDefault="0064190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4E55ED">
      <w:trPr>
        <w:trHeight w:val="283"/>
        <w:jc w:val="center"/>
      </w:trPr>
      <w:tc>
        <w:tcPr>
          <w:tcW w:w="2041" w:type="dxa"/>
          <w:vMerge/>
          <w:vAlign w:val="center"/>
        </w:tcPr>
        <w:p w:rsidR="004E55ED" w:rsidRDefault="004E55ED"/>
      </w:tc>
      <w:tc>
        <w:tcPr>
          <w:tcW w:w="5669" w:type="dxa"/>
          <w:vMerge w:val="restart"/>
          <w:shd w:val="clear" w:color="auto" w:fill="E7E6E6"/>
          <w:vAlign w:val="center"/>
        </w:tcPr>
        <w:p w:rsidR="004E55ED" w:rsidRDefault="00641905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رخام الدرج</w:t>
          </w:r>
        </w:p>
        <w:p w:rsidR="004E55ED" w:rsidRDefault="0064190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Stair Marble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4E55ED" w:rsidRDefault="006419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E55ED" w:rsidRDefault="00641905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E55ED">
      <w:trPr>
        <w:trHeight w:val="283"/>
        <w:jc w:val="center"/>
      </w:trPr>
      <w:tc>
        <w:tcPr>
          <w:tcW w:w="2041" w:type="dxa"/>
          <w:vMerge/>
          <w:vAlign w:val="center"/>
        </w:tcPr>
        <w:p w:rsidR="004E55ED" w:rsidRDefault="004E55ED"/>
      </w:tc>
      <w:tc>
        <w:tcPr>
          <w:tcW w:w="5669" w:type="dxa"/>
          <w:vMerge/>
          <w:vAlign w:val="center"/>
        </w:tcPr>
        <w:p w:rsidR="004E55ED" w:rsidRDefault="004E55ED"/>
      </w:tc>
      <w:tc>
        <w:tcPr>
          <w:tcW w:w="1361" w:type="dxa"/>
          <w:shd w:val="clear" w:color="auto" w:fill="F2F2F2"/>
          <w:vAlign w:val="center"/>
        </w:tcPr>
        <w:p w:rsidR="004E55ED" w:rsidRDefault="0064190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E55ED" w:rsidRDefault="00641905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E55ED" w:rsidRDefault="004E55E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9484863">
    <w:abstractNumId w:val="8"/>
  </w:num>
  <w:num w:numId="2" w16cid:durableId="1876700394">
    <w:abstractNumId w:val="6"/>
  </w:num>
  <w:num w:numId="3" w16cid:durableId="2006787504">
    <w:abstractNumId w:val="5"/>
  </w:num>
  <w:num w:numId="4" w16cid:durableId="783967209">
    <w:abstractNumId w:val="4"/>
  </w:num>
  <w:num w:numId="5" w16cid:durableId="1293831635">
    <w:abstractNumId w:val="7"/>
  </w:num>
  <w:num w:numId="6" w16cid:durableId="1452087737">
    <w:abstractNumId w:val="3"/>
  </w:num>
  <w:num w:numId="7" w16cid:durableId="596014325">
    <w:abstractNumId w:val="2"/>
  </w:num>
  <w:num w:numId="8" w16cid:durableId="1944411927">
    <w:abstractNumId w:val="1"/>
  </w:num>
  <w:num w:numId="9" w16cid:durableId="2033918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55ED"/>
    <w:rsid w:val="005C0D99"/>
    <w:rsid w:val="00641905"/>
    <w:rsid w:val="00AA1D8D"/>
    <w:rsid w:val="00B47730"/>
    <w:rsid w:val="00C85FF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490CD87-A0F5-4760-A3CF-8DE43452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ACE_QC-ARC-014_Stair_Marble_20261009_v4.dotx</Template>
  <TotalTime>0</TotalTime>
  <Pages>1</Pages>
  <Words>579</Words>
  <Characters>3301</Characters>
  <Application>Microsoft Office Word</Application>
  <DocSecurity>0</DocSecurity>
  <Lines>27</Lines>
  <Paragraphs>7</Paragraphs>
  <ScaleCrop>false</ScaleCrop>
  <Manager>Ahmed Fathy</Manager>
  <Company>Arab Creators for Engineering Consultancy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ACE-QC-ARC-014 Stair Marble Inspection</dc:title>
  <dc:subject>فحص واستلام رخام الدرج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