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F9156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F91563" w:rsidRDefault="00F24BD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F91563" w:rsidRDefault="00F915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F91563" w:rsidRDefault="00F24BD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F91563" w:rsidRDefault="00F915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F91563" w:rsidRDefault="00F24BD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F91563" w:rsidRDefault="00F91563">
            <w:pPr>
              <w:bidi/>
              <w:spacing w:line="240" w:lineRule="auto"/>
            </w:pPr>
          </w:p>
        </w:tc>
      </w:tr>
      <w:tr w:rsidR="00F9156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F91563" w:rsidRDefault="00F24BD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F91563" w:rsidRDefault="00F915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F91563" w:rsidRDefault="00F24BD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F91563" w:rsidRDefault="00F915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F91563" w:rsidRDefault="00F24BD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F91563" w:rsidRDefault="00F91563">
            <w:pPr>
              <w:bidi/>
              <w:spacing w:line="240" w:lineRule="auto"/>
            </w:pPr>
          </w:p>
        </w:tc>
      </w:tr>
      <w:tr w:rsidR="00F9156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F91563" w:rsidRDefault="00F24BD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F91563" w:rsidRDefault="00F915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F91563" w:rsidRDefault="00F24BD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F91563" w:rsidRDefault="00F24BD1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F91563" w:rsidRDefault="00F915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9156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F91563" w:rsidRDefault="00F915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F9156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F91563" w:rsidRDefault="00F24BD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91563" w:rsidRDefault="00F24BD1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F91563" w:rsidRDefault="00F24BD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F91563" w:rsidRDefault="00F24BD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</w:tbl>
    <w:p w:rsidR="00F91563" w:rsidRDefault="00F915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9156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السيراميك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Ceramic Tiling Checklist</w:t>
            </w:r>
          </w:p>
        </w:tc>
      </w:tr>
    </w:tbl>
    <w:p w:rsidR="00F91563" w:rsidRDefault="00F915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F91563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91563" w:rsidRDefault="00F24BD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F91563" w:rsidRDefault="00F24BD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F91563" w:rsidRDefault="00F24BD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F91563" w:rsidRDefault="00F24BD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F91563" w:rsidRDefault="00F24BD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F91563" w:rsidRDefault="00F24BD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عدم وجود اختلاف في لون البلاط ومطابقته للعينة المعتمدة.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No shade variation; tiles match the approved sample.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السطح المطلوب تبليطه من المخلفات والأخشاب وخلافه.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Surface to be tiled is free of debris, timber, etc.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رمل التركيب وأن سمك فرشة الرمل أسفل البلاط لا يزيد عن 8 سم.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Bedding sand is clean and its thickness under tiles does not exceed 8 cm.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سمك المونة المستخدمة في التركيب لا يقل عن 2 سم.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Setting mortar thickness is not less than 2 cm.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استواء السوك وتعامد الأحرف.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Joint lines are straight and edges perpendicular.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انتظام خطوط اللحام (العراميس).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Joint lines are uniform.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عدم وجود فراغات خلف البلاطة (تطبيل).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No hollow spots behind tiles.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منسوب المنطقة التي تم تبليطها (طبقاً للميل المطلوب).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Tiled area level complies with required slope.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انتظام شطف أحرف البلاط (إن وجد).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Edge bevels are uniform (if any).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تمام جفاف مونة اللصق قبل عملية السقية.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Adhesive mortar is fully set before grouting.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أن تكون السقية بلباني الأسمنت الأبيض وليس بالأسمنت الأبيض الجاف.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Grouting is with white cement slurry, not dry white cement.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12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سيراميك الحوائط مراعاة التوزيع بحيث لا يتم عمل غلايق بين السقف والحائط.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Wall tiles are set out to avoid cut pieces at the ceiling line.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  <w:tr w:rsidR="00F91563">
        <w:trPr>
          <w:cantSplit/>
          <w:jc w:val="center"/>
        </w:trPr>
        <w:tc>
          <w:tcPr>
            <w:tcW w:w="397" w:type="dxa"/>
            <w:vAlign w:val="center"/>
          </w:tcPr>
          <w:p w:rsidR="00F91563" w:rsidRDefault="00F24BD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13</w:t>
            </w:r>
          </w:p>
        </w:tc>
        <w:tc>
          <w:tcPr>
            <w:tcW w:w="396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مراعاة تساوي الغلايق على جانبي الحائط (بقدر الإمكان).</w:t>
            </w:r>
          </w:p>
        </w:tc>
        <w:tc>
          <w:tcPr>
            <w:tcW w:w="3402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Cut pieces are equal on both sides of the wall (as far as possible).</w:t>
            </w: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91563" w:rsidRDefault="00F91563">
            <w:pPr>
              <w:bidi/>
              <w:spacing w:line="240" w:lineRule="auto"/>
              <w:jc w:val="center"/>
            </w:pPr>
          </w:p>
        </w:tc>
      </w:tr>
    </w:tbl>
    <w:p w:rsidR="00F91563" w:rsidRDefault="00F915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F9156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F91563" w:rsidRDefault="00F24BD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</w:t>
            </w:r>
            <w:r>
              <w:rPr>
                <w:color w:val="595959"/>
                <w:sz w:val="13"/>
                <w:szCs w:val="13"/>
              </w:rPr>
              <w:t>; Saudi Building Code SBC 201, SBC 801</w:t>
            </w:r>
          </w:p>
        </w:tc>
      </w:tr>
      <w:tr w:rsidR="00F9156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F91563" w:rsidRDefault="00F24BD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F91563" w:rsidRDefault="00F24BD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F91563" w:rsidRDefault="00F915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F91563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91563" w:rsidRDefault="00F24BD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F91563" w:rsidRDefault="00F24BD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F91563" w:rsidRDefault="00F91563">
            <w:pPr>
              <w:keepNext/>
              <w:bidi/>
              <w:spacing w:line="240" w:lineRule="auto"/>
            </w:pPr>
          </w:p>
        </w:tc>
      </w:tr>
    </w:tbl>
    <w:p w:rsidR="00F91563" w:rsidRDefault="00F9156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F9156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91563" w:rsidRDefault="00F24BD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F91563" w:rsidRDefault="00F24BD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F91563" w:rsidRDefault="00F24BD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F91563" w:rsidRDefault="00F24BD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F91563" w:rsidRDefault="00F24BD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F91563" w:rsidRDefault="00F24BD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F91563" w:rsidRDefault="00F24BD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F91563" w:rsidRDefault="00F24BD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F91563" w:rsidRDefault="00F24BD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F91563" w:rsidRDefault="00F24BD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F91563" w:rsidRDefault="00F9156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F9156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91563" w:rsidRDefault="00F24BD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F91563" w:rsidRDefault="00F24BD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91563" w:rsidRDefault="00F24BD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F91563" w:rsidRDefault="00F24BD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91563" w:rsidRDefault="00F24BD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F91563" w:rsidRDefault="00F24BD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91563" w:rsidRDefault="00F24BD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F91563" w:rsidRDefault="00F24BD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F91563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91563" w:rsidRDefault="00F24BD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F91563" w:rsidRDefault="00F24BD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F91563" w:rsidRDefault="00F24BD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91563" w:rsidRDefault="00F24BD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91563" w:rsidRDefault="00F24BD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91563" w:rsidRDefault="00F24BD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91563" w:rsidRDefault="00F24BD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91563" w:rsidRDefault="00F24BD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91563" w:rsidRDefault="00F24BD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91563" w:rsidRDefault="00F24BD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91563" w:rsidRDefault="00F24BD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F91563" w:rsidRDefault="00F91563">
      <w:pPr>
        <w:spacing w:line="20" w:lineRule="exact"/>
      </w:pPr>
    </w:p>
    <w:sectPr w:rsidR="00F91563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24BD1" w:rsidRDefault="00F24BD1">
      <w:pPr>
        <w:spacing w:line="240" w:lineRule="auto"/>
      </w:pPr>
      <w:r>
        <w:separator/>
      </w:r>
    </w:p>
  </w:endnote>
  <w:endnote w:type="continuationSeparator" w:id="0">
    <w:p w:rsidR="00F24BD1" w:rsidRDefault="00F24B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F91563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F91563" w:rsidRDefault="00F24BD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F91563" w:rsidRDefault="00F24BD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ACE-QC-ARC-011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24BD1" w:rsidRDefault="00F24BD1">
      <w:pPr>
        <w:spacing w:line="240" w:lineRule="auto"/>
      </w:pPr>
      <w:r>
        <w:separator/>
      </w:r>
    </w:p>
  </w:footnote>
  <w:footnote w:type="continuationSeparator" w:id="0">
    <w:p w:rsidR="00F24BD1" w:rsidRDefault="00F24B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F91563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F91563" w:rsidRDefault="00F24BD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F91563" w:rsidRDefault="00F24BD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F91563" w:rsidRDefault="00F24BD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F91563" w:rsidRDefault="00F24BD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F91563" w:rsidRDefault="00F24BD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ACE-QC-ARC-011</w:t>
          </w:r>
        </w:p>
      </w:tc>
    </w:tr>
    <w:tr w:rsidR="00F91563">
      <w:trPr>
        <w:trHeight w:val="283"/>
        <w:jc w:val="center"/>
      </w:trPr>
      <w:tc>
        <w:tcPr>
          <w:tcW w:w="2041" w:type="dxa"/>
          <w:vMerge/>
          <w:vAlign w:val="center"/>
        </w:tcPr>
        <w:p w:rsidR="00F91563" w:rsidRDefault="00F91563"/>
      </w:tc>
      <w:tc>
        <w:tcPr>
          <w:tcW w:w="5669" w:type="dxa"/>
          <w:vMerge/>
          <w:vAlign w:val="center"/>
        </w:tcPr>
        <w:p w:rsidR="00F91563" w:rsidRDefault="00F91563"/>
      </w:tc>
      <w:tc>
        <w:tcPr>
          <w:tcW w:w="1361" w:type="dxa"/>
          <w:shd w:val="clear" w:color="auto" w:fill="F2F2F2"/>
          <w:vAlign w:val="center"/>
        </w:tcPr>
        <w:p w:rsidR="00F91563" w:rsidRDefault="00F24BD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F91563" w:rsidRDefault="00F24BD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F91563">
      <w:trPr>
        <w:trHeight w:val="283"/>
        <w:jc w:val="center"/>
      </w:trPr>
      <w:tc>
        <w:tcPr>
          <w:tcW w:w="2041" w:type="dxa"/>
          <w:vMerge/>
          <w:vAlign w:val="center"/>
        </w:tcPr>
        <w:p w:rsidR="00F91563" w:rsidRDefault="00F91563"/>
      </w:tc>
      <w:tc>
        <w:tcPr>
          <w:tcW w:w="5669" w:type="dxa"/>
          <w:vMerge w:val="restart"/>
          <w:shd w:val="clear" w:color="auto" w:fill="E7E6E6"/>
          <w:vAlign w:val="center"/>
        </w:tcPr>
        <w:p w:rsidR="00F91563" w:rsidRDefault="00F24BD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السيراميك</w:t>
          </w:r>
        </w:p>
        <w:p w:rsidR="00F91563" w:rsidRDefault="00F24BD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Ceramic Tiling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F91563" w:rsidRDefault="00F24BD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F91563" w:rsidRDefault="00F24BD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F91563">
      <w:trPr>
        <w:trHeight w:val="283"/>
        <w:jc w:val="center"/>
      </w:trPr>
      <w:tc>
        <w:tcPr>
          <w:tcW w:w="2041" w:type="dxa"/>
          <w:vMerge/>
          <w:vAlign w:val="center"/>
        </w:tcPr>
        <w:p w:rsidR="00F91563" w:rsidRDefault="00F91563"/>
      </w:tc>
      <w:tc>
        <w:tcPr>
          <w:tcW w:w="5669" w:type="dxa"/>
          <w:vMerge/>
          <w:vAlign w:val="center"/>
        </w:tcPr>
        <w:p w:rsidR="00F91563" w:rsidRDefault="00F91563"/>
      </w:tc>
      <w:tc>
        <w:tcPr>
          <w:tcW w:w="1361" w:type="dxa"/>
          <w:shd w:val="clear" w:color="auto" w:fill="F2F2F2"/>
          <w:vAlign w:val="center"/>
        </w:tcPr>
        <w:p w:rsidR="00F91563" w:rsidRDefault="00F24BD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F91563" w:rsidRDefault="00F24BD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F91563" w:rsidRDefault="00F91563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3252415">
    <w:abstractNumId w:val="8"/>
  </w:num>
  <w:num w:numId="2" w16cid:durableId="1288321215">
    <w:abstractNumId w:val="6"/>
  </w:num>
  <w:num w:numId="3" w16cid:durableId="1646005015">
    <w:abstractNumId w:val="5"/>
  </w:num>
  <w:num w:numId="4" w16cid:durableId="1561358232">
    <w:abstractNumId w:val="4"/>
  </w:num>
  <w:num w:numId="5" w16cid:durableId="467403985">
    <w:abstractNumId w:val="7"/>
  </w:num>
  <w:num w:numId="6" w16cid:durableId="217323482">
    <w:abstractNumId w:val="3"/>
  </w:num>
  <w:num w:numId="7" w16cid:durableId="847671360">
    <w:abstractNumId w:val="2"/>
  </w:num>
  <w:num w:numId="8" w16cid:durableId="566232543">
    <w:abstractNumId w:val="1"/>
  </w:num>
  <w:num w:numId="9" w16cid:durableId="1356350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415E7"/>
    <w:rsid w:val="005C0D99"/>
    <w:rsid w:val="00AA1D8D"/>
    <w:rsid w:val="00B47730"/>
    <w:rsid w:val="00CB0664"/>
    <w:rsid w:val="00F24BD1"/>
    <w:rsid w:val="00F915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0B8EA3B3-4402-43DE-AFB5-A317E61A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ACE_QC-ARC-011_Ceramic_Tiling_20261009_v4.dotx</Template>
  <TotalTime>0</TotalTime>
  <Pages>1</Pages>
  <Words>592</Words>
  <Characters>3378</Characters>
  <Application>Microsoft Office Word</Application>
  <DocSecurity>0</DocSecurity>
  <Lines>28</Lines>
  <Paragraphs>7</Paragraphs>
  <ScaleCrop>false</ScaleCrop>
  <Manager>Ahmed Fathy</Manager>
  <Company>Arab Creators for Engineering Consultancy</Company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ACE-QC-ARC-011 Ceramic Tiling Inspection</dc:title>
  <dc:subject>فحص واستلام أعمال السيراميك</dc:subject>
  <dc:creator>Ahmed Fathy</dc:creator>
  <cp:keywords>QC; ITP; Inspection</cp:keywords>
  <dc:description/>
  <cp:lastModifiedBy>Ahmed Fathy</cp:lastModifiedBy>
  <cp:revision>2</cp:revision>
  <dcterms:created xsi:type="dcterms:W3CDTF">2026-11-03T20:10:00Z</dcterms:created>
  <dcterms:modified xsi:type="dcterms:W3CDTF">2026-11-03T20:10:00Z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