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E34F6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</w:tr>
      <w:tr w:rsidR="00E34F6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</w:tr>
      <w:tr w:rsidR="00E34F6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E34F66" w:rsidRDefault="00E34F6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E34F66" w:rsidRDefault="00D1070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34F6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E34F6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34F66" w:rsidRDefault="00D1070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34F6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العزل الحراري للأسطح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Roof Thermal Insulation Checklist</w:t>
            </w: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E34F6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E34F66" w:rsidRDefault="00D1070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E34F66" w:rsidRDefault="00D10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سمك ألواح العزل.</w:t>
            </w:r>
          </w:p>
        </w:tc>
        <w:tc>
          <w:tcPr>
            <w:tcW w:w="3402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 board thickness is checked.</w:t>
            </w: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إحكام الترابط بين ألواح العزل.</w:t>
            </w:r>
          </w:p>
        </w:tc>
        <w:tc>
          <w:tcPr>
            <w:tcW w:w="3402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Boards are tightly butted.</w:t>
            </w: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العزل الحراري موجود على الحماية الخاصة بالعزل المائي.</w:t>
            </w:r>
          </w:p>
        </w:tc>
        <w:tc>
          <w:tcPr>
            <w:tcW w:w="3402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Thermal insulation is laid over the waterproofing protection layer.</w:t>
            </w: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  <w:tr w:rsidR="00E34F66">
        <w:trPr>
          <w:cantSplit/>
          <w:jc w:val="center"/>
        </w:trPr>
        <w:tc>
          <w:tcPr>
            <w:tcW w:w="397" w:type="dxa"/>
            <w:vAlign w:val="center"/>
          </w:tcPr>
          <w:p w:rsidR="00E34F66" w:rsidRDefault="00D10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الحراري موضوع طبقا للقطاع المعماري في اللوحات.</w:t>
            </w:r>
          </w:p>
        </w:tc>
        <w:tc>
          <w:tcPr>
            <w:tcW w:w="3402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Thermal insulation complies with the architectural section on drawings.</w:t>
            </w: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34F66" w:rsidRDefault="00E34F66">
            <w:pPr>
              <w:bidi/>
              <w:spacing w:line="240" w:lineRule="auto"/>
              <w:jc w:val="center"/>
            </w:pP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E34F6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كود تحسين كفاءة الطاقة في المباني، مواصفات المشروع وتعليمات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energy efficiency code, project specifications, manufacturer instructions; Saudi Building Code SBC 201, SBC 801</w:t>
            </w:r>
          </w:p>
        </w:tc>
      </w:tr>
      <w:tr w:rsidR="00E34F6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قطاع العزل المعتمد</w:t>
            </w:r>
          </w:p>
        </w:tc>
        <w:tc>
          <w:tcPr>
            <w:tcW w:w="4309" w:type="dxa"/>
            <w:vAlign w:val="center"/>
          </w:tcPr>
          <w:p w:rsidR="00E34F66" w:rsidRDefault="00D1070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Approved insulation section</w:t>
            </w:r>
          </w:p>
        </w:tc>
      </w:tr>
    </w:tbl>
    <w:p w:rsidR="00E34F66" w:rsidRDefault="00E34F6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E34F6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34F66" w:rsidRDefault="00D10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E34F66" w:rsidRDefault="00D1070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E34F66" w:rsidRDefault="00E34F66">
            <w:pPr>
              <w:keepNext/>
              <w:bidi/>
              <w:spacing w:line="240" w:lineRule="auto"/>
            </w:pPr>
          </w:p>
        </w:tc>
      </w:tr>
    </w:tbl>
    <w:p w:rsidR="00E34F66" w:rsidRDefault="00E34F6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E34F6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34F66" w:rsidRDefault="00D10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E34F66" w:rsidRDefault="00D1070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E34F66" w:rsidRDefault="00E34F6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E34F6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34F66" w:rsidRDefault="00D1070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E34F66" w:rsidRDefault="00D1070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34F66" w:rsidRDefault="00D10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E34F66" w:rsidRDefault="00D10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E34F6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34F66" w:rsidRDefault="00D10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E34F66" w:rsidRDefault="00D10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34F66" w:rsidRDefault="00D10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E34F66" w:rsidRDefault="00E34F66">
      <w:pPr>
        <w:spacing w:line="20" w:lineRule="exact"/>
      </w:pPr>
    </w:p>
    <w:sectPr w:rsidR="00E34F6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0705" w:rsidRDefault="00D10705">
      <w:pPr>
        <w:spacing w:line="240" w:lineRule="auto"/>
      </w:pPr>
      <w:r>
        <w:separator/>
      </w:r>
    </w:p>
  </w:endnote>
  <w:endnote w:type="continuationSeparator" w:id="0">
    <w:p w:rsidR="00D10705" w:rsidRDefault="00D10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E34F6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E34F66" w:rsidRDefault="00D10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E34F66" w:rsidRDefault="00D1070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0705" w:rsidRDefault="00D10705">
      <w:pPr>
        <w:spacing w:line="240" w:lineRule="auto"/>
      </w:pPr>
      <w:r>
        <w:separator/>
      </w:r>
    </w:p>
  </w:footnote>
  <w:footnote w:type="continuationSeparator" w:id="0">
    <w:p w:rsidR="00D10705" w:rsidRDefault="00D107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E34F6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E34F66" w:rsidRDefault="00D1070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E34F66" w:rsidRDefault="00D1070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E34F66" w:rsidRDefault="00D107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E34F66" w:rsidRDefault="00D10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E34F66" w:rsidRDefault="00D1070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ACE-QC-ARC-010</w:t>
          </w:r>
        </w:p>
      </w:tc>
    </w:tr>
    <w:tr w:rsidR="00E34F66">
      <w:trPr>
        <w:trHeight w:val="283"/>
        <w:jc w:val="center"/>
      </w:trPr>
      <w:tc>
        <w:tcPr>
          <w:tcW w:w="2041" w:type="dxa"/>
          <w:vMerge/>
          <w:vAlign w:val="center"/>
        </w:tcPr>
        <w:p w:rsidR="00E34F66" w:rsidRDefault="00E34F66"/>
      </w:tc>
      <w:tc>
        <w:tcPr>
          <w:tcW w:w="5669" w:type="dxa"/>
          <w:vMerge/>
          <w:vAlign w:val="center"/>
        </w:tcPr>
        <w:p w:rsidR="00E34F66" w:rsidRDefault="00E34F66"/>
      </w:tc>
      <w:tc>
        <w:tcPr>
          <w:tcW w:w="1361" w:type="dxa"/>
          <w:shd w:val="clear" w:color="auto" w:fill="F2F2F2"/>
          <w:vAlign w:val="center"/>
        </w:tcPr>
        <w:p w:rsidR="00E34F66" w:rsidRDefault="00D10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E34F66" w:rsidRDefault="00D1070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E34F66">
      <w:trPr>
        <w:trHeight w:val="283"/>
        <w:jc w:val="center"/>
      </w:trPr>
      <w:tc>
        <w:tcPr>
          <w:tcW w:w="2041" w:type="dxa"/>
          <w:vMerge/>
          <w:vAlign w:val="center"/>
        </w:tcPr>
        <w:p w:rsidR="00E34F66" w:rsidRDefault="00E34F66"/>
      </w:tc>
      <w:tc>
        <w:tcPr>
          <w:tcW w:w="5669" w:type="dxa"/>
          <w:vMerge w:val="restart"/>
          <w:shd w:val="clear" w:color="auto" w:fill="E7E6E6"/>
          <w:vAlign w:val="center"/>
        </w:tcPr>
        <w:p w:rsidR="00E34F66" w:rsidRDefault="00D1070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العزل الحراري للأسطح</w:t>
          </w:r>
        </w:p>
        <w:p w:rsidR="00E34F66" w:rsidRDefault="00D107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Roof Thermal Insulation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E34F66" w:rsidRDefault="00D10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E34F66" w:rsidRDefault="00D1070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E34F66">
      <w:trPr>
        <w:trHeight w:val="283"/>
        <w:jc w:val="center"/>
      </w:trPr>
      <w:tc>
        <w:tcPr>
          <w:tcW w:w="2041" w:type="dxa"/>
          <w:vMerge/>
          <w:vAlign w:val="center"/>
        </w:tcPr>
        <w:p w:rsidR="00E34F66" w:rsidRDefault="00E34F66"/>
      </w:tc>
      <w:tc>
        <w:tcPr>
          <w:tcW w:w="5669" w:type="dxa"/>
          <w:vMerge/>
          <w:vAlign w:val="center"/>
        </w:tcPr>
        <w:p w:rsidR="00E34F66" w:rsidRDefault="00E34F66"/>
      </w:tc>
      <w:tc>
        <w:tcPr>
          <w:tcW w:w="1361" w:type="dxa"/>
          <w:shd w:val="clear" w:color="auto" w:fill="F2F2F2"/>
          <w:vAlign w:val="center"/>
        </w:tcPr>
        <w:p w:rsidR="00E34F66" w:rsidRDefault="00D10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E34F66" w:rsidRDefault="00D1070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E34F66" w:rsidRDefault="00E34F6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99261">
    <w:abstractNumId w:val="8"/>
  </w:num>
  <w:num w:numId="2" w16cid:durableId="1706558125">
    <w:abstractNumId w:val="6"/>
  </w:num>
  <w:num w:numId="3" w16cid:durableId="1436557011">
    <w:abstractNumId w:val="5"/>
  </w:num>
  <w:num w:numId="4" w16cid:durableId="370616080">
    <w:abstractNumId w:val="4"/>
  </w:num>
  <w:num w:numId="5" w16cid:durableId="1114324436">
    <w:abstractNumId w:val="7"/>
  </w:num>
  <w:num w:numId="6" w16cid:durableId="970596536">
    <w:abstractNumId w:val="3"/>
  </w:num>
  <w:num w:numId="7" w16cid:durableId="1143350956">
    <w:abstractNumId w:val="2"/>
  </w:num>
  <w:num w:numId="8" w16cid:durableId="1613170377">
    <w:abstractNumId w:val="1"/>
  </w:num>
  <w:num w:numId="9" w16cid:durableId="64004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AA1D8D"/>
    <w:rsid w:val="00B47730"/>
    <w:rsid w:val="00CB0664"/>
    <w:rsid w:val="00D10705"/>
    <w:rsid w:val="00E34F66"/>
    <w:rsid w:val="00E819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CDBED28-A97A-4A79-89B2-6050904F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ACE_QC-ARC-010_Roof_Thermal_Insulation_20261009_v4.dotx</Template>
  <TotalTime>0</TotalTime>
  <Pages>1</Pages>
  <Words>435</Words>
  <Characters>2482</Characters>
  <Application>Microsoft Office Word</Application>
  <DocSecurity>0</DocSecurity>
  <Lines>20</Lines>
  <Paragraphs>5</Paragraphs>
  <ScaleCrop>false</ScaleCrop>
  <Manager>Ahmed Fathy</Manager>
  <Company>Arab Creators for Engineering Consultancy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ACE-QC-ARC-010 Roof Thermal Insulation Inspection</dc:title>
  <dc:subject>فحص واستلام العزل الحراري للأسطح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