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5C639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5C6394" w:rsidRDefault="0031027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5C6394" w:rsidRDefault="005C639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5C6394" w:rsidRDefault="0031027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5C6394" w:rsidRDefault="005C639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5C6394" w:rsidRDefault="0031027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5C6394" w:rsidRDefault="005C6394">
            <w:pPr>
              <w:bidi/>
              <w:spacing w:line="240" w:lineRule="auto"/>
            </w:pPr>
          </w:p>
        </w:tc>
      </w:tr>
      <w:tr w:rsidR="005C639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5C6394" w:rsidRDefault="0031027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5C6394" w:rsidRDefault="005C639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5C6394" w:rsidRDefault="0031027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5C6394" w:rsidRDefault="005C639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5C6394" w:rsidRDefault="0031027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5C6394" w:rsidRDefault="005C6394">
            <w:pPr>
              <w:bidi/>
              <w:spacing w:line="240" w:lineRule="auto"/>
            </w:pPr>
          </w:p>
        </w:tc>
      </w:tr>
      <w:tr w:rsidR="005C639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5C6394" w:rsidRDefault="0031027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5C6394" w:rsidRDefault="005C639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5C6394" w:rsidRDefault="0031027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5C6394" w:rsidRDefault="0031027E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5C6394" w:rsidRDefault="005C639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C639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5C6394" w:rsidRDefault="005C639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5C6394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5C6394" w:rsidRDefault="0031027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C6394" w:rsidRDefault="0031027E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5C6394" w:rsidRDefault="0031027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5C6394" w:rsidRDefault="0031027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</w:tbl>
    <w:p w:rsidR="005C6394" w:rsidRDefault="005C639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C639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العزل المائي للأسطح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Roof Waterproofing Checklist</w:t>
            </w:r>
          </w:p>
        </w:tc>
      </w:tr>
    </w:tbl>
    <w:p w:rsidR="005C6394" w:rsidRDefault="005C639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5C6394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C6394" w:rsidRDefault="0031027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5C6394" w:rsidRDefault="0031027E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5C6394" w:rsidRDefault="0031027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5C6394" w:rsidRDefault="0031027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5C6394" w:rsidRDefault="0031027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5C6394" w:rsidRDefault="0031027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سلامة سطح الخرسانة وعدم وجود أجزاء تتطلب إصلاح.</w:t>
            </w:r>
          </w:p>
        </w:tc>
        <w:tc>
          <w:tcPr>
            <w:tcW w:w="3402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Concrete surface is sound with no repairs required.</w:t>
            </w: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تنعيم سطح خرسانة الميول بالبروة.</w:t>
            </w:r>
          </w:p>
        </w:tc>
        <w:tc>
          <w:tcPr>
            <w:tcW w:w="3402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Screed to falls is floated smooth.</w:t>
            </w: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عمل رقبة الزجاجة عند التقاء السطح بالحوائط.</w:t>
            </w:r>
          </w:p>
        </w:tc>
        <w:tc>
          <w:tcPr>
            <w:tcW w:w="3402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Fillets are formed at roof-to-wall junctions.</w:t>
            </w: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سطح خرسانة الميول تماما وعمل الإصلاح اللازم.</w:t>
            </w:r>
          </w:p>
        </w:tc>
        <w:tc>
          <w:tcPr>
            <w:tcW w:w="3402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Screed surface is fully clean and repaired where needed.</w:t>
            </w: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وجه تحضيري بانتظام ودهان الحوائط حتى 10 سم أعلى منسوب التشطيب.</w:t>
            </w:r>
          </w:p>
        </w:tc>
        <w:tc>
          <w:tcPr>
            <w:tcW w:w="3402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Bitumen primer applied uniformly and up the walls 10 cm above finished level.</w:t>
            </w: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خلو السطح من أي رمال أو حصى بعد الوجه التحضيري وقبل فرد الشرائح.</w:t>
            </w:r>
          </w:p>
        </w:tc>
        <w:tc>
          <w:tcPr>
            <w:tcW w:w="3402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Surface is free of sand or gravel after priming, before laying membrane.</w:t>
            </w: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ركوب الشرائح لا يقل عن 10 سم من كل ناحية.</w:t>
            </w:r>
          </w:p>
        </w:tc>
        <w:tc>
          <w:tcPr>
            <w:tcW w:w="3402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Membrane laps are at least 10 cm on each side.</w:t>
            </w: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تعامد طبقات العزل وتغطية لحامات الطبقة الأولى.</w:t>
            </w:r>
          </w:p>
        </w:tc>
        <w:tc>
          <w:tcPr>
            <w:tcW w:w="3402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Layers are laid perpendicular and cover the joints of the first layer.</w:t>
            </w: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النهاية الرأسية للعزل على منسوب 10 سم أعلى التشطيب.</w:t>
            </w:r>
          </w:p>
        </w:tc>
        <w:tc>
          <w:tcPr>
            <w:tcW w:w="3402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Vertical membrane termination is fixed 10 cm above finished level.</w:t>
            </w: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غمر بالمياه لمدة 48 ساعة بارتفاع يقل 4 سم عن ارتفاع الوزرة دون أي تسرب.</w:t>
            </w:r>
          </w:p>
        </w:tc>
        <w:tc>
          <w:tcPr>
            <w:tcW w:w="3402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Flood test for 48 hours, water 4 cm below skirting height, with no leakage.</w:t>
            </w: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طبقة حماية من المونة الأسمنتية لا تقل عن 2 سم تنفذ بعد الاختبار مباشرة.</w:t>
            </w:r>
          </w:p>
        </w:tc>
        <w:tc>
          <w:tcPr>
            <w:tcW w:w="3402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Cement mortar protection of at least 2 cm laid right after the test.</w:t>
            </w: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  <w:tr w:rsidR="005C6394">
        <w:trPr>
          <w:cantSplit/>
          <w:jc w:val="center"/>
        </w:trPr>
        <w:tc>
          <w:tcPr>
            <w:tcW w:w="397" w:type="dxa"/>
            <w:vAlign w:val="center"/>
          </w:tcPr>
          <w:p w:rsidR="005C6394" w:rsidRDefault="0031027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12</w:t>
            </w:r>
          </w:p>
        </w:tc>
        <w:tc>
          <w:tcPr>
            <w:tcW w:w="3969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مطابقة مادة العزل وسماكاتها للعينة المعتمدة.</w:t>
            </w:r>
          </w:p>
        </w:tc>
        <w:tc>
          <w:tcPr>
            <w:tcW w:w="3402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Membrane material and thickness match the approved sample.</w:t>
            </w: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C6394" w:rsidRDefault="005C6394">
            <w:pPr>
              <w:bidi/>
              <w:spacing w:line="240" w:lineRule="auto"/>
              <w:jc w:val="center"/>
            </w:pPr>
          </w:p>
        </w:tc>
      </w:tr>
    </w:tbl>
    <w:p w:rsidR="005C6394" w:rsidRDefault="005C639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5C639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5C6394" w:rsidRDefault="0031027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 وتعليمات المصنع المعتمد، كود البناء السعودي SBC 201 و SBC 801</w:t>
            </w:r>
          </w:p>
        </w:tc>
        <w:tc>
          <w:tcPr>
            <w:tcW w:w="4309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 and approved manufacturer instructions; Saudi Building Code SBC 201, SBC 801</w:t>
            </w:r>
          </w:p>
        </w:tc>
      </w:tr>
      <w:tr w:rsidR="005C639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5C6394" w:rsidRDefault="0031027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وشهادة المصنع ☐ سجل اختبار الغمر ☐ صور قبل التغطية</w:t>
            </w:r>
          </w:p>
        </w:tc>
        <w:tc>
          <w:tcPr>
            <w:tcW w:w="4309" w:type="dxa"/>
            <w:vAlign w:val="center"/>
          </w:tcPr>
          <w:p w:rsidR="005C6394" w:rsidRDefault="0031027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and certificate   ☐ Flood test record   ☐ Photos before covering</w:t>
            </w:r>
          </w:p>
        </w:tc>
      </w:tr>
    </w:tbl>
    <w:p w:rsidR="005C6394" w:rsidRDefault="005C639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5C6394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C6394" w:rsidRDefault="0031027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5C6394" w:rsidRDefault="0031027E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5C6394" w:rsidRDefault="005C6394">
            <w:pPr>
              <w:keepNext/>
              <w:bidi/>
              <w:spacing w:line="240" w:lineRule="auto"/>
            </w:pPr>
          </w:p>
        </w:tc>
      </w:tr>
    </w:tbl>
    <w:p w:rsidR="005C6394" w:rsidRDefault="005C639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5C639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C6394" w:rsidRDefault="0031027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5C6394" w:rsidRDefault="0031027E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5C6394" w:rsidRDefault="0031027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5C6394" w:rsidRDefault="0031027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5C6394" w:rsidRDefault="0031027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5C6394" w:rsidRDefault="0031027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5C6394" w:rsidRDefault="0031027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5C6394" w:rsidRDefault="0031027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5C6394" w:rsidRDefault="0031027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5C6394" w:rsidRDefault="0031027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5C6394" w:rsidRDefault="005C639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5C639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C6394" w:rsidRDefault="0031027E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5C6394" w:rsidRDefault="0031027E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C6394" w:rsidRDefault="0031027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5C6394" w:rsidRDefault="0031027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C6394" w:rsidRDefault="0031027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5C6394" w:rsidRDefault="0031027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C6394" w:rsidRDefault="0031027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5C6394" w:rsidRDefault="0031027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5C6394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C6394" w:rsidRDefault="0031027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5C6394" w:rsidRDefault="0031027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5C6394" w:rsidRDefault="0031027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C6394" w:rsidRDefault="0031027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C6394" w:rsidRDefault="0031027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C6394" w:rsidRDefault="0031027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C6394" w:rsidRDefault="0031027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C6394" w:rsidRDefault="0031027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C6394" w:rsidRDefault="0031027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C6394" w:rsidRDefault="0031027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C6394" w:rsidRDefault="0031027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5C6394" w:rsidRDefault="005C6394">
      <w:pPr>
        <w:spacing w:line="20" w:lineRule="exact"/>
      </w:pPr>
    </w:p>
    <w:sectPr w:rsidR="005C6394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1027E" w:rsidRDefault="0031027E">
      <w:pPr>
        <w:spacing w:line="240" w:lineRule="auto"/>
      </w:pPr>
      <w:r>
        <w:separator/>
      </w:r>
    </w:p>
  </w:endnote>
  <w:endnote w:type="continuationSeparator" w:id="0">
    <w:p w:rsidR="0031027E" w:rsidRDefault="003102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5C6394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5C6394" w:rsidRDefault="0031027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5C6394" w:rsidRDefault="0031027E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ACE-QC-ARC-009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1027E" w:rsidRDefault="0031027E">
      <w:pPr>
        <w:spacing w:line="240" w:lineRule="auto"/>
      </w:pPr>
      <w:r>
        <w:separator/>
      </w:r>
    </w:p>
  </w:footnote>
  <w:footnote w:type="continuationSeparator" w:id="0">
    <w:p w:rsidR="0031027E" w:rsidRDefault="003102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5C6394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5C6394" w:rsidRDefault="0031027E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5C6394" w:rsidRDefault="0031027E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5C6394" w:rsidRDefault="0031027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5C6394" w:rsidRDefault="0031027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5C6394" w:rsidRDefault="0031027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ACE-QC-ARC-009</w:t>
          </w:r>
        </w:p>
      </w:tc>
    </w:tr>
    <w:tr w:rsidR="005C6394">
      <w:trPr>
        <w:trHeight w:val="283"/>
        <w:jc w:val="center"/>
      </w:trPr>
      <w:tc>
        <w:tcPr>
          <w:tcW w:w="2041" w:type="dxa"/>
          <w:vMerge/>
          <w:vAlign w:val="center"/>
        </w:tcPr>
        <w:p w:rsidR="005C6394" w:rsidRDefault="005C6394"/>
      </w:tc>
      <w:tc>
        <w:tcPr>
          <w:tcW w:w="5669" w:type="dxa"/>
          <w:vMerge/>
          <w:vAlign w:val="center"/>
        </w:tcPr>
        <w:p w:rsidR="005C6394" w:rsidRDefault="005C6394"/>
      </w:tc>
      <w:tc>
        <w:tcPr>
          <w:tcW w:w="1361" w:type="dxa"/>
          <w:shd w:val="clear" w:color="auto" w:fill="F2F2F2"/>
          <w:vAlign w:val="center"/>
        </w:tcPr>
        <w:p w:rsidR="005C6394" w:rsidRDefault="0031027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5C6394" w:rsidRDefault="0031027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5C6394">
      <w:trPr>
        <w:trHeight w:val="283"/>
        <w:jc w:val="center"/>
      </w:trPr>
      <w:tc>
        <w:tcPr>
          <w:tcW w:w="2041" w:type="dxa"/>
          <w:vMerge/>
          <w:vAlign w:val="center"/>
        </w:tcPr>
        <w:p w:rsidR="005C6394" w:rsidRDefault="005C6394"/>
      </w:tc>
      <w:tc>
        <w:tcPr>
          <w:tcW w:w="5669" w:type="dxa"/>
          <w:vMerge w:val="restart"/>
          <w:shd w:val="clear" w:color="auto" w:fill="E7E6E6"/>
          <w:vAlign w:val="center"/>
        </w:tcPr>
        <w:p w:rsidR="005C6394" w:rsidRDefault="0031027E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العزل المائي للأسطح</w:t>
          </w:r>
        </w:p>
        <w:p w:rsidR="005C6394" w:rsidRDefault="0031027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Roof Waterproofing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5C6394" w:rsidRDefault="0031027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5C6394" w:rsidRDefault="0031027E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5C6394">
      <w:trPr>
        <w:trHeight w:val="283"/>
        <w:jc w:val="center"/>
      </w:trPr>
      <w:tc>
        <w:tcPr>
          <w:tcW w:w="2041" w:type="dxa"/>
          <w:vMerge/>
          <w:vAlign w:val="center"/>
        </w:tcPr>
        <w:p w:rsidR="005C6394" w:rsidRDefault="005C6394"/>
      </w:tc>
      <w:tc>
        <w:tcPr>
          <w:tcW w:w="5669" w:type="dxa"/>
          <w:vMerge/>
          <w:vAlign w:val="center"/>
        </w:tcPr>
        <w:p w:rsidR="005C6394" w:rsidRDefault="005C6394"/>
      </w:tc>
      <w:tc>
        <w:tcPr>
          <w:tcW w:w="1361" w:type="dxa"/>
          <w:shd w:val="clear" w:color="auto" w:fill="F2F2F2"/>
          <w:vAlign w:val="center"/>
        </w:tcPr>
        <w:p w:rsidR="005C6394" w:rsidRDefault="0031027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5C6394" w:rsidRDefault="0031027E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5C6394" w:rsidRDefault="005C6394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2753983">
    <w:abstractNumId w:val="8"/>
  </w:num>
  <w:num w:numId="2" w16cid:durableId="927350789">
    <w:abstractNumId w:val="6"/>
  </w:num>
  <w:num w:numId="3" w16cid:durableId="1341736804">
    <w:abstractNumId w:val="5"/>
  </w:num>
  <w:num w:numId="4" w16cid:durableId="211427781">
    <w:abstractNumId w:val="4"/>
  </w:num>
  <w:num w:numId="5" w16cid:durableId="1773283940">
    <w:abstractNumId w:val="7"/>
  </w:num>
  <w:num w:numId="6" w16cid:durableId="2100635892">
    <w:abstractNumId w:val="3"/>
  </w:num>
  <w:num w:numId="7" w16cid:durableId="84232913">
    <w:abstractNumId w:val="2"/>
  </w:num>
  <w:num w:numId="8" w16cid:durableId="2086032576">
    <w:abstractNumId w:val="1"/>
  </w:num>
  <w:num w:numId="9" w16cid:durableId="1211844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027E"/>
    <w:rsid w:val="00326F90"/>
    <w:rsid w:val="00413319"/>
    <w:rsid w:val="005C0D99"/>
    <w:rsid w:val="005C639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EFCA8FF-0C2F-416A-8762-25B5AE082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ACE_QC-ARC-009_Roof_Waterproofing_20261009_v4.dotx</Template>
  <TotalTime>0</TotalTime>
  <Pages>1</Pages>
  <Words>588</Words>
  <Characters>3355</Characters>
  <Application>Microsoft Office Word</Application>
  <DocSecurity>0</DocSecurity>
  <Lines>27</Lines>
  <Paragraphs>7</Paragraphs>
  <ScaleCrop>false</ScaleCrop>
  <Manager>Ahmed Fathy</Manager>
  <Company>Arab Creators for Engineering Consultancy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ACE-QC-ARC-009 Roof Waterproofing Inspection</dc:title>
  <dc:subject>فحص واستلام العزل المائي للأسطح</dc:subject>
  <dc:creator>Ahmed Fathy</dc:creator>
  <cp:keywords>QC; ITP; Inspection</cp:keywords>
  <dc:description/>
  <cp:lastModifiedBy>Ahmed Fathy</cp:lastModifiedBy>
  <cp:revision>2</cp:revision>
  <dcterms:created xsi:type="dcterms:W3CDTF">2026-11-03T20:10:00Z</dcterms:created>
  <dcterms:modified xsi:type="dcterms:W3CDTF">2026-11-03T20:10:00Z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