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AC76C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AC76CE" w:rsidRDefault="00487D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AC76CE" w:rsidRDefault="00AC76C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AC76CE" w:rsidRDefault="00487D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AC76CE" w:rsidRDefault="00AC76C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AC76CE" w:rsidRDefault="00487D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AC76CE" w:rsidRDefault="00AC76CE">
            <w:pPr>
              <w:bidi/>
              <w:spacing w:line="240" w:lineRule="auto"/>
            </w:pPr>
          </w:p>
        </w:tc>
      </w:tr>
      <w:tr w:rsidR="00AC76C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AC76CE" w:rsidRDefault="00487D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AC76CE" w:rsidRDefault="00AC76C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AC76CE" w:rsidRDefault="00487D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AC76CE" w:rsidRDefault="00AC76C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AC76CE" w:rsidRDefault="00487D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AC76CE" w:rsidRDefault="00AC76CE">
            <w:pPr>
              <w:bidi/>
              <w:spacing w:line="240" w:lineRule="auto"/>
            </w:pPr>
          </w:p>
        </w:tc>
      </w:tr>
      <w:tr w:rsidR="00AC76C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AC76CE" w:rsidRDefault="00487D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AC76CE" w:rsidRDefault="00AC76C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AC76CE" w:rsidRDefault="00487D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AC76CE" w:rsidRDefault="00487D31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AC76CE" w:rsidRDefault="00AC76C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C76C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AC76CE" w:rsidRDefault="00AC76C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AC76CE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AC76CE" w:rsidRDefault="00487D3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C76CE" w:rsidRDefault="00487D31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AC76CE" w:rsidRDefault="00487D3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AC76CE" w:rsidRDefault="00487D3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</w:tbl>
    <w:p w:rsidR="00AC76CE" w:rsidRDefault="00AC76C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C76C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البياض (الملو)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Plaster Finish Coat Inspection (Walls and Ceilings)</w:t>
            </w:r>
          </w:p>
        </w:tc>
      </w:tr>
    </w:tbl>
    <w:p w:rsidR="00AC76CE" w:rsidRDefault="00AC76C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AC76CE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C76CE" w:rsidRDefault="00487D3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AC76CE" w:rsidRDefault="00487D3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AC76CE" w:rsidRDefault="00487D3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AC76CE" w:rsidRDefault="00487D3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AC76CE" w:rsidRDefault="00487D3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AC76CE" w:rsidRDefault="00487D3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تركيب جميع حلوق النجارة للأبواب والشبابيك.</w:t>
            </w:r>
          </w:p>
        </w:tc>
        <w:tc>
          <w:tcPr>
            <w:tcW w:w="3402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door and window frames are installed.</w:t>
            </w: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تركيب جميع علب مفاتيح وبرايز الكهرباء.</w:t>
            </w:r>
          </w:p>
        </w:tc>
        <w:tc>
          <w:tcPr>
            <w:tcW w:w="3402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switch and socket boxes are installed.</w:t>
            </w: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بدء البياض من أعلى إلى أسفل.</w:t>
            </w:r>
          </w:p>
        </w:tc>
        <w:tc>
          <w:tcPr>
            <w:tcW w:w="3402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Plastering proceeds from top to bottom.</w:t>
            </w: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الارتكاز في الدرع على نقاط الضبط (البؤج) والأوتار.</w:t>
            </w:r>
          </w:p>
        </w:tc>
        <w:tc>
          <w:tcPr>
            <w:tcW w:w="3402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Ruling off bears on dots and screeds.</w:t>
            </w: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استخدام قدة ألومنيوم بطول 4 م في الدرع.</w:t>
            </w:r>
          </w:p>
        </w:tc>
        <w:tc>
          <w:tcPr>
            <w:tcW w:w="3402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 4 m aluminium straightedge is used for ruling off.</w:t>
            </w: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تكسير نقاط الضبط في حالة استخدام الجبس لها وملؤها بمونة البياض.</w:t>
            </w:r>
          </w:p>
        </w:tc>
        <w:tc>
          <w:tcPr>
            <w:tcW w:w="3402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Gypsum dots, if used, are removed and filled with plaster mortar.</w:t>
            </w: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استقامة السوك والزوايا الرأسية والأفقية للبياض.</w:t>
            </w:r>
          </w:p>
        </w:tc>
        <w:tc>
          <w:tcPr>
            <w:tcW w:w="3402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Arrises and vertical/horizontal corners are straight.</w:t>
            </w: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  <w:tr w:rsidR="00AC76CE">
        <w:trPr>
          <w:cantSplit/>
          <w:jc w:val="center"/>
        </w:trPr>
        <w:tc>
          <w:tcPr>
            <w:tcW w:w="397" w:type="dxa"/>
            <w:vAlign w:val="center"/>
          </w:tcPr>
          <w:p w:rsidR="00AC76CE" w:rsidRDefault="00487D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تفويط الحائط والأسقف بالبروة الإسفنجية بحركة دائرية بعد الانتهاء من الدرع وقبل جفاف البياض.</w:t>
            </w:r>
          </w:p>
        </w:tc>
        <w:tc>
          <w:tcPr>
            <w:tcW w:w="3402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Walls and ceilings are floated with a sponge float in circular motion before plaster sets.</w:t>
            </w: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76CE" w:rsidRDefault="00AC76CE">
            <w:pPr>
              <w:bidi/>
              <w:spacing w:line="240" w:lineRule="auto"/>
              <w:jc w:val="center"/>
            </w:pPr>
          </w:p>
        </w:tc>
      </w:tr>
    </w:tbl>
    <w:p w:rsidR="00AC76CE" w:rsidRDefault="00AC76C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AC76C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AC76CE" w:rsidRDefault="00487D3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AC76C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AC76CE" w:rsidRDefault="00487D3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AC76CE" w:rsidRDefault="00487D3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AC76CE" w:rsidRDefault="00AC76C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AC76CE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C76CE" w:rsidRDefault="00487D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AC76CE" w:rsidRDefault="00487D3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AC76CE" w:rsidRDefault="00AC76CE">
            <w:pPr>
              <w:keepNext/>
              <w:bidi/>
              <w:spacing w:line="240" w:lineRule="auto"/>
            </w:pPr>
          </w:p>
        </w:tc>
      </w:tr>
    </w:tbl>
    <w:p w:rsidR="00AC76CE" w:rsidRDefault="00AC76C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AC76C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C76CE" w:rsidRDefault="00487D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AC76CE" w:rsidRDefault="00487D3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AC76CE" w:rsidRDefault="00487D3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AC76CE" w:rsidRDefault="00487D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AC76CE" w:rsidRDefault="00487D3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AC76CE" w:rsidRDefault="00487D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AC76CE" w:rsidRDefault="00487D3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AC76CE" w:rsidRDefault="00487D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AC76CE" w:rsidRDefault="00487D3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AC76CE" w:rsidRDefault="00487D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AC76CE" w:rsidRDefault="00AC76C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AC76C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C76CE" w:rsidRDefault="00487D3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AC76CE" w:rsidRDefault="00487D3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C76CE" w:rsidRDefault="00487D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AC76CE" w:rsidRDefault="00487D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C76CE" w:rsidRDefault="00487D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AC76CE" w:rsidRDefault="00487D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C76CE" w:rsidRDefault="00487D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AC76CE" w:rsidRDefault="00487D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AC76CE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C76CE" w:rsidRDefault="00487D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AC76CE" w:rsidRDefault="00487D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AC76CE" w:rsidRDefault="00487D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C76CE" w:rsidRDefault="00487D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C76CE" w:rsidRDefault="00487D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C76CE" w:rsidRDefault="00487D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C76CE" w:rsidRDefault="00487D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C76CE" w:rsidRDefault="00487D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C76CE" w:rsidRDefault="00487D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C76CE" w:rsidRDefault="00487D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C76CE" w:rsidRDefault="00487D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AC76CE" w:rsidRDefault="00AC76CE">
      <w:pPr>
        <w:spacing w:line="20" w:lineRule="exact"/>
      </w:pPr>
    </w:p>
    <w:sectPr w:rsidR="00AC76CE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87D31" w:rsidRDefault="00487D31">
      <w:pPr>
        <w:spacing w:line="240" w:lineRule="auto"/>
      </w:pPr>
      <w:r>
        <w:separator/>
      </w:r>
    </w:p>
  </w:endnote>
  <w:endnote w:type="continuationSeparator" w:id="0">
    <w:p w:rsidR="00487D31" w:rsidRDefault="00487D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AC76CE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AC76CE" w:rsidRDefault="00487D3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AC76CE" w:rsidRDefault="00487D3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ACE-QC-ARC-006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87D31" w:rsidRDefault="00487D31">
      <w:pPr>
        <w:spacing w:line="240" w:lineRule="auto"/>
      </w:pPr>
      <w:r>
        <w:separator/>
      </w:r>
    </w:p>
  </w:footnote>
  <w:footnote w:type="continuationSeparator" w:id="0">
    <w:p w:rsidR="00487D31" w:rsidRDefault="00487D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AC76CE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AC76CE" w:rsidRDefault="00487D3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AC76CE" w:rsidRDefault="00487D3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AC76CE" w:rsidRDefault="00487D3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AC76CE" w:rsidRDefault="00487D3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AC76CE" w:rsidRDefault="00487D3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ACE-QC-ARC-006</w:t>
          </w:r>
        </w:p>
      </w:tc>
    </w:tr>
    <w:tr w:rsidR="00AC76CE">
      <w:trPr>
        <w:trHeight w:val="283"/>
        <w:jc w:val="center"/>
      </w:trPr>
      <w:tc>
        <w:tcPr>
          <w:tcW w:w="2041" w:type="dxa"/>
          <w:vMerge/>
          <w:vAlign w:val="center"/>
        </w:tcPr>
        <w:p w:rsidR="00AC76CE" w:rsidRDefault="00AC76CE"/>
      </w:tc>
      <w:tc>
        <w:tcPr>
          <w:tcW w:w="5669" w:type="dxa"/>
          <w:vMerge/>
          <w:vAlign w:val="center"/>
        </w:tcPr>
        <w:p w:rsidR="00AC76CE" w:rsidRDefault="00AC76CE"/>
      </w:tc>
      <w:tc>
        <w:tcPr>
          <w:tcW w:w="1361" w:type="dxa"/>
          <w:shd w:val="clear" w:color="auto" w:fill="F2F2F2"/>
          <w:vAlign w:val="center"/>
        </w:tcPr>
        <w:p w:rsidR="00AC76CE" w:rsidRDefault="00487D3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AC76CE" w:rsidRDefault="00487D3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AC76CE">
      <w:trPr>
        <w:trHeight w:val="283"/>
        <w:jc w:val="center"/>
      </w:trPr>
      <w:tc>
        <w:tcPr>
          <w:tcW w:w="2041" w:type="dxa"/>
          <w:vMerge/>
          <w:vAlign w:val="center"/>
        </w:tcPr>
        <w:p w:rsidR="00AC76CE" w:rsidRDefault="00AC76CE"/>
      </w:tc>
      <w:tc>
        <w:tcPr>
          <w:tcW w:w="5669" w:type="dxa"/>
          <w:vMerge w:val="restart"/>
          <w:shd w:val="clear" w:color="auto" w:fill="E7E6E6"/>
          <w:vAlign w:val="center"/>
        </w:tcPr>
        <w:p w:rsidR="00AC76CE" w:rsidRDefault="00487D3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البياض (طبقة الملو) للحوائط والأسقف</w:t>
          </w:r>
        </w:p>
        <w:p w:rsidR="00AC76CE" w:rsidRDefault="00487D3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Plaster Finish Coat Inspection (Walls and Ceilings)</w:t>
          </w:r>
        </w:p>
      </w:tc>
      <w:tc>
        <w:tcPr>
          <w:tcW w:w="1361" w:type="dxa"/>
          <w:shd w:val="clear" w:color="auto" w:fill="F2F2F2"/>
          <w:vAlign w:val="center"/>
        </w:tcPr>
        <w:p w:rsidR="00AC76CE" w:rsidRDefault="00487D3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AC76CE" w:rsidRDefault="00487D3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AC76CE">
      <w:trPr>
        <w:trHeight w:val="283"/>
        <w:jc w:val="center"/>
      </w:trPr>
      <w:tc>
        <w:tcPr>
          <w:tcW w:w="2041" w:type="dxa"/>
          <w:vMerge/>
          <w:vAlign w:val="center"/>
        </w:tcPr>
        <w:p w:rsidR="00AC76CE" w:rsidRDefault="00AC76CE"/>
      </w:tc>
      <w:tc>
        <w:tcPr>
          <w:tcW w:w="5669" w:type="dxa"/>
          <w:vMerge/>
          <w:vAlign w:val="center"/>
        </w:tcPr>
        <w:p w:rsidR="00AC76CE" w:rsidRDefault="00AC76CE"/>
      </w:tc>
      <w:tc>
        <w:tcPr>
          <w:tcW w:w="1361" w:type="dxa"/>
          <w:shd w:val="clear" w:color="auto" w:fill="F2F2F2"/>
          <w:vAlign w:val="center"/>
        </w:tcPr>
        <w:p w:rsidR="00AC76CE" w:rsidRDefault="00487D3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AC76CE" w:rsidRDefault="00487D3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AC76CE" w:rsidRDefault="00AC76CE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982128">
    <w:abstractNumId w:val="8"/>
  </w:num>
  <w:num w:numId="2" w16cid:durableId="1821923965">
    <w:abstractNumId w:val="6"/>
  </w:num>
  <w:num w:numId="3" w16cid:durableId="2145272153">
    <w:abstractNumId w:val="5"/>
  </w:num>
  <w:num w:numId="4" w16cid:durableId="353002380">
    <w:abstractNumId w:val="4"/>
  </w:num>
  <w:num w:numId="5" w16cid:durableId="1785614824">
    <w:abstractNumId w:val="7"/>
  </w:num>
  <w:num w:numId="6" w16cid:durableId="1692339398">
    <w:abstractNumId w:val="3"/>
  </w:num>
  <w:num w:numId="7" w16cid:durableId="1211459474">
    <w:abstractNumId w:val="2"/>
  </w:num>
  <w:num w:numId="8" w16cid:durableId="1872454808">
    <w:abstractNumId w:val="1"/>
  </w:num>
  <w:num w:numId="9" w16cid:durableId="1401250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87D31"/>
    <w:rsid w:val="00556FE1"/>
    <w:rsid w:val="005C0D99"/>
    <w:rsid w:val="00AA1D8D"/>
    <w:rsid w:val="00AC76C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0961CD5-BDC0-47E7-B0AF-7A74763E1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ACE_QC-ARC-006_Plaster_Finish_Coat_20261009_v4.dotx</Template>
  <TotalTime>0</TotalTime>
  <Pages>1</Pages>
  <Words>513</Words>
  <Characters>2925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ACE-QC-ARC-006 Plaster Finish Coat Inspection (Walls and Ceilings)</dc:title>
  <dc:subject>فحص واستلام البياض (طبقة الملو) للحوائط والأسقف</dc:subject>
  <dc:creator>Ahmed Fathy</dc:creator>
  <cp:keywords>QC; ITP; Inspection</cp:keywords>
  <dc:description/>
  <cp:lastModifiedBy>Ahmed Fathy</cp:lastModifiedBy>
  <cp:revision>2</cp:revision>
  <dcterms:created xsi:type="dcterms:W3CDTF">2026-11-03T20:10:00Z</dcterms:created>
  <dcterms:modified xsi:type="dcterms:W3CDTF">2026-11-03T20:10:00Z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