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6E74E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6E74E5" w:rsidRDefault="006E74E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6E74E5" w:rsidRDefault="006E74E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6E74E5" w:rsidRDefault="006E74E5">
            <w:pPr>
              <w:bidi/>
              <w:spacing w:line="240" w:lineRule="auto"/>
            </w:pPr>
          </w:p>
        </w:tc>
      </w:tr>
      <w:tr w:rsidR="006E74E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6E74E5" w:rsidRDefault="006E74E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6E74E5" w:rsidRDefault="006E74E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6E74E5" w:rsidRDefault="006E74E5">
            <w:pPr>
              <w:bidi/>
              <w:spacing w:line="240" w:lineRule="auto"/>
            </w:pPr>
          </w:p>
        </w:tc>
      </w:tr>
      <w:tr w:rsidR="006E74E5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6E74E5" w:rsidRDefault="006E74E5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6E74E5" w:rsidRDefault="0021496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6E74E5" w:rsidRDefault="006E74E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E74E5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6E74E5" w:rsidRDefault="006E74E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6E74E5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6E74E5" w:rsidRDefault="0021496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E74E5" w:rsidRDefault="0021496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6E74E5" w:rsidRDefault="0021496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6E74E5" w:rsidRDefault="0021496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</w:tbl>
    <w:p w:rsidR="006E74E5" w:rsidRDefault="006E74E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E74E5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الحلوق الخشبية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Wooden Door and Window Frames Installation Checklist</w:t>
            </w:r>
          </w:p>
        </w:tc>
      </w:tr>
    </w:tbl>
    <w:p w:rsidR="006E74E5" w:rsidRDefault="006E74E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6E74E5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E74E5" w:rsidRDefault="002149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6E74E5" w:rsidRDefault="0021496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6E74E5" w:rsidRDefault="002149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6E74E5" w:rsidRDefault="002149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6E74E5" w:rsidRDefault="002149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6E74E5" w:rsidRDefault="002149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نوع الأخشاب طبقا للمواصفات التعاقدية (موسكي أو زان أو أرو) من أجود الأنواع ومطابقة قطاعات الحلوق طبقا للتعاقد.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Timber species complies with contract (Mosky, beech, ash) top grade, and frame sections comply with contract.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دهان وجه الحلق بالسلاقون ودهان الجزء الملامس للحائط بالبيتومين.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 face is coated with sealer and the wall contact face with bitumen.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وعدد الكانات في الحلق (حسب التوصيف).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Number and location of frame anchors are as specified.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تثبيت الكانات بالحلق بواسطة مسامير البرمة (القلاووظ) أو (حسب التوصيف) وأن تكون خلف خلاف.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Anchors are fixed with screws (or as specified) in staggered pattern.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في حالة حلوق الأبواب مراجعة وجود زيادة في طول قائم الحلق (ضفر) لا تقل عن 5 سم أسفل منسوب التشطيب.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Door frame jambs extend at least 5 cm below finished floor level.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رأسية قائم الحلق بواسطة ميزان الخيط من الداخل والخارج.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Jambs are checked for plumb inside and out.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واجهة الحلق في مستوى نقاط الضبط (البؤج) والأوتار أو سطح البياض.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 face is flush with plaster screeds or plaster surface.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قياس عرض الحلق والتأكد من مساواته في أعلى ومنتصف وأسفل الحلق والتأكد من تقفيل زاوية التقابل.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 width is equal at top, middle and bottom and corner joints are tight.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قياس قطري الحلق والتأكد من مساواتهما (مراجعة الصليبة).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 diagonals are measured and equal (squareness).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10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التحبيش على الكانات بمونة الأسمنت والرمل وعدم استخدام الجبس.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Anchors are grouted with cement-sand mortar, no gypsum.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11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ضرورة تثبيت الحلق على شرب لتحديد منسوب الرأس (عدم الاكتفاء بالعتب والجلسة فقط).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 head is fixed to the level datum (not relying on lintel and sill only).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12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أفقية الرأس للأبواب والرأس العلوي والسفلي للشبابيك بميزان المياه.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Door heads and window head/sill are checked for level.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  <w:tr w:rsidR="006E74E5">
        <w:trPr>
          <w:cantSplit/>
          <w:jc w:val="center"/>
        </w:trPr>
        <w:tc>
          <w:tcPr>
            <w:tcW w:w="397" w:type="dxa"/>
            <w:vAlign w:val="center"/>
          </w:tcPr>
          <w:p w:rsidR="006E74E5" w:rsidRDefault="002149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13</w:t>
            </w:r>
          </w:p>
        </w:tc>
        <w:tc>
          <w:tcPr>
            <w:tcW w:w="396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أية عيوب بالحلوق نتجت من التثبيت (كسر أو شرخ).</w:t>
            </w:r>
          </w:p>
        </w:tc>
        <w:tc>
          <w:tcPr>
            <w:tcW w:w="3402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Frames are free from damage caused by fixing (breaks or cracks).</w:t>
            </w: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E74E5" w:rsidRDefault="006E74E5">
            <w:pPr>
              <w:bidi/>
              <w:spacing w:line="240" w:lineRule="auto"/>
              <w:jc w:val="center"/>
            </w:pPr>
          </w:p>
        </w:tc>
      </w:tr>
    </w:tbl>
    <w:p w:rsidR="006E74E5" w:rsidRDefault="006E74E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6E74E5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العينة المعتمدة، تعليمات المصنع،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approved sample, manufacturer instructions; Saudi Building Code SBC 201, SBC 801</w:t>
            </w:r>
          </w:p>
        </w:tc>
      </w:tr>
      <w:tr w:rsidR="006E74E5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العينة والمادة ☐ المخططات التنفيذية ☐ جدول الأبواب والشبابيك</w:t>
            </w:r>
          </w:p>
        </w:tc>
        <w:tc>
          <w:tcPr>
            <w:tcW w:w="4309" w:type="dxa"/>
            <w:vAlign w:val="center"/>
          </w:tcPr>
          <w:p w:rsidR="006E74E5" w:rsidRDefault="002149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Sample and material approval   ☐ Shop drawings   ☐ Door / window schedule</w:t>
            </w:r>
          </w:p>
        </w:tc>
      </w:tr>
    </w:tbl>
    <w:p w:rsidR="006E74E5" w:rsidRDefault="006E74E5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6E74E5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E74E5" w:rsidRDefault="0021496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lastRenderedPageBreak/>
              <w:t>ملاحظات المهندس المسؤول</w:t>
            </w:r>
          </w:p>
          <w:p w:rsidR="006E74E5" w:rsidRDefault="0021496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6E74E5" w:rsidRDefault="006E74E5">
            <w:pPr>
              <w:keepNext/>
              <w:bidi/>
              <w:spacing w:line="240" w:lineRule="auto"/>
            </w:pPr>
          </w:p>
        </w:tc>
      </w:tr>
    </w:tbl>
    <w:p w:rsidR="006E74E5" w:rsidRDefault="006E74E5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6E74E5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E74E5" w:rsidRDefault="0021496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6E74E5" w:rsidRDefault="0021496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6E74E5" w:rsidRDefault="0021496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6E74E5" w:rsidRDefault="002149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6E74E5" w:rsidRDefault="0021496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6E74E5" w:rsidRDefault="002149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6E74E5" w:rsidRDefault="0021496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6E74E5" w:rsidRDefault="002149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6E74E5" w:rsidRDefault="0021496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6E74E5" w:rsidRDefault="002149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6E74E5" w:rsidRDefault="006E74E5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6E74E5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E74E5" w:rsidRDefault="0021496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6E74E5" w:rsidRDefault="0021496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E74E5" w:rsidRDefault="0021496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6E74E5" w:rsidRDefault="002149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E74E5" w:rsidRDefault="0021496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6E74E5" w:rsidRDefault="002149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E74E5" w:rsidRDefault="0021496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6E74E5" w:rsidRDefault="002149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6E74E5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E74E5" w:rsidRDefault="002149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6E74E5" w:rsidRDefault="002149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6E74E5" w:rsidRDefault="002149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E74E5" w:rsidRDefault="002149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E74E5" w:rsidRDefault="002149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E74E5" w:rsidRDefault="002149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E74E5" w:rsidRDefault="002149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E74E5" w:rsidRDefault="002149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E74E5" w:rsidRDefault="002149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E74E5" w:rsidRDefault="002149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E74E5" w:rsidRDefault="002149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6E74E5" w:rsidRDefault="006E74E5">
      <w:pPr>
        <w:spacing w:line="20" w:lineRule="exact"/>
      </w:pPr>
    </w:p>
    <w:sectPr w:rsidR="006E74E5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14968" w:rsidRDefault="00214968">
      <w:pPr>
        <w:spacing w:line="240" w:lineRule="auto"/>
      </w:pPr>
      <w:r>
        <w:separator/>
      </w:r>
    </w:p>
  </w:endnote>
  <w:endnote w:type="continuationSeparator" w:id="0">
    <w:p w:rsidR="00214968" w:rsidRDefault="00214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6E74E5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6E74E5" w:rsidRDefault="002149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6E74E5" w:rsidRDefault="0021496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ACE-QC-ARC-003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14968" w:rsidRDefault="00214968">
      <w:pPr>
        <w:spacing w:line="240" w:lineRule="auto"/>
      </w:pPr>
      <w:r>
        <w:separator/>
      </w:r>
    </w:p>
  </w:footnote>
  <w:footnote w:type="continuationSeparator" w:id="0">
    <w:p w:rsidR="00214968" w:rsidRDefault="002149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6E74E5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6E74E5" w:rsidRDefault="0021496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6E74E5" w:rsidRDefault="0021496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6E74E5" w:rsidRDefault="0021496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6E74E5" w:rsidRDefault="002149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6E74E5" w:rsidRDefault="0021496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ACE-QC-ARC-003</w:t>
          </w:r>
        </w:p>
      </w:tc>
    </w:tr>
    <w:tr w:rsidR="006E74E5">
      <w:trPr>
        <w:trHeight w:val="283"/>
        <w:jc w:val="center"/>
      </w:trPr>
      <w:tc>
        <w:tcPr>
          <w:tcW w:w="2041" w:type="dxa"/>
          <w:vMerge/>
          <w:vAlign w:val="center"/>
        </w:tcPr>
        <w:p w:rsidR="006E74E5" w:rsidRDefault="006E74E5"/>
      </w:tc>
      <w:tc>
        <w:tcPr>
          <w:tcW w:w="5669" w:type="dxa"/>
          <w:vMerge/>
          <w:vAlign w:val="center"/>
        </w:tcPr>
        <w:p w:rsidR="006E74E5" w:rsidRDefault="006E74E5"/>
      </w:tc>
      <w:tc>
        <w:tcPr>
          <w:tcW w:w="1361" w:type="dxa"/>
          <w:shd w:val="clear" w:color="auto" w:fill="F2F2F2"/>
          <w:vAlign w:val="center"/>
        </w:tcPr>
        <w:p w:rsidR="006E74E5" w:rsidRDefault="002149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6E74E5" w:rsidRDefault="0021496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6E74E5">
      <w:trPr>
        <w:trHeight w:val="283"/>
        <w:jc w:val="center"/>
      </w:trPr>
      <w:tc>
        <w:tcPr>
          <w:tcW w:w="2041" w:type="dxa"/>
          <w:vMerge/>
          <w:vAlign w:val="center"/>
        </w:tcPr>
        <w:p w:rsidR="006E74E5" w:rsidRDefault="006E74E5"/>
      </w:tc>
      <w:tc>
        <w:tcPr>
          <w:tcW w:w="5669" w:type="dxa"/>
          <w:vMerge w:val="restart"/>
          <w:shd w:val="clear" w:color="auto" w:fill="E7E6E6"/>
          <w:vAlign w:val="center"/>
        </w:tcPr>
        <w:p w:rsidR="006E74E5" w:rsidRDefault="0021496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تركيب الحلوق الخشبية</w:t>
          </w:r>
        </w:p>
        <w:p w:rsidR="006E74E5" w:rsidRDefault="0021496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Wooden Door and Window Frames Installation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6E74E5" w:rsidRDefault="002149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6E74E5" w:rsidRDefault="0021496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6E74E5">
      <w:trPr>
        <w:trHeight w:val="283"/>
        <w:jc w:val="center"/>
      </w:trPr>
      <w:tc>
        <w:tcPr>
          <w:tcW w:w="2041" w:type="dxa"/>
          <w:vMerge/>
          <w:vAlign w:val="center"/>
        </w:tcPr>
        <w:p w:rsidR="006E74E5" w:rsidRDefault="006E74E5"/>
      </w:tc>
      <w:tc>
        <w:tcPr>
          <w:tcW w:w="5669" w:type="dxa"/>
          <w:vMerge/>
          <w:vAlign w:val="center"/>
        </w:tcPr>
        <w:p w:rsidR="006E74E5" w:rsidRDefault="006E74E5"/>
      </w:tc>
      <w:tc>
        <w:tcPr>
          <w:tcW w:w="1361" w:type="dxa"/>
          <w:shd w:val="clear" w:color="auto" w:fill="F2F2F2"/>
          <w:vAlign w:val="center"/>
        </w:tcPr>
        <w:p w:rsidR="006E74E5" w:rsidRDefault="002149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6E74E5" w:rsidRDefault="0021496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6E74E5" w:rsidRDefault="006E74E5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6144362">
    <w:abstractNumId w:val="8"/>
  </w:num>
  <w:num w:numId="2" w16cid:durableId="1186558849">
    <w:abstractNumId w:val="6"/>
  </w:num>
  <w:num w:numId="3" w16cid:durableId="993295638">
    <w:abstractNumId w:val="5"/>
  </w:num>
  <w:num w:numId="4" w16cid:durableId="448084046">
    <w:abstractNumId w:val="4"/>
  </w:num>
  <w:num w:numId="5" w16cid:durableId="1698893501">
    <w:abstractNumId w:val="7"/>
  </w:num>
  <w:num w:numId="6" w16cid:durableId="847645481">
    <w:abstractNumId w:val="3"/>
  </w:num>
  <w:num w:numId="7" w16cid:durableId="2143111728">
    <w:abstractNumId w:val="2"/>
  </w:num>
  <w:num w:numId="8" w16cid:durableId="209080021">
    <w:abstractNumId w:val="1"/>
  </w:num>
  <w:num w:numId="9" w16cid:durableId="82551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4968"/>
    <w:rsid w:val="0029639D"/>
    <w:rsid w:val="00326F90"/>
    <w:rsid w:val="005C0D99"/>
    <w:rsid w:val="006E74E5"/>
    <w:rsid w:val="00AA1D8D"/>
    <w:rsid w:val="00B47730"/>
    <w:rsid w:val="00CB0664"/>
    <w:rsid w:val="00F054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2E9055A-A92B-4C2C-B13F-C4F48992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ACE_QC-ARC-003_Wooden_Frames_Installation_20261009_v4.dotx</Template>
  <TotalTime>1</TotalTime>
  <Pages>2</Pages>
  <Words>667</Words>
  <Characters>3803</Characters>
  <Application>Microsoft Office Word</Application>
  <DocSecurity>0</DocSecurity>
  <Lines>31</Lines>
  <Paragraphs>8</Paragraphs>
  <ScaleCrop>false</ScaleCrop>
  <Manager>Ahmed Fathy</Manager>
  <Company>Arab Creators for Engineering Consultancy</Company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ACE-QC-ARC-003 Wooden Door and Window Frames Installation Inspection</dc:title>
  <dc:subject>فحص واستلام تركيب الحلوق الخشبية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