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9F715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9F7154" w:rsidRDefault="009F715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9F7154" w:rsidRDefault="009F715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9F7154" w:rsidRDefault="009F7154">
            <w:pPr>
              <w:bidi/>
              <w:spacing w:line="240" w:lineRule="auto"/>
            </w:pPr>
          </w:p>
        </w:tc>
      </w:tr>
      <w:tr w:rsidR="009F715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9F7154" w:rsidRDefault="009F715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9F7154" w:rsidRDefault="009F715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9F7154" w:rsidRDefault="009F7154">
            <w:pPr>
              <w:bidi/>
              <w:spacing w:line="240" w:lineRule="auto"/>
            </w:pPr>
          </w:p>
        </w:tc>
      </w:tr>
      <w:tr w:rsidR="009F715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9F7154" w:rsidRDefault="009F715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9F7154" w:rsidRDefault="00F06D5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9F7154" w:rsidRDefault="009F715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F715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9F7154" w:rsidRDefault="009F715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9F7154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9F7154" w:rsidRDefault="00F06D5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9F7154" w:rsidRDefault="00F06D5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9F7154" w:rsidRDefault="00F06D5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9F7154" w:rsidRDefault="00F06D5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</w:tbl>
    <w:p w:rsidR="009F7154" w:rsidRDefault="009F715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9F715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توريدات حلوق النجارة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Wooden Frames Delivery Checklist</w:t>
            </w:r>
          </w:p>
        </w:tc>
      </w:tr>
    </w:tbl>
    <w:p w:rsidR="009F7154" w:rsidRDefault="009F715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9F7154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9F7154" w:rsidRDefault="00F06D5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9F7154" w:rsidRDefault="00F06D5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9F7154" w:rsidRDefault="00F06D5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9F7154" w:rsidRDefault="00F06D5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9F7154" w:rsidRDefault="00F06D5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9F7154" w:rsidRDefault="00F06D5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الخشب من أجود الأنواع (موسكي أو زان أو أرو أو حسب التوصيف) وتام الجفاف.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Timber is top grade (Mosky, beech, ash or as specified) and fully seasoned.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الخشب ممسوح وخالي من العقد الخبيثة النافذة وخالي من الشروخ.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Timber is planed, free of loose knots and cracks.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قطاع الحلق 2"x4" أو 2"x6" أو 2"x7".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 section is 2"x4", 2"x6" or 2"x7" as specified.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تجميع القوائم مع الرأس (ديل يمامة أو حسب التوصيف).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Jamb-to-head joints are dovetailed (or as specified).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التفريز في الحلق بعمق حوالي 1.0 سم.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Rebate depth is about 1.0 cm.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أحرف الخشب سليمة تصنع زوايا قائمة (غير مكسورة أو مستديرة الأحرف).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Timber arrises are sound and square (not broken or rounded).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أن يكون الحلق أكبر من مقاس ضلفة الباب ب 10.0 سم.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 exceeds door leaf size by 10.0 cm.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أن تكون الحلوق مستقيمة وغير مفتولة.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Frames are straight and not twisted.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طلاء الحلوق من الوجه بمادة السلاقون طلاءً كاسيا.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 faces are fully coated with sealer.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طلاء الحلق من الخارج (الجزء الملامس للحائط) بالبيتومين البارد.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Wall contact faces are coated with cold bitumen.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  <w:tr w:rsidR="009F7154">
        <w:trPr>
          <w:cantSplit/>
          <w:jc w:val="center"/>
        </w:trPr>
        <w:tc>
          <w:tcPr>
            <w:tcW w:w="397" w:type="dxa"/>
            <w:vAlign w:val="center"/>
          </w:tcPr>
          <w:p w:rsidR="009F7154" w:rsidRDefault="00F06D5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تطابق مستوى الحلق مع مستوى بؤج البياض.</w:t>
            </w:r>
          </w:p>
        </w:tc>
        <w:tc>
          <w:tcPr>
            <w:tcW w:w="3402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 face is flush with plaster dots.</w:t>
            </w: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9F7154" w:rsidRDefault="009F7154">
            <w:pPr>
              <w:bidi/>
              <w:spacing w:line="240" w:lineRule="auto"/>
              <w:jc w:val="center"/>
            </w:pPr>
          </w:p>
        </w:tc>
      </w:tr>
    </w:tbl>
    <w:p w:rsidR="009F7154" w:rsidRDefault="009F715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9F715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9F715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9F7154" w:rsidRDefault="00F06D5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9F7154" w:rsidRDefault="009F715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9F7154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F7154" w:rsidRDefault="00F06D5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9F7154" w:rsidRDefault="00F06D5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9F7154" w:rsidRDefault="009F7154">
            <w:pPr>
              <w:keepNext/>
              <w:bidi/>
              <w:spacing w:line="240" w:lineRule="auto"/>
            </w:pPr>
          </w:p>
        </w:tc>
      </w:tr>
    </w:tbl>
    <w:p w:rsidR="009F7154" w:rsidRDefault="009F715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9F715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F7154" w:rsidRDefault="00F06D5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9F7154" w:rsidRDefault="00F06D5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9F7154" w:rsidRDefault="00F06D5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9F7154" w:rsidRDefault="00F06D5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9F7154" w:rsidRDefault="00F06D5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9F7154" w:rsidRDefault="00F06D5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9F7154" w:rsidRDefault="00F06D5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9F7154" w:rsidRDefault="00F06D5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9F7154" w:rsidRDefault="00F06D5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9F7154" w:rsidRDefault="00F06D5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9F7154" w:rsidRDefault="009F715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9F715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F7154" w:rsidRDefault="00F06D5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9F7154" w:rsidRDefault="00F06D5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F7154" w:rsidRDefault="00F06D5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9F7154" w:rsidRDefault="00F06D5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F7154" w:rsidRDefault="00F06D5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9F7154" w:rsidRDefault="00F06D5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9F7154" w:rsidRDefault="00F06D5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9F7154" w:rsidRDefault="00F06D5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9F7154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9F7154" w:rsidRDefault="00F06D5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9F7154" w:rsidRDefault="00F06D5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9F7154" w:rsidRDefault="00F06D5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F7154" w:rsidRDefault="00F06D5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F7154" w:rsidRDefault="00F06D5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F7154" w:rsidRDefault="00F06D5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F7154" w:rsidRDefault="00F06D5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F7154" w:rsidRDefault="00F06D5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9F7154" w:rsidRDefault="00F06D5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9F7154" w:rsidRDefault="00F06D5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9F7154" w:rsidRDefault="00F06D5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9F7154" w:rsidRDefault="009F7154">
      <w:pPr>
        <w:spacing w:line="20" w:lineRule="exact"/>
      </w:pPr>
    </w:p>
    <w:sectPr w:rsidR="009F7154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6D51" w:rsidRDefault="00F06D51">
      <w:pPr>
        <w:spacing w:line="240" w:lineRule="auto"/>
      </w:pPr>
      <w:r>
        <w:separator/>
      </w:r>
    </w:p>
  </w:endnote>
  <w:endnote w:type="continuationSeparator" w:id="0">
    <w:p w:rsidR="00F06D51" w:rsidRDefault="00F06D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9F7154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9F7154" w:rsidRDefault="00F06D5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9F7154" w:rsidRDefault="00F06D5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ACE-QC-ARC-002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6D51" w:rsidRDefault="00F06D51">
      <w:pPr>
        <w:spacing w:line="240" w:lineRule="auto"/>
      </w:pPr>
      <w:r>
        <w:separator/>
      </w:r>
    </w:p>
  </w:footnote>
  <w:footnote w:type="continuationSeparator" w:id="0">
    <w:p w:rsidR="00F06D51" w:rsidRDefault="00F06D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9F7154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9F7154" w:rsidRDefault="00F06D5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9F7154" w:rsidRDefault="00F06D5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9F7154" w:rsidRDefault="00F06D5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9F7154" w:rsidRDefault="00F06D5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9F7154" w:rsidRDefault="00F06D5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ACE-QC-ARC-002</w:t>
          </w:r>
        </w:p>
      </w:tc>
    </w:tr>
    <w:tr w:rsidR="009F7154">
      <w:trPr>
        <w:trHeight w:val="283"/>
        <w:jc w:val="center"/>
      </w:trPr>
      <w:tc>
        <w:tcPr>
          <w:tcW w:w="2041" w:type="dxa"/>
          <w:vMerge/>
          <w:vAlign w:val="center"/>
        </w:tcPr>
        <w:p w:rsidR="009F7154" w:rsidRDefault="009F7154"/>
      </w:tc>
      <w:tc>
        <w:tcPr>
          <w:tcW w:w="5669" w:type="dxa"/>
          <w:vMerge/>
          <w:vAlign w:val="center"/>
        </w:tcPr>
        <w:p w:rsidR="009F7154" w:rsidRDefault="009F7154"/>
      </w:tc>
      <w:tc>
        <w:tcPr>
          <w:tcW w:w="1361" w:type="dxa"/>
          <w:shd w:val="clear" w:color="auto" w:fill="F2F2F2"/>
          <w:vAlign w:val="center"/>
        </w:tcPr>
        <w:p w:rsidR="009F7154" w:rsidRDefault="00F06D5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9F7154" w:rsidRDefault="00F06D5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9F7154">
      <w:trPr>
        <w:trHeight w:val="283"/>
        <w:jc w:val="center"/>
      </w:trPr>
      <w:tc>
        <w:tcPr>
          <w:tcW w:w="2041" w:type="dxa"/>
          <w:vMerge/>
          <w:vAlign w:val="center"/>
        </w:tcPr>
        <w:p w:rsidR="009F7154" w:rsidRDefault="009F7154"/>
      </w:tc>
      <w:tc>
        <w:tcPr>
          <w:tcW w:w="5669" w:type="dxa"/>
          <w:vMerge w:val="restart"/>
          <w:shd w:val="clear" w:color="auto" w:fill="E7E6E6"/>
          <w:vAlign w:val="center"/>
        </w:tcPr>
        <w:p w:rsidR="009F7154" w:rsidRDefault="00F06D5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توريدات الحلوق الخشبية</w:t>
          </w:r>
        </w:p>
        <w:p w:rsidR="009F7154" w:rsidRDefault="00F06D5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Wooden Frames Delivery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9F7154" w:rsidRDefault="00F06D5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9F7154" w:rsidRDefault="00F06D5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9F7154">
      <w:trPr>
        <w:trHeight w:val="283"/>
        <w:jc w:val="center"/>
      </w:trPr>
      <w:tc>
        <w:tcPr>
          <w:tcW w:w="2041" w:type="dxa"/>
          <w:vMerge/>
          <w:vAlign w:val="center"/>
        </w:tcPr>
        <w:p w:rsidR="009F7154" w:rsidRDefault="009F7154"/>
      </w:tc>
      <w:tc>
        <w:tcPr>
          <w:tcW w:w="5669" w:type="dxa"/>
          <w:vMerge/>
          <w:vAlign w:val="center"/>
        </w:tcPr>
        <w:p w:rsidR="009F7154" w:rsidRDefault="009F7154"/>
      </w:tc>
      <w:tc>
        <w:tcPr>
          <w:tcW w:w="1361" w:type="dxa"/>
          <w:shd w:val="clear" w:color="auto" w:fill="F2F2F2"/>
          <w:vAlign w:val="center"/>
        </w:tcPr>
        <w:p w:rsidR="009F7154" w:rsidRDefault="00F06D5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9F7154" w:rsidRDefault="00F06D5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9F7154" w:rsidRDefault="009F7154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6618877">
    <w:abstractNumId w:val="8"/>
  </w:num>
  <w:num w:numId="2" w16cid:durableId="988286321">
    <w:abstractNumId w:val="6"/>
  </w:num>
  <w:num w:numId="3" w16cid:durableId="1363481217">
    <w:abstractNumId w:val="5"/>
  </w:num>
  <w:num w:numId="4" w16cid:durableId="1449934241">
    <w:abstractNumId w:val="4"/>
  </w:num>
  <w:num w:numId="5" w16cid:durableId="427775414">
    <w:abstractNumId w:val="7"/>
  </w:num>
  <w:num w:numId="6" w16cid:durableId="896669595">
    <w:abstractNumId w:val="3"/>
  </w:num>
  <w:num w:numId="7" w16cid:durableId="658386916">
    <w:abstractNumId w:val="2"/>
  </w:num>
  <w:num w:numId="8" w16cid:durableId="1776167200">
    <w:abstractNumId w:val="1"/>
  </w:num>
  <w:num w:numId="9" w16cid:durableId="1167133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7E01B7"/>
    <w:rsid w:val="009F7154"/>
    <w:rsid w:val="00AA1D8D"/>
    <w:rsid w:val="00B47730"/>
    <w:rsid w:val="00CB0664"/>
    <w:rsid w:val="00F06D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709DF03-0F47-46E4-9131-91096A3A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ACE_QC-ARC-002_Wooden_Frames_Delivery_20261009_v4.dotx</Template>
  <TotalTime>0</TotalTime>
  <Pages>1</Pages>
  <Words>549</Words>
  <Characters>3133</Characters>
  <Application>Microsoft Office Word</Application>
  <DocSecurity>0</DocSecurity>
  <Lines>26</Lines>
  <Paragraphs>7</Paragraphs>
  <ScaleCrop>false</ScaleCrop>
  <Manager>Ahmed Fathy</Manager>
  <Company>Arab Creators for Engineering Consultancy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ACE-QC-ARC-002 Wooden Frames Delivery Inspection</dc:title>
  <dc:subject>فحص واستلام توريدات الحلوق الخشبية</dc:subject>
  <dc:creator>Ahmed Fathy</dc:creator>
  <cp:keywords>QC; ITP; Inspection</cp:keywords>
  <dc:description/>
  <cp:lastModifiedBy>Ahmed Fathy</cp:lastModifiedBy>
  <cp:revision>2</cp:revision>
  <dcterms:created xsi:type="dcterms:W3CDTF">2026-11-03T20:09:00Z</dcterms:created>
  <dcterms:modified xsi:type="dcterms:W3CDTF">2026-11-03T20:09:00Z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