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37FCD" w14:textId="77777777" w:rsidR="00E050A2" w:rsidRDefault="00E050A2">
      <w:pPr>
        <w:bidi/>
        <w:spacing w:after="80"/>
      </w:pPr>
    </w:p>
    <w:p w14:paraId="4DFAB829" w14:textId="77777777" w:rsidR="00E050A2" w:rsidRDefault="00E050A2">
      <w:pPr>
        <w:bidi/>
        <w:spacing w:after="80"/>
      </w:pPr>
    </w:p>
    <w:p w14:paraId="2677CAD2" w14:textId="77777777" w:rsidR="00E050A2" w:rsidRDefault="00E050A2">
      <w:pPr>
        <w:bidi/>
        <w:spacing w:after="80"/>
      </w:pPr>
    </w:p>
    <w:p w14:paraId="5CACB088" w14:textId="77777777" w:rsidR="00E050A2" w:rsidRDefault="004F2FC6">
      <w:pPr>
        <w:keepNext/>
        <w:bidi/>
        <w:spacing w:after="120"/>
        <w:jc w:val="center"/>
      </w:pPr>
      <w:r>
        <w:rPr>
          <w:b/>
          <w:bCs/>
          <w:color w:val="052976"/>
          <w:sz w:val="40"/>
          <w:szCs w:val="40"/>
          <w:rtl/>
        </w:rPr>
        <w:t>خطة جودة المشروع</w:t>
      </w:r>
    </w:p>
    <w:p w14:paraId="67FD2DDE" w14:textId="77777777" w:rsidR="00E050A2" w:rsidRDefault="004F2FC6">
      <w:pPr>
        <w:bidi/>
        <w:spacing w:after="80"/>
        <w:jc w:val="center"/>
      </w:pPr>
      <w:r>
        <w:rPr>
          <w:b/>
          <w:bCs/>
          <w:color w:val="2633FF"/>
          <w:sz w:val="32"/>
          <w:szCs w:val="32"/>
          <w:rtl/>
        </w:rPr>
        <w:t>Project Quality Plan (PQP)</w:t>
      </w:r>
    </w:p>
    <w:p w14:paraId="76D57D07" w14:textId="77777777" w:rsidR="00E050A2" w:rsidRDefault="004F2FC6">
      <w:pPr>
        <w:bidi/>
        <w:spacing w:after="80"/>
        <w:jc w:val="center"/>
      </w:pPr>
      <w:r>
        <w:rPr>
          <w:sz w:val="24"/>
          <w:szCs w:val="24"/>
          <w:rtl/>
        </w:rPr>
        <w:t>نموذج قياسي لمشروعات المباني الخاضعة لإشراف المبدعون العرب للاستشارات الهندسية</w:t>
      </w:r>
    </w:p>
    <w:p w14:paraId="772A7E82" w14:textId="77777777" w:rsidR="00E050A2" w:rsidRDefault="00E050A2">
      <w:pPr>
        <w:bidi/>
        <w:spacing w:after="80"/>
      </w:pPr>
    </w:p>
    <w:tbl>
      <w:tblPr>
        <w:tblStyle w:val="TableGrid"/>
        <w:bidiVisual/>
        <w:tblW w:w="0" w:type="auto"/>
        <w:jc w:val="center"/>
        <w:tblLayout w:type="fixed"/>
        <w:tblLook w:val="04A0" w:firstRow="1" w:lastRow="0" w:firstColumn="1" w:lastColumn="0" w:noHBand="0" w:noVBand="1"/>
      </w:tblPr>
      <w:tblGrid>
        <w:gridCol w:w="3118"/>
        <w:gridCol w:w="6973"/>
      </w:tblGrid>
      <w:tr w:rsidR="00E050A2" w14:paraId="584F47EC" w14:textId="77777777">
        <w:trPr>
          <w:cantSplit/>
          <w:trHeight w:val="340"/>
          <w:jc w:val="center"/>
        </w:trPr>
        <w:tc>
          <w:tcPr>
            <w:tcW w:w="3118" w:type="dxa"/>
            <w:shd w:val="clear" w:color="auto" w:fill="EEF1FA"/>
            <w:vAlign w:val="center"/>
          </w:tcPr>
          <w:p w14:paraId="344442EE" w14:textId="77777777" w:rsidR="00E050A2" w:rsidRDefault="004F2FC6">
            <w:pPr>
              <w:bidi/>
              <w:spacing w:before="30" w:after="30"/>
            </w:pPr>
            <w:r>
              <w:rPr>
                <w:b/>
                <w:sz w:val="20"/>
                <w:szCs w:val="20"/>
                <w:rtl/>
              </w:rPr>
              <w:t>اسم المشروع</w:t>
            </w:r>
          </w:p>
        </w:tc>
        <w:tc>
          <w:tcPr>
            <w:tcW w:w="6973" w:type="dxa"/>
            <w:vAlign w:val="center"/>
          </w:tcPr>
          <w:p w14:paraId="39C8681F" w14:textId="77777777" w:rsidR="00E050A2" w:rsidRDefault="004F2FC6">
            <w:pPr>
              <w:bidi/>
              <w:spacing w:before="30" w:after="30"/>
            </w:pPr>
            <w:r>
              <w:rPr>
                <w:sz w:val="20"/>
                <w:szCs w:val="20"/>
                <w:rtl/>
              </w:rPr>
              <w:t>[اسم المشروع]</w:t>
            </w:r>
          </w:p>
        </w:tc>
      </w:tr>
      <w:tr w:rsidR="00E050A2" w14:paraId="75FB6156" w14:textId="77777777">
        <w:trPr>
          <w:cantSplit/>
          <w:trHeight w:val="340"/>
          <w:jc w:val="center"/>
        </w:trPr>
        <w:tc>
          <w:tcPr>
            <w:tcW w:w="3118" w:type="dxa"/>
            <w:shd w:val="clear" w:color="auto" w:fill="EEF1FA"/>
            <w:vAlign w:val="center"/>
          </w:tcPr>
          <w:p w14:paraId="748720B1" w14:textId="77777777" w:rsidR="00E050A2" w:rsidRDefault="004F2FC6">
            <w:pPr>
              <w:bidi/>
              <w:spacing w:before="30" w:after="30"/>
            </w:pPr>
            <w:r>
              <w:rPr>
                <w:b/>
                <w:sz w:val="20"/>
                <w:szCs w:val="20"/>
                <w:rtl/>
              </w:rPr>
              <w:t>المالك</w:t>
            </w:r>
          </w:p>
        </w:tc>
        <w:tc>
          <w:tcPr>
            <w:tcW w:w="6973" w:type="dxa"/>
            <w:vAlign w:val="center"/>
          </w:tcPr>
          <w:p w14:paraId="7EFE1F15" w14:textId="77777777" w:rsidR="00E050A2" w:rsidRDefault="004F2FC6">
            <w:pPr>
              <w:bidi/>
              <w:spacing w:before="30" w:after="30"/>
            </w:pPr>
            <w:r>
              <w:rPr>
                <w:sz w:val="20"/>
                <w:szCs w:val="20"/>
                <w:rtl/>
              </w:rPr>
              <w:t>[اسم المالك]</w:t>
            </w:r>
          </w:p>
        </w:tc>
      </w:tr>
      <w:tr w:rsidR="00E050A2" w14:paraId="1605A53F" w14:textId="77777777">
        <w:trPr>
          <w:cantSplit/>
          <w:trHeight w:val="340"/>
          <w:jc w:val="center"/>
        </w:trPr>
        <w:tc>
          <w:tcPr>
            <w:tcW w:w="3118" w:type="dxa"/>
            <w:shd w:val="clear" w:color="auto" w:fill="EEF1FA"/>
            <w:vAlign w:val="center"/>
          </w:tcPr>
          <w:p w14:paraId="47D2120F" w14:textId="77777777" w:rsidR="00E050A2" w:rsidRDefault="004F2FC6">
            <w:pPr>
              <w:bidi/>
              <w:spacing w:before="30" w:after="30"/>
            </w:pPr>
            <w:r>
              <w:rPr>
                <w:b/>
                <w:sz w:val="20"/>
                <w:szCs w:val="20"/>
                <w:rtl/>
              </w:rPr>
              <w:t>المقاول الرئيسي</w:t>
            </w:r>
          </w:p>
        </w:tc>
        <w:tc>
          <w:tcPr>
            <w:tcW w:w="6973" w:type="dxa"/>
            <w:vAlign w:val="center"/>
          </w:tcPr>
          <w:p w14:paraId="610B9FFD" w14:textId="77777777" w:rsidR="00E050A2" w:rsidRDefault="004F2FC6">
            <w:pPr>
              <w:bidi/>
              <w:spacing w:before="30" w:after="30"/>
            </w:pPr>
            <w:r>
              <w:rPr>
                <w:sz w:val="20"/>
                <w:szCs w:val="20"/>
                <w:rtl/>
              </w:rPr>
              <w:t>[اسم المقاول]</w:t>
            </w:r>
          </w:p>
        </w:tc>
      </w:tr>
      <w:tr w:rsidR="00E050A2" w14:paraId="64225FE0" w14:textId="77777777">
        <w:trPr>
          <w:cantSplit/>
          <w:trHeight w:val="340"/>
          <w:jc w:val="center"/>
        </w:trPr>
        <w:tc>
          <w:tcPr>
            <w:tcW w:w="3118" w:type="dxa"/>
            <w:shd w:val="clear" w:color="auto" w:fill="EEF1FA"/>
            <w:vAlign w:val="center"/>
          </w:tcPr>
          <w:p w14:paraId="71A130C9" w14:textId="77777777" w:rsidR="00E050A2" w:rsidRDefault="004F2FC6">
            <w:pPr>
              <w:bidi/>
              <w:spacing w:before="30" w:after="30"/>
            </w:pPr>
            <w:r>
              <w:rPr>
                <w:b/>
                <w:sz w:val="20"/>
                <w:szCs w:val="20"/>
                <w:rtl/>
              </w:rPr>
              <w:t>الاستشاري المشرف</w:t>
            </w:r>
          </w:p>
        </w:tc>
        <w:tc>
          <w:tcPr>
            <w:tcW w:w="6973" w:type="dxa"/>
            <w:vAlign w:val="center"/>
          </w:tcPr>
          <w:p w14:paraId="4FD97320" w14:textId="77777777" w:rsidR="00E050A2" w:rsidRDefault="004F2FC6">
            <w:pPr>
              <w:bidi/>
              <w:spacing w:before="30" w:after="30"/>
            </w:pPr>
            <w:r>
              <w:rPr>
                <w:sz w:val="20"/>
                <w:szCs w:val="20"/>
                <w:rtl/>
              </w:rPr>
              <w:t>المبدعون العرب للاستشارات الهندسية (ACE)</w:t>
            </w:r>
          </w:p>
        </w:tc>
      </w:tr>
      <w:tr w:rsidR="00E050A2" w14:paraId="7F96AFDB" w14:textId="77777777">
        <w:trPr>
          <w:cantSplit/>
          <w:trHeight w:val="340"/>
          <w:jc w:val="center"/>
        </w:trPr>
        <w:tc>
          <w:tcPr>
            <w:tcW w:w="3118" w:type="dxa"/>
            <w:shd w:val="clear" w:color="auto" w:fill="EEF1FA"/>
            <w:vAlign w:val="center"/>
          </w:tcPr>
          <w:p w14:paraId="15C4F8A2" w14:textId="77777777" w:rsidR="00E050A2" w:rsidRDefault="004F2FC6">
            <w:pPr>
              <w:bidi/>
              <w:spacing w:before="30" w:after="30"/>
            </w:pPr>
            <w:r>
              <w:rPr>
                <w:b/>
                <w:sz w:val="20"/>
                <w:szCs w:val="20"/>
                <w:rtl/>
              </w:rPr>
              <w:t>رقم الوثيقة</w:t>
            </w:r>
          </w:p>
        </w:tc>
        <w:tc>
          <w:tcPr>
            <w:tcW w:w="6973" w:type="dxa"/>
            <w:vAlign w:val="center"/>
          </w:tcPr>
          <w:p w14:paraId="408313AD" w14:textId="77777777" w:rsidR="00E050A2" w:rsidRDefault="004F2FC6">
            <w:pPr>
              <w:bidi/>
              <w:spacing w:before="30" w:after="30"/>
            </w:pPr>
            <w:r>
              <w:rPr>
                <w:sz w:val="20"/>
                <w:szCs w:val="20"/>
                <w:rtl/>
              </w:rPr>
              <w:t>[PRJ]-ACE-QA-PQP-001</w:t>
            </w:r>
          </w:p>
        </w:tc>
      </w:tr>
      <w:tr w:rsidR="00E050A2" w14:paraId="538815CA" w14:textId="77777777">
        <w:trPr>
          <w:cantSplit/>
          <w:trHeight w:val="340"/>
          <w:jc w:val="center"/>
        </w:trPr>
        <w:tc>
          <w:tcPr>
            <w:tcW w:w="3118" w:type="dxa"/>
            <w:shd w:val="clear" w:color="auto" w:fill="EEF1FA"/>
            <w:vAlign w:val="center"/>
          </w:tcPr>
          <w:p w14:paraId="52E566DC" w14:textId="77777777" w:rsidR="00E050A2" w:rsidRDefault="004F2FC6">
            <w:pPr>
              <w:bidi/>
              <w:spacing w:before="30" w:after="30"/>
            </w:pPr>
            <w:r>
              <w:rPr>
                <w:b/>
                <w:sz w:val="20"/>
                <w:szCs w:val="20"/>
                <w:rtl/>
              </w:rPr>
              <w:t>رقم الإصدار</w:t>
            </w:r>
          </w:p>
        </w:tc>
        <w:tc>
          <w:tcPr>
            <w:tcW w:w="6973" w:type="dxa"/>
            <w:vAlign w:val="center"/>
          </w:tcPr>
          <w:p w14:paraId="45A7DAF7" w14:textId="77777777" w:rsidR="00E050A2" w:rsidRDefault="004F2FC6">
            <w:pPr>
              <w:bidi/>
              <w:spacing w:before="30" w:after="30"/>
            </w:pPr>
            <w:r>
              <w:rPr>
                <w:sz w:val="20"/>
                <w:szCs w:val="20"/>
                <w:rtl/>
              </w:rPr>
              <w:t>00</w:t>
            </w:r>
          </w:p>
        </w:tc>
      </w:tr>
      <w:tr w:rsidR="00E050A2" w14:paraId="03139A49" w14:textId="77777777">
        <w:trPr>
          <w:cantSplit/>
          <w:trHeight w:val="340"/>
          <w:jc w:val="center"/>
        </w:trPr>
        <w:tc>
          <w:tcPr>
            <w:tcW w:w="3118" w:type="dxa"/>
            <w:shd w:val="clear" w:color="auto" w:fill="EEF1FA"/>
            <w:vAlign w:val="center"/>
          </w:tcPr>
          <w:p w14:paraId="26B8BAFB" w14:textId="77777777" w:rsidR="00E050A2" w:rsidRDefault="004F2FC6">
            <w:pPr>
              <w:bidi/>
              <w:spacing w:before="30" w:after="30"/>
            </w:pPr>
            <w:r>
              <w:rPr>
                <w:b/>
                <w:sz w:val="20"/>
                <w:szCs w:val="20"/>
                <w:rtl/>
              </w:rPr>
              <w:t>تاريخ الإصدار</w:t>
            </w:r>
          </w:p>
        </w:tc>
        <w:tc>
          <w:tcPr>
            <w:tcW w:w="6973" w:type="dxa"/>
            <w:vAlign w:val="center"/>
          </w:tcPr>
          <w:p w14:paraId="17E9E56F" w14:textId="77777777" w:rsidR="00E050A2" w:rsidRDefault="004F2FC6">
            <w:pPr>
              <w:bidi/>
              <w:spacing w:before="30" w:after="30"/>
            </w:pPr>
            <w:r>
              <w:rPr>
                <w:sz w:val="20"/>
                <w:szCs w:val="20"/>
                <w:rtl/>
              </w:rPr>
              <w:t>[YYYY-MM-DD]</w:t>
            </w:r>
          </w:p>
        </w:tc>
      </w:tr>
      <w:tr w:rsidR="00E050A2" w14:paraId="37579154" w14:textId="77777777">
        <w:trPr>
          <w:cantSplit/>
          <w:trHeight w:val="340"/>
          <w:jc w:val="center"/>
        </w:trPr>
        <w:tc>
          <w:tcPr>
            <w:tcW w:w="3118" w:type="dxa"/>
            <w:shd w:val="clear" w:color="auto" w:fill="EEF1FA"/>
            <w:vAlign w:val="center"/>
          </w:tcPr>
          <w:p w14:paraId="22129686" w14:textId="77777777" w:rsidR="00E050A2" w:rsidRDefault="004F2FC6">
            <w:pPr>
              <w:bidi/>
              <w:spacing w:before="30" w:after="30"/>
            </w:pPr>
            <w:r>
              <w:rPr>
                <w:b/>
                <w:sz w:val="20"/>
                <w:szCs w:val="20"/>
                <w:rtl/>
              </w:rPr>
              <w:t>حالة الوثيقة</w:t>
            </w:r>
          </w:p>
        </w:tc>
        <w:tc>
          <w:tcPr>
            <w:tcW w:w="6973" w:type="dxa"/>
            <w:vAlign w:val="center"/>
          </w:tcPr>
          <w:p w14:paraId="3E254868" w14:textId="77777777" w:rsidR="00E050A2" w:rsidRDefault="004F2FC6">
            <w:pPr>
              <w:bidi/>
              <w:spacing w:before="30" w:after="30"/>
            </w:pPr>
            <w:r>
              <w:rPr>
                <w:sz w:val="20"/>
                <w:szCs w:val="20"/>
                <w:rtl/>
              </w:rPr>
              <w:t>IFR مقدمة للمراجعة / IFA مقدمة للاعتماد / IFU معتمدة للاستخدام</w:t>
            </w:r>
          </w:p>
        </w:tc>
      </w:tr>
    </w:tbl>
    <w:p w14:paraId="356F0B4C" w14:textId="77777777" w:rsidR="00E050A2" w:rsidRDefault="00E050A2">
      <w:pPr>
        <w:bidi/>
        <w:spacing w:after="40"/>
      </w:pPr>
    </w:p>
    <w:p w14:paraId="00113CE7" w14:textId="77777777" w:rsidR="00E050A2" w:rsidRDefault="00E050A2">
      <w:pPr>
        <w:bidi/>
        <w:spacing w:after="80"/>
      </w:pPr>
    </w:p>
    <w:tbl>
      <w:tblPr>
        <w:tblStyle w:val="TableGrid"/>
        <w:bidiVisual/>
        <w:tblW w:w="0" w:type="auto"/>
        <w:jc w:val="center"/>
        <w:tblLayout w:type="fixed"/>
        <w:tblLook w:val="04A0" w:firstRow="1" w:lastRow="0" w:firstColumn="1" w:lastColumn="0" w:noHBand="0" w:noVBand="1"/>
      </w:tblPr>
      <w:tblGrid>
        <w:gridCol w:w="1814"/>
        <w:gridCol w:w="2948"/>
        <w:gridCol w:w="2948"/>
        <w:gridCol w:w="2381"/>
      </w:tblGrid>
      <w:tr w:rsidR="00E050A2" w14:paraId="77543901" w14:textId="77777777">
        <w:trPr>
          <w:cantSplit/>
          <w:trHeight w:val="340"/>
          <w:tblHeader/>
          <w:jc w:val="center"/>
        </w:trPr>
        <w:tc>
          <w:tcPr>
            <w:tcW w:w="1814" w:type="dxa"/>
            <w:shd w:val="clear" w:color="auto" w:fill="052976"/>
            <w:vAlign w:val="center"/>
          </w:tcPr>
          <w:p w14:paraId="305A18AD" w14:textId="77777777" w:rsidR="00E050A2" w:rsidRDefault="004F2FC6">
            <w:pPr>
              <w:bidi/>
              <w:spacing w:before="30" w:after="30"/>
              <w:jc w:val="center"/>
            </w:pPr>
            <w:r>
              <w:rPr>
                <w:b/>
                <w:bCs/>
                <w:color w:val="FFFFFF"/>
                <w:sz w:val="19"/>
                <w:szCs w:val="19"/>
                <w:rtl/>
              </w:rPr>
              <w:t>الإجراء</w:t>
            </w:r>
          </w:p>
        </w:tc>
        <w:tc>
          <w:tcPr>
            <w:tcW w:w="2948" w:type="dxa"/>
            <w:shd w:val="clear" w:color="auto" w:fill="052976"/>
            <w:vAlign w:val="center"/>
          </w:tcPr>
          <w:p w14:paraId="0B716584" w14:textId="77777777" w:rsidR="00E050A2" w:rsidRDefault="004F2FC6">
            <w:pPr>
              <w:bidi/>
              <w:spacing w:before="30" w:after="30"/>
              <w:jc w:val="center"/>
            </w:pPr>
            <w:r>
              <w:rPr>
                <w:b/>
                <w:bCs/>
                <w:color w:val="FFFFFF"/>
                <w:sz w:val="19"/>
                <w:szCs w:val="19"/>
                <w:rtl/>
              </w:rPr>
              <w:t>الاسم والوظيفة</w:t>
            </w:r>
          </w:p>
        </w:tc>
        <w:tc>
          <w:tcPr>
            <w:tcW w:w="2948" w:type="dxa"/>
            <w:shd w:val="clear" w:color="auto" w:fill="052976"/>
            <w:vAlign w:val="center"/>
          </w:tcPr>
          <w:p w14:paraId="185030B4" w14:textId="77777777" w:rsidR="00E050A2" w:rsidRDefault="004F2FC6">
            <w:pPr>
              <w:bidi/>
              <w:spacing w:before="30" w:after="30"/>
              <w:jc w:val="center"/>
            </w:pPr>
            <w:r>
              <w:rPr>
                <w:b/>
                <w:bCs/>
                <w:color w:val="FFFFFF"/>
                <w:sz w:val="19"/>
                <w:szCs w:val="19"/>
                <w:rtl/>
              </w:rPr>
              <w:t>التوقيع</w:t>
            </w:r>
          </w:p>
        </w:tc>
        <w:tc>
          <w:tcPr>
            <w:tcW w:w="2381" w:type="dxa"/>
            <w:shd w:val="clear" w:color="auto" w:fill="052976"/>
            <w:vAlign w:val="center"/>
          </w:tcPr>
          <w:p w14:paraId="57692243" w14:textId="77777777" w:rsidR="00E050A2" w:rsidRDefault="004F2FC6">
            <w:pPr>
              <w:bidi/>
              <w:spacing w:before="30" w:after="30"/>
              <w:jc w:val="center"/>
            </w:pPr>
            <w:r>
              <w:rPr>
                <w:b/>
                <w:bCs/>
                <w:color w:val="FFFFFF"/>
                <w:sz w:val="19"/>
                <w:szCs w:val="19"/>
                <w:rtl/>
              </w:rPr>
              <w:t>التاريخ</w:t>
            </w:r>
          </w:p>
        </w:tc>
      </w:tr>
      <w:tr w:rsidR="00E050A2" w14:paraId="1349FF25" w14:textId="77777777">
        <w:trPr>
          <w:cantSplit/>
          <w:trHeight w:val="340"/>
          <w:jc w:val="center"/>
        </w:trPr>
        <w:tc>
          <w:tcPr>
            <w:tcW w:w="1814" w:type="dxa"/>
            <w:shd w:val="clear" w:color="auto" w:fill="EEF1FA"/>
            <w:vAlign w:val="center"/>
          </w:tcPr>
          <w:p w14:paraId="751BE54E" w14:textId="77777777" w:rsidR="00E050A2" w:rsidRDefault="004F2FC6">
            <w:pPr>
              <w:bidi/>
              <w:spacing w:before="30" w:after="30"/>
            </w:pPr>
            <w:r>
              <w:rPr>
                <w:sz w:val="20"/>
                <w:szCs w:val="20"/>
                <w:rtl/>
              </w:rPr>
              <w:t>إعداد</w:t>
            </w:r>
          </w:p>
        </w:tc>
        <w:tc>
          <w:tcPr>
            <w:tcW w:w="2948" w:type="dxa"/>
            <w:vAlign w:val="center"/>
          </w:tcPr>
          <w:p w14:paraId="4A38CA9C" w14:textId="77777777" w:rsidR="00E050A2" w:rsidRDefault="004F2FC6">
            <w:pPr>
              <w:bidi/>
              <w:spacing w:before="30" w:after="30"/>
            </w:pPr>
            <w:r>
              <w:rPr>
                <w:sz w:val="20"/>
                <w:szCs w:val="20"/>
                <w:rtl/>
              </w:rPr>
              <w:t>[مدير الجودة بالموقع]</w:t>
            </w:r>
          </w:p>
        </w:tc>
        <w:tc>
          <w:tcPr>
            <w:tcW w:w="2948" w:type="dxa"/>
            <w:vAlign w:val="center"/>
          </w:tcPr>
          <w:p w14:paraId="7FC1A473" w14:textId="77777777" w:rsidR="00E050A2" w:rsidRDefault="00E050A2">
            <w:pPr>
              <w:bidi/>
              <w:spacing w:before="30" w:after="30"/>
            </w:pPr>
          </w:p>
        </w:tc>
        <w:tc>
          <w:tcPr>
            <w:tcW w:w="2381" w:type="dxa"/>
            <w:vAlign w:val="center"/>
          </w:tcPr>
          <w:p w14:paraId="42CED18E" w14:textId="77777777" w:rsidR="00E050A2" w:rsidRDefault="00E050A2">
            <w:pPr>
              <w:bidi/>
              <w:spacing w:before="30" w:after="30"/>
            </w:pPr>
          </w:p>
        </w:tc>
      </w:tr>
      <w:tr w:rsidR="00E050A2" w14:paraId="651C0B13" w14:textId="77777777">
        <w:trPr>
          <w:cantSplit/>
          <w:trHeight w:val="340"/>
          <w:jc w:val="center"/>
        </w:trPr>
        <w:tc>
          <w:tcPr>
            <w:tcW w:w="1814" w:type="dxa"/>
            <w:shd w:val="clear" w:color="auto" w:fill="EEF1FA"/>
            <w:vAlign w:val="center"/>
          </w:tcPr>
          <w:p w14:paraId="18CDD7A8" w14:textId="77777777" w:rsidR="00E050A2" w:rsidRDefault="004F2FC6">
            <w:pPr>
              <w:bidi/>
              <w:spacing w:before="30" w:after="30"/>
            </w:pPr>
            <w:r>
              <w:rPr>
                <w:sz w:val="20"/>
                <w:szCs w:val="20"/>
                <w:rtl/>
              </w:rPr>
              <w:t>مراجعة</w:t>
            </w:r>
          </w:p>
        </w:tc>
        <w:tc>
          <w:tcPr>
            <w:tcW w:w="2948" w:type="dxa"/>
            <w:vAlign w:val="center"/>
          </w:tcPr>
          <w:p w14:paraId="2BD6F7C3" w14:textId="77777777" w:rsidR="00E050A2" w:rsidRDefault="004F2FC6">
            <w:pPr>
              <w:bidi/>
              <w:spacing w:before="30" w:after="30"/>
            </w:pPr>
            <w:r>
              <w:rPr>
                <w:sz w:val="20"/>
                <w:szCs w:val="20"/>
                <w:rtl/>
              </w:rPr>
              <w:t>[المهندس المقيم]</w:t>
            </w:r>
          </w:p>
        </w:tc>
        <w:tc>
          <w:tcPr>
            <w:tcW w:w="2948" w:type="dxa"/>
            <w:vAlign w:val="center"/>
          </w:tcPr>
          <w:p w14:paraId="70EBC25D" w14:textId="77777777" w:rsidR="00E050A2" w:rsidRDefault="00E050A2">
            <w:pPr>
              <w:bidi/>
              <w:spacing w:before="30" w:after="30"/>
            </w:pPr>
          </w:p>
        </w:tc>
        <w:tc>
          <w:tcPr>
            <w:tcW w:w="2381" w:type="dxa"/>
            <w:vAlign w:val="center"/>
          </w:tcPr>
          <w:p w14:paraId="1F8C516A" w14:textId="77777777" w:rsidR="00E050A2" w:rsidRDefault="00E050A2">
            <w:pPr>
              <w:bidi/>
              <w:spacing w:before="30" w:after="30"/>
            </w:pPr>
          </w:p>
        </w:tc>
      </w:tr>
      <w:tr w:rsidR="00E050A2" w14:paraId="072E6C17" w14:textId="77777777">
        <w:trPr>
          <w:cantSplit/>
          <w:trHeight w:val="340"/>
          <w:jc w:val="center"/>
        </w:trPr>
        <w:tc>
          <w:tcPr>
            <w:tcW w:w="1814" w:type="dxa"/>
            <w:shd w:val="clear" w:color="auto" w:fill="EEF1FA"/>
            <w:vAlign w:val="center"/>
          </w:tcPr>
          <w:p w14:paraId="7FE1C13F" w14:textId="77777777" w:rsidR="00E050A2" w:rsidRDefault="004F2FC6">
            <w:pPr>
              <w:bidi/>
              <w:spacing w:before="30" w:after="30"/>
            </w:pPr>
            <w:r>
              <w:rPr>
                <w:sz w:val="20"/>
                <w:szCs w:val="20"/>
                <w:rtl/>
              </w:rPr>
              <w:t>اعتماد</w:t>
            </w:r>
          </w:p>
        </w:tc>
        <w:tc>
          <w:tcPr>
            <w:tcW w:w="2948" w:type="dxa"/>
            <w:vAlign w:val="center"/>
          </w:tcPr>
          <w:p w14:paraId="12BF9CEE" w14:textId="77777777" w:rsidR="00E050A2" w:rsidRDefault="004F2FC6">
            <w:pPr>
              <w:bidi/>
              <w:spacing w:before="30" w:after="30"/>
            </w:pPr>
            <w:r>
              <w:rPr>
                <w:sz w:val="20"/>
                <w:szCs w:val="20"/>
                <w:rtl/>
              </w:rPr>
              <w:t>م/ أحمد فتحي، مدير المشاريع</w:t>
            </w:r>
          </w:p>
        </w:tc>
        <w:tc>
          <w:tcPr>
            <w:tcW w:w="2948" w:type="dxa"/>
            <w:vAlign w:val="center"/>
          </w:tcPr>
          <w:p w14:paraId="5BF4007F" w14:textId="77777777" w:rsidR="00E050A2" w:rsidRDefault="00E050A2">
            <w:pPr>
              <w:bidi/>
              <w:spacing w:before="30" w:after="30"/>
            </w:pPr>
          </w:p>
        </w:tc>
        <w:tc>
          <w:tcPr>
            <w:tcW w:w="2381" w:type="dxa"/>
            <w:vAlign w:val="center"/>
          </w:tcPr>
          <w:p w14:paraId="3AC3DE28" w14:textId="77777777" w:rsidR="00E050A2" w:rsidRDefault="00E050A2">
            <w:pPr>
              <w:bidi/>
              <w:spacing w:before="30" w:after="30"/>
            </w:pPr>
          </w:p>
        </w:tc>
      </w:tr>
    </w:tbl>
    <w:p w14:paraId="1AF573BE" w14:textId="77777777" w:rsidR="00E050A2" w:rsidRDefault="004F2FC6">
      <w:r>
        <w:br w:type="page"/>
      </w:r>
    </w:p>
    <w:p w14:paraId="5565FB24" w14:textId="77777777" w:rsidR="00E050A2" w:rsidRDefault="004F2FC6">
      <w:pPr>
        <w:keepNext/>
        <w:pBdr>
          <w:bottom w:val="single" w:sz="8" w:space="1" w:color="2633FF"/>
        </w:pBdr>
        <w:bidi/>
        <w:spacing w:before="200" w:after="120"/>
        <w:outlineLvl w:val="0"/>
      </w:pPr>
      <w:r>
        <w:rPr>
          <w:b/>
          <w:bCs/>
          <w:color w:val="052976"/>
          <w:sz w:val="30"/>
          <w:szCs w:val="30"/>
          <w:rtl/>
        </w:rPr>
        <w:lastRenderedPageBreak/>
        <w:t>سجل الإصدارات</w:t>
      </w:r>
    </w:p>
    <w:tbl>
      <w:tblPr>
        <w:tblStyle w:val="TableGrid"/>
        <w:bidiVisual/>
        <w:tblW w:w="0" w:type="auto"/>
        <w:jc w:val="center"/>
        <w:tblLayout w:type="fixed"/>
        <w:tblLook w:val="04A0" w:firstRow="1" w:lastRow="0" w:firstColumn="1" w:lastColumn="0" w:noHBand="0" w:noVBand="1"/>
      </w:tblPr>
      <w:tblGrid>
        <w:gridCol w:w="1134"/>
        <w:gridCol w:w="1587"/>
        <w:gridCol w:w="4082"/>
        <w:gridCol w:w="1644"/>
        <w:gridCol w:w="1644"/>
      </w:tblGrid>
      <w:tr w:rsidR="00E050A2" w14:paraId="64645F80" w14:textId="77777777">
        <w:trPr>
          <w:cantSplit/>
          <w:trHeight w:val="340"/>
          <w:tblHeader/>
          <w:jc w:val="center"/>
        </w:trPr>
        <w:tc>
          <w:tcPr>
            <w:tcW w:w="1134" w:type="dxa"/>
            <w:shd w:val="clear" w:color="auto" w:fill="052976"/>
            <w:vAlign w:val="center"/>
          </w:tcPr>
          <w:p w14:paraId="446079FB" w14:textId="77777777" w:rsidR="00E050A2" w:rsidRDefault="004F2FC6">
            <w:pPr>
              <w:bidi/>
              <w:spacing w:before="30" w:after="30"/>
              <w:jc w:val="center"/>
            </w:pPr>
            <w:r>
              <w:rPr>
                <w:b/>
                <w:bCs/>
                <w:color w:val="FFFFFF"/>
                <w:sz w:val="19"/>
                <w:szCs w:val="19"/>
                <w:rtl/>
              </w:rPr>
              <w:t>الإصدار</w:t>
            </w:r>
          </w:p>
        </w:tc>
        <w:tc>
          <w:tcPr>
            <w:tcW w:w="1587" w:type="dxa"/>
            <w:shd w:val="clear" w:color="auto" w:fill="052976"/>
            <w:vAlign w:val="center"/>
          </w:tcPr>
          <w:p w14:paraId="44346D39" w14:textId="77777777" w:rsidR="00E050A2" w:rsidRDefault="004F2FC6">
            <w:pPr>
              <w:bidi/>
              <w:spacing w:before="30" w:after="30"/>
              <w:jc w:val="center"/>
            </w:pPr>
            <w:r>
              <w:rPr>
                <w:b/>
                <w:bCs/>
                <w:color w:val="FFFFFF"/>
                <w:sz w:val="19"/>
                <w:szCs w:val="19"/>
                <w:rtl/>
              </w:rPr>
              <w:t>التاريخ</w:t>
            </w:r>
          </w:p>
        </w:tc>
        <w:tc>
          <w:tcPr>
            <w:tcW w:w="4082" w:type="dxa"/>
            <w:shd w:val="clear" w:color="auto" w:fill="052976"/>
            <w:vAlign w:val="center"/>
          </w:tcPr>
          <w:p w14:paraId="2A4EF1C9" w14:textId="77777777" w:rsidR="00E050A2" w:rsidRDefault="004F2FC6">
            <w:pPr>
              <w:bidi/>
              <w:spacing w:before="30" w:after="30"/>
              <w:jc w:val="center"/>
            </w:pPr>
            <w:r>
              <w:rPr>
                <w:b/>
                <w:bCs/>
                <w:color w:val="FFFFFF"/>
                <w:sz w:val="19"/>
                <w:szCs w:val="19"/>
                <w:rtl/>
              </w:rPr>
              <w:t>وصف التعديل</w:t>
            </w:r>
          </w:p>
        </w:tc>
        <w:tc>
          <w:tcPr>
            <w:tcW w:w="1644" w:type="dxa"/>
            <w:shd w:val="clear" w:color="auto" w:fill="052976"/>
            <w:vAlign w:val="center"/>
          </w:tcPr>
          <w:p w14:paraId="319E69D6" w14:textId="77777777" w:rsidR="00E050A2" w:rsidRDefault="004F2FC6">
            <w:pPr>
              <w:bidi/>
              <w:spacing w:before="30" w:after="30"/>
              <w:jc w:val="center"/>
            </w:pPr>
            <w:r>
              <w:rPr>
                <w:b/>
                <w:bCs/>
                <w:color w:val="FFFFFF"/>
                <w:sz w:val="19"/>
                <w:szCs w:val="19"/>
                <w:rtl/>
              </w:rPr>
              <w:t>أعده</w:t>
            </w:r>
          </w:p>
        </w:tc>
        <w:tc>
          <w:tcPr>
            <w:tcW w:w="1644" w:type="dxa"/>
            <w:shd w:val="clear" w:color="auto" w:fill="052976"/>
            <w:vAlign w:val="center"/>
          </w:tcPr>
          <w:p w14:paraId="254F0AF7" w14:textId="77777777" w:rsidR="00E050A2" w:rsidRDefault="004F2FC6">
            <w:pPr>
              <w:bidi/>
              <w:spacing w:before="30" w:after="30"/>
              <w:jc w:val="center"/>
            </w:pPr>
            <w:r>
              <w:rPr>
                <w:b/>
                <w:bCs/>
                <w:color w:val="FFFFFF"/>
                <w:sz w:val="19"/>
                <w:szCs w:val="19"/>
                <w:rtl/>
              </w:rPr>
              <w:t>اعتمده</w:t>
            </w:r>
          </w:p>
        </w:tc>
      </w:tr>
      <w:tr w:rsidR="00E050A2" w14:paraId="7CBF2B98" w14:textId="77777777">
        <w:trPr>
          <w:cantSplit/>
          <w:trHeight w:val="340"/>
          <w:jc w:val="center"/>
        </w:trPr>
        <w:tc>
          <w:tcPr>
            <w:tcW w:w="1134" w:type="dxa"/>
            <w:vAlign w:val="center"/>
          </w:tcPr>
          <w:p w14:paraId="79B08D0F" w14:textId="77777777" w:rsidR="00E050A2" w:rsidRDefault="004F2FC6">
            <w:pPr>
              <w:bidi/>
              <w:spacing w:before="30" w:after="30"/>
              <w:jc w:val="center"/>
            </w:pPr>
            <w:r>
              <w:rPr>
                <w:sz w:val="18"/>
                <w:szCs w:val="18"/>
                <w:rtl/>
              </w:rPr>
              <w:t>00</w:t>
            </w:r>
          </w:p>
        </w:tc>
        <w:tc>
          <w:tcPr>
            <w:tcW w:w="1587" w:type="dxa"/>
            <w:vAlign w:val="center"/>
          </w:tcPr>
          <w:p w14:paraId="0520774F" w14:textId="77777777" w:rsidR="00E050A2" w:rsidRDefault="004F2FC6">
            <w:pPr>
              <w:bidi/>
              <w:spacing w:before="30" w:after="30"/>
              <w:jc w:val="center"/>
            </w:pPr>
            <w:r>
              <w:rPr>
                <w:sz w:val="18"/>
                <w:szCs w:val="18"/>
                <w:rtl/>
              </w:rPr>
              <w:t>[YYYY-MM-DD]</w:t>
            </w:r>
          </w:p>
        </w:tc>
        <w:tc>
          <w:tcPr>
            <w:tcW w:w="4082" w:type="dxa"/>
            <w:vAlign w:val="center"/>
          </w:tcPr>
          <w:p w14:paraId="498DB2BE" w14:textId="77777777" w:rsidR="00E050A2" w:rsidRDefault="004F2FC6">
            <w:pPr>
              <w:bidi/>
              <w:spacing w:before="30" w:after="30"/>
            </w:pPr>
            <w:r>
              <w:rPr>
                <w:sz w:val="18"/>
                <w:szCs w:val="18"/>
                <w:rtl/>
              </w:rPr>
              <w:t>إصدار أول للمراجعة</w:t>
            </w:r>
          </w:p>
        </w:tc>
        <w:tc>
          <w:tcPr>
            <w:tcW w:w="1644" w:type="dxa"/>
            <w:vAlign w:val="center"/>
          </w:tcPr>
          <w:p w14:paraId="5C0F00D5" w14:textId="77777777" w:rsidR="00E050A2" w:rsidRDefault="00E050A2">
            <w:pPr>
              <w:bidi/>
              <w:spacing w:before="30" w:after="30"/>
            </w:pPr>
          </w:p>
        </w:tc>
        <w:tc>
          <w:tcPr>
            <w:tcW w:w="1644" w:type="dxa"/>
            <w:vAlign w:val="center"/>
          </w:tcPr>
          <w:p w14:paraId="469FD51A" w14:textId="77777777" w:rsidR="00E050A2" w:rsidRDefault="00E050A2">
            <w:pPr>
              <w:bidi/>
              <w:spacing w:before="30" w:after="30"/>
            </w:pPr>
          </w:p>
        </w:tc>
      </w:tr>
      <w:tr w:rsidR="00E050A2" w14:paraId="3683AE11" w14:textId="77777777">
        <w:trPr>
          <w:cantSplit/>
          <w:trHeight w:val="340"/>
          <w:jc w:val="center"/>
        </w:trPr>
        <w:tc>
          <w:tcPr>
            <w:tcW w:w="1134" w:type="dxa"/>
            <w:shd w:val="clear" w:color="auto" w:fill="EEF1FA"/>
            <w:vAlign w:val="center"/>
          </w:tcPr>
          <w:p w14:paraId="4CF86EAA" w14:textId="77777777" w:rsidR="00E050A2" w:rsidRDefault="004F2FC6">
            <w:pPr>
              <w:bidi/>
              <w:spacing w:before="30" w:after="30"/>
              <w:jc w:val="center"/>
            </w:pPr>
            <w:r>
              <w:rPr>
                <w:sz w:val="18"/>
                <w:szCs w:val="18"/>
                <w:rtl/>
              </w:rPr>
              <w:t>01</w:t>
            </w:r>
          </w:p>
        </w:tc>
        <w:tc>
          <w:tcPr>
            <w:tcW w:w="1587" w:type="dxa"/>
            <w:shd w:val="clear" w:color="auto" w:fill="EEF1FA"/>
            <w:vAlign w:val="center"/>
          </w:tcPr>
          <w:p w14:paraId="71BA40C1" w14:textId="77777777" w:rsidR="00E050A2" w:rsidRDefault="00E050A2">
            <w:pPr>
              <w:bidi/>
              <w:spacing w:before="30" w:after="30"/>
              <w:jc w:val="center"/>
            </w:pPr>
          </w:p>
        </w:tc>
        <w:tc>
          <w:tcPr>
            <w:tcW w:w="4082" w:type="dxa"/>
            <w:shd w:val="clear" w:color="auto" w:fill="EEF1FA"/>
            <w:vAlign w:val="center"/>
          </w:tcPr>
          <w:p w14:paraId="11531384" w14:textId="77777777" w:rsidR="00E050A2" w:rsidRDefault="00E050A2">
            <w:pPr>
              <w:bidi/>
              <w:spacing w:before="30" w:after="30"/>
            </w:pPr>
          </w:p>
        </w:tc>
        <w:tc>
          <w:tcPr>
            <w:tcW w:w="1644" w:type="dxa"/>
            <w:shd w:val="clear" w:color="auto" w:fill="EEF1FA"/>
            <w:vAlign w:val="center"/>
          </w:tcPr>
          <w:p w14:paraId="3B207BE8" w14:textId="77777777" w:rsidR="00E050A2" w:rsidRDefault="00E050A2">
            <w:pPr>
              <w:bidi/>
              <w:spacing w:before="30" w:after="30"/>
            </w:pPr>
          </w:p>
        </w:tc>
        <w:tc>
          <w:tcPr>
            <w:tcW w:w="1644" w:type="dxa"/>
            <w:shd w:val="clear" w:color="auto" w:fill="EEF1FA"/>
            <w:vAlign w:val="center"/>
          </w:tcPr>
          <w:p w14:paraId="683E3BA9" w14:textId="77777777" w:rsidR="00E050A2" w:rsidRDefault="00E050A2">
            <w:pPr>
              <w:bidi/>
              <w:spacing w:before="30" w:after="30"/>
            </w:pPr>
          </w:p>
        </w:tc>
      </w:tr>
      <w:tr w:rsidR="00E050A2" w14:paraId="5960FF11" w14:textId="77777777">
        <w:trPr>
          <w:cantSplit/>
          <w:trHeight w:val="340"/>
          <w:jc w:val="center"/>
        </w:trPr>
        <w:tc>
          <w:tcPr>
            <w:tcW w:w="1134" w:type="dxa"/>
            <w:vAlign w:val="center"/>
          </w:tcPr>
          <w:p w14:paraId="74B99CB0" w14:textId="77777777" w:rsidR="00E050A2" w:rsidRDefault="004F2FC6">
            <w:pPr>
              <w:bidi/>
              <w:spacing w:before="30" w:after="30"/>
              <w:jc w:val="center"/>
            </w:pPr>
            <w:r>
              <w:rPr>
                <w:sz w:val="18"/>
                <w:szCs w:val="18"/>
                <w:rtl/>
              </w:rPr>
              <w:t>02</w:t>
            </w:r>
          </w:p>
        </w:tc>
        <w:tc>
          <w:tcPr>
            <w:tcW w:w="1587" w:type="dxa"/>
            <w:vAlign w:val="center"/>
          </w:tcPr>
          <w:p w14:paraId="0FBCF5F7" w14:textId="77777777" w:rsidR="00E050A2" w:rsidRDefault="00E050A2">
            <w:pPr>
              <w:bidi/>
              <w:spacing w:before="30" w:after="30"/>
              <w:jc w:val="center"/>
            </w:pPr>
          </w:p>
        </w:tc>
        <w:tc>
          <w:tcPr>
            <w:tcW w:w="4082" w:type="dxa"/>
            <w:vAlign w:val="center"/>
          </w:tcPr>
          <w:p w14:paraId="5F34B91B" w14:textId="77777777" w:rsidR="00E050A2" w:rsidRDefault="00E050A2">
            <w:pPr>
              <w:bidi/>
              <w:spacing w:before="30" w:after="30"/>
            </w:pPr>
          </w:p>
        </w:tc>
        <w:tc>
          <w:tcPr>
            <w:tcW w:w="1644" w:type="dxa"/>
            <w:vAlign w:val="center"/>
          </w:tcPr>
          <w:p w14:paraId="04AE1961" w14:textId="77777777" w:rsidR="00E050A2" w:rsidRDefault="00E050A2">
            <w:pPr>
              <w:bidi/>
              <w:spacing w:before="30" w:after="30"/>
            </w:pPr>
          </w:p>
        </w:tc>
        <w:tc>
          <w:tcPr>
            <w:tcW w:w="1644" w:type="dxa"/>
            <w:vAlign w:val="center"/>
          </w:tcPr>
          <w:p w14:paraId="2610462D" w14:textId="77777777" w:rsidR="00E050A2" w:rsidRDefault="00E050A2">
            <w:pPr>
              <w:bidi/>
              <w:spacing w:before="30" w:after="30"/>
            </w:pPr>
          </w:p>
        </w:tc>
      </w:tr>
    </w:tbl>
    <w:p w14:paraId="79261D64" w14:textId="77777777" w:rsidR="00E050A2" w:rsidRDefault="00E050A2">
      <w:pPr>
        <w:bidi/>
        <w:spacing w:after="40"/>
      </w:pPr>
    </w:p>
    <w:p w14:paraId="46428CF3" w14:textId="77777777" w:rsidR="00E050A2" w:rsidRDefault="004F2FC6">
      <w:pPr>
        <w:keepNext/>
        <w:pBdr>
          <w:bottom w:val="single" w:sz="8" w:space="1" w:color="2633FF"/>
        </w:pBdr>
        <w:bidi/>
        <w:spacing w:before="200" w:after="120"/>
        <w:outlineLvl w:val="0"/>
      </w:pPr>
      <w:r>
        <w:rPr>
          <w:b/>
          <w:bCs/>
          <w:color w:val="052976"/>
          <w:sz w:val="30"/>
          <w:szCs w:val="30"/>
          <w:rtl/>
        </w:rPr>
        <w:t>المحتويات</w:t>
      </w:r>
    </w:p>
    <w:p w14:paraId="0226176E" w14:textId="77777777" w:rsidR="00E050A2" w:rsidRDefault="004F2FC6">
      <w:pPr>
        <w:bidi/>
        <w:spacing w:after="20"/>
      </w:pPr>
      <w:r>
        <w:rPr>
          <w:sz w:val="21"/>
          <w:szCs w:val="21"/>
          <w:rtl/>
        </w:rPr>
        <w:t>1.  الغرض والنطاق</w:t>
      </w:r>
    </w:p>
    <w:p w14:paraId="0A5D7F93" w14:textId="77777777" w:rsidR="00E050A2" w:rsidRDefault="004F2FC6">
      <w:pPr>
        <w:bidi/>
        <w:spacing w:after="20"/>
      </w:pPr>
      <w:r>
        <w:rPr>
          <w:sz w:val="21"/>
          <w:szCs w:val="21"/>
          <w:rtl/>
        </w:rPr>
        <w:t>2.  بيانات المشروع</w:t>
      </w:r>
    </w:p>
    <w:p w14:paraId="3FF3EF1D" w14:textId="77777777" w:rsidR="00E050A2" w:rsidRDefault="004F2FC6">
      <w:pPr>
        <w:bidi/>
        <w:spacing w:after="20"/>
      </w:pPr>
      <w:r>
        <w:rPr>
          <w:sz w:val="21"/>
          <w:szCs w:val="21"/>
          <w:rtl/>
        </w:rPr>
        <w:t>3.  المراجع والمواصفات</w:t>
      </w:r>
    </w:p>
    <w:p w14:paraId="0C290BAA" w14:textId="77777777" w:rsidR="00E050A2" w:rsidRDefault="004F2FC6">
      <w:pPr>
        <w:bidi/>
        <w:spacing w:after="20"/>
      </w:pPr>
      <w:r>
        <w:rPr>
          <w:sz w:val="21"/>
          <w:szCs w:val="21"/>
          <w:rtl/>
        </w:rPr>
        <w:t>4.  التنظيم والمسؤوليات ومصفوفة RACI</w:t>
      </w:r>
    </w:p>
    <w:p w14:paraId="1DB11EAD" w14:textId="77777777" w:rsidR="00E050A2" w:rsidRDefault="004F2FC6">
      <w:pPr>
        <w:bidi/>
        <w:spacing w:after="20"/>
      </w:pPr>
      <w:r>
        <w:rPr>
          <w:sz w:val="21"/>
          <w:szCs w:val="21"/>
          <w:rtl/>
        </w:rPr>
        <w:t>5.  ضبط الوثائق والترقيم</w:t>
      </w:r>
    </w:p>
    <w:p w14:paraId="2EF282E1" w14:textId="77777777" w:rsidR="00E050A2" w:rsidRDefault="004F2FC6">
      <w:pPr>
        <w:bidi/>
        <w:spacing w:after="20"/>
      </w:pPr>
      <w:r>
        <w:rPr>
          <w:sz w:val="21"/>
          <w:szCs w:val="21"/>
          <w:rtl/>
        </w:rPr>
        <w:t>6.  إجراء التقديمات وأكواد الاعتماد</w:t>
      </w:r>
    </w:p>
    <w:p w14:paraId="2893B5C6" w14:textId="77777777" w:rsidR="00E050A2" w:rsidRDefault="004F2FC6">
      <w:pPr>
        <w:bidi/>
        <w:spacing w:after="20"/>
      </w:pPr>
      <w:r>
        <w:rPr>
          <w:sz w:val="21"/>
          <w:szCs w:val="21"/>
          <w:rtl/>
        </w:rPr>
        <w:t>7.  اعتماد المواد وفحص الاستلام</w:t>
      </w:r>
    </w:p>
    <w:p w14:paraId="45B14412" w14:textId="77777777" w:rsidR="00E050A2" w:rsidRDefault="004F2FC6">
      <w:pPr>
        <w:bidi/>
        <w:spacing w:after="20"/>
      </w:pPr>
      <w:r>
        <w:rPr>
          <w:sz w:val="21"/>
          <w:szCs w:val="21"/>
          <w:rtl/>
        </w:rPr>
        <w:t>8.  خطة الفحص والاختبار ITP</w:t>
      </w:r>
    </w:p>
    <w:p w14:paraId="3C8D49E5" w14:textId="77777777" w:rsidR="00E050A2" w:rsidRDefault="004F2FC6">
      <w:pPr>
        <w:bidi/>
        <w:spacing w:after="20"/>
      </w:pPr>
      <w:r>
        <w:rPr>
          <w:sz w:val="21"/>
          <w:szCs w:val="21"/>
          <w:rtl/>
        </w:rPr>
        <w:t>9.  إجراء طلب الفحص IR</w:t>
      </w:r>
    </w:p>
    <w:p w14:paraId="1358AA7D" w14:textId="77777777" w:rsidR="00E050A2" w:rsidRDefault="004F2FC6">
      <w:pPr>
        <w:bidi/>
        <w:spacing w:after="20"/>
      </w:pPr>
      <w:r>
        <w:rPr>
          <w:sz w:val="21"/>
          <w:szCs w:val="21"/>
          <w:rtl/>
        </w:rPr>
        <w:t>10.  ضبط حالات عدم المطابقة NCR</w:t>
      </w:r>
    </w:p>
    <w:p w14:paraId="4B913E26" w14:textId="77777777" w:rsidR="00E050A2" w:rsidRDefault="004F2FC6">
      <w:pPr>
        <w:bidi/>
        <w:spacing w:after="20"/>
      </w:pPr>
      <w:r>
        <w:rPr>
          <w:sz w:val="21"/>
          <w:szCs w:val="21"/>
          <w:rtl/>
        </w:rPr>
        <w:t>11.  المختبرات ومعايرة الأجهزة</w:t>
      </w:r>
    </w:p>
    <w:p w14:paraId="1E0A0F40" w14:textId="77777777" w:rsidR="00E050A2" w:rsidRDefault="004F2FC6">
      <w:pPr>
        <w:bidi/>
        <w:spacing w:after="20"/>
      </w:pPr>
      <w:r>
        <w:rPr>
          <w:sz w:val="21"/>
          <w:szCs w:val="21"/>
          <w:rtl/>
        </w:rPr>
        <w:t>12.  سجلات وتقارير الجودة بالموقع</w:t>
      </w:r>
    </w:p>
    <w:p w14:paraId="02F7BCC1" w14:textId="77777777" w:rsidR="00E050A2" w:rsidRDefault="004F2FC6">
      <w:pPr>
        <w:bidi/>
        <w:spacing w:after="20"/>
      </w:pPr>
      <w:r>
        <w:rPr>
          <w:sz w:val="21"/>
          <w:szCs w:val="21"/>
          <w:rtl/>
        </w:rPr>
        <w:t>13.  التنسيق مع السلامة والصحة المهنية HSE</w:t>
      </w:r>
    </w:p>
    <w:p w14:paraId="7510FBEC" w14:textId="77777777" w:rsidR="00E050A2" w:rsidRDefault="004F2FC6">
      <w:pPr>
        <w:bidi/>
        <w:spacing w:after="20"/>
      </w:pPr>
      <w:r>
        <w:rPr>
          <w:sz w:val="21"/>
          <w:szCs w:val="21"/>
          <w:rtl/>
        </w:rPr>
        <w:t>14.  التدقيق ومراجعة الإدارة</w:t>
      </w:r>
    </w:p>
    <w:p w14:paraId="279D7557" w14:textId="77777777" w:rsidR="00E050A2" w:rsidRDefault="004F2FC6">
      <w:pPr>
        <w:bidi/>
        <w:spacing w:after="20"/>
      </w:pPr>
      <w:r>
        <w:rPr>
          <w:sz w:val="21"/>
          <w:szCs w:val="21"/>
          <w:rtl/>
        </w:rPr>
        <w:t>15.  التسليم وتسليم سجلات الجودة</w:t>
      </w:r>
    </w:p>
    <w:p w14:paraId="5EAB44AC" w14:textId="77777777" w:rsidR="00E050A2" w:rsidRDefault="004F2FC6">
      <w:pPr>
        <w:bidi/>
        <w:spacing w:after="20"/>
      </w:pPr>
      <w:r>
        <w:rPr>
          <w:sz w:val="21"/>
          <w:szCs w:val="21"/>
          <w:rtl/>
        </w:rPr>
        <w:t>16.  مؤشرات الأداء KPIs</w:t>
      </w:r>
    </w:p>
    <w:p w14:paraId="6B7671EB" w14:textId="77777777" w:rsidR="00E050A2" w:rsidRDefault="004F2FC6">
      <w:pPr>
        <w:bidi/>
        <w:spacing w:after="20"/>
      </w:pPr>
      <w:r>
        <w:rPr>
          <w:sz w:val="21"/>
          <w:szCs w:val="21"/>
          <w:rtl/>
        </w:rPr>
        <w:t>17.  الملاحق: النماذج وحقولها</w:t>
      </w:r>
    </w:p>
    <w:p w14:paraId="39FD32BE" w14:textId="77777777" w:rsidR="00E050A2" w:rsidRDefault="00E050A2">
      <w:pPr>
        <w:bidi/>
        <w:spacing w:after="80"/>
      </w:pPr>
    </w:p>
    <w:p w14:paraId="41906BEE" w14:textId="77777777" w:rsidR="00E050A2" w:rsidRDefault="004F2FC6">
      <w:pPr>
        <w:bidi/>
        <w:spacing w:after="20"/>
      </w:pPr>
      <w:r>
        <w:rPr>
          <w:color w:val="5B6475"/>
          <w:sz w:val="19"/>
          <w:szCs w:val="19"/>
          <w:rtl/>
        </w:rPr>
        <w:t>يرافق هذه الخطة ملف Excel يضم مصفوفة ITP لكل موضوع فحص، وسجلات IR وNCR والتقديمات والاختبارات، ولوحة مؤشرات تحسب آليا. اسم الملف:</w:t>
      </w:r>
    </w:p>
    <w:p w14:paraId="5C89592F" w14:textId="77777777" w:rsidR="00E050A2" w:rsidRDefault="004F2FC6">
      <w:pPr>
        <w:bidi/>
        <w:spacing w:after="80"/>
        <w:jc w:val="center"/>
      </w:pPr>
      <w:r>
        <w:rPr>
          <w:color w:val="5B6475"/>
          <w:sz w:val="19"/>
        </w:rPr>
        <w:t>ACE_PQP_ITP_Matrix_20261005_v2.xlsx</w:t>
      </w:r>
    </w:p>
    <w:p w14:paraId="1C2F441B" w14:textId="77777777" w:rsidR="00E050A2" w:rsidRDefault="004F2FC6">
      <w:r>
        <w:br w:type="page"/>
      </w:r>
    </w:p>
    <w:p w14:paraId="5C548617" w14:textId="77777777" w:rsidR="00E050A2" w:rsidRDefault="004F2FC6">
      <w:pPr>
        <w:keepNext/>
        <w:pBdr>
          <w:bottom w:val="single" w:sz="8" w:space="1" w:color="2633FF"/>
        </w:pBdr>
        <w:bidi/>
        <w:spacing w:before="200" w:after="120"/>
        <w:outlineLvl w:val="0"/>
      </w:pPr>
      <w:r>
        <w:rPr>
          <w:b/>
          <w:bCs/>
          <w:color w:val="052976"/>
          <w:sz w:val="30"/>
          <w:szCs w:val="30"/>
          <w:rtl/>
        </w:rPr>
        <w:lastRenderedPageBreak/>
        <w:t>1. الغرض والنطاق</w:t>
      </w:r>
    </w:p>
    <w:p w14:paraId="31A908BB" w14:textId="77777777" w:rsidR="00E050A2" w:rsidRDefault="004F2FC6">
      <w:pPr>
        <w:keepNext/>
        <w:bidi/>
        <w:spacing w:after="120"/>
        <w:outlineLvl w:val="1"/>
      </w:pPr>
      <w:r>
        <w:rPr>
          <w:b/>
          <w:bCs/>
          <w:color w:val="052976"/>
          <w:sz w:val="25"/>
          <w:szCs w:val="25"/>
          <w:rtl/>
        </w:rPr>
        <w:t>1.1 الغرض</w:t>
      </w:r>
    </w:p>
    <w:p w14:paraId="3CC0C8BF" w14:textId="77777777" w:rsidR="00E050A2" w:rsidRDefault="004F2FC6">
      <w:pPr>
        <w:bidi/>
        <w:spacing w:after="80"/>
      </w:pPr>
      <w:r>
        <w:rPr>
          <w:sz w:val="21"/>
          <w:szCs w:val="21"/>
          <w:rtl/>
        </w:rPr>
        <w:t>تحدد هذه الخطة نظام إدارة الجودة المطبق على المشروع خلال مراحل التنفيذ والتسليم، وتوضح كيف يضمن المقاول مطابقة الأعمال للعقد والمخططات والمواصفات، وكيف يتحقق الاستشاري من ذلك عبر الفحص والاختبار والمراجعة الموثقة. الخطة مبنية على متطلبات ISO 9001:2015 ومطبقة على مستوى المشروع.</w:t>
      </w:r>
    </w:p>
    <w:p w14:paraId="4AE226EC" w14:textId="77777777" w:rsidR="00E050A2" w:rsidRDefault="004F2FC6">
      <w:pPr>
        <w:keepNext/>
        <w:bidi/>
        <w:spacing w:after="120"/>
        <w:outlineLvl w:val="1"/>
      </w:pPr>
      <w:r>
        <w:rPr>
          <w:b/>
          <w:bCs/>
          <w:color w:val="052976"/>
          <w:sz w:val="25"/>
          <w:szCs w:val="25"/>
          <w:rtl/>
        </w:rPr>
        <w:t>1.2 النطاق</w:t>
      </w:r>
    </w:p>
    <w:p w14:paraId="60FBF5E9" w14:textId="77777777" w:rsidR="00E050A2" w:rsidRDefault="004F2FC6">
      <w:pPr>
        <w:bidi/>
        <w:spacing w:after="40"/>
      </w:pPr>
      <w:r>
        <w:rPr>
          <w:sz w:val="21"/>
          <w:szCs w:val="21"/>
          <w:rtl/>
        </w:rPr>
        <w:t>1.2.1  تشمل الخطة جميع الأعمال الإنشائية والمعمارية والكهروميكانيكية والخارجية الواردة بالعقد، وأعمال مقاولي الباطن والموردين.</w:t>
      </w:r>
    </w:p>
    <w:p w14:paraId="3D15E51B" w14:textId="77777777" w:rsidR="00E050A2" w:rsidRDefault="004F2FC6">
      <w:pPr>
        <w:bidi/>
        <w:spacing w:after="40"/>
      </w:pPr>
      <w:r>
        <w:rPr>
          <w:sz w:val="21"/>
          <w:szCs w:val="21"/>
          <w:rtl/>
        </w:rPr>
        <w:t>1.2.2  تغطي الخطة ضبط الوثائق والتقديمات، واعتماد المواد، والفحص والاختبار، وضبط عدم المطابقة، والمعايرة، والسجلات، والتدقيق، والتسليم.</w:t>
      </w:r>
    </w:p>
    <w:p w14:paraId="0C030126" w14:textId="77777777" w:rsidR="00E050A2" w:rsidRDefault="004F2FC6">
      <w:pPr>
        <w:bidi/>
        <w:spacing w:after="40"/>
      </w:pPr>
      <w:r>
        <w:rPr>
          <w:sz w:val="21"/>
          <w:szCs w:val="21"/>
          <w:rtl/>
        </w:rPr>
        <w:t>1.2.3  لا تحل الخطة محل خطة السلامة HSE Plan أو البرنامج الزمني أو خطة إدارة المشروع، وترتبط بها في نقاط التداخل المحددة في البند 13.</w:t>
      </w:r>
    </w:p>
    <w:p w14:paraId="6A4FB517" w14:textId="77777777" w:rsidR="00E050A2" w:rsidRDefault="004F2FC6">
      <w:pPr>
        <w:bidi/>
        <w:spacing w:after="40"/>
      </w:pPr>
      <w:r>
        <w:rPr>
          <w:sz w:val="21"/>
          <w:szCs w:val="21"/>
          <w:rtl/>
        </w:rPr>
        <w:t>1.2.4  يلتزم المقاول بتقديم خطة جودة تنفيذية خاصة به خلال 14 يوما من تاريخ تسليم الموقع (أو حسب العقد) تتوافق مع هذه الخطة، وتعتمد من الاستشاري قبل بدء الأعمال الدائمة.</w:t>
      </w:r>
    </w:p>
    <w:p w14:paraId="0EE32C98" w14:textId="77777777" w:rsidR="00E050A2" w:rsidRDefault="004F2FC6">
      <w:pPr>
        <w:keepNext/>
        <w:bidi/>
        <w:spacing w:after="120"/>
        <w:outlineLvl w:val="1"/>
      </w:pPr>
      <w:r>
        <w:rPr>
          <w:b/>
          <w:bCs/>
          <w:color w:val="052976"/>
          <w:sz w:val="25"/>
          <w:szCs w:val="25"/>
          <w:rtl/>
        </w:rPr>
        <w:t>1.3 التعريفات والاختصارات</w:t>
      </w:r>
    </w:p>
    <w:tbl>
      <w:tblPr>
        <w:tblStyle w:val="TableGrid"/>
        <w:bidiVisual/>
        <w:tblW w:w="0" w:type="auto"/>
        <w:jc w:val="center"/>
        <w:tblLayout w:type="fixed"/>
        <w:tblLook w:val="04A0" w:firstRow="1" w:lastRow="0" w:firstColumn="1" w:lastColumn="0" w:noHBand="0" w:noVBand="1"/>
      </w:tblPr>
      <w:tblGrid>
        <w:gridCol w:w="1474"/>
        <w:gridCol w:w="3061"/>
        <w:gridCol w:w="5556"/>
      </w:tblGrid>
      <w:tr w:rsidR="00E050A2" w14:paraId="6A81B233" w14:textId="77777777">
        <w:trPr>
          <w:cantSplit/>
          <w:trHeight w:val="340"/>
          <w:tblHeader/>
          <w:jc w:val="center"/>
        </w:trPr>
        <w:tc>
          <w:tcPr>
            <w:tcW w:w="1474" w:type="dxa"/>
            <w:shd w:val="clear" w:color="auto" w:fill="052976"/>
            <w:vAlign w:val="center"/>
          </w:tcPr>
          <w:p w14:paraId="3C3272A6" w14:textId="77777777" w:rsidR="00E050A2" w:rsidRDefault="004F2FC6">
            <w:pPr>
              <w:bidi/>
              <w:spacing w:before="30" w:after="30"/>
              <w:jc w:val="center"/>
            </w:pPr>
            <w:r>
              <w:rPr>
                <w:b/>
                <w:bCs/>
                <w:color w:val="FFFFFF"/>
                <w:sz w:val="19"/>
                <w:szCs w:val="19"/>
                <w:rtl/>
              </w:rPr>
              <w:t>الاختصار</w:t>
            </w:r>
          </w:p>
        </w:tc>
        <w:tc>
          <w:tcPr>
            <w:tcW w:w="3061" w:type="dxa"/>
            <w:shd w:val="clear" w:color="auto" w:fill="052976"/>
            <w:vAlign w:val="center"/>
          </w:tcPr>
          <w:p w14:paraId="76652351" w14:textId="77777777" w:rsidR="00E050A2" w:rsidRDefault="004F2FC6">
            <w:pPr>
              <w:bidi/>
              <w:spacing w:before="30" w:after="30"/>
              <w:jc w:val="center"/>
            </w:pPr>
            <w:r>
              <w:rPr>
                <w:b/>
                <w:bCs/>
                <w:color w:val="FFFFFF"/>
                <w:sz w:val="19"/>
                <w:szCs w:val="19"/>
                <w:rtl/>
              </w:rPr>
              <w:t>المعنى</w:t>
            </w:r>
          </w:p>
        </w:tc>
        <w:tc>
          <w:tcPr>
            <w:tcW w:w="5556" w:type="dxa"/>
            <w:shd w:val="clear" w:color="auto" w:fill="052976"/>
            <w:vAlign w:val="center"/>
          </w:tcPr>
          <w:p w14:paraId="2108D28A" w14:textId="77777777" w:rsidR="00E050A2" w:rsidRDefault="004F2FC6">
            <w:pPr>
              <w:bidi/>
              <w:spacing w:before="30" w:after="30"/>
              <w:jc w:val="center"/>
            </w:pPr>
            <w:r>
              <w:rPr>
                <w:b/>
                <w:bCs/>
                <w:color w:val="FFFFFF"/>
                <w:sz w:val="19"/>
                <w:szCs w:val="19"/>
                <w:rtl/>
              </w:rPr>
              <w:t>الوصف المختصر</w:t>
            </w:r>
          </w:p>
        </w:tc>
      </w:tr>
      <w:tr w:rsidR="00E050A2" w14:paraId="69073587" w14:textId="77777777">
        <w:trPr>
          <w:cantSplit/>
          <w:trHeight w:val="340"/>
          <w:jc w:val="center"/>
        </w:trPr>
        <w:tc>
          <w:tcPr>
            <w:tcW w:w="1474" w:type="dxa"/>
            <w:vAlign w:val="center"/>
          </w:tcPr>
          <w:p w14:paraId="0C9E45F7" w14:textId="77777777" w:rsidR="00E050A2" w:rsidRDefault="004F2FC6">
            <w:pPr>
              <w:bidi/>
              <w:spacing w:before="30" w:after="30"/>
            </w:pPr>
            <w:r>
              <w:rPr>
                <w:sz w:val="18"/>
                <w:szCs w:val="18"/>
                <w:rtl/>
              </w:rPr>
              <w:t>PQP</w:t>
            </w:r>
          </w:p>
        </w:tc>
        <w:tc>
          <w:tcPr>
            <w:tcW w:w="3061" w:type="dxa"/>
            <w:vAlign w:val="center"/>
          </w:tcPr>
          <w:p w14:paraId="2EEEDCBD" w14:textId="77777777" w:rsidR="00E050A2" w:rsidRDefault="004F2FC6">
            <w:pPr>
              <w:bidi/>
              <w:spacing w:before="30" w:after="30"/>
            </w:pPr>
            <w:r>
              <w:rPr>
                <w:sz w:val="18"/>
                <w:szCs w:val="18"/>
                <w:rtl/>
              </w:rPr>
              <w:t>Project Quality Plan</w:t>
            </w:r>
          </w:p>
        </w:tc>
        <w:tc>
          <w:tcPr>
            <w:tcW w:w="5556" w:type="dxa"/>
            <w:vAlign w:val="center"/>
          </w:tcPr>
          <w:p w14:paraId="1C97077E" w14:textId="77777777" w:rsidR="00E050A2" w:rsidRDefault="004F2FC6">
            <w:pPr>
              <w:bidi/>
              <w:spacing w:before="30" w:after="30"/>
            </w:pPr>
            <w:r>
              <w:rPr>
                <w:sz w:val="18"/>
                <w:szCs w:val="18"/>
                <w:rtl/>
              </w:rPr>
              <w:t>خطة جودة المشروع، هذه الوثيقة</w:t>
            </w:r>
          </w:p>
        </w:tc>
      </w:tr>
      <w:tr w:rsidR="00E050A2" w14:paraId="3F8E4FBE" w14:textId="77777777">
        <w:trPr>
          <w:cantSplit/>
          <w:trHeight w:val="340"/>
          <w:jc w:val="center"/>
        </w:trPr>
        <w:tc>
          <w:tcPr>
            <w:tcW w:w="1474" w:type="dxa"/>
            <w:shd w:val="clear" w:color="auto" w:fill="EEF1FA"/>
            <w:vAlign w:val="center"/>
          </w:tcPr>
          <w:p w14:paraId="549D6431" w14:textId="77777777" w:rsidR="00E050A2" w:rsidRDefault="004F2FC6">
            <w:pPr>
              <w:bidi/>
              <w:spacing w:before="30" w:after="30"/>
            </w:pPr>
            <w:r>
              <w:rPr>
                <w:sz w:val="18"/>
                <w:szCs w:val="18"/>
                <w:rtl/>
              </w:rPr>
              <w:t>ITP</w:t>
            </w:r>
          </w:p>
        </w:tc>
        <w:tc>
          <w:tcPr>
            <w:tcW w:w="3061" w:type="dxa"/>
            <w:shd w:val="clear" w:color="auto" w:fill="EEF1FA"/>
            <w:vAlign w:val="center"/>
          </w:tcPr>
          <w:p w14:paraId="35199813" w14:textId="77777777" w:rsidR="00E050A2" w:rsidRDefault="004F2FC6">
            <w:pPr>
              <w:bidi/>
              <w:spacing w:before="30" w:after="30"/>
            </w:pPr>
            <w:r>
              <w:rPr>
                <w:sz w:val="18"/>
                <w:szCs w:val="18"/>
                <w:rtl/>
              </w:rPr>
              <w:t>Inspection and Test Plan</w:t>
            </w:r>
          </w:p>
        </w:tc>
        <w:tc>
          <w:tcPr>
            <w:tcW w:w="5556" w:type="dxa"/>
            <w:shd w:val="clear" w:color="auto" w:fill="EEF1FA"/>
            <w:vAlign w:val="center"/>
          </w:tcPr>
          <w:p w14:paraId="31EBD670" w14:textId="77777777" w:rsidR="00E050A2" w:rsidRDefault="004F2FC6">
            <w:pPr>
              <w:bidi/>
              <w:spacing w:before="30" w:after="30"/>
            </w:pPr>
            <w:r>
              <w:rPr>
                <w:sz w:val="18"/>
                <w:szCs w:val="18"/>
                <w:rtl/>
              </w:rPr>
              <w:t>خطة الفحص والاختبار لكل تخصص ونقاط التوقف والشهود</w:t>
            </w:r>
          </w:p>
        </w:tc>
      </w:tr>
      <w:tr w:rsidR="00E050A2" w14:paraId="7C0AFB41" w14:textId="77777777">
        <w:trPr>
          <w:cantSplit/>
          <w:trHeight w:val="340"/>
          <w:jc w:val="center"/>
        </w:trPr>
        <w:tc>
          <w:tcPr>
            <w:tcW w:w="1474" w:type="dxa"/>
            <w:vAlign w:val="center"/>
          </w:tcPr>
          <w:p w14:paraId="519609AF" w14:textId="77777777" w:rsidR="00E050A2" w:rsidRDefault="004F2FC6">
            <w:pPr>
              <w:bidi/>
              <w:spacing w:before="30" w:after="30"/>
            </w:pPr>
            <w:r>
              <w:rPr>
                <w:sz w:val="18"/>
                <w:szCs w:val="18"/>
                <w:rtl/>
              </w:rPr>
              <w:t>IR</w:t>
            </w:r>
          </w:p>
        </w:tc>
        <w:tc>
          <w:tcPr>
            <w:tcW w:w="3061" w:type="dxa"/>
            <w:vAlign w:val="center"/>
          </w:tcPr>
          <w:p w14:paraId="03FE5A5E" w14:textId="77777777" w:rsidR="00E050A2" w:rsidRDefault="004F2FC6">
            <w:pPr>
              <w:bidi/>
              <w:spacing w:before="30" w:after="30"/>
            </w:pPr>
            <w:r>
              <w:rPr>
                <w:sz w:val="18"/>
                <w:szCs w:val="18"/>
                <w:rtl/>
              </w:rPr>
              <w:t>Inspection Request</w:t>
            </w:r>
          </w:p>
        </w:tc>
        <w:tc>
          <w:tcPr>
            <w:tcW w:w="5556" w:type="dxa"/>
            <w:vAlign w:val="center"/>
          </w:tcPr>
          <w:p w14:paraId="4FDD68D1" w14:textId="77777777" w:rsidR="00E050A2" w:rsidRDefault="004F2FC6">
            <w:pPr>
              <w:bidi/>
              <w:spacing w:before="30" w:after="30"/>
            </w:pPr>
            <w:r>
              <w:rPr>
                <w:sz w:val="18"/>
                <w:szCs w:val="18"/>
                <w:rtl/>
              </w:rPr>
              <w:t>طلب فحص واستلام عمل منفذ قبل الانتقال للمرحلة التالية</w:t>
            </w:r>
          </w:p>
        </w:tc>
      </w:tr>
      <w:tr w:rsidR="00E050A2" w14:paraId="7B3A2264" w14:textId="77777777">
        <w:trPr>
          <w:cantSplit/>
          <w:trHeight w:val="340"/>
          <w:jc w:val="center"/>
        </w:trPr>
        <w:tc>
          <w:tcPr>
            <w:tcW w:w="1474" w:type="dxa"/>
            <w:shd w:val="clear" w:color="auto" w:fill="EEF1FA"/>
            <w:vAlign w:val="center"/>
          </w:tcPr>
          <w:p w14:paraId="4C55EAF1" w14:textId="77777777" w:rsidR="00E050A2" w:rsidRDefault="004F2FC6">
            <w:pPr>
              <w:bidi/>
              <w:spacing w:before="30" w:after="30"/>
            </w:pPr>
            <w:r>
              <w:rPr>
                <w:sz w:val="18"/>
                <w:szCs w:val="18"/>
                <w:rtl/>
              </w:rPr>
              <w:t>MAR</w:t>
            </w:r>
          </w:p>
        </w:tc>
        <w:tc>
          <w:tcPr>
            <w:tcW w:w="3061" w:type="dxa"/>
            <w:shd w:val="clear" w:color="auto" w:fill="EEF1FA"/>
            <w:vAlign w:val="center"/>
          </w:tcPr>
          <w:p w14:paraId="172302FC" w14:textId="77777777" w:rsidR="00E050A2" w:rsidRDefault="004F2FC6">
            <w:pPr>
              <w:bidi/>
              <w:spacing w:before="30" w:after="30"/>
            </w:pPr>
            <w:r>
              <w:rPr>
                <w:sz w:val="18"/>
                <w:szCs w:val="18"/>
                <w:rtl/>
              </w:rPr>
              <w:t>Material Approval Request</w:t>
            </w:r>
          </w:p>
        </w:tc>
        <w:tc>
          <w:tcPr>
            <w:tcW w:w="5556" w:type="dxa"/>
            <w:shd w:val="clear" w:color="auto" w:fill="EEF1FA"/>
            <w:vAlign w:val="center"/>
          </w:tcPr>
          <w:p w14:paraId="35363272" w14:textId="77777777" w:rsidR="00E050A2" w:rsidRDefault="004F2FC6">
            <w:pPr>
              <w:bidi/>
              <w:spacing w:before="30" w:after="30"/>
            </w:pPr>
            <w:r>
              <w:rPr>
                <w:sz w:val="18"/>
                <w:szCs w:val="18"/>
                <w:rtl/>
              </w:rPr>
              <w:t>طلب اعتماد مادة أو مورد قبل التوريد</w:t>
            </w:r>
          </w:p>
        </w:tc>
      </w:tr>
      <w:tr w:rsidR="00E050A2" w14:paraId="2432C52C" w14:textId="77777777">
        <w:trPr>
          <w:cantSplit/>
          <w:trHeight w:val="340"/>
          <w:jc w:val="center"/>
        </w:trPr>
        <w:tc>
          <w:tcPr>
            <w:tcW w:w="1474" w:type="dxa"/>
            <w:vAlign w:val="center"/>
          </w:tcPr>
          <w:p w14:paraId="00465483" w14:textId="77777777" w:rsidR="00E050A2" w:rsidRDefault="004F2FC6">
            <w:pPr>
              <w:bidi/>
              <w:spacing w:before="30" w:after="30"/>
            </w:pPr>
            <w:r>
              <w:rPr>
                <w:sz w:val="18"/>
                <w:szCs w:val="18"/>
                <w:rtl/>
              </w:rPr>
              <w:t>MIR</w:t>
            </w:r>
          </w:p>
        </w:tc>
        <w:tc>
          <w:tcPr>
            <w:tcW w:w="3061" w:type="dxa"/>
            <w:vAlign w:val="center"/>
          </w:tcPr>
          <w:p w14:paraId="2524D492" w14:textId="77777777" w:rsidR="00E050A2" w:rsidRDefault="004F2FC6">
            <w:pPr>
              <w:bidi/>
              <w:spacing w:before="30" w:after="30"/>
            </w:pPr>
            <w:r>
              <w:rPr>
                <w:sz w:val="18"/>
                <w:szCs w:val="18"/>
                <w:rtl/>
              </w:rPr>
              <w:t>Material Inspection Request</w:t>
            </w:r>
          </w:p>
        </w:tc>
        <w:tc>
          <w:tcPr>
            <w:tcW w:w="5556" w:type="dxa"/>
            <w:vAlign w:val="center"/>
          </w:tcPr>
          <w:p w14:paraId="10FBBA9D" w14:textId="77777777" w:rsidR="00E050A2" w:rsidRDefault="004F2FC6">
            <w:pPr>
              <w:bidi/>
              <w:spacing w:before="30" w:after="30"/>
            </w:pPr>
            <w:r>
              <w:rPr>
                <w:sz w:val="18"/>
                <w:szCs w:val="18"/>
                <w:rtl/>
              </w:rPr>
              <w:t>طلب فحص مادة عند وصولها للموقع</w:t>
            </w:r>
          </w:p>
        </w:tc>
      </w:tr>
      <w:tr w:rsidR="00E050A2" w14:paraId="2E63887D" w14:textId="77777777">
        <w:trPr>
          <w:cantSplit/>
          <w:trHeight w:val="340"/>
          <w:jc w:val="center"/>
        </w:trPr>
        <w:tc>
          <w:tcPr>
            <w:tcW w:w="1474" w:type="dxa"/>
            <w:shd w:val="clear" w:color="auto" w:fill="EEF1FA"/>
            <w:vAlign w:val="center"/>
          </w:tcPr>
          <w:p w14:paraId="4AC2DBEF" w14:textId="77777777" w:rsidR="00E050A2" w:rsidRDefault="004F2FC6">
            <w:pPr>
              <w:bidi/>
              <w:spacing w:before="30" w:after="30"/>
            </w:pPr>
            <w:r>
              <w:rPr>
                <w:sz w:val="18"/>
                <w:szCs w:val="18"/>
                <w:rtl/>
              </w:rPr>
              <w:t>NCR</w:t>
            </w:r>
          </w:p>
        </w:tc>
        <w:tc>
          <w:tcPr>
            <w:tcW w:w="3061" w:type="dxa"/>
            <w:shd w:val="clear" w:color="auto" w:fill="EEF1FA"/>
            <w:vAlign w:val="center"/>
          </w:tcPr>
          <w:p w14:paraId="307C4D72" w14:textId="77777777" w:rsidR="00E050A2" w:rsidRDefault="004F2FC6">
            <w:pPr>
              <w:bidi/>
              <w:spacing w:before="30" w:after="30"/>
            </w:pPr>
            <w:r>
              <w:rPr>
                <w:sz w:val="18"/>
                <w:szCs w:val="18"/>
                <w:rtl/>
              </w:rPr>
              <w:t>Non Conformance Report</w:t>
            </w:r>
          </w:p>
        </w:tc>
        <w:tc>
          <w:tcPr>
            <w:tcW w:w="5556" w:type="dxa"/>
            <w:shd w:val="clear" w:color="auto" w:fill="EEF1FA"/>
            <w:vAlign w:val="center"/>
          </w:tcPr>
          <w:p w14:paraId="2BB3DE4A" w14:textId="77777777" w:rsidR="00E050A2" w:rsidRDefault="004F2FC6">
            <w:pPr>
              <w:bidi/>
              <w:spacing w:before="30" w:after="30"/>
            </w:pPr>
            <w:r>
              <w:rPr>
                <w:sz w:val="18"/>
                <w:szCs w:val="18"/>
                <w:rtl/>
              </w:rPr>
              <w:t>تقرير عدم مطابقة لعمل أو مادة أو إجراء</w:t>
            </w:r>
          </w:p>
        </w:tc>
      </w:tr>
      <w:tr w:rsidR="00E050A2" w14:paraId="3186F2A0" w14:textId="77777777">
        <w:trPr>
          <w:cantSplit/>
          <w:trHeight w:val="340"/>
          <w:jc w:val="center"/>
        </w:trPr>
        <w:tc>
          <w:tcPr>
            <w:tcW w:w="1474" w:type="dxa"/>
            <w:vAlign w:val="center"/>
          </w:tcPr>
          <w:p w14:paraId="3B77E174" w14:textId="77777777" w:rsidR="00E050A2" w:rsidRDefault="004F2FC6">
            <w:pPr>
              <w:bidi/>
              <w:spacing w:before="30" w:after="30"/>
            </w:pPr>
            <w:r>
              <w:rPr>
                <w:sz w:val="18"/>
                <w:szCs w:val="18"/>
                <w:rtl/>
              </w:rPr>
              <w:t>RFI</w:t>
            </w:r>
          </w:p>
        </w:tc>
        <w:tc>
          <w:tcPr>
            <w:tcW w:w="3061" w:type="dxa"/>
            <w:vAlign w:val="center"/>
          </w:tcPr>
          <w:p w14:paraId="0110E1E8" w14:textId="77777777" w:rsidR="00E050A2" w:rsidRDefault="004F2FC6">
            <w:pPr>
              <w:bidi/>
              <w:spacing w:before="30" w:after="30"/>
            </w:pPr>
            <w:r>
              <w:rPr>
                <w:sz w:val="18"/>
                <w:szCs w:val="18"/>
                <w:rtl/>
              </w:rPr>
              <w:t>Request for Information</w:t>
            </w:r>
          </w:p>
        </w:tc>
        <w:tc>
          <w:tcPr>
            <w:tcW w:w="5556" w:type="dxa"/>
            <w:vAlign w:val="center"/>
          </w:tcPr>
          <w:p w14:paraId="7FB72EAF" w14:textId="77777777" w:rsidR="00E050A2" w:rsidRDefault="004F2FC6">
            <w:pPr>
              <w:bidi/>
              <w:spacing w:before="30" w:after="30"/>
            </w:pPr>
            <w:r>
              <w:rPr>
                <w:sz w:val="18"/>
                <w:szCs w:val="18"/>
                <w:rtl/>
              </w:rPr>
              <w:t>طلب استيضاح فني من المقاول للاستشاري</w:t>
            </w:r>
          </w:p>
        </w:tc>
      </w:tr>
      <w:tr w:rsidR="00E050A2" w14:paraId="596BA89D" w14:textId="77777777">
        <w:trPr>
          <w:cantSplit/>
          <w:trHeight w:val="340"/>
          <w:jc w:val="center"/>
        </w:trPr>
        <w:tc>
          <w:tcPr>
            <w:tcW w:w="1474" w:type="dxa"/>
            <w:shd w:val="clear" w:color="auto" w:fill="EEF1FA"/>
            <w:vAlign w:val="center"/>
          </w:tcPr>
          <w:p w14:paraId="2116BDAB" w14:textId="77777777" w:rsidR="00E050A2" w:rsidRDefault="004F2FC6">
            <w:pPr>
              <w:bidi/>
              <w:spacing w:before="30" w:after="30"/>
            </w:pPr>
            <w:r>
              <w:rPr>
                <w:sz w:val="18"/>
                <w:szCs w:val="18"/>
                <w:rtl/>
              </w:rPr>
              <w:t>SI</w:t>
            </w:r>
          </w:p>
        </w:tc>
        <w:tc>
          <w:tcPr>
            <w:tcW w:w="3061" w:type="dxa"/>
            <w:shd w:val="clear" w:color="auto" w:fill="EEF1FA"/>
            <w:vAlign w:val="center"/>
          </w:tcPr>
          <w:p w14:paraId="0076FEEC" w14:textId="77777777" w:rsidR="00E050A2" w:rsidRDefault="004F2FC6">
            <w:pPr>
              <w:bidi/>
              <w:spacing w:before="30" w:after="30"/>
            </w:pPr>
            <w:r>
              <w:rPr>
                <w:sz w:val="18"/>
                <w:szCs w:val="18"/>
                <w:rtl/>
              </w:rPr>
              <w:t>Site Instruction</w:t>
            </w:r>
          </w:p>
        </w:tc>
        <w:tc>
          <w:tcPr>
            <w:tcW w:w="5556" w:type="dxa"/>
            <w:shd w:val="clear" w:color="auto" w:fill="EEF1FA"/>
            <w:vAlign w:val="center"/>
          </w:tcPr>
          <w:p w14:paraId="701E673E" w14:textId="77777777" w:rsidR="00E050A2" w:rsidRDefault="004F2FC6">
            <w:pPr>
              <w:bidi/>
              <w:spacing w:before="30" w:after="30"/>
            </w:pPr>
            <w:r>
              <w:rPr>
                <w:sz w:val="18"/>
                <w:szCs w:val="18"/>
                <w:rtl/>
              </w:rPr>
              <w:t>تعليمات موقع صادرة من الاستشاري</w:t>
            </w:r>
          </w:p>
        </w:tc>
      </w:tr>
      <w:tr w:rsidR="00E050A2" w14:paraId="6F968733" w14:textId="77777777">
        <w:trPr>
          <w:cantSplit/>
          <w:trHeight w:val="340"/>
          <w:jc w:val="center"/>
        </w:trPr>
        <w:tc>
          <w:tcPr>
            <w:tcW w:w="1474" w:type="dxa"/>
            <w:vAlign w:val="center"/>
          </w:tcPr>
          <w:p w14:paraId="1230746B" w14:textId="77777777" w:rsidR="00E050A2" w:rsidRDefault="004F2FC6">
            <w:pPr>
              <w:bidi/>
              <w:spacing w:before="30" w:after="30"/>
            </w:pPr>
            <w:r>
              <w:rPr>
                <w:sz w:val="18"/>
                <w:szCs w:val="18"/>
                <w:rtl/>
              </w:rPr>
              <w:t>SOR</w:t>
            </w:r>
          </w:p>
        </w:tc>
        <w:tc>
          <w:tcPr>
            <w:tcW w:w="3061" w:type="dxa"/>
            <w:vAlign w:val="center"/>
          </w:tcPr>
          <w:p w14:paraId="67EED721" w14:textId="77777777" w:rsidR="00E050A2" w:rsidRDefault="004F2FC6">
            <w:pPr>
              <w:bidi/>
              <w:spacing w:before="30" w:after="30"/>
            </w:pPr>
            <w:r>
              <w:rPr>
                <w:sz w:val="18"/>
                <w:szCs w:val="18"/>
                <w:rtl/>
              </w:rPr>
              <w:t>Site Observation Report</w:t>
            </w:r>
          </w:p>
        </w:tc>
        <w:tc>
          <w:tcPr>
            <w:tcW w:w="5556" w:type="dxa"/>
            <w:vAlign w:val="center"/>
          </w:tcPr>
          <w:p w14:paraId="50BFF7E9" w14:textId="77777777" w:rsidR="00E050A2" w:rsidRDefault="004F2FC6">
            <w:pPr>
              <w:bidi/>
              <w:spacing w:before="30" w:after="30"/>
            </w:pPr>
            <w:r>
              <w:rPr>
                <w:sz w:val="18"/>
                <w:szCs w:val="18"/>
                <w:rtl/>
              </w:rPr>
              <w:t>ملاحظة موقع لا ترقى إلى عدم مطابقة</w:t>
            </w:r>
          </w:p>
        </w:tc>
      </w:tr>
      <w:tr w:rsidR="00E050A2" w14:paraId="2DFD37C7" w14:textId="77777777">
        <w:trPr>
          <w:cantSplit/>
          <w:trHeight w:val="340"/>
          <w:jc w:val="center"/>
        </w:trPr>
        <w:tc>
          <w:tcPr>
            <w:tcW w:w="1474" w:type="dxa"/>
            <w:shd w:val="clear" w:color="auto" w:fill="EEF1FA"/>
            <w:vAlign w:val="center"/>
          </w:tcPr>
          <w:p w14:paraId="7CCD9C65" w14:textId="77777777" w:rsidR="00E050A2" w:rsidRDefault="004F2FC6">
            <w:pPr>
              <w:bidi/>
              <w:spacing w:before="30" w:after="30"/>
            </w:pPr>
            <w:r>
              <w:rPr>
                <w:sz w:val="18"/>
                <w:szCs w:val="18"/>
                <w:rtl/>
              </w:rPr>
              <w:t>CAR / PAR</w:t>
            </w:r>
          </w:p>
        </w:tc>
        <w:tc>
          <w:tcPr>
            <w:tcW w:w="3061" w:type="dxa"/>
            <w:shd w:val="clear" w:color="auto" w:fill="EEF1FA"/>
            <w:vAlign w:val="center"/>
          </w:tcPr>
          <w:p w14:paraId="76F5CC0B" w14:textId="77777777" w:rsidR="00E050A2" w:rsidRDefault="004F2FC6">
            <w:pPr>
              <w:bidi/>
              <w:spacing w:before="30" w:after="30"/>
            </w:pPr>
            <w:r>
              <w:rPr>
                <w:sz w:val="18"/>
                <w:szCs w:val="18"/>
                <w:rtl/>
              </w:rPr>
              <w:t>Corrective / Preventive Action Request</w:t>
            </w:r>
          </w:p>
        </w:tc>
        <w:tc>
          <w:tcPr>
            <w:tcW w:w="5556" w:type="dxa"/>
            <w:shd w:val="clear" w:color="auto" w:fill="EEF1FA"/>
            <w:vAlign w:val="center"/>
          </w:tcPr>
          <w:p w14:paraId="4EA1BDDA" w14:textId="77777777" w:rsidR="00E050A2" w:rsidRDefault="004F2FC6">
            <w:pPr>
              <w:bidi/>
              <w:spacing w:before="30" w:after="30"/>
            </w:pPr>
            <w:r>
              <w:rPr>
                <w:sz w:val="18"/>
                <w:szCs w:val="18"/>
                <w:rtl/>
              </w:rPr>
              <w:t>طلب إجراء تصحيحي أو وقائي</w:t>
            </w:r>
          </w:p>
        </w:tc>
      </w:tr>
      <w:tr w:rsidR="00E050A2" w14:paraId="04D9E105" w14:textId="77777777">
        <w:trPr>
          <w:cantSplit/>
          <w:trHeight w:val="340"/>
          <w:jc w:val="center"/>
        </w:trPr>
        <w:tc>
          <w:tcPr>
            <w:tcW w:w="1474" w:type="dxa"/>
            <w:vAlign w:val="center"/>
          </w:tcPr>
          <w:p w14:paraId="66519021" w14:textId="77777777" w:rsidR="00E050A2" w:rsidRDefault="004F2FC6">
            <w:pPr>
              <w:bidi/>
              <w:spacing w:before="30" w:after="30"/>
            </w:pPr>
            <w:r>
              <w:rPr>
                <w:sz w:val="18"/>
                <w:szCs w:val="18"/>
                <w:rtl/>
              </w:rPr>
              <w:t>TRN</w:t>
            </w:r>
          </w:p>
        </w:tc>
        <w:tc>
          <w:tcPr>
            <w:tcW w:w="3061" w:type="dxa"/>
            <w:vAlign w:val="center"/>
          </w:tcPr>
          <w:p w14:paraId="62131CBA" w14:textId="77777777" w:rsidR="00E050A2" w:rsidRDefault="004F2FC6">
            <w:pPr>
              <w:bidi/>
              <w:spacing w:before="30" w:after="30"/>
            </w:pPr>
            <w:r>
              <w:rPr>
                <w:sz w:val="18"/>
                <w:szCs w:val="18"/>
                <w:rtl/>
              </w:rPr>
              <w:t>Transmittal</w:t>
            </w:r>
          </w:p>
        </w:tc>
        <w:tc>
          <w:tcPr>
            <w:tcW w:w="5556" w:type="dxa"/>
            <w:vAlign w:val="center"/>
          </w:tcPr>
          <w:p w14:paraId="1241E423" w14:textId="77777777" w:rsidR="00E050A2" w:rsidRDefault="004F2FC6">
            <w:pPr>
              <w:bidi/>
              <w:spacing w:before="30" w:after="30"/>
            </w:pPr>
            <w:r>
              <w:rPr>
                <w:sz w:val="18"/>
                <w:szCs w:val="18"/>
                <w:rtl/>
              </w:rPr>
              <w:t>خطاب إحالة مستندات بين الأطراف</w:t>
            </w:r>
          </w:p>
        </w:tc>
      </w:tr>
      <w:tr w:rsidR="00E050A2" w14:paraId="706A01F3" w14:textId="77777777">
        <w:trPr>
          <w:cantSplit/>
          <w:trHeight w:val="340"/>
          <w:jc w:val="center"/>
        </w:trPr>
        <w:tc>
          <w:tcPr>
            <w:tcW w:w="1474" w:type="dxa"/>
            <w:shd w:val="clear" w:color="auto" w:fill="EEF1FA"/>
            <w:vAlign w:val="center"/>
          </w:tcPr>
          <w:p w14:paraId="359A292D" w14:textId="77777777" w:rsidR="00E050A2" w:rsidRDefault="004F2FC6">
            <w:pPr>
              <w:bidi/>
              <w:spacing w:before="30" w:after="30"/>
            </w:pPr>
            <w:r>
              <w:rPr>
                <w:sz w:val="18"/>
                <w:szCs w:val="18"/>
                <w:rtl/>
              </w:rPr>
              <w:t>H</w:t>
            </w:r>
          </w:p>
        </w:tc>
        <w:tc>
          <w:tcPr>
            <w:tcW w:w="3061" w:type="dxa"/>
            <w:shd w:val="clear" w:color="auto" w:fill="EEF1FA"/>
            <w:vAlign w:val="center"/>
          </w:tcPr>
          <w:p w14:paraId="762A6B33" w14:textId="77777777" w:rsidR="00E050A2" w:rsidRDefault="004F2FC6">
            <w:pPr>
              <w:bidi/>
              <w:spacing w:before="30" w:after="30"/>
            </w:pPr>
            <w:r>
              <w:rPr>
                <w:sz w:val="18"/>
                <w:szCs w:val="18"/>
                <w:rtl/>
              </w:rPr>
              <w:t>Hold Point</w:t>
            </w:r>
          </w:p>
        </w:tc>
        <w:tc>
          <w:tcPr>
            <w:tcW w:w="5556" w:type="dxa"/>
            <w:shd w:val="clear" w:color="auto" w:fill="EEF1FA"/>
            <w:vAlign w:val="center"/>
          </w:tcPr>
          <w:p w14:paraId="545F8B26" w14:textId="77777777" w:rsidR="00E050A2" w:rsidRDefault="004F2FC6">
            <w:pPr>
              <w:bidi/>
              <w:spacing w:before="30" w:after="30"/>
            </w:pPr>
            <w:r>
              <w:rPr>
                <w:sz w:val="18"/>
                <w:szCs w:val="18"/>
                <w:rtl/>
              </w:rPr>
              <w:t>نقطة توقف، لا يجوز تجاوزها دون توقيع الاستشاري</w:t>
            </w:r>
          </w:p>
        </w:tc>
      </w:tr>
      <w:tr w:rsidR="00E050A2" w14:paraId="0BFA9F63" w14:textId="77777777">
        <w:trPr>
          <w:cantSplit/>
          <w:trHeight w:val="340"/>
          <w:jc w:val="center"/>
        </w:trPr>
        <w:tc>
          <w:tcPr>
            <w:tcW w:w="1474" w:type="dxa"/>
            <w:vAlign w:val="center"/>
          </w:tcPr>
          <w:p w14:paraId="2DD9BC9E" w14:textId="77777777" w:rsidR="00E050A2" w:rsidRDefault="004F2FC6">
            <w:pPr>
              <w:bidi/>
              <w:spacing w:before="30" w:after="30"/>
            </w:pPr>
            <w:r>
              <w:rPr>
                <w:sz w:val="18"/>
                <w:szCs w:val="18"/>
                <w:rtl/>
              </w:rPr>
              <w:t>W</w:t>
            </w:r>
          </w:p>
        </w:tc>
        <w:tc>
          <w:tcPr>
            <w:tcW w:w="3061" w:type="dxa"/>
            <w:vAlign w:val="center"/>
          </w:tcPr>
          <w:p w14:paraId="1525BE43" w14:textId="77777777" w:rsidR="00E050A2" w:rsidRDefault="004F2FC6">
            <w:pPr>
              <w:bidi/>
              <w:spacing w:before="30" w:after="30"/>
            </w:pPr>
            <w:r>
              <w:rPr>
                <w:sz w:val="18"/>
                <w:szCs w:val="18"/>
                <w:rtl/>
              </w:rPr>
              <w:t>Witness Point</w:t>
            </w:r>
          </w:p>
        </w:tc>
        <w:tc>
          <w:tcPr>
            <w:tcW w:w="5556" w:type="dxa"/>
            <w:vAlign w:val="center"/>
          </w:tcPr>
          <w:p w14:paraId="6400C10B" w14:textId="77777777" w:rsidR="00E050A2" w:rsidRDefault="004F2FC6">
            <w:pPr>
              <w:bidi/>
              <w:spacing w:before="30" w:after="30"/>
            </w:pPr>
            <w:r>
              <w:rPr>
                <w:sz w:val="18"/>
                <w:szCs w:val="18"/>
                <w:rtl/>
              </w:rPr>
              <w:t>نقطة شهود، يخطر الاستشاري ويجوز الاستمرار عند عدم حضوره بعد المهلة</w:t>
            </w:r>
          </w:p>
        </w:tc>
      </w:tr>
      <w:tr w:rsidR="00E050A2" w14:paraId="34250DF5" w14:textId="77777777">
        <w:trPr>
          <w:cantSplit/>
          <w:trHeight w:val="340"/>
          <w:jc w:val="center"/>
        </w:trPr>
        <w:tc>
          <w:tcPr>
            <w:tcW w:w="1474" w:type="dxa"/>
            <w:shd w:val="clear" w:color="auto" w:fill="EEF1FA"/>
            <w:vAlign w:val="center"/>
          </w:tcPr>
          <w:p w14:paraId="28C14B05" w14:textId="77777777" w:rsidR="00E050A2" w:rsidRDefault="004F2FC6">
            <w:pPr>
              <w:bidi/>
              <w:spacing w:before="30" w:after="30"/>
            </w:pPr>
            <w:r>
              <w:rPr>
                <w:sz w:val="18"/>
                <w:szCs w:val="18"/>
                <w:rtl/>
              </w:rPr>
              <w:t>R</w:t>
            </w:r>
          </w:p>
        </w:tc>
        <w:tc>
          <w:tcPr>
            <w:tcW w:w="3061" w:type="dxa"/>
            <w:shd w:val="clear" w:color="auto" w:fill="EEF1FA"/>
            <w:vAlign w:val="center"/>
          </w:tcPr>
          <w:p w14:paraId="1A67BF2F" w14:textId="77777777" w:rsidR="00E050A2" w:rsidRDefault="004F2FC6">
            <w:pPr>
              <w:bidi/>
              <w:spacing w:before="30" w:after="30"/>
            </w:pPr>
            <w:r>
              <w:rPr>
                <w:sz w:val="18"/>
                <w:szCs w:val="18"/>
                <w:rtl/>
              </w:rPr>
              <w:t>Review</w:t>
            </w:r>
          </w:p>
        </w:tc>
        <w:tc>
          <w:tcPr>
            <w:tcW w:w="5556" w:type="dxa"/>
            <w:shd w:val="clear" w:color="auto" w:fill="EEF1FA"/>
            <w:vAlign w:val="center"/>
          </w:tcPr>
          <w:p w14:paraId="191E22AD" w14:textId="77777777" w:rsidR="00E050A2" w:rsidRDefault="004F2FC6">
            <w:pPr>
              <w:bidi/>
              <w:spacing w:before="30" w:after="30"/>
            </w:pPr>
            <w:r>
              <w:rPr>
                <w:sz w:val="18"/>
                <w:szCs w:val="18"/>
                <w:rtl/>
              </w:rPr>
              <w:t>مراجعة سجلات وشهادات ونتائج دون حضور إلزامي</w:t>
            </w:r>
          </w:p>
        </w:tc>
      </w:tr>
    </w:tbl>
    <w:p w14:paraId="0C9531F2" w14:textId="77777777" w:rsidR="00E050A2" w:rsidRDefault="00E050A2">
      <w:pPr>
        <w:bidi/>
        <w:spacing w:after="40"/>
      </w:pPr>
    </w:p>
    <w:p w14:paraId="52A9BE65" w14:textId="77777777" w:rsidR="00E050A2" w:rsidRDefault="004F2FC6">
      <w:pPr>
        <w:keepNext/>
        <w:pBdr>
          <w:bottom w:val="single" w:sz="8" w:space="1" w:color="2633FF"/>
        </w:pBdr>
        <w:bidi/>
        <w:spacing w:before="200" w:after="120"/>
        <w:outlineLvl w:val="0"/>
      </w:pPr>
      <w:r>
        <w:rPr>
          <w:b/>
          <w:bCs/>
          <w:color w:val="052976"/>
          <w:sz w:val="30"/>
          <w:szCs w:val="30"/>
          <w:rtl/>
        </w:rPr>
        <w:t>2. بيانات المشروع</w:t>
      </w:r>
    </w:p>
    <w:tbl>
      <w:tblPr>
        <w:tblStyle w:val="TableGrid"/>
        <w:bidiVisual/>
        <w:tblW w:w="0" w:type="auto"/>
        <w:jc w:val="center"/>
        <w:tblLayout w:type="fixed"/>
        <w:tblLook w:val="04A0" w:firstRow="1" w:lastRow="0" w:firstColumn="1" w:lastColumn="0" w:noHBand="0" w:noVBand="1"/>
      </w:tblPr>
      <w:tblGrid>
        <w:gridCol w:w="3118"/>
        <w:gridCol w:w="6973"/>
      </w:tblGrid>
      <w:tr w:rsidR="00E050A2" w14:paraId="1B7F2156" w14:textId="77777777">
        <w:trPr>
          <w:cantSplit/>
          <w:trHeight w:val="340"/>
          <w:jc w:val="center"/>
        </w:trPr>
        <w:tc>
          <w:tcPr>
            <w:tcW w:w="3118" w:type="dxa"/>
            <w:shd w:val="clear" w:color="auto" w:fill="EEF1FA"/>
            <w:vAlign w:val="center"/>
          </w:tcPr>
          <w:p w14:paraId="54FA0C58" w14:textId="77777777" w:rsidR="00E050A2" w:rsidRDefault="004F2FC6">
            <w:pPr>
              <w:bidi/>
              <w:spacing w:before="30" w:after="30"/>
            </w:pPr>
            <w:r>
              <w:rPr>
                <w:b/>
                <w:sz w:val="20"/>
                <w:szCs w:val="20"/>
                <w:rtl/>
              </w:rPr>
              <w:t>اسم المشروع</w:t>
            </w:r>
          </w:p>
        </w:tc>
        <w:tc>
          <w:tcPr>
            <w:tcW w:w="6973" w:type="dxa"/>
            <w:vAlign w:val="center"/>
          </w:tcPr>
          <w:p w14:paraId="17B87C24" w14:textId="77777777" w:rsidR="00E050A2" w:rsidRDefault="004F2FC6">
            <w:pPr>
              <w:bidi/>
              <w:spacing w:before="30" w:after="30"/>
            </w:pPr>
            <w:r>
              <w:rPr>
                <w:sz w:val="20"/>
                <w:szCs w:val="20"/>
                <w:rtl/>
              </w:rPr>
              <w:t>[اسم المشروع]</w:t>
            </w:r>
          </w:p>
        </w:tc>
      </w:tr>
      <w:tr w:rsidR="00E050A2" w14:paraId="6F7069CD" w14:textId="77777777">
        <w:trPr>
          <w:cantSplit/>
          <w:trHeight w:val="340"/>
          <w:jc w:val="center"/>
        </w:trPr>
        <w:tc>
          <w:tcPr>
            <w:tcW w:w="3118" w:type="dxa"/>
            <w:shd w:val="clear" w:color="auto" w:fill="EEF1FA"/>
            <w:vAlign w:val="center"/>
          </w:tcPr>
          <w:p w14:paraId="772E92D1" w14:textId="77777777" w:rsidR="00E050A2" w:rsidRDefault="004F2FC6">
            <w:pPr>
              <w:bidi/>
              <w:spacing w:before="30" w:after="30"/>
            </w:pPr>
            <w:r>
              <w:rPr>
                <w:b/>
                <w:sz w:val="20"/>
                <w:szCs w:val="20"/>
                <w:rtl/>
              </w:rPr>
              <w:t>رمز المشروع PRJ</w:t>
            </w:r>
          </w:p>
        </w:tc>
        <w:tc>
          <w:tcPr>
            <w:tcW w:w="6973" w:type="dxa"/>
            <w:vAlign w:val="center"/>
          </w:tcPr>
          <w:p w14:paraId="50C34D11" w14:textId="77777777" w:rsidR="00E050A2" w:rsidRDefault="004F2FC6">
            <w:pPr>
              <w:bidi/>
              <w:spacing w:before="30" w:after="30"/>
            </w:pPr>
            <w:r>
              <w:rPr>
                <w:sz w:val="20"/>
                <w:szCs w:val="20"/>
                <w:rtl/>
              </w:rPr>
              <w:t>[مثال: RYD-VIL-01]</w:t>
            </w:r>
          </w:p>
        </w:tc>
      </w:tr>
      <w:tr w:rsidR="00E050A2" w14:paraId="28D9139F" w14:textId="77777777">
        <w:trPr>
          <w:cantSplit/>
          <w:trHeight w:val="340"/>
          <w:jc w:val="center"/>
        </w:trPr>
        <w:tc>
          <w:tcPr>
            <w:tcW w:w="3118" w:type="dxa"/>
            <w:shd w:val="clear" w:color="auto" w:fill="EEF1FA"/>
            <w:vAlign w:val="center"/>
          </w:tcPr>
          <w:p w14:paraId="4697DB81" w14:textId="77777777" w:rsidR="00E050A2" w:rsidRDefault="004F2FC6">
            <w:pPr>
              <w:bidi/>
              <w:spacing w:before="30" w:after="30"/>
            </w:pPr>
            <w:r>
              <w:rPr>
                <w:b/>
                <w:sz w:val="20"/>
                <w:szCs w:val="20"/>
                <w:rtl/>
              </w:rPr>
              <w:t>الموقع</w:t>
            </w:r>
          </w:p>
        </w:tc>
        <w:tc>
          <w:tcPr>
            <w:tcW w:w="6973" w:type="dxa"/>
            <w:vAlign w:val="center"/>
          </w:tcPr>
          <w:p w14:paraId="4ACCAB6B" w14:textId="77777777" w:rsidR="00E050A2" w:rsidRDefault="004F2FC6">
            <w:pPr>
              <w:bidi/>
              <w:spacing w:before="30" w:after="30"/>
            </w:pPr>
            <w:r>
              <w:rPr>
                <w:sz w:val="20"/>
                <w:szCs w:val="20"/>
                <w:rtl/>
              </w:rPr>
              <w:t>[المدينة، الحي، رقم القطعة]</w:t>
            </w:r>
          </w:p>
        </w:tc>
      </w:tr>
      <w:tr w:rsidR="00E050A2" w14:paraId="3101549E" w14:textId="77777777">
        <w:trPr>
          <w:cantSplit/>
          <w:trHeight w:val="340"/>
          <w:jc w:val="center"/>
        </w:trPr>
        <w:tc>
          <w:tcPr>
            <w:tcW w:w="3118" w:type="dxa"/>
            <w:shd w:val="clear" w:color="auto" w:fill="EEF1FA"/>
            <w:vAlign w:val="center"/>
          </w:tcPr>
          <w:p w14:paraId="2AD275E2" w14:textId="77777777" w:rsidR="00E050A2" w:rsidRDefault="004F2FC6">
            <w:pPr>
              <w:bidi/>
              <w:spacing w:before="30" w:after="30"/>
            </w:pPr>
            <w:r>
              <w:rPr>
                <w:b/>
                <w:sz w:val="20"/>
                <w:szCs w:val="20"/>
                <w:rtl/>
              </w:rPr>
              <w:t>نوع المبنى والاستخدام</w:t>
            </w:r>
          </w:p>
        </w:tc>
        <w:tc>
          <w:tcPr>
            <w:tcW w:w="6973" w:type="dxa"/>
            <w:vAlign w:val="center"/>
          </w:tcPr>
          <w:p w14:paraId="67011EA4" w14:textId="77777777" w:rsidR="00E050A2" w:rsidRDefault="004F2FC6">
            <w:pPr>
              <w:bidi/>
              <w:spacing w:before="30" w:after="30"/>
            </w:pPr>
            <w:r>
              <w:rPr>
                <w:sz w:val="20"/>
                <w:szCs w:val="20"/>
                <w:rtl/>
              </w:rPr>
              <w:t>[سكني / تجاري / إداري / تعليمي / متعدد]</w:t>
            </w:r>
          </w:p>
        </w:tc>
      </w:tr>
      <w:tr w:rsidR="00E050A2" w14:paraId="4E5577EF" w14:textId="77777777">
        <w:trPr>
          <w:cantSplit/>
          <w:trHeight w:val="340"/>
          <w:jc w:val="center"/>
        </w:trPr>
        <w:tc>
          <w:tcPr>
            <w:tcW w:w="3118" w:type="dxa"/>
            <w:shd w:val="clear" w:color="auto" w:fill="EEF1FA"/>
            <w:vAlign w:val="center"/>
          </w:tcPr>
          <w:p w14:paraId="1B17FF7A" w14:textId="77777777" w:rsidR="00E050A2" w:rsidRDefault="004F2FC6">
            <w:pPr>
              <w:bidi/>
              <w:spacing w:before="30" w:after="30"/>
            </w:pPr>
            <w:r>
              <w:rPr>
                <w:b/>
                <w:sz w:val="20"/>
                <w:szCs w:val="20"/>
                <w:rtl/>
              </w:rPr>
              <w:t>عدد الأدوار ومساحة البناء</w:t>
            </w:r>
          </w:p>
        </w:tc>
        <w:tc>
          <w:tcPr>
            <w:tcW w:w="6973" w:type="dxa"/>
            <w:vAlign w:val="center"/>
          </w:tcPr>
          <w:p w14:paraId="02B0A924" w14:textId="77777777" w:rsidR="00E050A2" w:rsidRDefault="004F2FC6">
            <w:pPr>
              <w:bidi/>
              <w:spacing w:before="30" w:after="30"/>
            </w:pPr>
            <w:r>
              <w:rPr>
                <w:sz w:val="20"/>
                <w:szCs w:val="20"/>
                <w:rtl/>
              </w:rPr>
              <w:t>[بدروم + أرضي + ... ، م2]</w:t>
            </w:r>
          </w:p>
        </w:tc>
      </w:tr>
      <w:tr w:rsidR="00E050A2" w14:paraId="58109876" w14:textId="77777777">
        <w:trPr>
          <w:cantSplit/>
          <w:trHeight w:val="340"/>
          <w:jc w:val="center"/>
        </w:trPr>
        <w:tc>
          <w:tcPr>
            <w:tcW w:w="3118" w:type="dxa"/>
            <w:shd w:val="clear" w:color="auto" w:fill="EEF1FA"/>
            <w:vAlign w:val="center"/>
          </w:tcPr>
          <w:p w14:paraId="3FE6EBF6" w14:textId="77777777" w:rsidR="00E050A2" w:rsidRDefault="004F2FC6">
            <w:pPr>
              <w:bidi/>
              <w:spacing w:before="30" w:after="30"/>
            </w:pPr>
            <w:r>
              <w:rPr>
                <w:b/>
                <w:sz w:val="20"/>
                <w:szCs w:val="20"/>
                <w:rtl/>
              </w:rPr>
              <w:t>نوع النظام الإنشائي</w:t>
            </w:r>
          </w:p>
        </w:tc>
        <w:tc>
          <w:tcPr>
            <w:tcW w:w="6973" w:type="dxa"/>
            <w:vAlign w:val="center"/>
          </w:tcPr>
          <w:p w14:paraId="18F70892" w14:textId="77777777" w:rsidR="00E050A2" w:rsidRDefault="004F2FC6">
            <w:pPr>
              <w:bidi/>
              <w:spacing w:before="30" w:after="30"/>
            </w:pPr>
            <w:r>
              <w:rPr>
                <w:sz w:val="20"/>
                <w:szCs w:val="20"/>
                <w:rtl/>
              </w:rPr>
              <w:t>[خرسانة مسلحة / منشآت معدنية / مختلط]</w:t>
            </w:r>
          </w:p>
        </w:tc>
      </w:tr>
      <w:tr w:rsidR="00E050A2" w14:paraId="0EC3A5D0" w14:textId="77777777">
        <w:trPr>
          <w:cantSplit/>
          <w:trHeight w:val="340"/>
          <w:jc w:val="center"/>
        </w:trPr>
        <w:tc>
          <w:tcPr>
            <w:tcW w:w="3118" w:type="dxa"/>
            <w:shd w:val="clear" w:color="auto" w:fill="EEF1FA"/>
            <w:vAlign w:val="center"/>
          </w:tcPr>
          <w:p w14:paraId="0FB5D564" w14:textId="77777777" w:rsidR="00E050A2" w:rsidRDefault="004F2FC6">
            <w:pPr>
              <w:bidi/>
              <w:spacing w:before="30" w:after="30"/>
            </w:pPr>
            <w:r>
              <w:rPr>
                <w:b/>
                <w:sz w:val="20"/>
                <w:szCs w:val="20"/>
                <w:rtl/>
              </w:rPr>
              <w:t>المالك</w:t>
            </w:r>
          </w:p>
        </w:tc>
        <w:tc>
          <w:tcPr>
            <w:tcW w:w="6973" w:type="dxa"/>
            <w:vAlign w:val="center"/>
          </w:tcPr>
          <w:p w14:paraId="4DC80DBB" w14:textId="77777777" w:rsidR="00E050A2" w:rsidRDefault="004F2FC6">
            <w:pPr>
              <w:bidi/>
              <w:spacing w:before="30" w:after="30"/>
            </w:pPr>
            <w:r>
              <w:rPr>
                <w:sz w:val="20"/>
                <w:szCs w:val="20"/>
                <w:rtl/>
              </w:rPr>
              <w:t>[الاسم، ممثل المالك، الهاتف]</w:t>
            </w:r>
          </w:p>
        </w:tc>
      </w:tr>
      <w:tr w:rsidR="00E050A2" w14:paraId="606A6AC0" w14:textId="77777777">
        <w:trPr>
          <w:cantSplit/>
          <w:trHeight w:val="340"/>
          <w:jc w:val="center"/>
        </w:trPr>
        <w:tc>
          <w:tcPr>
            <w:tcW w:w="3118" w:type="dxa"/>
            <w:shd w:val="clear" w:color="auto" w:fill="EEF1FA"/>
            <w:vAlign w:val="center"/>
          </w:tcPr>
          <w:p w14:paraId="02BCDF1A" w14:textId="77777777" w:rsidR="00E050A2" w:rsidRDefault="004F2FC6">
            <w:pPr>
              <w:bidi/>
              <w:spacing w:before="30" w:after="30"/>
            </w:pPr>
            <w:r>
              <w:rPr>
                <w:b/>
                <w:sz w:val="20"/>
                <w:szCs w:val="20"/>
                <w:rtl/>
              </w:rPr>
              <w:t>الاستشاري المصمم</w:t>
            </w:r>
          </w:p>
        </w:tc>
        <w:tc>
          <w:tcPr>
            <w:tcW w:w="6973" w:type="dxa"/>
            <w:vAlign w:val="center"/>
          </w:tcPr>
          <w:p w14:paraId="22C7A750" w14:textId="77777777" w:rsidR="00E050A2" w:rsidRDefault="004F2FC6">
            <w:pPr>
              <w:bidi/>
              <w:spacing w:before="30" w:after="30"/>
            </w:pPr>
            <w:r>
              <w:rPr>
                <w:sz w:val="20"/>
                <w:szCs w:val="20"/>
                <w:rtl/>
              </w:rPr>
              <w:t>[الاسم]</w:t>
            </w:r>
          </w:p>
        </w:tc>
      </w:tr>
      <w:tr w:rsidR="00E050A2" w14:paraId="16776AF8" w14:textId="77777777">
        <w:trPr>
          <w:cantSplit/>
          <w:trHeight w:val="340"/>
          <w:jc w:val="center"/>
        </w:trPr>
        <w:tc>
          <w:tcPr>
            <w:tcW w:w="3118" w:type="dxa"/>
            <w:shd w:val="clear" w:color="auto" w:fill="EEF1FA"/>
            <w:vAlign w:val="center"/>
          </w:tcPr>
          <w:p w14:paraId="6D8E2B8D" w14:textId="77777777" w:rsidR="00E050A2" w:rsidRDefault="004F2FC6">
            <w:pPr>
              <w:bidi/>
              <w:spacing w:before="30" w:after="30"/>
            </w:pPr>
            <w:r>
              <w:rPr>
                <w:b/>
                <w:sz w:val="20"/>
                <w:szCs w:val="20"/>
                <w:rtl/>
              </w:rPr>
              <w:t>الاستشاري المشرف</w:t>
            </w:r>
          </w:p>
        </w:tc>
        <w:tc>
          <w:tcPr>
            <w:tcW w:w="6973" w:type="dxa"/>
            <w:vAlign w:val="center"/>
          </w:tcPr>
          <w:p w14:paraId="0229BE55" w14:textId="77777777" w:rsidR="00E050A2" w:rsidRDefault="004F2FC6">
            <w:pPr>
              <w:bidi/>
              <w:spacing w:before="30" w:after="30"/>
            </w:pPr>
            <w:r>
              <w:rPr>
                <w:sz w:val="20"/>
                <w:szCs w:val="20"/>
                <w:rtl/>
              </w:rPr>
              <w:t>المبدعون العرب للاستشارات الهندسية (ACE)</w:t>
            </w:r>
          </w:p>
        </w:tc>
      </w:tr>
      <w:tr w:rsidR="00E050A2" w14:paraId="7A1D7CDA" w14:textId="77777777">
        <w:trPr>
          <w:cantSplit/>
          <w:trHeight w:val="340"/>
          <w:jc w:val="center"/>
        </w:trPr>
        <w:tc>
          <w:tcPr>
            <w:tcW w:w="3118" w:type="dxa"/>
            <w:shd w:val="clear" w:color="auto" w:fill="EEF1FA"/>
            <w:vAlign w:val="center"/>
          </w:tcPr>
          <w:p w14:paraId="7E4F6663" w14:textId="77777777" w:rsidR="00E050A2" w:rsidRDefault="004F2FC6">
            <w:pPr>
              <w:bidi/>
              <w:spacing w:before="30" w:after="30"/>
            </w:pPr>
            <w:r>
              <w:rPr>
                <w:b/>
                <w:sz w:val="20"/>
                <w:szCs w:val="20"/>
                <w:rtl/>
              </w:rPr>
              <w:t>المقاول الرئيسي</w:t>
            </w:r>
          </w:p>
        </w:tc>
        <w:tc>
          <w:tcPr>
            <w:tcW w:w="6973" w:type="dxa"/>
            <w:vAlign w:val="center"/>
          </w:tcPr>
          <w:p w14:paraId="4717E0F2" w14:textId="77777777" w:rsidR="00E050A2" w:rsidRDefault="004F2FC6">
            <w:pPr>
              <w:bidi/>
              <w:spacing w:before="30" w:after="30"/>
            </w:pPr>
            <w:r>
              <w:rPr>
                <w:sz w:val="20"/>
                <w:szCs w:val="20"/>
                <w:rtl/>
              </w:rPr>
              <w:t>[الاسم، رقم السجل التجاري، التصنيف]</w:t>
            </w:r>
          </w:p>
        </w:tc>
      </w:tr>
      <w:tr w:rsidR="00E050A2" w14:paraId="4D8475AD" w14:textId="77777777">
        <w:trPr>
          <w:cantSplit/>
          <w:trHeight w:val="340"/>
          <w:jc w:val="center"/>
        </w:trPr>
        <w:tc>
          <w:tcPr>
            <w:tcW w:w="3118" w:type="dxa"/>
            <w:shd w:val="clear" w:color="auto" w:fill="EEF1FA"/>
            <w:vAlign w:val="center"/>
          </w:tcPr>
          <w:p w14:paraId="584BA856" w14:textId="77777777" w:rsidR="00E050A2" w:rsidRDefault="004F2FC6">
            <w:pPr>
              <w:bidi/>
              <w:spacing w:before="30" w:after="30"/>
            </w:pPr>
            <w:r>
              <w:rPr>
                <w:b/>
                <w:sz w:val="20"/>
                <w:szCs w:val="20"/>
                <w:rtl/>
              </w:rPr>
              <w:t>رقم العقد وتاريخه</w:t>
            </w:r>
          </w:p>
        </w:tc>
        <w:tc>
          <w:tcPr>
            <w:tcW w:w="6973" w:type="dxa"/>
            <w:vAlign w:val="center"/>
          </w:tcPr>
          <w:p w14:paraId="6985CFDE" w14:textId="77777777" w:rsidR="00E050A2" w:rsidRDefault="004F2FC6">
            <w:pPr>
              <w:bidi/>
              <w:spacing w:before="30" w:after="30"/>
            </w:pPr>
            <w:r>
              <w:rPr>
                <w:sz w:val="20"/>
                <w:szCs w:val="20"/>
                <w:rtl/>
              </w:rPr>
              <w:t>[رقم] بتاريخ [YYYY-MM-DD]</w:t>
            </w:r>
          </w:p>
        </w:tc>
      </w:tr>
      <w:tr w:rsidR="00E050A2" w14:paraId="786ECCF9" w14:textId="77777777">
        <w:trPr>
          <w:cantSplit/>
          <w:trHeight w:val="340"/>
          <w:jc w:val="center"/>
        </w:trPr>
        <w:tc>
          <w:tcPr>
            <w:tcW w:w="3118" w:type="dxa"/>
            <w:shd w:val="clear" w:color="auto" w:fill="EEF1FA"/>
            <w:vAlign w:val="center"/>
          </w:tcPr>
          <w:p w14:paraId="6DA35B9D" w14:textId="77777777" w:rsidR="00E050A2" w:rsidRDefault="004F2FC6">
            <w:pPr>
              <w:bidi/>
              <w:spacing w:before="30" w:after="30"/>
            </w:pPr>
            <w:r>
              <w:rPr>
                <w:b/>
                <w:sz w:val="20"/>
                <w:szCs w:val="20"/>
                <w:rtl/>
              </w:rPr>
              <w:t>نوع العقد</w:t>
            </w:r>
          </w:p>
        </w:tc>
        <w:tc>
          <w:tcPr>
            <w:tcW w:w="6973" w:type="dxa"/>
            <w:vAlign w:val="center"/>
          </w:tcPr>
          <w:p w14:paraId="2EFE9A36" w14:textId="77777777" w:rsidR="00E050A2" w:rsidRDefault="004F2FC6">
            <w:pPr>
              <w:bidi/>
              <w:spacing w:before="30" w:after="30"/>
            </w:pPr>
            <w:r>
              <w:rPr>
                <w:sz w:val="20"/>
                <w:szCs w:val="20"/>
                <w:rtl/>
              </w:rPr>
              <w:t>[مقطوعية / كميات / تصميم وتنفيذ]</w:t>
            </w:r>
          </w:p>
        </w:tc>
      </w:tr>
      <w:tr w:rsidR="00E050A2" w14:paraId="6A11D7CB" w14:textId="77777777">
        <w:trPr>
          <w:cantSplit/>
          <w:trHeight w:val="340"/>
          <w:jc w:val="center"/>
        </w:trPr>
        <w:tc>
          <w:tcPr>
            <w:tcW w:w="3118" w:type="dxa"/>
            <w:shd w:val="clear" w:color="auto" w:fill="EEF1FA"/>
            <w:vAlign w:val="center"/>
          </w:tcPr>
          <w:p w14:paraId="4DBA77F9" w14:textId="77777777" w:rsidR="00E050A2" w:rsidRDefault="004F2FC6">
            <w:pPr>
              <w:bidi/>
              <w:spacing w:before="30" w:after="30"/>
            </w:pPr>
            <w:r>
              <w:rPr>
                <w:b/>
                <w:sz w:val="20"/>
                <w:szCs w:val="20"/>
                <w:rtl/>
              </w:rPr>
              <w:t>قيمة العقد</w:t>
            </w:r>
          </w:p>
        </w:tc>
        <w:tc>
          <w:tcPr>
            <w:tcW w:w="6973" w:type="dxa"/>
            <w:vAlign w:val="center"/>
          </w:tcPr>
          <w:p w14:paraId="05996DB1" w14:textId="77777777" w:rsidR="00E050A2" w:rsidRDefault="004F2FC6">
            <w:pPr>
              <w:bidi/>
              <w:spacing w:before="30" w:after="30"/>
            </w:pPr>
            <w:r>
              <w:rPr>
                <w:sz w:val="20"/>
                <w:szCs w:val="20"/>
                <w:rtl/>
              </w:rPr>
              <w:t>[القيمة بالريال] (Estimate حتى الاعتماد)</w:t>
            </w:r>
          </w:p>
        </w:tc>
      </w:tr>
      <w:tr w:rsidR="00E050A2" w14:paraId="402FCF13" w14:textId="77777777">
        <w:trPr>
          <w:cantSplit/>
          <w:trHeight w:val="340"/>
          <w:jc w:val="center"/>
        </w:trPr>
        <w:tc>
          <w:tcPr>
            <w:tcW w:w="3118" w:type="dxa"/>
            <w:shd w:val="clear" w:color="auto" w:fill="EEF1FA"/>
            <w:vAlign w:val="center"/>
          </w:tcPr>
          <w:p w14:paraId="4990854D" w14:textId="77777777" w:rsidR="00E050A2" w:rsidRDefault="004F2FC6">
            <w:pPr>
              <w:bidi/>
              <w:spacing w:before="30" w:after="30"/>
            </w:pPr>
            <w:r>
              <w:rPr>
                <w:b/>
                <w:sz w:val="20"/>
                <w:szCs w:val="20"/>
                <w:rtl/>
              </w:rPr>
              <w:t>تاريخ تسليم الموقع</w:t>
            </w:r>
          </w:p>
        </w:tc>
        <w:tc>
          <w:tcPr>
            <w:tcW w:w="6973" w:type="dxa"/>
            <w:vAlign w:val="center"/>
          </w:tcPr>
          <w:p w14:paraId="4856ACCB" w14:textId="77777777" w:rsidR="00E050A2" w:rsidRDefault="004F2FC6">
            <w:pPr>
              <w:bidi/>
              <w:spacing w:before="30" w:after="30"/>
            </w:pPr>
            <w:r>
              <w:rPr>
                <w:sz w:val="20"/>
                <w:szCs w:val="20"/>
                <w:rtl/>
              </w:rPr>
              <w:t>[YYYY-MM-DD]</w:t>
            </w:r>
          </w:p>
        </w:tc>
      </w:tr>
      <w:tr w:rsidR="00E050A2" w14:paraId="4EA39807" w14:textId="77777777">
        <w:trPr>
          <w:cantSplit/>
          <w:trHeight w:val="340"/>
          <w:jc w:val="center"/>
        </w:trPr>
        <w:tc>
          <w:tcPr>
            <w:tcW w:w="3118" w:type="dxa"/>
            <w:shd w:val="clear" w:color="auto" w:fill="EEF1FA"/>
            <w:vAlign w:val="center"/>
          </w:tcPr>
          <w:p w14:paraId="0527D1E4" w14:textId="77777777" w:rsidR="00E050A2" w:rsidRDefault="004F2FC6">
            <w:pPr>
              <w:bidi/>
              <w:spacing w:before="30" w:after="30"/>
            </w:pPr>
            <w:r>
              <w:rPr>
                <w:b/>
                <w:sz w:val="20"/>
                <w:szCs w:val="20"/>
                <w:rtl/>
              </w:rPr>
              <w:t>مدة التنفيذ</w:t>
            </w:r>
          </w:p>
        </w:tc>
        <w:tc>
          <w:tcPr>
            <w:tcW w:w="6973" w:type="dxa"/>
            <w:vAlign w:val="center"/>
          </w:tcPr>
          <w:p w14:paraId="63ABBDF7" w14:textId="77777777" w:rsidR="00E050A2" w:rsidRDefault="004F2FC6">
            <w:pPr>
              <w:bidi/>
              <w:spacing w:before="30" w:after="30"/>
            </w:pPr>
            <w:r>
              <w:rPr>
                <w:sz w:val="20"/>
                <w:szCs w:val="20"/>
                <w:rtl/>
              </w:rPr>
              <w:t>[عدد الأيام]</w:t>
            </w:r>
          </w:p>
        </w:tc>
      </w:tr>
      <w:tr w:rsidR="00E050A2" w14:paraId="634BEBD8" w14:textId="77777777">
        <w:trPr>
          <w:cantSplit/>
          <w:trHeight w:val="340"/>
          <w:jc w:val="center"/>
        </w:trPr>
        <w:tc>
          <w:tcPr>
            <w:tcW w:w="3118" w:type="dxa"/>
            <w:shd w:val="clear" w:color="auto" w:fill="EEF1FA"/>
            <w:vAlign w:val="center"/>
          </w:tcPr>
          <w:p w14:paraId="750C2293" w14:textId="77777777" w:rsidR="00E050A2" w:rsidRDefault="004F2FC6">
            <w:pPr>
              <w:bidi/>
              <w:spacing w:before="30" w:after="30"/>
            </w:pPr>
            <w:r>
              <w:rPr>
                <w:b/>
                <w:sz w:val="20"/>
                <w:szCs w:val="20"/>
                <w:rtl/>
              </w:rPr>
              <w:t>تاريخ الإنجاز التعاقدي</w:t>
            </w:r>
          </w:p>
        </w:tc>
        <w:tc>
          <w:tcPr>
            <w:tcW w:w="6973" w:type="dxa"/>
            <w:vAlign w:val="center"/>
          </w:tcPr>
          <w:p w14:paraId="6D976007" w14:textId="77777777" w:rsidR="00E050A2" w:rsidRDefault="004F2FC6">
            <w:pPr>
              <w:bidi/>
              <w:spacing w:before="30" w:after="30"/>
            </w:pPr>
            <w:r>
              <w:rPr>
                <w:sz w:val="20"/>
                <w:szCs w:val="20"/>
                <w:rtl/>
              </w:rPr>
              <w:t>[YYYY-MM-DD]</w:t>
            </w:r>
          </w:p>
        </w:tc>
      </w:tr>
      <w:tr w:rsidR="00E050A2" w14:paraId="73BDBAEF" w14:textId="77777777">
        <w:trPr>
          <w:cantSplit/>
          <w:trHeight w:val="340"/>
          <w:jc w:val="center"/>
        </w:trPr>
        <w:tc>
          <w:tcPr>
            <w:tcW w:w="3118" w:type="dxa"/>
            <w:shd w:val="clear" w:color="auto" w:fill="EEF1FA"/>
            <w:vAlign w:val="center"/>
          </w:tcPr>
          <w:p w14:paraId="72A3AEAF" w14:textId="77777777" w:rsidR="00E050A2" w:rsidRDefault="004F2FC6">
            <w:pPr>
              <w:bidi/>
              <w:spacing w:before="30" w:after="30"/>
            </w:pPr>
            <w:r>
              <w:rPr>
                <w:b/>
                <w:sz w:val="20"/>
                <w:szCs w:val="20"/>
                <w:rtl/>
              </w:rPr>
              <w:t>فترة الضمان والصيانة</w:t>
            </w:r>
          </w:p>
        </w:tc>
        <w:tc>
          <w:tcPr>
            <w:tcW w:w="6973" w:type="dxa"/>
            <w:vAlign w:val="center"/>
          </w:tcPr>
          <w:p w14:paraId="0C715B06" w14:textId="77777777" w:rsidR="00E050A2" w:rsidRDefault="004F2FC6">
            <w:pPr>
              <w:bidi/>
              <w:spacing w:before="30" w:after="30"/>
            </w:pPr>
            <w:r>
              <w:rPr>
                <w:sz w:val="20"/>
                <w:szCs w:val="20"/>
                <w:rtl/>
              </w:rPr>
              <w:t>[365 يوما من الاستلام الابتدائي أو حسب العقد]</w:t>
            </w:r>
          </w:p>
        </w:tc>
      </w:tr>
      <w:tr w:rsidR="00E050A2" w14:paraId="4BDEF819" w14:textId="77777777">
        <w:trPr>
          <w:cantSplit/>
          <w:trHeight w:val="340"/>
          <w:jc w:val="center"/>
        </w:trPr>
        <w:tc>
          <w:tcPr>
            <w:tcW w:w="3118" w:type="dxa"/>
            <w:shd w:val="clear" w:color="auto" w:fill="EEF1FA"/>
            <w:vAlign w:val="center"/>
          </w:tcPr>
          <w:p w14:paraId="50B96726" w14:textId="77777777" w:rsidR="00E050A2" w:rsidRDefault="004F2FC6">
            <w:pPr>
              <w:bidi/>
              <w:spacing w:before="30" w:after="30"/>
            </w:pPr>
            <w:r>
              <w:rPr>
                <w:b/>
                <w:sz w:val="20"/>
                <w:szCs w:val="20"/>
                <w:rtl/>
              </w:rPr>
              <w:t>رخصة البناء</w:t>
            </w:r>
          </w:p>
        </w:tc>
        <w:tc>
          <w:tcPr>
            <w:tcW w:w="6973" w:type="dxa"/>
            <w:vAlign w:val="center"/>
          </w:tcPr>
          <w:p w14:paraId="73B6EE40" w14:textId="77777777" w:rsidR="00E050A2" w:rsidRDefault="004F2FC6">
            <w:pPr>
              <w:bidi/>
              <w:spacing w:before="30" w:after="30"/>
            </w:pPr>
            <w:r>
              <w:rPr>
                <w:sz w:val="20"/>
                <w:szCs w:val="20"/>
                <w:rtl/>
              </w:rPr>
              <w:t>[رقم الرخصة وتاريخها]</w:t>
            </w:r>
          </w:p>
        </w:tc>
      </w:tr>
      <w:tr w:rsidR="00E050A2" w14:paraId="4B3EA8DC" w14:textId="77777777">
        <w:trPr>
          <w:cantSplit/>
          <w:trHeight w:val="340"/>
          <w:jc w:val="center"/>
        </w:trPr>
        <w:tc>
          <w:tcPr>
            <w:tcW w:w="3118" w:type="dxa"/>
            <w:shd w:val="clear" w:color="auto" w:fill="EEF1FA"/>
            <w:vAlign w:val="center"/>
          </w:tcPr>
          <w:p w14:paraId="43E0B1D2" w14:textId="77777777" w:rsidR="00E050A2" w:rsidRDefault="004F2FC6">
            <w:pPr>
              <w:bidi/>
              <w:spacing w:before="30" w:after="30"/>
            </w:pPr>
            <w:r>
              <w:rPr>
                <w:b/>
                <w:sz w:val="20"/>
                <w:szCs w:val="20"/>
                <w:rtl/>
              </w:rPr>
              <w:t>المختبر المعتمد</w:t>
            </w:r>
          </w:p>
        </w:tc>
        <w:tc>
          <w:tcPr>
            <w:tcW w:w="6973" w:type="dxa"/>
            <w:vAlign w:val="center"/>
          </w:tcPr>
          <w:p w14:paraId="1E129DDB" w14:textId="77777777" w:rsidR="00E050A2" w:rsidRDefault="004F2FC6">
            <w:pPr>
              <w:bidi/>
              <w:spacing w:before="30" w:after="30"/>
            </w:pPr>
            <w:r>
              <w:rPr>
                <w:sz w:val="20"/>
                <w:szCs w:val="20"/>
                <w:rtl/>
              </w:rPr>
              <w:t>[اسم المختبر ورقم الاعتماد]</w:t>
            </w:r>
          </w:p>
        </w:tc>
      </w:tr>
      <w:tr w:rsidR="00E050A2" w14:paraId="4780325E" w14:textId="77777777">
        <w:trPr>
          <w:cantSplit/>
          <w:trHeight w:val="340"/>
          <w:jc w:val="center"/>
        </w:trPr>
        <w:tc>
          <w:tcPr>
            <w:tcW w:w="3118" w:type="dxa"/>
            <w:shd w:val="clear" w:color="auto" w:fill="EEF1FA"/>
            <w:vAlign w:val="center"/>
          </w:tcPr>
          <w:p w14:paraId="3DE0D2A5" w14:textId="77777777" w:rsidR="00E050A2" w:rsidRDefault="004F2FC6">
            <w:pPr>
              <w:bidi/>
              <w:spacing w:before="30" w:after="30"/>
            </w:pPr>
            <w:r>
              <w:rPr>
                <w:b/>
                <w:sz w:val="20"/>
                <w:szCs w:val="20"/>
                <w:rtl/>
              </w:rPr>
              <w:t>مدير الجودة لدى المقاول</w:t>
            </w:r>
          </w:p>
        </w:tc>
        <w:tc>
          <w:tcPr>
            <w:tcW w:w="6973" w:type="dxa"/>
            <w:vAlign w:val="center"/>
          </w:tcPr>
          <w:p w14:paraId="74FDCBCB" w14:textId="77777777" w:rsidR="00E050A2" w:rsidRDefault="004F2FC6">
            <w:pPr>
              <w:bidi/>
              <w:spacing w:before="30" w:after="30"/>
            </w:pPr>
            <w:r>
              <w:rPr>
                <w:sz w:val="20"/>
                <w:szCs w:val="20"/>
                <w:rtl/>
              </w:rPr>
              <w:t>[الاسم، الهاتف، البريد]</w:t>
            </w:r>
          </w:p>
        </w:tc>
      </w:tr>
      <w:tr w:rsidR="00E050A2" w14:paraId="4A94C233" w14:textId="77777777">
        <w:trPr>
          <w:cantSplit/>
          <w:trHeight w:val="340"/>
          <w:jc w:val="center"/>
        </w:trPr>
        <w:tc>
          <w:tcPr>
            <w:tcW w:w="3118" w:type="dxa"/>
            <w:shd w:val="clear" w:color="auto" w:fill="EEF1FA"/>
            <w:vAlign w:val="center"/>
          </w:tcPr>
          <w:p w14:paraId="1C19114C" w14:textId="77777777" w:rsidR="00E050A2" w:rsidRDefault="004F2FC6">
            <w:pPr>
              <w:bidi/>
              <w:spacing w:before="30" w:after="30"/>
            </w:pPr>
            <w:r>
              <w:rPr>
                <w:b/>
                <w:sz w:val="20"/>
                <w:szCs w:val="20"/>
                <w:rtl/>
              </w:rPr>
              <w:t>المهندس المقيم لدى الاستشاري</w:t>
            </w:r>
          </w:p>
        </w:tc>
        <w:tc>
          <w:tcPr>
            <w:tcW w:w="6973" w:type="dxa"/>
            <w:vAlign w:val="center"/>
          </w:tcPr>
          <w:p w14:paraId="08B95F96" w14:textId="77777777" w:rsidR="00E050A2" w:rsidRDefault="004F2FC6">
            <w:pPr>
              <w:bidi/>
              <w:spacing w:before="30" w:after="30"/>
            </w:pPr>
            <w:r>
              <w:rPr>
                <w:sz w:val="20"/>
                <w:szCs w:val="20"/>
                <w:rtl/>
              </w:rPr>
              <w:t>[الاسم، الهاتف، البريد]</w:t>
            </w:r>
          </w:p>
        </w:tc>
      </w:tr>
    </w:tbl>
    <w:p w14:paraId="47EB0E05" w14:textId="77777777" w:rsidR="00E050A2" w:rsidRDefault="00E050A2">
      <w:pPr>
        <w:bidi/>
        <w:spacing w:after="40"/>
      </w:pPr>
    </w:p>
    <w:p w14:paraId="1F85BA73" w14:textId="77777777" w:rsidR="00E050A2" w:rsidRDefault="004F2FC6">
      <w:pPr>
        <w:keepNext/>
        <w:pBdr>
          <w:bottom w:val="single" w:sz="8" w:space="1" w:color="2633FF"/>
        </w:pBdr>
        <w:bidi/>
        <w:spacing w:before="200" w:after="120"/>
        <w:outlineLvl w:val="0"/>
      </w:pPr>
      <w:r>
        <w:rPr>
          <w:b/>
          <w:bCs/>
          <w:color w:val="052976"/>
          <w:sz w:val="30"/>
          <w:szCs w:val="30"/>
          <w:rtl/>
        </w:rPr>
        <w:t>3. المراجع والمواصفات</w:t>
      </w:r>
    </w:p>
    <w:p w14:paraId="684E7F14" w14:textId="77777777" w:rsidR="00E050A2" w:rsidRDefault="004F2FC6">
      <w:pPr>
        <w:bidi/>
        <w:spacing w:after="80"/>
      </w:pPr>
      <w:r>
        <w:rPr>
          <w:sz w:val="21"/>
          <w:szCs w:val="21"/>
          <w:rtl/>
        </w:rPr>
        <w:t>تطبق المراجع التالية بأحدث إصدار معتمد في العقد. عند التعارض يسري ترتيب أولوية المستندات الوارد في العقد، ثم الأشد من بين المتطلبات.</w:t>
      </w:r>
    </w:p>
    <w:tbl>
      <w:tblPr>
        <w:tblStyle w:val="TableGrid"/>
        <w:bidiVisual/>
        <w:tblW w:w="0" w:type="auto"/>
        <w:jc w:val="center"/>
        <w:tblLayout w:type="fixed"/>
        <w:tblLook w:val="04A0" w:firstRow="1" w:lastRow="0" w:firstColumn="1" w:lastColumn="0" w:noHBand="0" w:noVBand="1"/>
      </w:tblPr>
      <w:tblGrid>
        <w:gridCol w:w="2041"/>
        <w:gridCol w:w="3628"/>
        <w:gridCol w:w="4422"/>
      </w:tblGrid>
      <w:tr w:rsidR="00E050A2" w14:paraId="7ED4960F" w14:textId="77777777">
        <w:trPr>
          <w:cantSplit/>
          <w:trHeight w:val="340"/>
          <w:tblHeader/>
          <w:jc w:val="center"/>
        </w:trPr>
        <w:tc>
          <w:tcPr>
            <w:tcW w:w="2041" w:type="dxa"/>
            <w:shd w:val="clear" w:color="auto" w:fill="052976"/>
            <w:vAlign w:val="center"/>
          </w:tcPr>
          <w:p w14:paraId="266E100A" w14:textId="77777777" w:rsidR="00E050A2" w:rsidRDefault="004F2FC6">
            <w:pPr>
              <w:bidi/>
              <w:spacing w:before="30" w:after="30"/>
              <w:jc w:val="center"/>
            </w:pPr>
            <w:r>
              <w:rPr>
                <w:b/>
                <w:bCs/>
                <w:color w:val="FFFFFF"/>
                <w:sz w:val="19"/>
                <w:szCs w:val="19"/>
                <w:rtl/>
              </w:rPr>
              <w:t>المرجع</w:t>
            </w:r>
          </w:p>
        </w:tc>
        <w:tc>
          <w:tcPr>
            <w:tcW w:w="3628" w:type="dxa"/>
            <w:shd w:val="clear" w:color="auto" w:fill="052976"/>
            <w:vAlign w:val="center"/>
          </w:tcPr>
          <w:p w14:paraId="676A0714" w14:textId="77777777" w:rsidR="00E050A2" w:rsidRDefault="004F2FC6">
            <w:pPr>
              <w:bidi/>
              <w:spacing w:before="30" w:after="30"/>
              <w:jc w:val="center"/>
            </w:pPr>
            <w:r>
              <w:rPr>
                <w:b/>
                <w:bCs/>
                <w:color w:val="FFFFFF"/>
                <w:sz w:val="19"/>
                <w:szCs w:val="19"/>
                <w:rtl/>
              </w:rPr>
              <w:t>العنوان</w:t>
            </w:r>
          </w:p>
        </w:tc>
        <w:tc>
          <w:tcPr>
            <w:tcW w:w="4422" w:type="dxa"/>
            <w:shd w:val="clear" w:color="auto" w:fill="052976"/>
            <w:vAlign w:val="center"/>
          </w:tcPr>
          <w:p w14:paraId="699E73FD" w14:textId="77777777" w:rsidR="00E050A2" w:rsidRDefault="004F2FC6">
            <w:pPr>
              <w:bidi/>
              <w:spacing w:before="30" w:after="30"/>
              <w:jc w:val="center"/>
            </w:pPr>
            <w:r>
              <w:rPr>
                <w:b/>
                <w:bCs/>
                <w:color w:val="FFFFFF"/>
                <w:sz w:val="19"/>
                <w:szCs w:val="19"/>
                <w:rtl/>
              </w:rPr>
              <w:t>مجال التطبيق</w:t>
            </w:r>
          </w:p>
        </w:tc>
      </w:tr>
      <w:tr w:rsidR="00E050A2" w14:paraId="3ED2480F" w14:textId="77777777">
        <w:trPr>
          <w:cantSplit/>
          <w:trHeight w:val="340"/>
          <w:jc w:val="center"/>
        </w:trPr>
        <w:tc>
          <w:tcPr>
            <w:tcW w:w="2041" w:type="dxa"/>
            <w:vAlign w:val="center"/>
          </w:tcPr>
          <w:p w14:paraId="3C8DC5E5" w14:textId="77777777" w:rsidR="00E050A2" w:rsidRDefault="004F2FC6">
            <w:pPr>
              <w:bidi/>
              <w:spacing w:before="30" w:after="30"/>
            </w:pPr>
            <w:r>
              <w:rPr>
                <w:sz w:val="18"/>
                <w:szCs w:val="18"/>
                <w:rtl/>
              </w:rPr>
              <w:t>العقد</w:t>
            </w:r>
          </w:p>
        </w:tc>
        <w:tc>
          <w:tcPr>
            <w:tcW w:w="3628" w:type="dxa"/>
            <w:vAlign w:val="center"/>
          </w:tcPr>
          <w:p w14:paraId="25EDB331" w14:textId="77777777" w:rsidR="00E050A2" w:rsidRDefault="004F2FC6">
            <w:pPr>
              <w:bidi/>
              <w:spacing w:before="30" w:after="30"/>
            </w:pPr>
            <w:r>
              <w:rPr>
                <w:sz w:val="18"/>
                <w:szCs w:val="18"/>
                <w:rtl/>
              </w:rPr>
              <w:t>وثيقة العقد والشروط العامة والخاصة</w:t>
            </w:r>
          </w:p>
        </w:tc>
        <w:tc>
          <w:tcPr>
            <w:tcW w:w="4422" w:type="dxa"/>
            <w:vAlign w:val="center"/>
          </w:tcPr>
          <w:p w14:paraId="2B001FD7" w14:textId="77777777" w:rsidR="00E050A2" w:rsidRDefault="004F2FC6">
            <w:pPr>
              <w:bidi/>
              <w:spacing w:before="30" w:after="30"/>
            </w:pPr>
            <w:r>
              <w:rPr>
                <w:sz w:val="18"/>
                <w:szCs w:val="18"/>
                <w:rtl/>
              </w:rPr>
              <w:t>الالتزامات والمدد وإجراءات الاعتماد والاستلام</w:t>
            </w:r>
          </w:p>
        </w:tc>
      </w:tr>
      <w:tr w:rsidR="00E050A2" w14:paraId="5D6852CD" w14:textId="77777777">
        <w:trPr>
          <w:cantSplit/>
          <w:trHeight w:val="340"/>
          <w:jc w:val="center"/>
        </w:trPr>
        <w:tc>
          <w:tcPr>
            <w:tcW w:w="2041" w:type="dxa"/>
            <w:shd w:val="clear" w:color="auto" w:fill="EEF1FA"/>
            <w:vAlign w:val="center"/>
          </w:tcPr>
          <w:p w14:paraId="24232FD5" w14:textId="77777777" w:rsidR="00E050A2" w:rsidRDefault="004F2FC6">
            <w:pPr>
              <w:bidi/>
              <w:spacing w:before="30" w:after="30"/>
            </w:pPr>
            <w:r>
              <w:rPr>
                <w:sz w:val="18"/>
                <w:szCs w:val="18"/>
                <w:rtl/>
              </w:rPr>
              <w:t>المواصفات</w:t>
            </w:r>
          </w:p>
        </w:tc>
        <w:tc>
          <w:tcPr>
            <w:tcW w:w="3628" w:type="dxa"/>
            <w:shd w:val="clear" w:color="auto" w:fill="EEF1FA"/>
            <w:vAlign w:val="center"/>
          </w:tcPr>
          <w:p w14:paraId="74EEC3AF" w14:textId="77777777" w:rsidR="00E050A2" w:rsidRDefault="004F2FC6">
            <w:pPr>
              <w:bidi/>
              <w:spacing w:before="30" w:after="30"/>
            </w:pPr>
            <w:r>
              <w:rPr>
                <w:sz w:val="18"/>
                <w:szCs w:val="18"/>
                <w:rtl/>
              </w:rPr>
              <w:t>المواصفات الفنية للمشروع</w:t>
            </w:r>
          </w:p>
        </w:tc>
        <w:tc>
          <w:tcPr>
            <w:tcW w:w="4422" w:type="dxa"/>
            <w:shd w:val="clear" w:color="auto" w:fill="EEF1FA"/>
            <w:vAlign w:val="center"/>
          </w:tcPr>
          <w:p w14:paraId="06D61174" w14:textId="77777777" w:rsidR="00E050A2" w:rsidRDefault="004F2FC6">
            <w:pPr>
              <w:bidi/>
              <w:spacing w:before="30" w:after="30"/>
            </w:pPr>
            <w:r>
              <w:rPr>
                <w:sz w:val="18"/>
                <w:szCs w:val="18"/>
                <w:rtl/>
              </w:rPr>
              <w:t>متطلبات المواد والتنفيذ والاختبار لكل بند</w:t>
            </w:r>
          </w:p>
        </w:tc>
      </w:tr>
      <w:tr w:rsidR="00E050A2" w14:paraId="5FB5FB64" w14:textId="77777777">
        <w:trPr>
          <w:cantSplit/>
          <w:trHeight w:val="340"/>
          <w:jc w:val="center"/>
        </w:trPr>
        <w:tc>
          <w:tcPr>
            <w:tcW w:w="2041" w:type="dxa"/>
            <w:vAlign w:val="center"/>
          </w:tcPr>
          <w:p w14:paraId="063D5D24" w14:textId="77777777" w:rsidR="00E050A2" w:rsidRDefault="004F2FC6">
            <w:pPr>
              <w:bidi/>
              <w:spacing w:before="30" w:after="30"/>
            </w:pPr>
            <w:r>
              <w:rPr>
                <w:sz w:val="18"/>
                <w:szCs w:val="18"/>
                <w:rtl/>
              </w:rPr>
              <w:t>المخططات</w:t>
            </w:r>
          </w:p>
        </w:tc>
        <w:tc>
          <w:tcPr>
            <w:tcW w:w="3628" w:type="dxa"/>
            <w:vAlign w:val="center"/>
          </w:tcPr>
          <w:p w14:paraId="7B2AD94F" w14:textId="77777777" w:rsidR="00E050A2" w:rsidRDefault="004F2FC6">
            <w:pPr>
              <w:bidi/>
              <w:spacing w:before="30" w:after="30"/>
            </w:pPr>
            <w:r>
              <w:rPr>
                <w:sz w:val="18"/>
                <w:szCs w:val="18"/>
                <w:rtl/>
              </w:rPr>
              <w:t>المخططات التصميمية والتنفيذية المعتمدة IFC</w:t>
            </w:r>
          </w:p>
        </w:tc>
        <w:tc>
          <w:tcPr>
            <w:tcW w:w="4422" w:type="dxa"/>
            <w:vAlign w:val="center"/>
          </w:tcPr>
          <w:p w14:paraId="35DFA47C" w14:textId="77777777" w:rsidR="00E050A2" w:rsidRDefault="004F2FC6">
            <w:pPr>
              <w:bidi/>
              <w:spacing w:before="30" w:after="30"/>
            </w:pPr>
            <w:r>
              <w:rPr>
                <w:sz w:val="18"/>
                <w:szCs w:val="18"/>
                <w:rtl/>
              </w:rPr>
              <w:t>الأبعاد والمناسيب والتفاصيل</w:t>
            </w:r>
          </w:p>
        </w:tc>
      </w:tr>
      <w:tr w:rsidR="00E050A2" w14:paraId="7E21DE1E" w14:textId="77777777">
        <w:trPr>
          <w:cantSplit/>
          <w:trHeight w:val="340"/>
          <w:jc w:val="center"/>
        </w:trPr>
        <w:tc>
          <w:tcPr>
            <w:tcW w:w="2041" w:type="dxa"/>
            <w:shd w:val="clear" w:color="auto" w:fill="EEF1FA"/>
            <w:vAlign w:val="center"/>
          </w:tcPr>
          <w:p w14:paraId="637A1D11" w14:textId="77777777" w:rsidR="00E050A2" w:rsidRDefault="004F2FC6">
            <w:pPr>
              <w:bidi/>
              <w:spacing w:before="30" w:after="30"/>
            </w:pPr>
            <w:r>
              <w:rPr>
                <w:sz w:val="18"/>
                <w:szCs w:val="18"/>
                <w:rtl/>
              </w:rPr>
              <w:t>جداول الكميات</w:t>
            </w:r>
          </w:p>
        </w:tc>
        <w:tc>
          <w:tcPr>
            <w:tcW w:w="3628" w:type="dxa"/>
            <w:shd w:val="clear" w:color="auto" w:fill="EEF1FA"/>
            <w:vAlign w:val="center"/>
          </w:tcPr>
          <w:p w14:paraId="5EBA0B09" w14:textId="77777777" w:rsidR="00E050A2" w:rsidRDefault="004F2FC6">
            <w:pPr>
              <w:bidi/>
              <w:spacing w:before="30" w:after="30"/>
            </w:pPr>
            <w:r>
              <w:rPr>
                <w:sz w:val="18"/>
                <w:szCs w:val="18"/>
                <w:rtl/>
              </w:rPr>
              <w:t>BOQ وطرق القياس</w:t>
            </w:r>
          </w:p>
        </w:tc>
        <w:tc>
          <w:tcPr>
            <w:tcW w:w="4422" w:type="dxa"/>
            <w:shd w:val="clear" w:color="auto" w:fill="EEF1FA"/>
            <w:vAlign w:val="center"/>
          </w:tcPr>
          <w:p w14:paraId="22464DC2" w14:textId="77777777" w:rsidR="00E050A2" w:rsidRDefault="004F2FC6">
            <w:pPr>
              <w:bidi/>
              <w:spacing w:before="30" w:after="30"/>
            </w:pPr>
            <w:r>
              <w:rPr>
                <w:sz w:val="18"/>
                <w:szCs w:val="18"/>
                <w:rtl/>
              </w:rPr>
              <w:t>وصف البنود ونطاقها</w:t>
            </w:r>
          </w:p>
        </w:tc>
      </w:tr>
      <w:tr w:rsidR="00E050A2" w14:paraId="08230D0F" w14:textId="77777777">
        <w:trPr>
          <w:cantSplit/>
          <w:trHeight w:val="340"/>
          <w:jc w:val="center"/>
        </w:trPr>
        <w:tc>
          <w:tcPr>
            <w:tcW w:w="2041" w:type="dxa"/>
            <w:vAlign w:val="center"/>
          </w:tcPr>
          <w:p w14:paraId="74533283" w14:textId="77777777" w:rsidR="00E050A2" w:rsidRDefault="004F2FC6">
            <w:pPr>
              <w:bidi/>
              <w:spacing w:before="30" w:after="30"/>
            </w:pPr>
            <w:r>
              <w:rPr>
                <w:sz w:val="18"/>
                <w:szCs w:val="18"/>
                <w:rtl/>
              </w:rPr>
              <w:t>SBC 201</w:t>
            </w:r>
          </w:p>
        </w:tc>
        <w:tc>
          <w:tcPr>
            <w:tcW w:w="3628" w:type="dxa"/>
            <w:vAlign w:val="center"/>
          </w:tcPr>
          <w:p w14:paraId="36C5B11E" w14:textId="77777777" w:rsidR="00E050A2" w:rsidRDefault="004F2FC6">
            <w:pPr>
              <w:bidi/>
              <w:spacing w:before="30" w:after="30"/>
            </w:pPr>
            <w:r>
              <w:rPr>
                <w:sz w:val="18"/>
                <w:szCs w:val="18"/>
                <w:rtl/>
              </w:rPr>
              <w:t>الكود السعودي العام للبناء 2018</w:t>
            </w:r>
          </w:p>
        </w:tc>
        <w:tc>
          <w:tcPr>
            <w:tcW w:w="4422" w:type="dxa"/>
            <w:vAlign w:val="center"/>
          </w:tcPr>
          <w:p w14:paraId="5928AA88" w14:textId="77777777" w:rsidR="00E050A2" w:rsidRDefault="004F2FC6">
            <w:pPr>
              <w:bidi/>
              <w:spacing w:before="30" w:after="30"/>
            </w:pPr>
            <w:r>
              <w:rPr>
                <w:sz w:val="18"/>
                <w:szCs w:val="18"/>
                <w:rtl/>
              </w:rPr>
              <w:t>الاستخدامات والارتفاعات ووسائل الخروج والمتطلبات المعمارية</w:t>
            </w:r>
          </w:p>
        </w:tc>
      </w:tr>
      <w:tr w:rsidR="00E050A2" w14:paraId="7EBAEAFC" w14:textId="77777777">
        <w:trPr>
          <w:cantSplit/>
          <w:trHeight w:val="340"/>
          <w:jc w:val="center"/>
        </w:trPr>
        <w:tc>
          <w:tcPr>
            <w:tcW w:w="2041" w:type="dxa"/>
            <w:shd w:val="clear" w:color="auto" w:fill="EEF1FA"/>
            <w:vAlign w:val="center"/>
          </w:tcPr>
          <w:p w14:paraId="43B8B045" w14:textId="77777777" w:rsidR="00E050A2" w:rsidRDefault="004F2FC6">
            <w:pPr>
              <w:bidi/>
              <w:spacing w:before="30" w:after="30"/>
            </w:pPr>
            <w:r>
              <w:rPr>
                <w:sz w:val="18"/>
                <w:szCs w:val="18"/>
                <w:rtl/>
              </w:rPr>
              <w:t>SBC 301</w:t>
            </w:r>
          </w:p>
        </w:tc>
        <w:tc>
          <w:tcPr>
            <w:tcW w:w="3628" w:type="dxa"/>
            <w:shd w:val="clear" w:color="auto" w:fill="EEF1FA"/>
            <w:vAlign w:val="center"/>
          </w:tcPr>
          <w:p w14:paraId="1F4F2D45" w14:textId="77777777" w:rsidR="00E050A2" w:rsidRDefault="004F2FC6">
            <w:pPr>
              <w:bidi/>
              <w:spacing w:before="30" w:after="30"/>
            </w:pPr>
            <w:r>
              <w:rPr>
                <w:sz w:val="18"/>
                <w:szCs w:val="18"/>
                <w:rtl/>
              </w:rPr>
              <w:t>كود الأحمال والقوى 2018</w:t>
            </w:r>
          </w:p>
        </w:tc>
        <w:tc>
          <w:tcPr>
            <w:tcW w:w="4422" w:type="dxa"/>
            <w:shd w:val="clear" w:color="auto" w:fill="EEF1FA"/>
            <w:vAlign w:val="center"/>
          </w:tcPr>
          <w:p w14:paraId="3B88809D" w14:textId="77777777" w:rsidR="00E050A2" w:rsidRDefault="004F2FC6">
            <w:pPr>
              <w:bidi/>
              <w:spacing w:before="30" w:after="30"/>
            </w:pPr>
            <w:r>
              <w:rPr>
                <w:sz w:val="18"/>
                <w:szCs w:val="18"/>
                <w:rtl/>
              </w:rPr>
              <w:t>الأحمال الحية والميتة والرياح والزلازل</w:t>
            </w:r>
          </w:p>
        </w:tc>
      </w:tr>
      <w:tr w:rsidR="00E050A2" w14:paraId="40780247" w14:textId="77777777">
        <w:trPr>
          <w:cantSplit/>
          <w:trHeight w:val="340"/>
          <w:jc w:val="center"/>
        </w:trPr>
        <w:tc>
          <w:tcPr>
            <w:tcW w:w="2041" w:type="dxa"/>
            <w:vAlign w:val="center"/>
          </w:tcPr>
          <w:p w14:paraId="63D5D196" w14:textId="77777777" w:rsidR="00E050A2" w:rsidRDefault="004F2FC6">
            <w:pPr>
              <w:bidi/>
              <w:spacing w:before="30" w:after="30"/>
            </w:pPr>
            <w:r>
              <w:rPr>
                <w:sz w:val="18"/>
                <w:szCs w:val="18"/>
                <w:rtl/>
              </w:rPr>
              <w:t>SBC 304</w:t>
            </w:r>
          </w:p>
        </w:tc>
        <w:tc>
          <w:tcPr>
            <w:tcW w:w="3628" w:type="dxa"/>
            <w:vAlign w:val="center"/>
          </w:tcPr>
          <w:p w14:paraId="1CD65411" w14:textId="77777777" w:rsidR="00E050A2" w:rsidRDefault="004F2FC6">
            <w:pPr>
              <w:bidi/>
              <w:spacing w:before="30" w:after="30"/>
            </w:pPr>
            <w:r>
              <w:rPr>
                <w:sz w:val="18"/>
                <w:szCs w:val="18"/>
                <w:rtl/>
              </w:rPr>
              <w:t>كود المنشآت الخرسانية 2018</w:t>
            </w:r>
          </w:p>
        </w:tc>
        <w:tc>
          <w:tcPr>
            <w:tcW w:w="4422" w:type="dxa"/>
            <w:vAlign w:val="center"/>
          </w:tcPr>
          <w:p w14:paraId="6563CB38" w14:textId="77777777" w:rsidR="00E050A2" w:rsidRDefault="004F2FC6">
            <w:pPr>
              <w:bidi/>
              <w:spacing w:before="30" w:after="30"/>
            </w:pPr>
            <w:r>
              <w:rPr>
                <w:sz w:val="18"/>
                <w:szCs w:val="18"/>
                <w:rtl/>
              </w:rPr>
              <w:t>تصميم وتنفيذ الخرسانة المسلحة والاختبارات</w:t>
            </w:r>
          </w:p>
        </w:tc>
      </w:tr>
      <w:tr w:rsidR="00E050A2" w14:paraId="71412028" w14:textId="77777777">
        <w:trPr>
          <w:cantSplit/>
          <w:trHeight w:val="340"/>
          <w:jc w:val="center"/>
        </w:trPr>
        <w:tc>
          <w:tcPr>
            <w:tcW w:w="2041" w:type="dxa"/>
            <w:shd w:val="clear" w:color="auto" w:fill="EEF1FA"/>
            <w:vAlign w:val="center"/>
          </w:tcPr>
          <w:p w14:paraId="56FC3CF3" w14:textId="77777777" w:rsidR="00E050A2" w:rsidRDefault="004F2FC6">
            <w:pPr>
              <w:bidi/>
              <w:spacing w:before="30" w:after="30"/>
            </w:pPr>
            <w:r>
              <w:rPr>
                <w:sz w:val="18"/>
                <w:szCs w:val="18"/>
                <w:rtl/>
              </w:rPr>
              <w:t>SBC 401</w:t>
            </w:r>
          </w:p>
        </w:tc>
        <w:tc>
          <w:tcPr>
            <w:tcW w:w="3628" w:type="dxa"/>
            <w:shd w:val="clear" w:color="auto" w:fill="EEF1FA"/>
            <w:vAlign w:val="center"/>
          </w:tcPr>
          <w:p w14:paraId="25BB2A58" w14:textId="77777777" w:rsidR="00E050A2" w:rsidRDefault="004F2FC6">
            <w:pPr>
              <w:bidi/>
              <w:spacing w:before="30" w:after="30"/>
            </w:pPr>
            <w:r>
              <w:rPr>
                <w:sz w:val="18"/>
                <w:szCs w:val="18"/>
                <w:rtl/>
              </w:rPr>
              <w:t>الكود الكهربائي 2018</w:t>
            </w:r>
          </w:p>
        </w:tc>
        <w:tc>
          <w:tcPr>
            <w:tcW w:w="4422" w:type="dxa"/>
            <w:shd w:val="clear" w:color="auto" w:fill="EEF1FA"/>
            <w:vAlign w:val="center"/>
          </w:tcPr>
          <w:p w14:paraId="1854334F" w14:textId="77777777" w:rsidR="00E050A2" w:rsidRDefault="004F2FC6">
            <w:pPr>
              <w:bidi/>
              <w:spacing w:before="30" w:after="30"/>
            </w:pPr>
            <w:r>
              <w:rPr>
                <w:sz w:val="18"/>
                <w:szCs w:val="18"/>
                <w:rtl/>
              </w:rPr>
              <w:t>التركيبات الكهربائية والتأريض</w:t>
            </w:r>
          </w:p>
        </w:tc>
      </w:tr>
      <w:tr w:rsidR="00E050A2" w14:paraId="42B18504" w14:textId="77777777">
        <w:trPr>
          <w:cantSplit/>
          <w:trHeight w:val="340"/>
          <w:jc w:val="center"/>
        </w:trPr>
        <w:tc>
          <w:tcPr>
            <w:tcW w:w="2041" w:type="dxa"/>
            <w:vAlign w:val="center"/>
          </w:tcPr>
          <w:p w14:paraId="6A7BA327" w14:textId="77777777" w:rsidR="00E050A2" w:rsidRDefault="004F2FC6">
            <w:pPr>
              <w:bidi/>
              <w:spacing w:before="30" w:after="30"/>
            </w:pPr>
            <w:r>
              <w:rPr>
                <w:sz w:val="18"/>
                <w:szCs w:val="18"/>
                <w:rtl/>
              </w:rPr>
              <w:t>SBC 501</w:t>
            </w:r>
          </w:p>
        </w:tc>
        <w:tc>
          <w:tcPr>
            <w:tcW w:w="3628" w:type="dxa"/>
            <w:vAlign w:val="center"/>
          </w:tcPr>
          <w:p w14:paraId="242EFC7E" w14:textId="77777777" w:rsidR="00E050A2" w:rsidRDefault="004F2FC6">
            <w:pPr>
              <w:bidi/>
              <w:spacing w:before="30" w:after="30"/>
            </w:pPr>
            <w:r>
              <w:rPr>
                <w:sz w:val="18"/>
                <w:szCs w:val="18"/>
                <w:rtl/>
              </w:rPr>
              <w:t>الكود الميكانيكي 2018</w:t>
            </w:r>
          </w:p>
        </w:tc>
        <w:tc>
          <w:tcPr>
            <w:tcW w:w="4422" w:type="dxa"/>
            <w:vAlign w:val="center"/>
          </w:tcPr>
          <w:p w14:paraId="399921C6" w14:textId="77777777" w:rsidR="00E050A2" w:rsidRDefault="004F2FC6">
            <w:pPr>
              <w:bidi/>
              <w:spacing w:before="30" w:after="30"/>
            </w:pPr>
            <w:r>
              <w:rPr>
                <w:sz w:val="18"/>
                <w:szCs w:val="18"/>
                <w:rtl/>
              </w:rPr>
              <w:t>التكييف والتهوية والأنظمة الميكانيكية</w:t>
            </w:r>
          </w:p>
        </w:tc>
      </w:tr>
      <w:tr w:rsidR="00E050A2" w14:paraId="78D69199" w14:textId="77777777">
        <w:trPr>
          <w:cantSplit/>
          <w:trHeight w:val="340"/>
          <w:jc w:val="center"/>
        </w:trPr>
        <w:tc>
          <w:tcPr>
            <w:tcW w:w="2041" w:type="dxa"/>
            <w:shd w:val="clear" w:color="auto" w:fill="EEF1FA"/>
            <w:vAlign w:val="center"/>
          </w:tcPr>
          <w:p w14:paraId="2F48CD5C" w14:textId="77777777" w:rsidR="00E050A2" w:rsidRDefault="004F2FC6">
            <w:pPr>
              <w:bidi/>
              <w:spacing w:before="30" w:after="30"/>
            </w:pPr>
            <w:r>
              <w:rPr>
                <w:sz w:val="18"/>
                <w:szCs w:val="18"/>
                <w:rtl/>
              </w:rPr>
              <w:t>SBC 701</w:t>
            </w:r>
          </w:p>
        </w:tc>
        <w:tc>
          <w:tcPr>
            <w:tcW w:w="3628" w:type="dxa"/>
            <w:shd w:val="clear" w:color="auto" w:fill="EEF1FA"/>
            <w:vAlign w:val="center"/>
          </w:tcPr>
          <w:p w14:paraId="16FB1346" w14:textId="77777777" w:rsidR="00E050A2" w:rsidRDefault="004F2FC6">
            <w:pPr>
              <w:bidi/>
              <w:spacing w:before="30" w:after="30"/>
            </w:pPr>
            <w:r>
              <w:rPr>
                <w:sz w:val="18"/>
                <w:szCs w:val="18"/>
                <w:rtl/>
              </w:rPr>
              <w:t>الكود الصحي 2018</w:t>
            </w:r>
          </w:p>
        </w:tc>
        <w:tc>
          <w:tcPr>
            <w:tcW w:w="4422" w:type="dxa"/>
            <w:shd w:val="clear" w:color="auto" w:fill="EEF1FA"/>
            <w:vAlign w:val="center"/>
          </w:tcPr>
          <w:p w14:paraId="391F1788" w14:textId="77777777" w:rsidR="00E050A2" w:rsidRDefault="004F2FC6">
            <w:pPr>
              <w:bidi/>
              <w:spacing w:before="30" w:after="30"/>
            </w:pPr>
            <w:r>
              <w:rPr>
                <w:sz w:val="18"/>
                <w:szCs w:val="18"/>
                <w:rtl/>
              </w:rPr>
              <w:t>التغذية والصرف الصحي والتهوية الصحية</w:t>
            </w:r>
          </w:p>
        </w:tc>
      </w:tr>
      <w:tr w:rsidR="00E050A2" w14:paraId="52642841" w14:textId="77777777">
        <w:trPr>
          <w:cantSplit/>
          <w:trHeight w:val="340"/>
          <w:jc w:val="center"/>
        </w:trPr>
        <w:tc>
          <w:tcPr>
            <w:tcW w:w="2041" w:type="dxa"/>
            <w:vAlign w:val="center"/>
          </w:tcPr>
          <w:p w14:paraId="5A9C8893" w14:textId="77777777" w:rsidR="00E050A2" w:rsidRDefault="004F2FC6">
            <w:pPr>
              <w:bidi/>
              <w:spacing w:before="30" w:after="30"/>
            </w:pPr>
            <w:r>
              <w:rPr>
                <w:sz w:val="18"/>
                <w:szCs w:val="18"/>
                <w:rtl/>
              </w:rPr>
              <w:t>SBC 801</w:t>
            </w:r>
          </w:p>
        </w:tc>
        <w:tc>
          <w:tcPr>
            <w:tcW w:w="3628" w:type="dxa"/>
            <w:vAlign w:val="center"/>
          </w:tcPr>
          <w:p w14:paraId="4230621E" w14:textId="77777777" w:rsidR="00E050A2" w:rsidRDefault="004F2FC6">
            <w:pPr>
              <w:bidi/>
              <w:spacing w:before="30" w:after="30"/>
            </w:pPr>
            <w:r>
              <w:rPr>
                <w:sz w:val="18"/>
                <w:szCs w:val="18"/>
                <w:rtl/>
              </w:rPr>
              <w:t>كود الحماية من الحرائق 2018</w:t>
            </w:r>
          </w:p>
        </w:tc>
        <w:tc>
          <w:tcPr>
            <w:tcW w:w="4422" w:type="dxa"/>
            <w:vAlign w:val="center"/>
          </w:tcPr>
          <w:p w14:paraId="5530F642" w14:textId="77777777" w:rsidR="00E050A2" w:rsidRDefault="004F2FC6">
            <w:pPr>
              <w:bidi/>
              <w:spacing w:before="30" w:after="30"/>
            </w:pPr>
            <w:r>
              <w:rPr>
                <w:sz w:val="18"/>
                <w:szCs w:val="18"/>
                <w:rtl/>
              </w:rPr>
              <w:t>أنظمة الإطفاء والإنذار ومتطلبات الحماية</w:t>
            </w:r>
          </w:p>
        </w:tc>
      </w:tr>
      <w:tr w:rsidR="00E050A2" w14:paraId="722BC294" w14:textId="77777777">
        <w:trPr>
          <w:cantSplit/>
          <w:trHeight w:val="340"/>
          <w:jc w:val="center"/>
        </w:trPr>
        <w:tc>
          <w:tcPr>
            <w:tcW w:w="2041" w:type="dxa"/>
            <w:shd w:val="clear" w:color="auto" w:fill="EEF1FA"/>
            <w:vAlign w:val="center"/>
          </w:tcPr>
          <w:p w14:paraId="67691D21" w14:textId="77777777" w:rsidR="00E050A2" w:rsidRDefault="004F2FC6">
            <w:pPr>
              <w:bidi/>
              <w:spacing w:before="30" w:after="30"/>
            </w:pPr>
            <w:r>
              <w:rPr>
                <w:sz w:val="18"/>
                <w:szCs w:val="18"/>
                <w:rtl/>
              </w:rPr>
              <w:t>ECP 203</w:t>
            </w:r>
          </w:p>
        </w:tc>
        <w:tc>
          <w:tcPr>
            <w:tcW w:w="3628" w:type="dxa"/>
            <w:shd w:val="clear" w:color="auto" w:fill="EEF1FA"/>
            <w:vAlign w:val="center"/>
          </w:tcPr>
          <w:p w14:paraId="468F5AD2" w14:textId="77777777" w:rsidR="00E050A2" w:rsidRDefault="004F2FC6">
            <w:pPr>
              <w:bidi/>
              <w:spacing w:before="30" w:after="30"/>
            </w:pPr>
            <w:r>
              <w:rPr>
                <w:sz w:val="18"/>
                <w:szCs w:val="18"/>
                <w:rtl/>
              </w:rPr>
              <w:t>الكود المصري لتصميم وتنفيذ المنشآت الخرسانية</w:t>
            </w:r>
          </w:p>
        </w:tc>
        <w:tc>
          <w:tcPr>
            <w:tcW w:w="4422" w:type="dxa"/>
            <w:shd w:val="clear" w:color="auto" w:fill="EEF1FA"/>
            <w:vAlign w:val="center"/>
          </w:tcPr>
          <w:p w14:paraId="049C1058" w14:textId="77777777" w:rsidR="00E050A2" w:rsidRDefault="004F2FC6">
            <w:pPr>
              <w:bidi/>
              <w:spacing w:before="30" w:after="30"/>
            </w:pPr>
            <w:r>
              <w:rPr>
                <w:sz w:val="18"/>
                <w:szCs w:val="18"/>
                <w:rtl/>
              </w:rPr>
              <w:t>مرجع مساند لمشروعات مصر أو عند النص في العقد</w:t>
            </w:r>
          </w:p>
        </w:tc>
      </w:tr>
      <w:tr w:rsidR="00E050A2" w14:paraId="7D5E9D4D" w14:textId="77777777">
        <w:trPr>
          <w:cantSplit/>
          <w:trHeight w:val="340"/>
          <w:jc w:val="center"/>
        </w:trPr>
        <w:tc>
          <w:tcPr>
            <w:tcW w:w="2041" w:type="dxa"/>
            <w:vAlign w:val="center"/>
          </w:tcPr>
          <w:p w14:paraId="13D493F7" w14:textId="77777777" w:rsidR="00E050A2" w:rsidRDefault="004F2FC6">
            <w:pPr>
              <w:bidi/>
              <w:spacing w:before="30" w:after="30"/>
            </w:pPr>
            <w:r>
              <w:rPr>
                <w:sz w:val="18"/>
                <w:szCs w:val="18"/>
                <w:rtl/>
              </w:rPr>
              <w:t>ACI 318</w:t>
            </w:r>
          </w:p>
        </w:tc>
        <w:tc>
          <w:tcPr>
            <w:tcW w:w="3628" w:type="dxa"/>
            <w:vAlign w:val="center"/>
          </w:tcPr>
          <w:p w14:paraId="5D3D294B" w14:textId="77777777" w:rsidR="00E050A2" w:rsidRDefault="004F2FC6">
            <w:pPr>
              <w:bidi/>
              <w:spacing w:before="30" w:after="30"/>
            </w:pPr>
            <w:r>
              <w:rPr>
                <w:sz w:val="18"/>
                <w:szCs w:val="18"/>
                <w:rtl/>
              </w:rPr>
              <w:t>Building Code Requirements for Structural Concrete</w:t>
            </w:r>
          </w:p>
        </w:tc>
        <w:tc>
          <w:tcPr>
            <w:tcW w:w="4422" w:type="dxa"/>
            <w:vAlign w:val="center"/>
          </w:tcPr>
          <w:p w14:paraId="0E6615CA" w14:textId="77777777" w:rsidR="00E050A2" w:rsidRDefault="004F2FC6">
            <w:pPr>
              <w:bidi/>
              <w:spacing w:before="30" w:after="30"/>
            </w:pPr>
            <w:r>
              <w:rPr>
                <w:sz w:val="18"/>
                <w:szCs w:val="18"/>
                <w:rtl/>
              </w:rPr>
              <w:t>مرجع مساند لمتطلبات الخرسانة</w:t>
            </w:r>
          </w:p>
        </w:tc>
      </w:tr>
      <w:tr w:rsidR="00E050A2" w14:paraId="04DE2249" w14:textId="77777777">
        <w:trPr>
          <w:cantSplit/>
          <w:trHeight w:val="340"/>
          <w:jc w:val="center"/>
        </w:trPr>
        <w:tc>
          <w:tcPr>
            <w:tcW w:w="2041" w:type="dxa"/>
            <w:shd w:val="clear" w:color="auto" w:fill="EEF1FA"/>
            <w:vAlign w:val="center"/>
          </w:tcPr>
          <w:p w14:paraId="31C598A5" w14:textId="77777777" w:rsidR="00E050A2" w:rsidRDefault="004F2FC6">
            <w:pPr>
              <w:bidi/>
              <w:spacing w:before="30" w:after="30"/>
            </w:pPr>
            <w:r>
              <w:rPr>
                <w:sz w:val="18"/>
                <w:szCs w:val="18"/>
                <w:rtl/>
              </w:rPr>
              <w:t>ACI 117 / ACI 301</w:t>
            </w:r>
          </w:p>
        </w:tc>
        <w:tc>
          <w:tcPr>
            <w:tcW w:w="3628" w:type="dxa"/>
            <w:shd w:val="clear" w:color="auto" w:fill="EEF1FA"/>
            <w:vAlign w:val="center"/>
          </w:tcPr>
          <w:p w14:paraId="047DCD95" w14:textId="77777777" w:rsidR="00E050A2" w:rsidRDefault="004F2FC6">
            <w:pPr>
              <w:bidi/>
              <w:spacing w:before="30" w:after="30"/>
            </w:pPr>
            <w:r>
              <w:rPr>
                <w:sz w:val="18"/>
                <w:szCs w:val="18"/>
                <w:rtl/>
              </w:rPr>
              <w:t>Tolerances / Specifications for Structural Concrete</w:t>
            </w:r>
          </w:p>
        </w:tc>
        <w:tc>
          <w:tcPr>
            <w:tcW w:w="4422" w:type="dxa"/>
            <w:shd w:val="clear" w:color="auto" w:fill="EEF1FA"/>
            <w:vAlign w:val="center"/>
          </w:tcPr>
          <w:p w14:paraId="69448639" w14:textId="77777777" w:rsidR="00E050A2" w:rsidRDefault="004F2FC6">
            <w:pPr>
              <w:bidi/>
              <w:spacing w:before="30" w:after="30"/>
            </w:pPr>
            <w:r>
              <w:rPr>
                <w:sz w:val="18"/>
                <w:szCs w:val="18"/>
                <w:rtl/>
              </w:rPr>
              <w:t>التفاوتات المسموحة ومتطلبات التنفيذ</w:t>
            </w:r>
          </w:p>
        </w:tc>
      </w:tr>
      <w:tr w:rsidR="00E050A2" w14:paraId="1A88727D" w14:textId="77777777">
        <w:trPr>
          <w:cantSplit/>
          <w:trHeight w:val="340"/>
          <w:jc w:val="center"/>
        </w:trPr>
        <w:tc>
          <w:tcPr>
            <w:tcW w:w="2041" w:type="dxa"/>
            <w:vAlign w:val="center"/>
          </w:tcPr>
          <w:p w14:paraId="58D5FB5F" w14:textId="77777777" w:rsidR="00E050A2" w:rsidRDefault="004F2FC6">
            <w:pPr>
              <w:bidi/>
              <w:spacing w:before="30" w:after="30"/>
            </w:pPr>
            <w:r>
              <w:rPr>
                <w:sz w:val="18"/>
                <w:szCs w:val="18"/>
                <w:rtl/>
              </w:rPr>
              <w:t>ASTM</w:t>
            </w:r>
          </w:p>
        </w:tc>
        <w:tc>
          <w:tcPr>
            <w:tcW w:w="3628" w:type="dxa"/>
            <w:vAlign w:val="center"/>
          </w:tcPr>
          <w:p w14:paraId="241955D6" w14:textId="77777777" w:rsidR="00E050A2" w:rsidRDefault="004F2FC6">
            <w:pPr>
              <w:bidi/>
              <w:spacing w:before="30" w:after="30"/>
            </w:pPr>
            <w:r>
              <w:rPr>
                <w:sz w:val="18"/>
                <w:szCs w:val="18"/>
                <w:rtl/>
              </w:rPr>
              <w:t>C31, C39, C94, C143, C172, A615, D1556, D1557 وغيرها</w:t>
            </w:r>
          </w:p>
        </w:tc>
        <w:tc>
          <w:tcPr>
            <w:tcW w:w="4422" w:type="dxa"/>
            <w:vAlign w:val="center"/>
          </w:tcPr>
          <w:p w14:paraId="7AFEC2EA" w14:textId="77777777" w:rsidR="00E050A2" w:rsidRDefault="004F2FC6">
            <w:pPr>
              <w:bidi/>
              <w:spacing w:before="30" w:after="30"/>
            </w:pPr>
            <w:r>
              <w:rPr>
                <w:sz w:val="18"/>
                <w:szCs w:val="18"/>
                <w:rtl/>
              </w:rPr>
              <w:t>طرق أخذ العينات والاختبار للمواد</w:t>
            </w:r>
          </w:p>
        </w:tc>
      </w:tr>
      <w:tr w:rsidR="00E050A2" w14:paraId="43876038" w14:textId="77777777">
        <w:trPr>
          <w:cantSplit/>
          <w:trHeight w:val="340"/>
          <w:jc w:val="center"/>
        </w:trPr>
        <w:tc>
          <w:tcPr>
            <w:tcW w:w="2041" w:type="dxa"/>
            <w:shd w:val="clear" w:color="auto" w:fill="EEF1FA"/>
            <w:vAlign w:val="center"/>
          </w:tcPr>
          <w:p w14:paraId="7F9CD30A" w14:textId="77777777" w:rsidR="00E050A2" w:rsidRDefault="004F2FC6">
            <w:pPr>
              <w:bidi/>
              <w:spacing w:before="30" w:after="30"/>
            </w:pPr>
            <w:r>
              <w:rPr>
                <w:sz w:val="18"/>
                <w:szCs w:val="18"/>
                <w:rtl/>
              </w:rPr>
              <w:t>ISO 9001:2015</w:t>
            </w:r>
          </w:p>
        </w:tc>
        <w:tc>
          <w:tcPr>
            <w:tcW w:w="3628" w:type="dxa"/>
            <w:shd w:val="clear" w:color="auto" w:fill="EEF1FA"/>
            <w:vAlign w:val="center"/>
          </w:tcPr>
          <w:p w14:paraId="3E591839" w14:textId="77777777" w:rsidR="00E050A2" w:rsidRDefault="004F2FC6">
            <w:pPr>
              <w:bidi/>
              <w:spacing w:before="30" w:after="30"/>
            </w:pPr>
            <w:r>
              <w:rPr>
                <w:sz w:val="18"/>
                <w:szCs w:val="18"/>
                <w:rtl/>
              </w:rPr>
              <w:t>Quality Management Systems Requirements</w:t>
            </w:r>
          </w:p>
        </w:tc>
        <w:tc>
          <w:tcPr>
            <w:tcW w:w="4422" w:type="dxa"/>
            <w:shd w:val="clear" w:color="auto" w:fill="EEF1FA"/>
            <w:vAlign w:val="center"/>
          </w:tcPr>
          <w:p w14:paraId="7B032AA1" w14:textId="77777777" w:rsidR="00E050A2" w:rsidRDefault="004F2FC6">
            <w:pPr>
              <w:bidi/>
              <w:spacing w:before="30" w:after="30"/>
            </w:pPr>
            <w:r>
              <w:rPr>
                <w:sz w:val="18"/>
                <w:szCs w:val="18"/>
                <w:rtl/>
              </w:rPr>
              <w:t>إطار نظام إدارة الجودة</w:t>
            </w:r>
          </w:p>
        </w:tc>
      </w:tr>
      <w:tr w:rsidR="00E050A2" w14:paraId="2D0DF56F" w14:textId="77777777">
        <w:trPr>
          <w:cantSplit/>
          <w:trHeight w:val="340"/>
          <w:jc w:val="center"/>
        </w:trPr>
        <w:tc>
          <w:tcPr>
            <w:tcW w:w="2041" w:type="dxa"/>
            <w:vAlign w:val="center"/>
          </w:tcPr>
          <w:p w14:paraId="3B831664" w14:textId="77777777" w:rsidR="00E050A2" w:rsidRDefault="004F2FC6">
            <w:pPr>
              <w:bidi/>
              <w:spacing w:before="30" w:after="30"/>
            </w:pPr>
            <w:r>
              <w:rPr>
                <w:sz w:val="18"/>
                <w:szCs w:val="18"/>
                <w:rtl/>
              </w:rPr>
              <w:t>ISO/IEC 17025</w:t>
            </w:r>
          </w:p>
        </w:tc>
        <w:tc>
          <w:tcPr>
            <w:tcW w:w="3628" w:type="dxa"/>
            <w:vAlign w:val="center"/>
          </w:tcPr>
          <w:p w14:paraId="2EFED033" w14:textId="77777777" w:rsidR="00E050A2" w:rsidRDefault="004F2FC6">
            <w:pPr>
              <w:bidi/>
              <w:spacing w:before="30" w:after="30"/>
            </w:pPr>
            <w:r>
              <w:rPr>
                <w:sz w:val="18"/>
                <w:szCs w:val="18"/>
                <w:rtl/>
              </w:rPr>
              <w:t>General requirements for testing laboratories</w:t>
            </w:r>
          </w:p>
        </w:tc>
        <w:tc>
          <w:tcPr>
            <w:tcW w:w="4422" w:type="dxa"/>
            <w:vAlign w:val="center"/>
          </w:tcPr>
          <w:p w14:paraId="0085EE27" w14:textId="77777777" w:rsidR="00E050A2" w:rsidRDefault="004F2FC6">
            <w:pPr>
              <w:bidi/>
              <w:spacing w:before="30" w:after="30"/>
            </w:pPr>
            <w:r>
              <w:rPr>
                <w:sz w:val="18"/>
                <w:szCs w:val="18"/>
                <w:rtl/>
              </w:rPr>
              <w:t>اعتماد المختبرات</w:t>
            </w:r>
          </w:p>
        </w:tc>
      </w:tr>
      <w:tr w:rsidR="00E050A2" w14:paraId="715C6683" w14:textId="77777777">
        <w:trPr>
          <w:cantSplit/>
          <w:trHeight w:val="340"/>
          <w:jc w:val="center"/>
        </w:trPr>
        <w:tc>
          <w:tcPr>
            <w:tcW w:w="2041" w:type="dxa"/>
            <w:shd w:val="clear" w:color="auto" w:fill="EEF1FA"/>
            <w:vAlign w:val="center"/>
          </w:tcPr>
          <w:p w14:paraId="0B8D5DB3" w14:textId="77777777" w:rsidR="00E050A2" w:rsidRDefault="004F2FC6">
            <w:pPr>
              <w:bidi/>
              <w:spacing w:before="30" w:after="30"/>
            </w:pPr>
            <w:r>
              <w:rPr>
                <w:sz w:val="18"/>
                <w:szCs w:val="18"/>
                <w:rtl/>
              </w:rPr>
              <w:t>المرجع الفني</w:t>
            </w:r>
          </w:p>
        </w:tc>
        <w:tc>
          <w:tcPr>
            <w:tcW w:w="3628" w:type="dxa"/>
            <w:shd w:val="clear" w:color="auto" w:fill="EEF1FA"/>
            <w:vAlign w:val="center"/>
          </w:tcPr>
          <w:p w14:paraId="495047BF" w14:textId="77777777" w:rsidR="00E050A2" w:rsidRDefault="004F2FC6">
            <w:pPr>
              <w:bidi/>
              <w:spacing w:before="30" w:after="30"/>
            </w:pPr>
            <w:r>
              <w:rPr>
                <w:sz w:val="18"/>
                <w:szCs w:val="18"/>
                <w:rtl/>
              </w:rPr>
              <w:t>الإشراف الهندسي وأصول التنفيذ لمشروعات المباني، م. يسري أحمد عبد الرحيم، ط4 2018</w:t>
            </w:r>
          </w:p>
        </w:tc>
        <w:tc>
          <w:tcPr>
            <w:tcW w:w="4422" w:type="dxa"/>
            <w:shd w:val="clear" w:color="auto" w:fill="EEF1FA"/>
            <w:vAlign w:val="center"/>
          </w:tcPr>
          <w:p w14:paraId="27DD56EC" w14:textId="77777777" w:rsidR="00E050A2" w:rsidRDefault="004F2FC6">
            <w:pPr>
              <w:bidi/>
              <w:spacing w:before="30" w:after="30"/>
            </w:pPr>
            <w:r>
              <w:rPr>
                <w:sz w:val="18"/>
                <w:szCs w:val="18"/>
                <w:rtl/>
              </w:rPr>
              <w:t>مصدر بنود الفحص والاختبارات في خطة ITP (أرقام الصفحات في الملف المرافق)</w:t>
            </w:r>
          </w:p>
        </w:tc>
      </w:tr>
    </w:tbl>
    <w:p w14:paraId="00D59413" w14:textId="77777777" w:rsidR="00E050A2" w:rsidRDefault="00E050A2">
      <w:pPr>
        <w:bidi/>
        <w:spacing w:after="40"/>
      </w:pPr>
    </w:p>
    <w:p w14:paraId="1C9E4059" w14:textId="77777777" w:rsidR="00E050A2" w:rsidRDefault="004F2FC6">
      <w:pPr>
        <w:keepNext/>
        <w:pBdr>
          <w:bottom w:val="single" w:sz="8" w:space="1" w:color="2633FF"/>
        </w:pBdr>
        <w:bidi/>
        <w:spacing w:before="200" w:after="120"/>
        <w:outlineLvl w:val="0"/>
      </w:pPr>
      <w:r>
        <w:rPr>
          <w:b/>
          <w:bCs/>
          <w:color w:val="052976"/>
          <w:sz w:val="30"/>
          <w:szCs w:val="30"/>
          <w:rtl/>
        </w:rPr>
        <w:t>4. التنظيم والمسؤوليات</w:t>
      </w:r>
    </w:p>
    <w:p w14:paraId="7E174695" w14:textId="77777777" w:rsidR="00E050A2" w:rsidRDefault="004F2FC6">
      <w:pPr>
        <w:keepNext/>
        <w:bidi/>
        <w:spacing w:after="120"/>
        <w:outlineLvl w:val="1"/>
      </w:pPr>
      <w:r>
        <w:rPr>
          <w:b/>
          <w:bCs/>
          <w:color w:val="052976"/>
          <w:sz w:val="25"/>
          <w:szCs w:val="25"/>
          <w:rtl/>
        </w:rPr>
        <w:t>4.1 الهيكل التنظيمي للجودة</w:t>
      </w:r>
    </w:p>
    <w:p w14:paraId="5DFBCCEF" w14:textId="77777777" w:rsidR="00E050A2" w:rsidRDefault="004F2FC6">
      <w:pPr>
        <w:bidi/>
        <w:spacing w:after="80"/>
      </w:pPr>
      <w:r>
        <w:rPr>
          <w:sz w:val="21"/>
          <w:szCs w:val="21"/>
          <w:rtl/>
        </w:rPr>
        <w:t>يعبأ الجدول بأسماء الأفراد عند بدء المشروع، ويحدث عند أي تغيير مع إخطار الاستشاري كتابيا. يعتمد الاستشاري السير الذاتية لمدير الجودة ومهندسي الجودة قبل تعيينهم.</w:t>
      </w:r>
    </w:p>
    <w:tbl>
      <w:tblPr>
        <w:tblStyle w:val="TableGrid"/>
        <w:bidiVisual/>
        <w:tblW w:w="0" w:type="auto"/>
        <w:jc w:val="center"/>
        <w:tblLayout w:type="fixed"/>
        <w:tblLook w:val="04A0" w:firstRow="1" w:lastRow="0" w:firstColumn="1" w:lastColumn="0" w:noHBand="0" w:noVBand="1"/>
      </w:tblPr>
      <w:tblGrid>
        <w:gridCol w:w="907"/>
        <w:gridCol w:w="2608"/>
        <w:gridCol w:w="1587"/>
        <w:gridCol w:w="2381"/>
        <w:gridCol w:w="2608"/>
      </w:tblGrid>
      <w:tr w:rsidR="00E050A2" w14:paraId="0E08ACC4" w14:textId="77777777">
        <w:trPr>
          <w:cantSplit/>
          <w:trHeight w:val="340"/>
          <w:tblHeader/>
          <w:jc w:val="center"/>
        </w:trPr>
        <w:tc>
          <w:tcPr>
            <w:tcW w:w="907" w:type="dxa"/>
            <w:shd w:val="clear" w:color="auto" w:fill="052976"/>
            <w:vAlign w:val="center"/>
          </w:tcPr>
          <w:p w14:paraId="1FF1C65E" w14:textId="77777777" w:rsidR="00E050A2" w:rsidRDefault="004F2FC6">
            <w:pPr>
              <w:bidi/>
              <w:spacing w:before="30" w:after="30"/>
              <w:jc w:val="center"/>
            </w:pPr>
            <w:r>
              <w:rPr>
                <w:b/>
                <w:bCs/>
                <w:color w:val="FFFFFF"/>
                <w:sz w:val="19"/>
                <w:szCs w:val="19"/>
                <w:rtl/>
              </w:rPr>
              <w:t>المستوى</w:t>
            </w:r>
          </w:p>
        </w:tc>
        <w:tc>
          <w:tcPr>
            <w:tcW w:w="2608" w:type="dxa"/>
            <w:shd w:val="clear" w:color="auto" w:fill="052976"/>
            <w:vAlign w:val="center"/>
          </w:tcPr>
          <w:p w14:paraId="1953B9F3" w14:textId="77777777" w:rsidR="00E050A2" w:rsidRDefault="004F2FC6">
            <w:pPr>
              <w:bidi/>
              <w:spacing w:before="30" w:after="30"/>
              <w:jc w:val="center"/>
            </w:pPr>
            <w:r>
              <w:rPr>
                <w:b/>
                <w:bCs/>
                <w:color w:val="FFFFFF"/>
                <w:sz w:val="19"/>
                <w:szCs w:val="19"/>
                <w:rtl/>
              </w:rPr>
              <w:t>الوظيفة</w:t>
            </w:r>
          </w:p>
        </w:tc>
        <w:tc>
          <w:tcPr>
            <w:tcW w:w="1587" w:type="dxa"/>
            <w:shd w:val="clear" w:color="auto" w:fill="052976"/>
            <w:vAlign w:val="center"/>
          </w:tcPr>
          <w:p w14:paraId="3C1162CA" w14:textId="77777777" w:rsidR="00E050A2" w:rsidRDefault="004F2FC6">
            <w:pPr>
              <w:bidi/>
              <w:spacing w:before="30" w:after="30"/>
              <w:jc w:val="center"/>
            </w:pPr>
            <w:r>
              <w:rPr>
                <w:b/>
                <w:bCs/>
                <w:color w:val="FFFFFF"/>
                <w:sz w:val="19"/>
                <w:szCs w:val="19"/>
                <w:rtl/>
              </w:rPr>
              <w:t>الجهة</w:t>
            </w:r>
          </w:p>
        </w:tc>
        <w:tc>
          <w:tcPr>
            <w:tcW w:w="2381" w:type="dxa"/>
            <w:shd w:val="clear" w:color="auto" w:fill="052976"/>
            <w:vAlign w:val="center"/>
          </w:tcPr>
          <w:p w14:paraId="0207AC1D" w14:textId="77777777" w:rsidR="00E050A2" w:rsidRDefault="004F2FC6">
            <w:pPr>
              <w:bidi/>
              <w:spacing w:before="30" w:after="30"/>
              <w:jc w:val="center"/>
            </w:pPr>
            <w:r>
              <w:rPr>
                <w:b/>
                <w:bCs/>
                <w:color w:val="FFFFFF"/>
                <w:sz w:val="19"/>
                <w:szCs w:val="19"/>
                <w:rtl/>
              </w:rPr>
              <w:t>الاسم</w:t>
            </w:r>
          </w:p>
        </w:tc>
        <w:tc>
          <w:tcPr>
            <w:tcW w:w="2608" w:type="dxa"/>
            <w:shd w:val="clear" w:color="auto" w:fill="052976"/>
            <w:vAlign w:val="center"/>
          </w:tcPr>
          <w:p w14:paraId="7B628802" w14:textId="77777777" w:rsidR="00E050A2" w:rsidRDefault="004F2FC6">
            <w:pPr>
              <w:bidi/>
              <w:spacing w:before="30" w:after="30"/>
              <w:jc w:val="center"/>
            </w:pPr>
            <w:r>
              <w:rPr>
                <w:b/>
                <w:bCs/>
                <w:color w:val="FFFFFF"/>
                <w:sz w:val="19"/>
                <w:szCs w:val="19"/>
                <w:rtl/>
              </w:rPr>
              <w:t>يتبع إداريا</w:t>
            </w:r>
          </w:p>
        </w:tc>
      </w:tr>
      <w:tr w:rsidR="00E050A2" w14:paraId="66D00B98" w14:textId="77777777">
        <w:trPr>
          <w:cantSplit/>
          <w:trHeight w:val="340"/>
          <w:jc w:val="center"/>
        </w:trPr>
        <w:tc>
          <w:tcPr>
            <w:tcW w:w="907" w:type="dxa"/>
            <w:vAlign w:val="center"/>
          </w:tcPr>
          <w:p w14:paraId="7DD8A54E" w14:textId="77777777" w:rsidR="00E050A2" w:rsidRDefault="004F2FC6">
            <w:pPr>
              <w:bidi/>
              <w:spacing w:before="30" w:after="30"/>
              <w:jc w:val="center"/>
            </w:pPr>
            <w:r>
              <w:rPr>
                <w:sz w:val="18"/>
                <w:szCs w:val="18"/>
                <w:rtl/>
              </w:rPr>
              <w:t>1</w:t>
            </w:r>
          </w:p>
        </w:tc>
        <w:tc>
          <w:tcPr>
            <w:tcW w:w="2608" w:type="dxa"/>
            <w:vAlign w:val="center"/>
          </w:tcPr>
          <w:p w14:paraId="7B4A93D3" w14:textId="77777777" w:rsidR="00E050A2" w:rsidRDefault="004F2FC6">
            <w:pPr>
              <w:bidi/>
              <w:spacing w:before="30" w:after="30"/>
            </w:pPr>
            <w:r>
              <w:rPr>
                <w:sz w:val="18"/>
                <w:szCs w:val="18"/>
                <w:rtl/>
              </w:rPr>
              <w:t>ممثل المالك / مدير المشروع</w:t>
            </w:r>
          </w:p>
        </w:tc>
        <w:tc>
          <w:tcPr>
            <w:tcW w:w="1587" w:type="dxa"/>
            <w:vAlign w:val="center"/>
          </w:tcPr>
          <w:p w14:paraId="7715F478" w14:textId="77777777" w:rsidR="00E050A2" w:rsidRDefault="004F2FC6">
            <w:pPr>
              <w:bidi/>
              <w:spacing w:before="30" w:after="30"/>
            </w:pPr>
            <w:r>
              <w:rPr>
                <w:sz w:val="18"/>
                <w:szCs w:val="18"/>
                <w:rtl/>
              </w:rPr>
              <w:t>المالك</w:t>
            </w:r>
          </w:p>
        </w:tc>
        <w:tc>
          <w:tcPr>
            <w:tcW w:w="2381" w:type="dxa"/>
            <w:vAlign w:val="center"/>
          </w:tcPr>
          <w:p w14:paraId="20509250" w14:textId="77777777" w:rsidR="00E050A2" w:rsidRDefault="004F2FC6">
            <w:pPr>
              <w:bidi/>
              <w:spacing w:before="30" w:after="30"/>
            </w:pPr>
            <w:r>
              <w:rPr>
                <w:sz w:val="18"/>
                <w:szCs w:val="18"/>
                <w:rtl/>
              </w:rPr>
              <w:t>[الاسم]</w:t>
            </w:r>
          </w:p>
        </w:tc>
        <w:tc>
          <w:tcPr>
            <w:tcW w:w="2608" w:type="dxa"/>
            <w:vAlign w:val="center"/>
          </w:tcPr>
          <w:p w14:paraId="4E09BE22" w14:textId="77777777" w:rsidR="00E050A2" w:rsidRDefault="004F2FC6">
            <w:pPr>
              <w:bidi/>
              <w:spacing w:before="30" w:after="30"/>
            </w:pPr>
            <w:r>
              <w:rPr>
                <w:sz w:val="18"/>
                <w:szCs w:val="18"/>
                <w:rtl/>
              </w:rPr>
              <w:t>المالك</w:t>
            </w:r>
          </w:p>
        </w:tc>
      </w:tr>
      <w:tr w:rsidR="00E050A2" w14:paraId="333D7D09" w14:textId="77777777">
        <w:trPr>
          <w:cantSplit/>
          <w:trHeight w:val="340"/>
          <w:jc w:val="center"/>
        </w:trPr>
        <w:tc>
          <w:tcPr>
            <w:tcW w:w="907" w:type="dxa"/>
            <w:shd w:val="clear" w:color="auto" w:fill="EEF1FA"/>
            <w:vAlign w:val="center"/>
          </w:tcPr>
          <w:p w14:paraId="5659BFFA" w14:textId="77777777" w:rsidR="00E050A2" w:rsidRDefault="004F2FC6">
            <w:pPr>
              <w:bidi/>
              <w:spacing w:before="30" w:after="30"/>
              <w:jc w:val="center"/>
            </w:pPr>
            <w:r>
              <w:rPr>
                <w:sz w:val="18"/>
                <w:szCs w:val="18"/>
                <w:rtl/>
              </w:rPr>
              <w:t>2</w:t>
            </w:r>
          </w:p>
        </w:tc>
        <w:tc>
          <w:tcPr>
            <w:tcW w:w="2608" w:type="dxa"/>
            <w:shd w:val="clear" w:color="auto" w:fill="EEF1FA"/>
            <w:vAlign w:val="center"/>
          </w:tcPr>
          <w:p w14:paraId="4C26BA07" w14:textId="77777777" w:rsidR="00E050A2" w:rsidRDefault="004F2FC6">
            <w:pPr>
              <w:bidi/>
              <w:spacing w:before="30" w:after="30"/>
            </w:pPr>
            <w:r>
              <w:rPr>
                <w:sz w:val="18"/>
                <w:szCs w:val="18"/>
                <w:rtl/>
              </w:rPr>
              <w:t>مدير المشاريع</w:t>
            </w:r>
          </w:p>
        </w:tc>
        <w:tc>
          <w:tcPr>
            <w:tcW w:w="1587" w:type="dxa"/>
            <w:shd w:val="clear" w:color="auto" w:fill="EEF1FA"/>
            <w:vAlign w:val="center"/>
          </w:tcPr>
          <w:p w14:paraId="04BB8114" w14:textId="77777777" w:rsidR="00E050A2" w:rsidRDefault="004F2FC6">
            <w:pPr>
              <w:bidi/>
              <w:spacing w:before="30" w:after="30"/>
            </w:pPr>
            <w:r>
              <w:rPr>
                <w:sz w:val="18"/>
                <w:szCs w:val="18"/>
                <w:rtl/>
              </w:rPr>
              <w:t>الاستشاري ACE</w:t>
            </w:r>
          </w:p>
        </w:tc>
        <w:tc>
          <w:tcPr>
            <w:tcW w:w="2381" w:type="dxa"/>
            <w:shd w:val="clear" w:color="auto" w:fill="EEF1FA"/>
            <w:vAlign w:val="center"/>
          </w:tcPr>
          <w:p w14:paraId="28538A46" w14:textId="77777777" w:rsidR="00E050A2" w:rsidRDefault="004F2FC6">
            <w:pPr>
              <w:bidi/>
              <w:spacing w:before="30" w:after="30"/>
            </w:pPr>
            <w:r>
              <w:rPr>
                <w:sz w:val="18"/>
                <w:szCs w:val="18"/>
                <w:rtl/>
              </w:rPr>
              <w:t>م/ أحمد فتحي</w:t>
            </w:r>
          </w:p>
        </w:tc>
        <w:tc>
          <w:tcPr>
            <w:tcW w:w="2608" w:type="dxa"/>
            <w:shd w:val="clear" w:color="auto" w:fill="EEF1FA"/>
            <w:vAlign w:val="center"/>
          </w:tcPr>
          <w:p w14:paraId="27EC6723" w14:textId="77777777" w:rsidR="00E050A2" w:rsidRDefault="004F2FC6">
            <w:pPr>
              <w:bidi/>
              <w:spacing w:before="30" w:after="30"/>
            </w:pPr>
            <w:r>
              <w:rPr>
                <w:sz w:val="18"/>
                <w:szCs w:val="18"/>
                <w:rtl/>
              </w:rPr>
              <w:t>ممثل المالك</w:t>
            </w:r>
          </w:p>
        </w:tc>
      </w:tr>
      <w:tr w:rsidR="00E050A2" w14:paraId="42B75D91" w14:textId="77777777">
        <w:trPr>
          <w:cantSplit/>
          <w:trHeight w:val="340"/>
          <w:jc w:val="center"/>
        </w:trPr>
        <w:tc>
          <w:tcPr>
            <w:tcW w:w="907" w:type="dxa"/>
            <w:vAlign w:val="center"/>
          </w:tcPr>
          <w:p w14:paraId="58F29B82" w14:textId="77777777" w:rsidR="00E050A2" w:rsidRDefault="004F2FC6">
            <w:pPr>
              <w:bidi/>
              <w:spacing w:before="30" w:after="30"/>
              <w:jc w:val="center"/>
            </w:pPr>
            <w:r>
              <w:rPr>
                <w:sz w:val="18"/>
                <w:szCs w:val="18"/>
                <w:rtl/>
              </w:rPr>
              <w:t>3</w:t>
            </w:r>
          </w:p>
        </w:tc>
        <w:tc>
          <w:tcPr>
            <w:tcW w:w="2608" w:type="dxa"/>
            <w:vAlign w:val="center"/>
          </w:tcPr>
          <w:p w14:paraId="6E44B0E0" w14:textId="77777777" w:rsidR="00E050A2" w:rsidRDefault="004F2FC6">
            <w:pPr>
              <w:bidi/>
              <w:spacing w:before="30" w:after="30"/>
            </w:pPr>
            <w:r>
              <w:rPr>
                <w:sz w:val="18"/>
                <w:szCs w:val="18"/>
                <w:rtl/>
              </w:rPr>
              <w:t>المهندس المقيم</w:t>
            </w:r>
          </w:p>
        </w:tc>
        <w:tc>
          <w:tcPr>
            <w:tcW w:w="1587" w:type="dxa"/>
            <w:vAlign w:val="center"/>
          </w:tcPr>
          <w:p w14:paraId="5C427BBB" w14:textId="77777777" w:rsidR="00E050A2" w:rsidRDefault="004F2FC6">
            <w:pPr>
              <w:bidi/>
              <w:spacing w:before="30" w:after="30"/>
            </w:pPr>
            <w:r>
              <w:rPr>
                <w:sz w:val="18"/>
                <w:szCs w:val="18"/>
                <w:rtl/>
              </w:rPr>
              <w:t>الاستشاري ACE</w:t>
            </w:r>
          </w:p>
        </w:tc>
        <w:tc>
          <w:tcPr>
            <w:tcW w:w="2381" w:type="dxa"/>
            <w:vAlign w:val="center"/>
          </w:tcPr>
          <w:p w14:paraId="7D91A699" w14:textId="77777777" w:rsidR="00E050A2" w:rsidRDefault="004F2FC6">
            <w:pPr>
              <w:bidi/>
              <w:spacing w:before="30" w:after="30"/>
            </w:pPr>
            <w:r>
              <w:rPr>
                <w:sz w:val="18"/>
                <w:szCs w:val="18"/>
                <w:rtl/>
              </w:rPr>
              <w:t>[الاسم]</w:t>
            </w:r>
          </w:p>
        </w:tc>
        <w:tc>
          <w:tcPr>
            <w:tcW w:w="2608" w:type="dxa"/>
            <w:vAlign w:val="center"/>
          </w:tcPr>
          <w:p w14:paraId="57B12A7A" w14:textId="77777777" w:rsidR="00E050A2" w:rsidRDefault="004F2FC6">
            <w:pPr>
              <w:bidi/>
              <w:spacing w:before="30" w:after="30"/>
            </w:pPr>
            <w:r>
              <w:rPr>
                <w:sz w:val="18"/>
                <w:szCs w:val="18"/>
                <w:rtl/>
              </w:rPr>
              <w:t>مدير المشاريع</w:t>
            </w:r>
          </w:p>
        </w:tc>
      </w:tr>
      <w:tr w:rsidR="00E050A2" w14:paraId="174812A9" w14:textId="77777777">
        <w:trPr>
          <w:cantSplit/>
          <w:trHeight w:val="340"/>
          <w:jc w:val="center"/>
        </w:trPr>
        <w:tc>
          <w:tcPr>
            <w:tcW w:w="907" w:type="dxa"/>
            <w:shd w:val="clear" w:color="auto" w:fill="EEF1FA"/>
            <w:vAlign w:val="center"/>
          </w:tcPr>
          <w:p w14:paraId="0F8D55F3" w14:textId="77777777" w:rsidR="00E050A2" w:rsidRDefault="004F2FC6">
            <w:pPr>
              <w:bidi/>
              <w:spacing w:before="30" w:after="30"/>
              <w:jc w:val="center"/>
            </w:pPr>
            <w:r>
              <w:rPr>
                <w:sz w:val="18"/>
                <w:szCs w:val="18"/>
                <w:rtl/>
              </w:rPr>
              <w:t>4</w:t>
            </w:r>
          </w:p>
        </w:tc>
        <w:tc>
          <w:tcPr>
            <w:tcW w:w="2608" w:type="dxa"/>
            <w:shd w:val="clear" w:color="auto" w:fill="EEF1FA"/>
            <w:vAlign w:val="center"/>
          </w:tcPr>
          <w:p w14:paraId="3C270FB0" w14:textId="77777777" w:rsidR="00E050A2" w:rsidRDefault="004F2FC6">
            <w:pPr>
              <w:bidi/>
              <w:spacing w:before="30" w:after="30"/>
            </w:pPr>
            <w:r>
              <w:rPr>
                <w:sz w:val="18"/>
                <w:szCs w:val="18"/>
                <w:rtl/>
              </w:rPr>
              <w:t>مهندسو الإشراف (إنشائي، معماري، كهرباء، ميكانيكا)</w:t>
            </w:r>
          </w:p>
        </w:tc>
        <w:tc>
          <w:tcPr>
            <w:tcW w:w="1587" w:type="dxa"/>
            <w:shd w:val="clear" w:color="auto" w:fill="EEF1FA"/>
            <w:vAlign w:val="center"/>
          </w:tcPr>
          <w:p w14:paraId="4191A68F" w14:textId="77777777" w:rsidR="00E050A2" w:rsidRDefault="004F2FC6">
            <w:pPr>
              <w:bidi/>
              <w:spacing w:before="30" w:after="30"/>
            </w:pPr>
            <w:r>
              <w:rPr>
                <w:sz w:val="18"/>
                <w:szCs w:val="18"/>
                <w:rtl/>
              </w:rPr>
              <w:t>الاستشاري ACE</w:t>
            </w:r>
          </w:p>
        </w:tc>
        <w:tc>
          <w:tcPr>
            <w:tcW w:w="2381" w:type="dxa"/>
            <w:shd w:val="clear" w:color="auto" w:fill="EEF1FA"/>
            <w:vAlign w:val="center"/>
          </w:tcPr>
          <w:p w14:paraId="0BAF8AB4" w14:textId="77777777" w:rsidR="00E050A2" w:rsidRDefault="004F2FC6">
            <w:pPr>
              <w:bidi/>
              <w:spacing w:before="30" w:after="30"/>
            </w:pPr>
            <w:r>
              <w:rPr>
                <w:sz w:val="18"/>
                <w:szCs w:val="18"/>
                <w:rtl/>
              </w:rPr>
              <w:t>[الأسماء]</w:t>
            </w:r>
          </w:p>
        </w:tc>
        <w:tc>
          <w:tcPr>
            <w:tcW w:w="2608" w:type="dxa"/>
            <w:shd w:val="clear" w:color="auto" w:fill="EEF1FA"/>
            <w:vAlign w:val="center"/>
          </w:tcPr>
          <w:p w14:paraId="6868CB31" w14:textId="77777777" w:rsidR="00E050A2" w:rsidRDefault="004F2FC6">
            <w:pPr>
              <w:bidi/>
              <w:spacing w:before="30" w:after="30"/>
            </w:pPr>
            <w:r>
              <w:rPr>
                <w:sz w:val="18"/>
                <w:szCs w:val="18"/>
                <w:rtl/>
              </w:rPr>
              <w:t>المهندس المقيم</w:t>
            </w:r>
          </w:p>
        </w:tc>
      </w:tr>
      <w:tr w:rsidR="00E050A2" w14:paraId="615F8E62" w14:textId="77777777">
        <w:trPr>
          <w:cantSplit/>
          <w:trHeight w:val="340"/>
          <w:jc w:val="center"/>
        </w:trPr>
        <w:tc>
          <w:tcPr>
            <w:tcW w:w="907" w:type="dxa"/>
            <w:vAlign w:val="center"/>
          </w:tcPr>
          <w:p w14:paraId="43009A89" w14:textId="77777777" w:rsidR="00E050A2" w:rsidRDefault="004F2FC6">
            <w:pPr>
              <w:bidi/>
              <w:spacing w:before="30" w:after="30"/>
              <w:jc w:val="center"/>
            </w:pPr>
            <w:r>
              <w:rPr>
                <w:sz w:val="18"/>
                <w:szCs w:val="18"/>
                <w:rtl/>
              </w:rPr>
              <w:t>2</w:t>
            </w:r>
          </w:p>
        </w:tc>
        <w:tc>
          <w:tcPr>
            <w:tcW w:w="2608" w:type="dxa"/>
            <w:vAlign w:val="center"/>
          </w:tcPr>
          <w:p w14:paraId="09355C01" w14:textId="77777777" w:rsidR="00E050A2" w:rsidRDefault="004F2FC6">
            <w:pPr>
              <w:bidi/>
              <w:spacing w:before="30" w:after="30"/>
            </w:pPr>
            <w:r>
              <w:rPr>
                <w:sz w:val="18"/>
                <w:szCs w:val="18"/>
                <w:rtl/>
              </w:rPr>
              <w:t>مدير المشروع</w:t>
            </w:r>
          </w:p>
        </w:tc>
        <w:tc>
          <w:tcPr>
            <w:tcW w:w="1587" w:type="dxa"/>
            <w:vAlign w:val="center"/>
          </w:tcPr>
          <w:p w14:paraId="5F174ADC" w14:textId="77777777" w:rsidR="00E050A2" w:rsidRDefault="004F2FC6">
            <w:pPr>
              <w:bidi/>
              <w:spacing w:before="30" w:after="30"/>
            </w:pPr>
            <w:r>
              <w:rPr>
                <w:sz w:val="18"/>
                <w:szCs w:val="18"/>
                <w:rtl/>
              </w:rPr>
              <w:t>المقاول</w:t>
            </w:r>
          </w:p>
        </w:tc>
        <w:tc>
          <w:tcPr>
            <w:tcW w:w="2381" w:type="dxa"/>
            <w:vAlign w:val="center"/>
          </w:tcPr>
          <w:p w14:paraId="1B9FB21D" w14:textId="77777777" w:rsidR="00E050A2" w:rsidRDefault="004F2FC6">
            <w:pPr>
              <w:bidi/>
              <w:spacing w:before="30" w:after="30"/>
            </w:pPr>
            <w:r>
              <w:rPr>
                <w:sz w:val="18"/>
                <w:szCs w:val="18"/>
                <w:rtl/>
              </w:rPr>
              <w:t>[الاسم]</w:t>
            </w:r>
          </w:p>
        </w:tc>
        <w:tc>
          <w:tcPr>
            <w:tcW w:w="2608" w:type="dxa"/>
            <w:vAlign w:val="center"/>
          </w:tcPr>
          <w:p w14:paraId="5880D45B" w14:textId="77777777" w:rsidR="00E050A2" w:rsidRDefault="004F2FC6">
            <w:pPr>
              <w:bidi/>
              <w:spacing w:before="30" w:after="30"/>
            </w:pPr>
            <w:r>
              <w:rPr>
                <w:sz w:val="18"/>
                <w:szCs w:val="18"/>
                <w:rtl/>
              </w:rPr>
              <w:t>إدارة المقاول</w:t>
            </w:r>
          </w:p>
        </w:tc>
      </w:tr>
      <w:tr w:rsidR="00E050A2" w14:paraId="10F69A83" w14:textId="77777777">
        <w:trPr>
          <w:cantSplit/>
          <w:trHeight w:val="340"/>
          <w:jc w:val="center"/>
        </w:trPr>
        <w:tc>
          <w:tcPr>
            <w:tcW w:w="907" w:type="dxa"/>
            <w:shd w:val="clear" w:color="auto" w:fill="EEF1FA"/>
            <w:vAlign w:val="center"/>
          </w:tcPr>
          <w:p w14:paraId="29E631F3" w14:textId="77777777" w:rsidR="00E050A2" w:rsidRDefault="004F2FC6">
            <w:pPr>
              <w:bidi/>
              <w:spacing w:before="30" w:after="30"/>
              <w:jc w:val="center"/>
            </w:pPr>
            <w:r>
              <w:rPr>
                <w:sz w:val="18"/>
                <w:szCs w:val="18"/>
                <w:rtl/>
              </w:rPr>
              <w:t>3</w:t>
            </w:r>
          </w:p>
        </w:tc>
        <w:tc>
          <w:tcPr>
            <w:tcW w:w="2608" w:type="dxa"/>
            <w:shd w:val="clear" w:color="auto" w:fill="EEF1FA"/>
            <w:vAlign w:val="center"/>
          </w:tcPr>
          <w:p w14:paraId="7F1703C7" w14:textId="77777777" w:rsidR="00E050A2" w:rsidRDefault="004F2FC6">
            <w:pPr>
              <w:bidi/>
              <w:spacing w:before="30" w:after="30"/>
            </w:pPr>
            <w:r>
              <w:rPr>
                <w:sz w:val="18"/>
                <w:szCs w:val="18"/>
                <w:rtl/>
              </w:rPr>
              <w:t>مدير الجودة QA/QC Manager</w:t>
            </w:r>
          </w:p>
        </w:tc>
        <w:tc>
          <w:tcPr>
            <w:tcW w:w="1587" w:type="dxa"/>
            <w:shd w:val="clear" w:color="auto" w:fill="EEF1FA"/>
            <w:vAlign w:val="center"/>
          </w:tcPr>
          <w:p w14:paraId="30F8D497" w14:textId="77777777" w:rsidR="00E050A2" w:rsidRDefault="004F2FC6">
            <w:pPr>
              <w:bidi/>
              <w:spacing w:before="30" w:after="30"/>
            </w:pPr>
            <w:r>
              <w:rPr>
                <w:sz w:val="18"/>
                <w:szCs w:val="18"/>
                <w:rtl/>
              </w:rPr>
              <w:t>المقاول</w:t>
            </w:r>
          </w:p>
        </w:tc>
        <w:tc>
          <w:tcPr>
            <w:tcW w:w="2381" w:type="dxa"/>
            <w:shd w:val="clear" w:color="auto" w:fill="EEF1FA"/>
            <w:vAlign w:val="center"/>
          </w:tcPr>
          <w:p w14:paraId="550082E4" w14:textId="77777777" w:rsidR="00E050A2" w:rsidRDefault="004F2FC6">
            <w:pPr>
              <w:bidi/>
              <w:spacing w:before="30" w:after="30"/>
            </w:pPr>
            <w:r>
              <w:rPr>
                <w:sz w:val="18"/>
                <w:szCs w:val="18"/>
                <w:rtl/>
              </w:rPr>
              <w:t>[الاسم]</w:t>
            </w:r>
          </w:p>
        </w:tc>
        <w:tc>
          <w:tcPr>
            <w:tcW w:w="2608" w:type="dxa"/>
            <w:shd w:val="clear" w:color="auto" w:fill="EEF1FA"/>
            <w:vAlign w:val="center"/>
          </w:tcPr>
          <w:p w14:paraId="0FAA3D19" w14:textId="77777777" w:rsidR="00E050A2" w:rsidRDefault="004F2FC6">
            <w:pPr>
              <w:bidi/>
              <w:spacing w:before="30" w:after="30"/>
            </w:pPr>
            <w:r>
              <w:rPr>
                <w:sz w:val="18"/>
                <w:szCs w:val="18"/>
                <w:rtl/>
              </w:rPr>
              <w:t>إدارة المقاول (مستقل عن التنفيذ)</w:t>
            </w:r>
          </w:p>
        </w:tc>
      </w:tr>
      <w:tr w:rsidR="00E050A2" w14:paraId="3C74E70C" w14:textId="77777777">
        <w:trPr>
          <w:cantSplit/>
          <w:trHeight w:val="340"/>
          <w:jc w:val="center"/>
        </w:trPr>
        <w:tc>
          <w:tcPr>
            <w:tcW w:w="907" w:type="dxa"/>
            <w:vAlign w:val="center"/>
          </w:tcPr>
          <w:p w14:paraId="5F92506E" w14:textId="77777777" w:rsidR="00E050A2" w:rsidRDefault="004F2FC6">
            <w:pPr>
              <w:bidi/>
              <w:spacing w:before="30" w:after="30"/>
              <w:jc w:val="center"/>
            </w:pPr>
            <w:r>
              <w:rPr>
                <w:sz w:val="18"/>
                <w:szCs w:val="18"/>
                <w:rtl/>
              </w:rPr>
              <w:t>3</w:t>
            </w:r>
          </w:p>
        </w:tc>
        <w:tc>
          <w:tcPr>
            <w:tcW w:w="2608" w:type="dxa"/>
            <w:vAlign w:val="center"/>
          </w:tcPr>
          <w:p w14:paraId="0B2478AF" w14:textId="77777777" w:rsidR="00E050A2" w:rsidRDefault="004F2FC6">
            <w:pPr>
              <w:bidi/>
              <w:spacing w:before="30" w:after="30"/>
            </w:pPr>
            <w:r>
              <w:rPr>
                <w:sz w:val="18"/>
                <w:szCs w:val="18"/>
                <w:rtl/>
              </w:rPr>
              <w:t>مدير الموقع / مهندسو التنفيذ</w:t>
            </w:r>
          </w:p>
        </w:tc>
        <w:tc>
          <w:tcPr>
            <w:tcW w:w="1587" w:type="dxa"/>
            <w:vAlign w:val="center"/>
          </w:tcPr>
          <w:p w14:paraId="11369A8F" w14:textId="77777777" w:rsidR="00E050A2" w:rsidRDefault="004F2FC6">
            <w:pPr>
              <w:bidi/>
              <w:spacing w:before="30" w:after="30"/>
            </w:pPr>
            <w:r>
              <w:rPr>
                <w:sz w:val="18"/>
                <w:szCs w:val="18"/>
                <w:rtl/>
              </w:rPr>
              <w:t>المقاول</w:t>
            </w:r>
          </w:p>
        </w:tc>
        <w:tc>
          <w:tcPr>
            <w:tcW w:w="2381" w:type="dxa"/>
            <w:vAlign w:val="center"/>
          </w:tcPr>
          <w:p w14:paraId="76D41046" w14:textId="77777777" w:rsidR="00E050A2" w:rsidRDefault="004F2FC6">
            <w:pPr>
              <w:bidi/>
              <w:spacing w:before="30" w:after="30"/>
            </w:pPr>
            <w:r>
              <w:rPr>
                <w:sz w:val="18"/>
                <w:szCs w:val="18"/>
                <w:rtl/>
              </w:rPr>
              <w:t>[الأسماء]</w:t>
            </w:r>
          </w:p>
        </w:tc>
        <w:tc>
          <w:tcPr>
            <w:tcW w:w="2608" w:type="dxa"/>
            <w:vAlign w:val="center"/>
          </w:tcPr>
          <w:p w14:paraId="408153B4" w14:textId="77777777" w:rsidR="00E050A2" w:rsidRDefault="004F2FC6">
            <w:pPr>
              <w:bidi/>
              <w:spacing w:before="30" w:after="30"/>
            </w:pPr>
            <w:r>
              <w:rPr>
                <w:sz w:val="18"/>
                <w:szCs w:val="18"/>
                <w:rtl/>
              </w:rPr>
              <w:t>مدير المشروع</w:t>
            </w:r>
          </w:p>
        </w:tc>
      </w:tr>
      <w:tr w:rsidR="00E050A2" w14:paraId="11C290AC" w14:textId="77777777">
        <w:trPr>
          <w:cantSplit/>
          <w:trHeight w:val="340"/>
          <w:jc w:val="center"/>
        </w:trPr>
        <w:tc>
          <w:tcPr>
            <w:tcW w:w="907" w:type="dxa"/>
            <w:shd w:val="clear" w:color="auto" w:fill="EEF1FA"/>
            <w:vAlign w:val="center"/>
          </w:tcPr>
          <w:p w14:paraId="6BD09C36" w14:textId="77777777" w:rsidR="00E050A2" w:rsidRDefault="004F2FC6">
            <w:pPr>
              <w:bidi/>
              <w:spacing w:before="30" w:after="30"/>
              <w:jc w:val="center"/>
            </w:pPr>
            <w:r>
              <w:rPr>
                <w:sz w:val="18"/>
                <w:szCs w:val="18"/>
                <w:rtl/>
              </w:rPr>
              <w:t>4</w:t>
            </w:r>
          </w:p>
        </w:tc>
        <w:tc>
          <w:tcPr>
            <w:tcW w:w="2608" w:type="dxa"/>
            <w:shd w:val="clear" w:color="auto" w:fill="EEF1FA"/>
            <w:vAlign w:val="center"/>
          </w:tcPr>
          <w:p w14:paraId="3D05B030" w14:textId="77777777" w:rsidR="00E050A2" w:rsidRDefault="004F2FC6">
            <w:pPr>
              <w:bidi/>
              <w:spacing w:before="30" w:after="30"/>
            </w:pPr>
            <w:r>
              <w:rPr>
                <w:sz w:val="18"/>
                <w:szCs w:val="18"/>
                <w:rtl/>
              </w:rPr>
              <w:t>مهندسو ومراقبو الجودة لكل تخصص</w:t>
            </w:r>
          </w:p>
        </w:tc>
        <w:tc>
          <w:tcPr>
            <w:tcW w:w="1587" w:type="dxa"/>
            <w:shd w:val="clear" w:color="auto" w:fill="EEF1FA"/>
            <w:vAlign w:val="center"/>
          </w:tcPr>
          <w:p w14:paraId="1E4502EC" w14:textId="77777777" w:rsidR="00E050A2" w:rsidRDefault="004F2FC6">
            <w:pPr>
              <w:bidi/>
              <w:spacing w:before="30" w:after="30"/>
            </w:pPr>
            <w:r>
              <w:rPr>
                <w:sz w:val="18"/>
                <w:szCs w:val="18"/>
                <w:rtl/>
              </w:rPr>
              <w:t>المقاول</w:t>
            </w:r>
          </w:p>
        </w:tc>
        <w:tc>
          <w:tcPr>
            <w:tcW w:w="2381" w:type="dxa"/>
            <w:shd w:val="clear" w:color="auto" w:fill="EEF1FA"/>
            <w:vAlign w:val="center"/>
          </w:tcPr>
          <w:p w14:paraId="588DD746" w14:textId="77777777" w:rsidR="00E050A2" w:rsidRDefault="004F2FC6">
            <w:pPr>
              <w:bidi/>
              <w:spacing w:before="30" w:after="30"/>
            </w:pPr>
            <w:r>
              <w:rPr>
                <w:sz w:val="18"/>
                <w:szCs w:val="18"/>
                <w:rtl/>
              </w:rPr>
              <w:t>[الأسماء]</w:t>
            </w:r>
          </w:p>
        </w:tc>
        <w:tc>
          <w:tcPr>
            <w:tcW w:w="2608" w:type="dxa"/>
            <w:shd w:val="clear" w:color="auto" w:fill="EEF1FA"/>
            <w:vAlign w:val="center"/>
          </w:tcPr>
          <w:p w14:paraId="54887377" w14:textId="77777777" w:rsidR="00E050A2" w:rsidRDefault="004F2FC6">
            <w:pPr>
              <w:bidi/>
              <w:spacing w:before="30" w:after="30"/>
            </w:pPr>
            <w:r>
              <w:rPr>
                <w:sz w:val="18"/>
                <w:szCs w:val="18"/>
                <w:rtl/>
              </w:rPr>
              <w:t>مدير الجودة</w:t>
            </w:r>
          </w:p>
        </w:tc>
      </w:tr>
      <w:tr w:rsidR="00E050A2" w14:paraId="44DFA6D6" w14:textId="77777777">
        <w:trPr>
          <w:cantSplit/>
          <w:trHeight w:val="340"/>
          <w:jc w:val="center"/>
        </w:trPr>
        <w:tc>
          <w:tcPr>
            <w:tcW w:w="907" w:type="dxa"/>
            <w:vAlign w:val="center"/>
          </w:tcPr>
          <w:p w14:paraId="7034D44C" w14:textId="77777777" w:rsidR="00E050A2" w:rsidRDefault="004F2FC6">
            <w:pPr>
              <w:bidi/>
              <w:spacing w:before="30" w:after="30"/>
              <w:jc w:val="center"/>
            </w:pPr>
            <w:r>
              <w:rPr>
                <w:sz w:val="18"/>
                <w:szCs w:val="18"/>
                <w:rtl/>
              </w:rPr>
              <w:t>4</w:t>
            </w:r>
          </w:p>
        </w:tc>
        <w:tc>
          <w:tcPr>
            <w:tcW w:w="2608" w:type="dxa"/>
            <w:vAlign w:val="center"/>
          </w:tcPr>
          <w:p w14:paraId="35C16231" w14:textId="77777777" w:rsidR="00E050A2" w:rsidRDefault="004F2FC6">
            <w:pPr>
              <w:bidi/>
              <w:spacing w:before="30" w:after="30"/>
            </w:pPr>
            <w:r>
              <w:rPr>
                <w:sz w:val="18"/>
                <w:szCs w:val="18"/>
                <w:rtl/>
              </w:rPr>
              <w:t>مسؤول ضبط الوثائق DCC</w:t>
            </w:r>
          </w:p>
        </w:tc>
        <w:tc>
          <w:tcPr>
            <w:tcW w:w="1587" w:type="dxa"/>
            <w:vAlign w:val="center"/>
          </w:tcPr>
          <w:p w14:paraId="56E0D1EF" w14:textId="77777777" w:rsidR="00E050A2" w:rsidRDefault="004F2FC6">
            <w:pPr>
              <w:bidi/>
              <w:spacing w:before="30" w:after="30"/>
            </w:pPr>
            <w:r>
              <w:rPr>
                <w:sz w:val="18"/>
                <w:szCs w:val="18"/>
                <w:rtl/>
              </w:rPr>
              <w:t>المقاول</w:t>
            </w:r>
          </w:p>
        </w:tc>
        <w:tc>
          <w:tcPr>
            <w:tcW w:w="2381" w:type="dxa"/>
            <w:vAlign w:val="center"/>
          </w:tcPr>
          <w:p w14:paraId="09E29964" w14:textId="77777777" w:rsidR="00E050A2" w:rsidRDefault="004F2FC6">
            <w:pPr>
              <w:bidi/>
              <w:spacing w:before="30" w:after="30"/>
            </w:pPr>
            <w:r>
              <w:rPr>
                <w:sz w:val="18"/>
                <w:szCs w:val="18"/>
                <w:rtl/>
              </w:rPr>
              <w:t>[الاسم]</w:t>
            </w:r>
          </w:p>
        </w:tc>
        <w:tc>
          <w:tcPr>
            <w:tcW w:w="2608" w:type="dxa"/>
            <w:vAlign w:val="center"/>
          </w:tcPr>
          <w:p w14:paraId="55234374" w14:textId="77777777" w:rsidR="00E050A2" w:rsidRDefault="004F2FC6">
            <w:pPr>
              <w:bidi/>
              <w:spacing w:before="30" w:after="30"/>
            </w:pPr>
            <w:r>
              <w:rPr>
                <w:sz w:val="18"/>
                <w:szCs w:val="18"/>
                <w:rtl/>
              </w:rPr>
              <w:t>مدير المشروع</w:t>
            </w:r>
          </w:p>
        </w:tc>
      </w:tr>
      <w:tr w:rsidR="00E050A2" w14:paraId="55F63BB0" w14:textId="77777777">
        <w:trPr>
          <w:cantSplit/>
          <w:trHeight w:val="340"/>
          <w:jc w:val="center"/>
        </w:trPr>
        <w:tc>
          <w:tcPr>
            <w:tcW w:w="907" w:type="dxa"/>
            <w:shd w:val="clear" w:color="auto" w:fill="EEF1FA"/>
            <w:vAlign w:val="center"/>
          </w:tcPr>
          <w:p w14:paraId="53103695" w14:textId="77777777" w:rsidR="00E050A2" w:rsidRDefault="004F2FC6">
            <w:pPr>
              <w:bidi/>
              <w:spacing w:before="30" w:after="30"/>
              <w:jc w:val="center"/>
            </w:pPr>
            <w:r>
              <w:rPr>
                <w:sz w:val="18"/>
                <w:szCs w:val="18"/>
                <w:rtl/>
              </w:rPr>
              <w:t>4</w:t>
            </w:r>
          </w:p>
        </w:tc>
        <w:tc>
          <w:tcPr>
            <w:tcW w:w="2608" w:type="dxa"/>
            <w:shd w:val="clear" w:color="auto" w:fill="EEF1FA"/>
            <w:vAlign w:val="center"/>
          </w:tcPr>
          <w:p w14:paraId="300ADFFA" w14:textId="77777777" w:rsidR="00E050A2" w:rsidRDefault="004F2FC6">
            <w:pPr>
              <w:bidi/>
              <w:spacing w:before="30" w:after="30"/>
            </w:pPr>
            <w:r>
              <w:rPr>
                <w:sz w:val="18"/>
                <w:szCs w:val="18"/>
                <w:rtl/>
              </w:rPr>
              <w:t>مهندس السلامة HSE</w:t>
            </w:r>
          </w:p>
        </w:tc>
        <w:tc>
          <w:tcPr>
            <w:tcW w:w="1587" w:type="dxa"/>
            <w:shd w:val="clear" w:color="auto" w:fill="EEF1FA"/>
            <w:vAlign w:val="center"/>
          </w:tcPr>
          <w:p w14:paraId="2C3F383D" w14:textId="77777777" w:rsidR="00E050A2" w:rsidRDefault="004F2FC6">
            <w:pPr>
              <w:bidi/>
              <w:spacing w:before="30" w:after="30"/>
            </w:pPr>
            <w:r>
              <w:rPr>
                <w:sz w:val="18"/>
                <w:szCs w:val="18"/>
                <w:rtl/>
              </w:rPr>
              <w:t>المقاول</w:t>
            </w:r>
          </w:p>
        </w:tc>
        <w:tc>
          <w:tcPr>
            <w:tcW w:w="2381" w:type="dxa"/>
            <w:shd w:val="clear" w:color="auto" w:fill="EEF1FA"/>
            <w:vAlign w:val="center"/>
          </w:tcPr>
          <w:p w14:paraId="105D3B67" w14:textId="77777777" w:rsidR="00E050A2" w:rsidRDefault="004F2FC6">
            <w:pPr>
              <w:bidi/>
              <w:spacing w:before="30" w:after="30"/>
            </w:pPr>
            <w:r>
              <w:rPr>
                <w:sz w:val="18"/>
                <w:szCs w:val="18"/>
                <w:rtl/>
              </w:rPr>
              <w:t>[الاسم]</w:t>
            </w:r>
          </w:p>
        </w:tc>
        <w:tc>
          <w:tcPr>
            <w:tcW w:w="2608" w:type="dxa"/>
            <w:shd w:val="clear" w:color="auto" w:fill="EEF1FA"/>
            <w:vAlign w:val="center"/>
          </w:tcPr>
          <w:p w14:paraId="63BC9D95" w14:textId="77777777" w:rsidR="00E050A2" w:rsidRDefault="004F2FC6">
            <w:pPr>
              <w:bidi/>
              <w:spacing w:before="30" w:after="30"/>
            </w:pPr>
            <w:r>
              <w:rPr>
                <w:sz w:val="18"/>
                <w:szCs w:val="18"/>
                <w:rtl/>
              </w:rPr>
              <w:t>مدير المشروع</w:t>
            </w:r>
          </w:p>
        </w:tc>
      </w:tr>
      <w:tr w:rsidR="00E050A2" w14:paraId="167B3033" w14:textId="77777777">
        <w:trPr>
          <w:cantSplit/>
          <w:trHeight w:val="340"/>
          <w:jc w:val="center"/>
        </w:trPr>
        <w:tc>
          <w:tcPr>
            <w:tcW w:w="907" w:type="dxa"/>
            <w:vAlign w:val="center"/>
          </w:tcPr>
          <w:p w14:paraId="625CB19E" w14:textId="77777777" w:rsidR="00E050A2" w:rsidRDefault="004F2FC6">
            <w:pPr>
              <w:bidi/>
              <w:spacing w:before="30" w:after="30"/>
              <w:jc w:val="center"/>
            </w:pPr>
            <w:r>
              <w:rPr>
                <w:sz w:val="18"/>
                <w:szCs w:val="18"/>
                <w:rtl/>
              </w:rPr>
              <w:t>5</w:t>
            </w:r>
          </w:p>
        </w:tc>
        <w:tc>
          <w:tcPr>
            <w:tcW w:w="2608" w:type="dxa"/>
            <w:vAlign w:val="center"/>
          </w:tcPr>
          <w:p w14:paraId="1916DCB5" w14:textId="77777777" w:rsidR="00E050A2" w:rsidRDefault="004F2FC6">
            <w:pPr>
              <w:bidi/>
              <w:spacing w:before="30" w:after="30"/>
            </w:pPr>
            <w:r>
              <w:rPr>
                <w:sz w:val="18"/>
                <w:szCs w:val="18"/>
                <w:rtl/>
              </w:rPr>
              <w:t>مسؤول جودة مقاول الباطن</w:t>
            </w:r>
          </w:p>
        </w:tc>
        <w:tc>
          <w:tcPr>
            <w:tcW w:w="1587" w:type="dxa"/>
            <w:vAlign w:val="center"/>
          </w:tcPr>
          <w:p w14:paraId="1D1DCB38" w14:textId="77777777" w:rsidR="00E050A2" w:rsidRDefault="004F2FC6">
            <w:pPr>
              <w:bidi/>
              <w:spacing w:before="30" w:after="30"/>
            </w:pPr>
            <w:r>
              <w:rPr>
                <w:sz w:val="18"/>
                <w:szCs w:val="18"/>
                <w:rtl/>
              </w:rPr>
              <w:t>مقاول الباطن</w:t>
            </w:r>
          </w:p>
        </w:tc>
        <w:tc>
          <w:tcPr>
            <w:tcW w:w="2381" w:type="dxa"/>
            <w:vAlign w:val="center"/>
          </w:tcPr>
          <w:p w14:paraId="1B09F76A" w14:textId="77777777" w:rsidR="00E050A2" w:rsidRDefault="004F2FC6">
            <w:pPr>
              <w:bidi/>
              <w:spacing w:before="30" w:after="30"/>
            </w:pPr>
            <w:r>
              <w:rPr>
                <w:sz w:val="18"/>
                <w:szCs w:val="18"/>
                <w:rtl/>
              </w:rPr>
              <w:t>[الاسم]</w:t>
            </w:r>
          </w:p>
        </w:tc>
        <w:tc>
          <w:tcPr>
            <w:tcW w:w="2608" w:type="dxa"/>
            <w:vAlign w:val="center"/>
          </w:tcPr>
          <w:p w14:paraId="68656FB4" w14:textId="77777777" w:rsidR="00E050A2" w:rsidRDefault="004F2FC6">
            <w:pPr>
              <w:bidi/>
              <w:spacing w:before="30" w:after="30"/>
            </w:pPr>
            <w:r>
              <w:rPr>
                <w:sz w:val="18"/>
                <w:szCs w:val="18"/>
                <w:rtl/>
              </w:rPr>
              <w:t>مدير الجودة لدى المقاول</w:t>
            </w:r>
          </w:p>
        </w:tc>
      </w:tr>
    </w:tbl>
    <w:p w14:paraId="0EF4C5E9" w14:textId="77777777" w:rsidR="00E050A2" w:rsidRDefault="00E050A2">
      <w:pPr>
        <w:bidi/>
        <w:spacing w:after="40"/>
      </w:pPr>
    </w:p>
    <w:p w14:paraId="5F5923A8" w14:textId="77777777" w:rsidR="00E050A2" w:rsidRDefault="004F2FC6">
      <w:pPr>
        <w:keepNext/>
        <w:bidi/>
        <w:spacing w:after="120"/>
        <w:outlineLvl w:val="1"/>
      </w:pPr>
      <w:r>
        <w:rPr>
          <w:b/>
          <w:bCs/>
          <w:color w:val="052976"/>
          <w:sz w:val="25"/>
          <w:szCs w:val="25"/>
          <w:rtl/>
        </w:rPr>
        <w:t>4.2 المسؤوليات الرئيسية</w:t>
      </w:r>
    </w:p>
    <w:p w14:paraId="79B9BDB8" w14:textId="77777777" w:rsidR="00E050A2" w:rsidRDefault="004F2FC6">
      <w:pPr>
        <w:bidi/>
        <w:spacing w:after="40"/>
      </w:pPr>
      <w:r>
        <w:rPr>
          <w:sz w:val="21"/>
          <w:szCs w:val="21"/>
          <w:rtl/>
        </w:rPr>
        <w:t>4.2.1  المالك: اعتماد الخطة والقرارات ذات الأثر المالي أو الزمني، وتعيين ممثله، والمشاركة في لجان الاستلام.</w:t>
      </w:r>
    </w:p>
    <w:p w14:paraId="65B025F1" w14:textId="77777777" w:rsidR="00E050A2" w:rsidRDefault="004F2FC6">
      <w:pPr>
        <w:bidi/>
        <w:spacing w:after="40"/>
      </w:pPr>
      <w:r>
        <w:rPr>
          <w:sz w:val="21"/>
          <w:szCs w:val="21"/>
          <w:rtl/>
        </w:rPr>
        <w:t>4.2.2  الاستشاري: مراجعة واعتماد التقديمات، وحضور نقاط التوقف والشهود، وإصدار NCR وSI، والتحقق من إغلاق الإجراءات التصحيحية، والتوصية بالاستلام.</w:t>
      </w:r>
    </w:p>
    <w:p w14:paraId="31AC702F" w14:textId="77777777" w:rsidR="00E050A2" w:rsidRDefault="004F2FC6">
      <w:pPr>
        <w:bidi/>
        <w:spacing w:after="40"/>
      </w:pPr>
      <w:r>
        <w:rPr>
          <w:sz w:val="21"/>
          <w:szCs w:val="21"/>
          <w:rtl/>
        </w:rPr>
        <w:t>4.2.3  المقاول: تنفيذ الأعمال وفق العقد، وإدارة نظام الجودة، وتقديم IR وMAR وMIR في مواعيدها، والفحص الذاتي قبل طلب الاستلام، وتصحيح عدم المطابقة على نفقته.</w:t>
      </w:r>
    </w:p>
    <w:p w14:paraId="3F58888D" w14:textId="77777777" w:rsidR="00E050A2" w:rsidRDefault="004F2FC6">
      <w:pPr>
        <w:bidi/>
        <w:spacing w:after="40"/>
      </w:pPr>
      <w:r>
        <w:rPr>
          <w:sz w:val="21"/>
          <w:szCs w:val="21"/>
          <w:rtl/>
        </w:rPr>
        <w:t>4.2.4  مقاول الباطن: الالتزام بخطة جودة المقاول وخطة ITP لنطاقه، وعدم مخاطبة الاستشاري مباشرة إلا عبر المقاول الرئيسي.</w:t>
      </w:r>
    </w:p>
    <w:p w14:paraId="427B5C05" w14:textId="77777777" w:rsidR="00E050A2" w:rsidRDefault="004F2FC6">
      <w:pPr>
        <w:bidi/>
        <w:spacing w:after="40"/>
      </w:pPr>
      <w:r>
        <w:rPr>
          <w:sz w:val="21"/>
          <w:szCs w:val="21"/>
          <w:rtl/>
        </w:rPr>
        <w:t>4.2.5  مدير الجودة لدى المقاول: له صلاحية إيقاف أي عمل غير مطابق، ويرفع تقاريره مستقلا عن إدارة التنفيذ.</w:t>
      </w:r>
    </w:p>
    <w:p w14:paraId="1185FAA5" w14:textId="77777777" w:rsidR="00E050A2" w:rsidRDefault="004F2FC6">
      <w:pPr>
        <w:keepNext/>
        <w:bidi/>
        <w:spacing w:after="120"/>
        <w:outlineLvl w:val="1"/>
      </w:pPr>
      <w:r>
        <w:rPr>
          <w:b/>
          <w:bCs/>
          <w:color w:val="052976"/>
          <w:sz w:val="25"/>
          <w:szCs w:val="25"/>
          <w:rtl/>
        </w:rPr>
        <w:t>4.3 مصفوفة المسؤوليات RACI</w:t>
      </w:r>
    </w:p>
    <w:p w14:paraId="5BED42B6" w14:textId="77777777" w:rsidR="00E050A2" w:rsidRDefault="004F2FC6">
      <w:pPr>
        <w:bidi/>
        <w:spacing w:after="80"/>
      </w:pPr>
      <w:r>
        <w:rPr>
          <w:color w:val="5B6475"/>
          <w:sz w:val="19"/>
          <w:szCs w:val="19"/>
          <w:rtl/>
        </w:rPr>
        <w:t>R منفذ، A معتمد ومسؤول نهائي، C يستشار، I يحاط علما.</w:t>
      </w:r>
    </w:p>
    <w:tbl>
      <w:tblPr>
        <w:tblStyle w:val="TableGrid"/>
        <w:bidiVisual/>
        <w:tblW w:w="0" w:type="auto"/>
        <w:jc w:val="center"/>
        <w:tblLayout w:type="fixed"/>
        <w:tblLook w:val="04A0" w:firstRow="1" w:lastRow="0" w:firstColumn="1" w:lastColumn="0" w:noHBand="0" w:noVBand="1"/>
      </w:tblPr>
      <w:tblGrid>
        <w:gridCol w:w="4422"/>
        <w:gridCol w:w="1417"/>
        <w:gridCol w:w="1417"/>
        <w:gridCol w:w="1417"/>
        <w:gridCol w:w="1417"/>
      </w:tblGrid>
      <w:tr w:rsidR="00E050A2" w14:paraId="47AD30A4" w14:textId="77777777">
        <w:trPr>
          <w:cantSplit/>
          <w:trHeight w:val="340"/>
          <w:tblHeader/>
          <w:jc w:val="center"/>
        </w:trPr>
        <w:tc>
          <w:tcPr>
            <w:tcW w:w="4422" w:type="dxa"/>
            <w:shd w:val="clear" w:color="auto" w:fill="052976"/>
            <w:vAlign w:val="center"/>
          </w:tcPr>
          <w:p w14:paraId="382537DA" w14:textId="77777777" w:rsidR="00E050A2" w:rsidRDefault="004F2FC6">
            <w:pPr>
              <w:bidi/>
              <w:spacing w:before="30" w:after="30"/>
              <w:jc w:val="center"/>
            </w:pPr>
            <w:r>
              <w:rPr>
                <w:b/>
                <w:bCs/>
                <w:color w:val="FFFFFF"/>
                <w:sz w:val="19"/>
                <w:szCs w:val="19"/>
                <w:rtl/>
              </w:rPr>
              <w:t>النشاط</w:t>
            </w:r>
          </w:p>
        </w:tc>
        <w:tc>
          <w:tcPr>
            <w:tcW w:w="1417" w:type="dxa"/>
            <w:shd w:val="clear" w:color="auto" w:fill="052976"/>
            <w:vAlign w:val="center"/>
          </w:tcPr>
          <w:p w14:paraId="06DC8A14" w14:textId="77777777" w:rsidR="00E050A2" w:rsidRDefault="004F2FC6">
            <w:pPr>
              <w:bidi/>
              <w:spacing w:before="30" w:after="30"/>
              <w:jc w:val="center"/>
            </w:pPr>
            <w:r>
              <w:rPr>
                <w:b/>
                <w:bCs/>
                <w:color w:val="FFFFFF"/>
                <w:sz w:val="19"/>
                <w:szCs w:val="19"/>
                <w:rtl/>
              </w:rPr>
              <w:t>المالك</w:t>
            </w:r>
          </w:p>
        </w:tc>
        <w:tc>
          <w:tcPr>
            <w:tcW w:w="1417" w:type="dxa"/>
            <w:shd w:val="clear" w:color="auto" w:fill="052976"/>
            <w:vAlign w:val="center"/>
          </w:tcPr>
          <w:p w14:paraId="55A9D99C" w14:textId="77777777" w:rsidR="00E050A2" w:rsidRDefault="004F2FC6">
            <w:pPr>
              <w:bidi/>
              <w:spacing w:before="30" w:after="30"/>
              <w:jc w:val="center"/>
            </w:pPr>
            <w:r>
              <w:rPr>
                <w:b/>
                <w:bCs/>
                <w:color w:val="FFFFFF"/>
                <w:sz w:val="19"/>
                <w:szCs w:val="19"/>
                <w:rtl/>
              </w:rPr>
              <w:t>الاستشاري</w:t>
            </w:r>
          </w:p>
        </w:tc>
        <w:tc>
          <w:tcPr>
            <w:tcW w:w="1417" w:type="dxa"/>
            <w:shd w:val="clear" w:color="auto" w:fill="052976"/>
            <w:vAlign w:val="center"/>
          </w:tcPr>
          <w:p w14:paraId="700E2649" w14:textId="77777777" w:rsidR="00E050A2" w:rsidRDefault="004F2FC6">
            <w:pPr>
              <w:bidi/>
              <w:spacing w:before="30" w:after="30"/>
              <w:jc w:val="center"/>
            </w:pPr>
            <w:r>
              <w:rPr>
                <w:b/>
                <w:bCs/>
                <w:color w:val="FFFFFF"/>
                <w:sz w:val="19"/>
                <w:szCs w:val="19"/>
                <w:rtl/>
              </w:rPr>
              <w:t>المقاول</w:t>
            </w:r>
          </w:p>
        </w:tc>
        <w:tc>
          <w:tcPr>
            <w:tcW w:w="1417" w:type="dxa"/>
            <w:shd w:val="clear" w:color="auto" w:fill="052976"/>
            <w:vAlign w:val="center"/>
          </w:tcPr>
          <w:p w14:paraId="69DFBEF2" w14:textId="77777777" w:rsidR="00E050A2" w:rsidRDefault="004F2FC6">
            <w:pPr>
              <w:bidi/>
              <w:spacing w:before="30" w:after="30"/>
              <w:jc w:val="center"/>
            </w:pPr>
            <w:r>
              <w:rPr>
                <w:b/>
                <w:bCs/>
                <w:color w:val="FFFFFF"/>
                <w:sz w:val="19"/>
                <w:szCs w:val="19"/>
                <w:rtl/>
              </w:rPr>
              <w:t>مقاول الباطن</w:t>
            </w:r>
          </w:p>
        </w:tc>
      </w:tr>
      <w:tr w:rsidR="00E050A2" w14:paraId="69FE70A8" w14:textId="77777777">
        <w:trPr>
          <w:cantSplit/>
          <w:trHeight w:val="340"/>
          <w:jc w:val="center"/>
        </w:trPr>
        <w:tc>
          <w:tcPr>
            <w:tcW w:w="4422" w:type="dxa"/>
            <w:vAlign w:val="center"/>
          </w:tcPr>
          <w:p w14:paraId="5A2FDE8A" w14:textId="77777777" w:rsidR="00E050A2" w:rsidRDefault="004F2FC6">
            <w:pPr>
              <w:bidi/>
              <w:spacing w:before="30" w:after="30"/>
            </w:pPr>
            <w:r>
              <w:rPr>
                <w:sz w:val="18"/>
                <w:szCs w:val="18"/>
                <w:rtl/>
              </w:rPr>
              <w:t>إعداد خطة الجودة التنفيذية للمقاول</w:t>
            </w:r>
          </w:p>
        </w:tc>
        <w:tc>
          <w:tcPr>
            <w:tcW w:w="1417" w:type="dxa"/>
            <w:vAlign w:val="center"/>
          </w:tcPr>
          <w:p w14:paraId="7979419A" w14:textId="77777777" w:rsidR="00E050A2" w:rsidRDefault="004F2FC6">
            <w:pPr>
              <w:bidi/>
              <w:spacing w:before="30" w:after="30"/>
              <w:jc w:val="center"/>
            </w:pPr>
            <w:r>
              <w:rPr>
                <w:sz w:val="18"/>
                <w:szCs w:val="18"/>
                <w:rtl/>
              </w:rPr>
              <w:t>I</w:t>
            </w:r>
          </w:p>
        </w:tc>
        <w:tc>
          <w:tcPr>
            <w:tcW w:w="1417" w:type="dxa"/>
            <w:vAlign w:val="center"/>
          </w:tcPr>
          <w:p w14:paraId="3BD6993F" w14:textId="77777777" w:rsidR="00E050A2" w:rsidRDefault="004F2FC6">
            <w:pPr>
              <w:bidi/>
              <w:spacing w:before="30" w:after="30"/>
              <w:jc w:val="center"/>
            </w:pPr>
            <w:r>
              <w:rPr>
                <w:sz w:val="18"/>
                <w:szCs w:val="18"/>
                <w:rtl/>
              </w:rPr>
              <w:t>A</w:t>
            </w:r>
          </w:p>
        </w:tc>
        <w:tc>
          <w:tcPr>
            <w:tcW w:w="1417" w:type="dxa"/>
            <w:vAlign w:val="center"/>
          </w:tcPr>
          <w:p w14:paraId="32C1D9BC" w14:textId="77777777" w:rsidR="00E050A2" w:rsidRDefault="004F2FC6">
            <w:pPr>
              <w:bidi/>
              <w:spacing w:before="30" w:after="30"/>
              <w:jc w:val="center"/>
            </w:pPr>
            <w:r>
              <w:rPr>
                <w:sz w:val="18"/>
                <w:szCs w:val="18"/>
                <w:rtl/>
              </w:rPr>
              <w:t>R</w:t>
            </w:r>
          </w:p>
        </w:tc>
        <w:tc>
          <w:tcPr>
            <w:tcW w:w="1417" w:type="dxa"/>
            <w:vAlign w:val="center"/>
          </w:tcPr>
          <w:p w14:paraId="51CABE96" w14:textId="77777777" w:rsidR="00E050A2" w:rsidRDefault="004F2FC6">
            <w:pPr>
              <w:bidi/>
              <w:spacing w:before="30" w:after="30"/>
              <w:jc w:val="center"/>
            </w:pPr>
            <w:r>
              <w:rPr>
                <w:sz w:val="18"/>
                <w:szCs w:val="18"/>
                <w:rtl/>
              </w:rPr>
              <w:t>C</w:t>
            </w:r>
          </w:p>
        </w:tc>
      </w:tr>
      <w:tr w:rsidR="00E050A2" w14:paraId="1F5F9894" w14:textId="77777777">
        <w:trPr>
          <w:cantSplit/>
          <w:trHeight w:val="340"/>
          <w:jc w:val="center"/>
        </w:trPr>
        <w:tc>
          <w:tcPr>
            <w:tcW w:w="4422" w:type="dxa"/>
            <w:shd w:val="clear" w:color="auto" w:fill="EEF1FA"/>
            <w:vAlign w:val="center"/>
          </w:tcPr>
          <w:p w14:paraId="6134DA03" w14:textId="77777777" w:rsidR="00E050A2" w:rsidRDefault="004F2FC6">
            <w:pPr>
              <w:bidi/>
              <w:spacing w:before="30" w:after="30"/>
            </w:pPr>
            <w:r>
              <w:rPr>
                <w:sz w:val="18"/>
                <w:szCs w:val="18"/>
                <w:rtl/>
              </w:rPr>
              <w:t>اعتماد الهيكل التنظيمي والسير الذاتية</w:t>
            </w:r>
          </w:p>
        </w:tc>
        <w:tc>
          <w:tcPr>
            <w:tcW w:w="1417" w:type="dxa"/>
            <w:shd w:val="clear" w:color="auto" w:fill="EEF1FA"/>
            <w:vAlign w:val="center"/>
          </w:tcPr>
          <w:p w14:paraId="439C7E08" w14:textId="77777777" w:rsidR="00E050A2" w:rsidRDefault="004F2FC6">
            <w:pPr>
              <w:bidi/>
              <w:spacing w:before="30" w:after="30"/>
              <w:jc w:val="center"/>
            </w:pPr>
            <w:r>
              <w:rPr>
                <w:sz w:val="18"/>
                <w:szCs w:val="18"/>
                <w:rtl/>
              </w:rPr>
              <w:t>I</w:t>
            </w:r>
          </w:p>
        </w:tc>
        <w:tc>
          <w:tcPr>
            <w:tcW w:w="1417" w:type="dxa"/>
            <w:shd w:val="clear" w:color="auto" w:fill="EEF1FA"/>
            <w:vAlign w:val="center"/>
          </w:tcPr>
          <w:p w14:paraId="659BC3AF" w14:textId="77777777" w:rsidR="00E050A2" w:rsidRDefault="004F2FC6">
            <w:pPr>
              <w:bidi/>
              <w:spacing w:before="30" w:after="30"/>
              <w:jc w:val="center"/>
            </w:pPr>
            <w:r>
              <w:rPr>
                <w:sz w:val="18"/>
                <w:szCs w:val="18"/>
                <w:rtl/>
              </w:rPr>
              <w:t>A</w:t>
            </w:r>
          </w:p>
        </w:tc>
        <w:tc>
          <w:tcPr>
            <w:tcW w:w="1417" w:type="dxa"/>
            <w:shd w:val="clear" w:color="auto" w:fill="EEF1FA"/>
            <w:vAlign w:val="center"/>
          </w:tcPr>
          <w:p w14:paraId="23AEF50E" w14:textId="77777777" w:rsidR="00E050A2" w:rsidRDefault="004F2FC6">
            <w:pPr>
              <w:bidi/>
              <w:spacing w:before="30" w:after="30"/>
              <w:jc w:val="center"/>
            </w:pPr>
            <w:r>
              <w:rPr>
                <w:sz w:val="18"/>
                <w:szCs w:val="18"/>
                <w:rtl/>
              </w:rPr>
              <w:t>R</w:t>
            </w:r>
          </w:p>
        </w:tc>
        <w:tc>
          <w:tcPr>
            <w:tcW w:w="1417" w:type="dxa"/>
            <w:shd w:val="clear" w:color="auto" w:fill="EEF1FA"/>
            <w:vAlign w:val="center"/>
          </w:tcPr>
          <w:p w14:paraId="09FBE3D2" w14:textId="77777777" w:rsidR="00E050A2" w:rsidRDefault="004F2FC6">
            <w:pPr>
              <w:bidi/>
              <w:spacing w:before="30" w:after="30"/>
              <w:jc w:val="center"/>
            </w:pPr>
            <w:r>
              <w:rPr>
                <w:sz w:val="18"/>
                <w:szCs w:val="18"/>
                <w:rtl/>
              </w:rPr>
              <w:t>I</w:t>
            </w:r>
          </w:p>
        </w:tc>
      </w:tr>
      <w:tr w:rsidR="00E050A2" w14:paraId="4D371861" w14:textId="77777777">
        <w:trPr>
          <w:cantSplit/>
          <w:trHeight w:val="340"/>
          <w:jc w:val="center"/>
        </w:trPr>
        <w:tc>
          <w:tcPr>
            <w:tcW w:w="4422" w:type="dxa"/>
            <w:vAlign w:val="center"/>
          </w:tcPr>
          <w:p w14:paraId="316D1C77" w14:textId="77777777" w:rsidR="00E050A2" w:rsidRDefault="004F2FC6">
            <w:pPr>
              <w:bidi/>
              <w:spacing w:before="30" w:after="30"/>
            </w:pPr>
            <w:r>
              <w:rPr>
                <w:sz w:val="18"/>
                <w:szCs w:val="18"/>
                <w:rtl/>
              </w:rPr>
              <w:t>إعداد خطط ITP وقوائم الفحص</w:t>
            </w:r>
          </w:p>
        </w:tc>
        <w:tc>
          <w:tcPr>
            <w:tcW w:w="1417" w:type="dxa"/>
            <w:vAlign w:val="center"/>
          </w:tcPr>
          <w:p w14:paraId="41E9CBA2" w14:textId="77777777" w:rsidR="00E050A2" w:rsidRDefault="004F2FC6">
            <w:pPr>
              <w:bidi/>
              <w:spacing w:before="30" w:after="30"/>
              <w:jc w:val="center"/>
            </w:pPr>
            <w:r>
              <w:rPr>
                <w:sz w:val="18"/>
                <w:szCs w:val="18"/>
                <w:rtl/>
              </w:rPr>
              <w:t>I</w:t>
            </w:r>
          </w:p>
        </w:tc>
        <w:tc>
          <w:tcPr>
            <w:tcW w:w="1417" w:type="dxa"/>
            <w:vAlign w:val="center"/>
          </w:tcPr>
          <w:p w14:paraId="4135EDDA" w14:textId="77777777" w:rsidR="00E050A2" w:rsidRDefault="004F2FC6">
            <w:pPr>
              <w:bidi/>
              <w:spacing w:before="30" w:after="30"/>
              <w:jc w:val="center"/>
            </w:pPr>
            <w:r>
              <w:rPr>
                <w:sz w:val="18"/>
                <w:szCs w:val="18"/>
                <w:rtl/>
              </w:rPr>
              <w:t>A</w:t>
            </w:r>
          </w:p>
        </w:tc>
        <w:tc>
          <w:tcPr>
            <w:tcW w:w="1417" w:type="dxa"/>
            <w:vAlign w:val="center"/>
          </w:tcPr>
          <w:p w14:paraId="4CF2A288" w14:textId="77777777" w:rsidR="00E050A2" w:rsidRDefault="004F2FC6">
            <w:pPr>
              <w:bidi/>
              <w:spacing w:before="30" w:after="30"/>
              <w:jc w:val="center"/>
            </w:pPr>
            <w:r>
              <w:rPr>
                <w:sz w:val="18"/>
                <w:szCs w:val="18"/>
                <w:rtl/>
              </w:rPr>
              <w:t>R</w:t>
            </w:r>
          </w:p>
        </w:tc>
        <w:tc>
          <w:tcPr>
            <w:tcW w:w="1417" w:type="dxa"/>
            <w:vAlign w:val="center"/>
          </w:tcPr>
          <w:p w14:paraId="1352092F" w14:textId="77777777" w:rsidR="00E050A2" w:rsidRDefault="004F2FC6">
            <w:pPr>
              <w:bidi/>
              <w:spacing w:before="30" w:after="30"/>
              <w:jc w:val="center"/>
            </w:pPr>
            <w:r>
              <w:rPr>
                <w:sz w:val="18"/>
                <w:szCs w:val="18"/>
                <w:rtl/>
              </w:rPr>
              <w:t>C</w:t>
            </w:r>
          </w:p>
        </w:tc>
      </w:tr>
      <w:tr w:rsidR="00E050A2" w14:paraId="45E17BE6" w14:textId="77777777">
        <w:trPr>
          <w:cantSplit/>
          <w:trHeight w:val="340"/>
          <w:jc w:val="center"/>
        </w:trPr>
        <w:tc>
          <w:tcPr>
            <w:tcW w:w="4422" w:type="dxa"/>
            <w:shd w:val="clear" w:color="auto" w:fill="EEF1FA"/>
            <w:vAlign w:val="center"/>
          </w:tcPr>
          <w:p w14:paraId="55AF25F1" w14:textId="77777777" w:rsidR="00E050A2" w:rsidRDefault="004F2FC6">
            <w:pPr>
              <w:bidi/>
              <w:spacing w:before="30" w:after="30"/>
            </w:pPr>
            <w:r>
              <w:rPr>
                <w:sz w:val="18"/>
                <w:szCs w:val="18"/>
                <w:rtl/>
              </w:rPr>
              <w:t>تقديم المخططات التنفيذية Shop Drawings</w:t>
            </w:r>
          </w:p>
        </w:tc>
        <w:tc>
          <w:tcPr>
            <w:tcW w:w="1417" w:type="dxa"/>
            <w:shd w:val="clear" w:color="auto" w:fill="EEF1FA"/>
            <w:vAlign w:val="center"/>
          </w:tcPr>
          <w:p w14:paraId="3B4F6D30" w14:textId="77777777" w:rsidR="00E050A2" w:rsidRDefault="004F2FC6">
            <w:pPr>
              <w:bidi/>
              <w:spacing w:before="30" w:after="30"/>
              <w:jc w:val="center"/>
            </w:pPr>
            <w:r>
              <w:rPr>
                <w:sz w:val="18"/>
                <w:szCs w:val="18"/>
                <w:rtl/>
              </w:rPr>
              <w:t>I</w:t>
            </w:r>
          </w:p>
        </w:tc>
        <w:tc>
          <w:tcPr>
            <w:tcW w:w="1417" w:type="dxa"/>
            <w:shd w:val="clear" w:color="auto" w:fill="EEF1FA"/>
            <w:vAlign w:val="center"/>
          </w:tcPr>
          <w:p w14:paraId="711C8DB8" w14:textId="77777777" w:rsidR="00E050A2" w:rsidRDefault="004F2FC6">
            <w:pPr>
              <w:bidi/>
              <w:spacing w:before="30" w:after="30"/>
              <w:jc w:val="center"/>
            </w:pPr>
            <w:r>
              <w:rPr>
                <w:sz w:val="18"/>
                <w:szCs w:val="18"/>
                <w:rtl/>
              </w:rPr>
              <w:t>A</w:t>
            </w:r>
          </w:p>
        </w:tc>
        <w:tc>
          <w:tcPr>
            <w:tcW w:w="1417" w:type="dxa"/>
            <w:shd w:val="clear" w:color="auto" w:fill="EEF1FA"/>
            <w:vAlign w:val="center"/>
          </w:tcPr>
          <w:p w14:paraId="6F75D064" w14:textId="77777777" w:rsidR="00E050A2" w:rsidRDefault="004F2FC6">
            <w:pPr>
              <w:bidi/>
              <w:spacing w:before="30" w:after="30"/>
              <w:jc w:val="center"/>
            </w:pPr>
            <w:r>
              <w:rPr>
                <w:sz w:val="18"/>
                <w:szCs w:val="18"/>
                <w:rtl/>
              </w:rPr>
              <w:t>R</w:t>
            </w:r>
          </w:p>
        </w:tc>
        <w:tc>
          <w:tcPr>
            <w:tcW w:w="1417" w:type="dxa"/>
            <w:shd w:val="clear" w:color="auto" w:fill="EEF1FA"/>
            <w:vAlign w:val="center"/>
          </w:tcPr>
          <w:p w14:paraId="15C8729C" w14:textId="77777777" w:rsidR="00E050A2" w:rsidRDefault="004F2FC6">
            <w:pPr>
              <w:bidi/>
              <w:spacing w:before="30" w:after="30"/>
              <w:jc w:val="center"/>
            </w:pPr>
            <w:r>
              <w:rPr>
                <w:sz w:val="18"/>
                <w:szCs w:val="18"/>
                <w:rtl/>
              </w:rPr>
              <w:t>C</w:t>
            </w:r>
          </w:p>
        </w:tc>
      </w:tr>
      <w:tr w:rsidR="00E050A2" w14:paraId="1DF30587" w14:textId="77777777">
        <w:trPr>
          <w:cantSplit/>
          <w:trHeight w:val="340"/>
          <w:jc w:val="center"/>
        </w:trPr>
        <w:tc>
          <w:tcPr>
            <w:tcW w:w="4422" w:type="dxa"/>
            <w:vAlign w:val="center"/>
          </w:tcPr>
          <w:p w14:paraId="765B0D5A" w14:textId="77777777" w:rsidR="00E050A2" w:rsidRDefault="004F2FC6">
            <w:pPr>
              <w:bidi/>
              <w:spacing w:before="30" w:after="30"/>
            </w:pPr>
            <w:r>
              <w:rPr>
                <w:sz w:val="18"/>
                <w:szCs w:val="18"/>
                <w:rtl/>
              </w:rPr>
              <w:t>تقديم طرق التنفيذ Method Statements</w:t>
            </w:r>
          </w:p>
        </w:tc>
        <w:tc>
          <w:tcPr>
            <w:tcW w:w="1417" w:type="dxa"/>
            <w:vAlign w:val="center"/>
          </w:tcPr>
          <w:p w14:paraId="1E1C3DFE" w14:textId="77777777" w:rsidR="00E050A2" w:rsidRDefault="004F2FC6">
            <w:pPr>
              <w:bidi/>
              <w:spacing w:before="30" w:after="30"/>
              <w:jc w:val="center"/>
            </w:pPr>
            <w:r>
              <w:rPr>
                <w:sz w:val="18"/>
                <w:szCs w:val="18"/>
                <w:rtl/>
              </w:rPr>
              <w:t>I</w:t>
            </w:r>
          </w:p>
        </w:tc>
        <w:tc>
          <w:tcPr>
            <w:tcW w:w="1417" w:type="dxa"/>
            <w:vAlign w:val="center"/>
          </w:tcPr>
          <w:p w14:paraId="3C82FC56" w14:textId="77777777" w:rsidR="00E050A2" w:rsidRDefault="004F2FC6">
            <w:pPr>
              <w:bidi/>
              <w:spacing w:before="30" w:after="30"/>
              <w:jc w:val="center"/>
            </w:pPr>
            <w:r>
              <w:rPr>
                <w:sz w:val="18"/>
                <w:szCs w:val="18"/>
                <w:rtl/>
              </w:rPr>
              <w:t>A</w:t>
            </w:r>
          </w:p>
        </w:tc>
        <w:tc>
          <w:tcPr>
            <w:tcW w:w="1417" w:type="dxa"/>
            <w:vAlign w:val="center"/>
          </w:tcPr>
          <w:p w14:paraId="08173887" w14:textId="77777777" w:rsidR="00E050A2" w:rsidRDefault="004F2FC6">
            <w:pPr>
              <w:bidi/>
              <w:spacing w:before="30" w:after="30"/>
              <w:jc w:val="center"/>
            </w:pPr>
            <w:r>
              <w:rPr>
                <w:sz w:val="18"/>
                <w:szCs w:val="18"/>
                <w:rtl/>
              </w:rPr>
              <w:t>R</w:t>
            </w:r>
          </w:p>
        </w:tc>
        <w:tc>
          <w:tcPr>
            <w:tcW w:w="1417" w:type="dxa"/>
            <w:vAlign w:val="center"/>
          </w:tcPr>
          <w:p w14:paraId="7DE038E1" w14:textId="77777777" w:rsidR="00E050A2" w:rsidRDefault="004F2FC6">
            <w:pPr>
              <w:bidi/>
              <w:spacing w:before="30" w:after="30"/>
              <w:jc w:val="center"/>
            </w:pPr>
            <w:r>
              <w:rPr>
                <w:sz w:val="18"/>
                <w:szCs w:val="18"/>
                <w:rtl/>
              </w:rPr>
              <w:t>C</w:t>
            </w:r>
          </w:p>
        </w:tc>
      </w:tr>
      <w:tr w:rsidR="00E050A2" w14:paraId="15741150" w14:textId="77777777">
        <w:trPr>
          <w:cantSplit/>
          <w:trHeight w:val="340"/>
          <w:jc w:val="center"/>
        </w:trPr>
        <w:tc>
          <w:tcPr>
            <w:tcW w:w="4422" w:type="dxa"/>
            <w:shd w:val="clear" w:color="auto" w:fill="EEF1FA"/>
            <w:vAlign w:val="center"/>
          </w:tcPr>
          <w:p w14:paraId="0F27D434" w14:textId="77777777" w:rsidR="00E050A2" w:rsidRDefault="004F2FC6">
            <w:pPr>
              <w:bidi/>
              <w:spacing w:before="30" w:after="30"/>
            </w:pPr>
            <w:r>
              <w:rPr>
                <w:sz w:val="18"/>
                <w:szCs w:val="18"/>
                <w:rtl/>
              </w:rPr>
              <w:t>اعتماد المواد والموردين MAR</w:t>
            </w:r>
          </w:p>
        </w:tc>
        <w:tc>
          <w:tcPr>
            <w:tcW w:w="1417" w:type="dxa"/>
            <w:shd w:val="clear" w:color="auto" w:fill="EEF1FA"/>
            <w:vAlign w:val="center"/>
          </w:tcPr>
          <w:p w14:paraId="06047F4C" w14:textId="77777777" w:rsidR="00E050A2" w:rsidRDefault="004F2FC6">
            <w:pPr>
              <w:bidi/>
              <w:spacing w:before="30" w:after="30"/>
              <w:jc w:val="center"/>
            </w:pPr>
            <w:r>
              <w:rPr>
                <w:sz w:val="18"/>
                <w:szCs w:val="18"/>
                <w:rtl/>
              </w:rPr>
              <w:t>C</w:t>
            </w:r>
          </w:p>
        </w:tc>
        <w:tc>
          <w:tcPr>
            <w:tcW w:w="1417" w:type="dxa"/>
            <w:shd w:val="clear" w:color="auto" w:fill="EEF1FA"/>
            <w:vAlign w:val="center"/>
          </w:tcPr>
          <w:p w14:paraId="7594471F" w14:textId="77777777" w:rsidR="00E050A2" w:rsidRDefault="004F2FC6">
            <w:pPr>
              <w:bidi/>
              <w:spacing w:before="30" w:after="30"/>
              <w:jc w:val="center"/>
            </w:pPr>
            <w:r>
              <w:rPr>
                <w:sz w:val="18"/>
                <w:szCs w:val="18"/>
                <w:rtl/>
              </w:rPr>
              <w:t>A</w:t>
            </w:r>
          </w:p>
        </w:tc>
        <w:tc>
          <w:tcPr>
            <w:tcW w:w="1417" w:type="dxa"/>
            <w:shd w:val="clear" w:color="auto" w:fill="EEF1FA"/>
            <w:vAlign w:val="center"/>
          </w:tcPr>
          <w:p w14:paraId="54795929" w14:textId="77777777" w:rsidR="00E050A2" w:rsidRDefault="004F2FC6">
            <w:pPr>
              <w:bidi/>
              <w:spacing w:before="30" w:after="30"/>
              <w:jc w:val="center"/>
            </w:pPr>
            <w:r>
              <w:rPr>
                <w:sz w:val="18"/>
                <w:szCs w:val="18"/>
                <w:rtl/>
              </w:rPr>
              <w:t>R</w:t>
            </w:r>
          </w:p>
        </w:tc>
        <w:tc>
          <w:tcPr>
            <w:tcW w:w="1417" w:type="dxa"/>
            <w:shd w:val="clear" w:color="auto" w:fill="EEF1FA"/>
            <w:vAlign w:val="center"/>
          </w:tcPr>
          <w:p w14:paraId="4E5E5F1F" w14:textId="77777777" w:rsidR="00E050A2" w:rsidRDefault="004F2FC6">
            <w:pPr>
              <w:bidi/>
              <w:spacing w:before="30" w:after="30"/>
              <w:jc w:val="center"/>
            </w:pPr>
            <w:r>
              <w:rPr>
                <w:sz w:val="18"/>
                <w:szCs w:val="18"/>
                <w:rtl/>
              </w:rPr>
              <w:t>C</w:t>
            </w:r>
          </w:p>
        </w:tc>
      </w:tr>
      <w:tr w:rsidR="00E050A2" w14:paraId="6ED87BE1" w14:textId="77777777">
        <w:trPr>
          <w:cantSplit/>
          <w:trHeight w:val="340"/>
          <w:jc w:val="center"/>
        </w:trPr>
        <w:tc>
          <w:tcPr>
            <w:tcW w:w="4422" w:type="dxa"/>
            <w:vAlign w:val="center"/>
          </w:tcPr>
          <w:p w14:paraId="20C8F6DE" w14:textId="77777777" w:rsidR="00E050A2" w:rsidRDefault="004F2FC6">
            <w:pPr>
              <w:bidi/>
              <w:spacing w:before="30" w:after="30"/>
            </w:pPr>
            <w:r>
              <w:rPr>
                <w:sz w:val="18"/>
                <w:szCs w:val="18"/>
                <w:rtl/>
              </w:rPr>
              <w:t>فحص المواد عند الوصول MIR</w:t>
            </w:r>
          </w:p>
        </w:tc>
        <w:tc>
          <w:tcPr>
            <w:tcW w:w="1417" w:type="dxa"/>
            <w:vAlign w:val="center"/>
          </w:tcPr>
          <w:p w14:paraId="58B35D17" w14:textId="77777777" w:rsidR="00E050A2" w:rsidRDefault="004F2FC6">
            <w:pPr>
              <w:bidi/>
              <w:spacing w:before="30" w:after="30"/>
              <w:jc w:val="center"/>
            </w:pPr>
            <w:r>
              <w:rPr>
                <w:sz w:val="18"/>
                <w:szCs w:val="18"/>
                <w:rtl/>
              </w:rPr>
              <w:t>I</w:t>
            </w:r>
          </w:p>
        </w:tc>
        <w:tc>
          <w:tcPr>
            <w:tcW w:w="1417" w:type="dxa"/>
            <w:vAlign w:val="center"/>
          </w:tcPr>
          <w:p w14:paraId="74072F44" w14:textId="77777777" w:rsidR="00E050A2" w:rsidRDefault="004F2FC6">
            <w:pPr>
              <w:bidi/>
              <w:spacing w:before="30" w:after="30"/>
              <w:jc w:val="center"/>
            </w:pPr>
            <w:r>
              <w:rPr>
                <w:sz w:val="18"/>
                <w:szCs w:val="18"/>
                <w:rtl/>
              </w:rPr>
              <w:t>A</w:t>
            </w:r>
          </w:p>
        </w:tc>
        <w:tc>
          <w:tcPr>
            <w:tcW w:w="1417" w:type="dxa"/>
            <w:vAlign w:val="center"/>
          </w:tcPr>
          <w:p w14:paraId="52AD43D4" w14:textId="77777777" w:rsidR="00E050A2" w:rsidRDefault="004F2FC6">
            <w:pPr>
              <w:bidi/>
              <w:spacing w:before="30" w:after="30"/>
              <w:jc w:val="center"/>
            </w:pPr>
            <w:r>
              <w:rPr>
                <w:sz w:val="18"/>
                <w:szCs w:val="18"/>
                <w:rtl/>
              </w:rPr>
              <w:t>R</w:t>
            </w:r>
          </w:p>
        </w:tc>
        <w:tc>
          <w:tcPr>
            <w:tcW w:w="1417" w:type="dxa"/>
            <w:vAlign w:val="center"/>
          </w:tcPr>
          <w:p w14:paraId="5C100D3B" w14:textId="77777777" w:rsidR="00E050A2" w:rsidRDefault="004F2FC6">
            <w:pPr>
              <w:bidi/>
              <w:spacing w:before="30" w:after="30"/>
              <w:jc w:val="center"/>
            </w:pPr>
            <w:r>
              <w:rPr>
                <w:sz w:val="18"/>
                <w:szCs w:val="18"/>
                <w:rtl/>
              </w:rPr>
              <w:t>C</w:t>
            </w:r>
          </w:p>
        </w:tc>
      </w:tr>
      <w:tr w:rsidR="00E050A2" w14:paraId="07065FBD" w14:textId="77777777">
        <w:trPr>
          <w:cantSplit/>
          <w:trHeight w:val="340"/>
          <w:jc w:val="center"/>
        </w:trPr>
        <w:tc>
          <w:tcPr>
            <w:tcW w:w="4422" w:type="dxa"/>
            <w:shd w:val="clear" w:color="auto" w:fill="EEF1FA"/>
            <w:vAlign w:val="center"/>
          </w:tcPr>
          <w:p w14:paraId="021552B7" w14:textId="77777777" w:rsidR="00E050A2" w:rsidRDefault="004F2FC6">
            <w:pPr>
              <w:bidi/>
              <w:spacing w:before="30" w:after="30"/>
            </w:pPr>
            <w:r>
              <w:rPr>
                <w:sz w:val="18"/>
                <w:szCs w:val="18"/>
                <w:rtl/>
              </w:rPr>
              <w:t>الفحص الذاتي قبل طلب الاستلام</w:t>
            </w:r>
          </w:p>
        </w:tc>
        <w:tc>
          <w:tcPr>
            <w:tcW w:w="1417" w:type="dxa"/>
            <w:shd w:val="clear" w:color="auto" w:fill="EEF1FA"/>
            <w:vAlign w:val="center"/>
          </w:tcPr>
          <w:p w14:paraId="0712E038" w14:textId="77777777" w:rsidR="00E050A2" w:rsidRDefault="004F2FC6">
            <w:pPr>
              <w:bidi/>
              <w:spacing w:before="30" w:after="30"/>
              <w:jc w:val="center"/>
            </w:pPr>
            <w:r>
              <w:rPr>
                <w:sz w:val="18"/>
                <w:szCs w:val="18"/>
                <w:rtl/>
              </w:rPr>
              <w:t>I</w:t>
            </w:r>
          </w:p>
        </w:tc>
        <w:tc>
          <w:tcPr>
            <w:tcW w:w="1417" w:type="dxa"/>
            <w:shd w:val="clear" w:color="auto" w:fill="EEF1FA"/>
            <w:vAlign w:val="center"/>
          </w:tcPr>
          <w:p w14:paraId="7A307E7D" w14:textId="77777777" w:rsidR="00E050A2" w:rsidRDefault="004F2FC6">
            <w:pPr>
              <w:bidi/>
              <w:spacing w:before="30" w:after="30"/>
              <w:jc w:val="center"/>
            </w:pPr>
            <w:r>
              <w:rPr>
                <w:sz w:val="18"/>
                <w:szCs w:val="18"/>
                <w:rtl/>
              </w:rPr>
              <w:t>I</w:t>
            </w:r>
          </w:p>
        </w:tc>
        <w:tc>
          <w:tcPr>
            <w:tcW w:w="1417" w:type="dxa"/>
            <w:shd w:val="clear" w:color="auto" w:fill="EEF1FA"/>
            <w:vAlign w:val="center"/>
          </w:tcPr>
          <w:p w14:paraId="31717072" w14:textId="77777777" w:rsidR="00E050A2" w:rsidRDefault="004F2FC6">
            <w:pPr>
              <w:bidi/>
              <w:spacing w:before="30" w:after="30"/>
              <w:jc w:val="center"/>
            </w:pPr>
            <w:r>
              <w:rPr>
                <w:sz w:val="18"/>
                <w:szCs w:val="18"/>
                <w:rtl/>
              </w:rPr>
              <w:t>A</w:t>
            </w:r>
          </w:p>
        </w:tc>
        <w:tc>
          <w:tcPr>
            <w:tcW w:w="1417" w:type="dxa"/>
            <w:shd w:val="clear" w:color="auto" w:fill="EEF1FA"/>
            <w:vAlign w:val="center"/>
          </w:tcPr>
          <w:p w14:paraId="67F39775" w14:textId="77777777" w:rsidR="00E050A2" w:rsidRDefault="004F2FC6">
            <w:pPr>
              <w:bidi/>
              <w:spacing w:before="30" w:after="30"/>
              <w:jc w:val="center"/>
            </w:pPr>
            <w:r>
              <w:rPr>
                <w:sz w:val="18"/>
                <w:szCs w:val="18"/>
                <w:rtl/>
              </w:rPr>
              <w:t>R</w:t>
            </w:r>
          </w:p>
        </w:tc>
      </w:tr>
      <w:tr w:rsidR="00E050A2" w14:paraId="1A38CC7B" w14:textId="77777777">
        <w:trPr>
          <w:cantSplit/>
          <w:trHeight w:val="340"/>
          <w:jc w:val="center"/>
        </w:trPr>
        <w:tc>
          <w:tcPr>
            <w:tcW w:w="4422" w:type="dxa"/>
            <w:vAlign w:val="center"/>
          </w:tcPr>
          <w:p w14:paraId="1A938F48" w14:textId="77777777" w:rsidR="00E050A2" w:rsidRDefault="004F2FC6">
            <w:pPr>
              <w:bidi/>
              <w:spacing w:before="30" w:after="30"/>
            </w:pPr>
            <w:r>
              <w:rPr>
                <w:sz w:val="18"/>
                <w:szCs w:val="18"/>
                <w:rtl/>
              </w:rPr>
              <w:t>طلب الفحص IR وحضور نقاط التوقف</w:t>
            </w:r>
          </w:p>
        </w:tc>
        <w:tc>
          <w:tcPr>
            <w:tcW w:w="1417" w:type="dxa"/>
            <w:vAlign w:val="center"/>
          </w:tcPr>
          <w:p w14:paraId="29EC8AC9" w14:textId="77777777" w:rsidR="00E050A2" w:rsidRDefault="004F2FC6">
            <w:pPr>
              <w:bidi/>
              <w:spacing w:before="30" w:after="30"/>
              <w:jc w:val="center"/>
            </w:pPr>
            <w:r>
              <w:rPr>
                <w:sz w:val="18"/>
                <w:szCs w:val="18"/>
                <w:rtl/>
              </w:rPr>
              <w:t>I</w:t>
            </w:r>
          </w:p>
        </w:tc>
        <w:tc>
          <w:tcPr>
            <w:tcW w:w="1417" w:type="dxa"/>
            <w:vAlign w:val="center"/>
          </w:tcPr>
          <w:p w14:paraId="7294FB63" w14:textId="77777777" w:rsidR="00E050A2" w:rsidRDefault="004F2FC6">
            <w:pPr>
              <w:bidi/>
              <w:spacing w:before="30" w:after="30"/>
              <w:jc w:val="center"/>
            </w:pPr>
            <w:r>
              <w:rPr>
                <w:sz w:val="18"/>
                <w:szCs w:val="18"/>
                <w:rtl/>
              </w:rPr>
              <w:t>A</w:t>
            </w:r>
          </w:p>
        </w:tc>
        <w:tc>
          <w:tcPr>
            <w:tcW w:w="1417" w:type="dxa"/>
            <w:vAlign w:val="center"/>
          </w:tcPr>
          <w:p w14:paraId="587CF1E9" w14:textId="77777777" w:rsidR="00E050A2" w:rsidRDefault="004F2FC6">
            <w:pPr>
              <w:bidi/>
              <w:spacing w:before="30" w:after="30"/>
              <w:jc w:val="center"/>
            </w:pPr>
            <w:r>
              <w:rPr>
                <w:sz w:val="18"/>
                <w:szCs w:val="18"/>
                <w:rtl/>
              </w:rPr>
              <w:t>R</w:t>
            </w:r>
          </w:p>
        </w:tc>
        <w:tc>
          <w:tcPr>
            <w:tcW w:w="1417" w:type="dxa"/>
            <w:vAlign w:val="center"/>
          </w:tcPr>
          <w:p w14:paraId="4C5955AE" w14:textId="77777777" w:rsidR="00E050A2" w:rsidRDefault="004F2FC6">
            <w:pPr>
              <w:bidi/>
              <w:spacing w:before="30" w:after="30"/>
              <w:jc w:val="center"/>
            </w:pPr>
            <w:r>
              <w:rPr>
                <w:sz w:val="18"/>
                <w:szCs w:val="18"/>
                <w:rtl/>
              </w:rPr>
              <w:t>C</w:t>
            </w:r>
          </w:p>
        </w:tc>
      </w:tr>
      <w:tr w:rsidR="00E050A2" w14:paraId="32D6F446" w14:textId="77777777">
        <w:trPr>
          <w:cantSplit/>
          <w:trHeight w:val="340"/>
          <w:jc w:val="center"/>
        </w:trPr>
        <w:tc>
          <w:tcPr>
            <w:tcW w:w="4422" w:type="dxa"/>
            <w:shd w:val="clear" w:color="auto" w:fill="EEF1FA"/>
            <w:vAlign w:val="center"/>
          </w:tcPr>
          <w:p w14:paraId="10093D1D" w14:textId="77777777" w:rsidR="00E050A2" w:rsidRDefault="004F2FC6">
            <w:pPr>
              <w:bidi/>
              <w:spacing w:before="30" w:after="30"/>
            </w:pPr>
            <w:r>
              <w:rPr>
                <w:sz w:val="18"/>
                <w:szCs w:val="18"/>
                <w:rtl/>
              </w:rPr>
              <w:t>أخذ العينات والاختبارات المعملية</w:t>
            </w:r>
          </w:p>
        </w:tc>
        <w:tc>
          <w:tcPr>
            <w:tcW w:w="1417" w:type="dxa"/>
            <w:shd w:val="clear" w:color="auto" w:fill="EEF1FA"/>
            <w:vAlign w:val="center"/>
          </w:tcPr>
          <w:p w14:paraId="4D7A3E60" w14:textId="77777777" w:rsidR="00E050A2" w:rsidRDefault="004F2FC6">
            <w:pPr>
              <w:bidi/>
              <w:spacing w:before="30" w:after="30"/>
              <w:jc w:val="center"/>
            </w:pPr>
            <w:r>
              <w:rPr>
                <w:sz w:val="18"/>
                <w:szCs w:val="18"/>
                <w:rtl/>
              </w:rPr>
              <w:t>I</w:t>
            </w:r>
          </w:p>
        </w:tc>
        <w:tc>
          <w:tcPr>
            <w:tcW w:w="1417" w:type="dxa"/>
            <w:shd w:val="clear" w:color="auto" w:fill="EEF1FA"/>
            <w:vAlign w:val="center"/>
          </w:tcPr>
          <w:p w14:paraId="65B7D598" w14:textId="77777777" w:rsidR="00E050A2" w:rsidRDefault="004F2FC6">
            <w:pPr>
              <w:bidi/>
              <w:spacing w:before="30" w:after="30"/>
              <w:jc w:val="center"/>
            </w:pPr>
            <w:r>
              <w:rPr>
                <w:sz w:val="18"/>
                <w:szCs w:val="18"/>
                <w:rtl/>
              </w:rPr>
              <w:t>A</w:t>
            </w:r>
          </w:p>
        </w:tc>
        <w:tc>
          <w:tcPr>
            <w:tcW w:w="1417" w:type="dxa"/>
            <w:shd w:val="clear" w:color="auto" w:fill="EEF1FA"/>
            <w:vAlign w:val="center"/>
          </w:tcPr>
          <w:p w14:paraId="588A1790" w14:textId="77777777" w:rsidR="00E050A2" w:rsidRDefault="004F2FC6">
            <w:pPr>
              <w:bidi/>
              <w:spacing w:before="30" w:after="30"/>
              <w:jc w:val="center"/>
            </w:pPr>
            <w:r>
              <w:rPr>
                <w:sz w:val="18"/>
                <w:szCs w:val="18"/>
                <w:rtl/>
              </w:rPr>
              <w:t>R</w:t>
            </w:r>
          </w:p>
        </w:tc>
        <w:tc>
          <w:tcPr>
            <w:tcW w:w="1417" w:type="dxa"/>
            <w:shd w:val="clear" w:color="auto" w:fill="EEF1FA"/>
            <w:vAlign w:val="center"/>
          </w:tcPr>
          <w:p w14:paraId="44B6C601" w14:textId="77777777" w:rsidR="00E050A2" w:rsidRDefault="004F2FC6">
            <w:pPr>
              <w:bidi/>
              <w:spacing w:before="30" w:after="30"/>
              <w:jc w:val="center"/>
            </w:pPr>
            <w:r>
              <w:rPr>
                <w:sz w:val="18"/>
                <w:szCs w:val="18"/>
                <w:rtl/>
              </w:rPr>
              <w:t>C</w:t>
            </w:r>
          </w:p>
        </w:tc>
      </w:tr>
      <w:tr w:rsidR="00E050A2" w14:paraId="6D87F850" w14:textId="77777777">
        <w:trPr>
          <w:cantSplit/>
          <w:trHeight w:val="340"/>
          <w:jc w:val="center"/>
        </w:trPr>
        <w:tc>
          <w:tcPr>
            <w:tcW w:w="4422" w:type="dxa"/>
            <w:vAlign w:val="center"/>
          </w:tcPr>
          <w:p w14:paraId="7B65E815" w14:textId="77777777" w:rsidR="00E050A2" w:rsidRDefault="004F2FC6">
            <w:pPr>
              <w:bidi/>
              <w:spacing w:before="30" w:after="30"/>
            </w:pPr>
            <w:r>
              <w:rPr>
                <w:sz w:val="18"/>
                <w:szCs w:val="18"/>
                <w:rtl/>
              </w:rPr>
              <w:t>اعتماد المختبر ومعايرة الأجهزة</w:t>
            </w:r>
          </w:p>
        </w:tc>
        <w:tc>
          <w:tcPr>
            <w:tcW w:w="1417" w:type="dxa"/>
            <w:vAlign w:val="center"/>
          </w:tcPr>
          <w:p w14:paraId="0F8578D9" w14:textId="77777777" w:rsidR="00E050A2" w:rsidRDefault="004F2FC6">
            <w:pPr>
              <w:bidi/>
              <w:spacing w:before="30" w:after="30"/>
              <w:jc w:val="center"/>
            </w:pPr>
            <w:r>
              <w:rPr>
                <w:sz w:val="18"/>
                <w:szCs w:val="18"/>
                <w:rtl/>
              </w:rPr>
              <w:t>I</w:t>
            </w:r>
          </w:p>
        </w:tc>
        <w:tc>
          <w:tcPr>
            <w:tcW w:w="1417" w:type="dxa"/>
            <w:vAlign w:val="center"/>
          </w:tcPr>
          <w:p w14:paraId="0E79E331" w14:textId="77777777" w:rsidR="00E050A2" w:rsidRDefault="004F2FC6">
            <w:pPr>
              <w:bidi/>
              <w:spacing w:before="30" w:after="30"/>
              <w:jc w:val="center"/>
            </w:pPr>
            <w:r>
              <w:rPr>
                <w:sz w:val="18"/>
                <w:szCs w:val="18"/>
                <w:rtl/>
              </w:rPr>
              <w:t>A</w:t>
            </w:r>
          </w:p>
        </w:tc>
        <w:tc>
          <w:tcPr>
            <w:tcW w:w="1417" w:type="dxa"/>
            <w:vAlign w:val="center"/>
          </w:tcPr>
          <w:p w14:paraId="750D97C7" w14:textId="77777777" w:rsidR="00E050A2" w:rsidRDefault="004F2FC6">
            <w:pPr>
              <w:bidi/>
              <w:spacing w:before="30" w:after="30"/>
              <w:jc w:val="center"/>
            </w:pPr>
            <w:r>
              <w:rPr>
                <w:sz w:val="18"/>
                <w:szCs w:val="18"/>
                <w:rtl/>
              </w:rPr>
              <w:t>R</w:t>
            </w:r>
          </w:p>
        </w:tc>
        <w:tc>
          <w:tcPr>
            <w:tcW w:w="1417" w:type="dxa"/>
            <w:vAlign w:val="center"/>
          </w:tcPr>
          <w:p w14:paraId="2584AA5A" w14:textId="77777777" w:rsidR="00E050A2" w:rsidRDefault="004F2FC6">
            <w:pPr>
              <w:bidi/>
              <w:spacing w:before="30" w:after="30"/>
              <w:jc w:val="center"/>
            </w:pPr>
            <w:r>
              <w:rPr>
                <w:sz w:val="18"/>
                <w:szCs w:val="18"/>
                <w:rtl/>
              </w:rPr>
              <w:t>I</w:t>
            </w:r>
          </w:p>
        </w:tc>
      </w:tr>
      <w:tr w:rsidR="00E050A2" w14:paraId="205EFB36" w14:textId="77777777">
        <w:trPr>
          <w:cantSplit/>
          <w:trHeight w:val="340"/>
          <w:jc w:val="center"/>
        </w:trPr>
        <w:tc>
          <w:tcPr>
            <w:tcW w:w="4422" w:type="dxa"/>
            <w:shd w:val="clear" w:color="auto" w:fill="EEF1FA"/>
            <w:vAlign w:val="center"/>
          </w:tcPr>
          <w:p w14:paraId="144E090E" w14:textId="77777777" w:rsidR="00E050A2" w:rsidRDefault="004F2FC6">
            <w:pPr>
              <w:bidi/>
              <w:spacing w:before="30" w:after="30"/>
            </w:pPr>
            <w:r>
              <w:rPr>
                <w:sz w:val="18"/>
                <w:szCs w:val="18"/>
                <w:rtl/>
              </w:rPr>
              <w:t>الرد على طلبات الاستيضاح RFI</w:t>
            </w:r>
          </w:p>
        </w:tc>
        <w:tc>
          <w:tcPr>
            <w:tcW w:w="1417" w:type="dxa"/>
            <w:shd w:val="clear" w:color="auto" w:fill="EEF1FA"/>
            <w:vAlign w:val="center"/>
          </w:tcPr>
          <w:p w14:paraId="10BE1875" w14:textId="77777777" w:rsidR="00E050A2" w:rsidRDefault="004F2FC6">
            <w:pPr>
              <w:bidi/>
              <w:spacing w:before="30" w:after="30"/>
              <w:jc w:val="center"/>
            </w:pPr>
            <w:r>
              <w:rPr>
                <w:sz w:val="18"/>
                <w:szCs w:val="18"/>
                <w:rtl/>
              </w:rPr>
              <w:t>C</w:t>
            </w:r>
          </w:p>
        </w:tc>
        <w:tc>
          <w:tcPr>
            <w:tcW w:w="1417" w:type="dxa"/>
            <w:shd w:val="clear" w:color="auto" w:fill="EEF1FA"/>
            <w:vAlign w:val="center"/>
          </w:tcPr>
          <w:p w14:paraId="67BD0716" w14:textId="77777777" w:rsidR="00E050A2" w:rsidRDefault="004F2FC6">
            <w:pPr>
              <w:bidi/>
              <w:spacing w:before="30" w:after="30"/>
              <w:jc w:val="center"/>
            </w:pPr>
            <w:r>
              <w:rPr>
                <w:sz w:val="18"/>
                <w:szCs w:val="18"/>
                <w:rtl/>
              </w:rPr>
              <w:t>A</w:t>
            </w:r>
          </w:p>
        </w:tc>
        <w:tc>
          <w:tcPr>
            <w:tcW w:w="1417" w:type="dxa"/>
            <w:shd w:val="clear" w:color="auto" w:fill="EEF1FA"/>
            <w:vAlign w:val="center"/>
          </w:tcPr>
          <w:p w14:paraId="59C5B4E0" w14:textId="77777777" w:rsidR="00E050A2" w:rsidRDefault="004F2FC6">
            <w:pPr>
              <w:bidi/>
              <w:spacing w:before="30" w:after="30"/>
              <w:jc w:val="center"/>
            </w:pPr>
            <w:r>
              <w:rPr>
                <w:sz w:val="18"/>
                <w:szCs w:val="18"/>
                <w:rtl/>
              </w:rPr>
              <w:t>R</w:t>
            </w:r>
          </w:p>
        </w:tc>
        <w:tc>
          <w:tcPr>
            <w:tcW w:w="1417" w:type="dxa"/>
            <w:shd w:val="clear" w:color="auto" w:fill="EEF1FA"/>
            <w:vAlign w:val="center"/>
          </w:tcPr>
          <w:p w14:paraId="10B8E612" w14:textId="77777777" w:rsidR="00E050A2" w:rsidRDefault="004F2FC6">
            <w:pPr>
              <w:bidi/>
              <w:spacing w:before="30" w:after="30"/>
              <w:jc w:val="center"/>
            </w:pPr>
            <w:r>
              <w:rPr>
                <w:sz w:val="18"/>
                <w:szCs w:val="18"/>
                <w:rtl/>
              </w:rPr>
              <w:t>I</w:t>
            </w:r>
          </w:p>
        </w:tc>
      </w:tr>
      <w:tr w:rsidR="00E050A2" w14:paraId="1C847BAB" w14:textId="77777777">
        <w:trPr>
          <w:cantSplit/>
          <w:trHeight w:val="340"/>
          <w:jc w:val="center"/>
        </w:trPr>
        <w:tc>
          <w:tcPr>
            <w:tcW w:w="4422" w:type="dxa"/>
            <w:vAlign w:val="center"/>
          </w:tcPr>
          <w:p w14:paraId="76D802B5" w14:textId="77777777" w:rsidR="00E050A2" w:rsidRDefault="004F2FC6">
            <w:pPr>
              <w:bidi/>
              <w:spacing w:before="30" w:after="30"/>
            </w:pPr>
            <w:r>
              <w:rPr>
                <w:sz w:val="18"/>
                <w:szCs w:val="18"/>
                <w:rtl/>
              </w:rPr>
              <w:t>إصدار تعليمات الموقع SI</w:t>
            </w:r>
          </w:p>
        </w:tc>
        <w:tc>
          <w:tcPr>
            <w:tcW w:w="1417" w:type="dxa"/>
            <w:vAlign w:val="center"/>
          </w:tcPr>
          <w:p w14:paraId="57ECCD84" w14:textId="77777777" w:rsidR="00E050A2" w:rsidRDefault="004F2FC6">
            <w:pPr>
              <w:bidi/>
              <w:spacing w:before="30" w:after="30"/>
              <w:jc w:val="center"/>
            </w:pPr>
            <w:r>
              <w:rPr>
                <w:sz w:val="18"/>
                <w:szCs w:val="18"/>
                <w:rtl/>
              </w:rPr>
              <w:t>C</w:t>
            </w:r>
          </w:p>
        </w:tc>
        <w:tc>
          <w:tcPr>
            <w:tcW w:w="1417" w:type="dxa"/>
            <w:vAlign w:val="center"/>
          </w:tcPr>
          <w:p w14:paraId="32953338" w14:textId="77777777" w:rsidR="00E050A2" w:rsidRDefault="004F2FC6">
            <w:pPr>
              <w:bidi/>
              <w:spacing w:before="30" w:after="30"/>
              <w:jc w:val="center"/>
            </w:pPr>
            <w:r>
              <w:rPr>
                <w:sz w:val="18"/>
                <w:szCs w:val="18"/>
                <w:rtl/>
              </w:rPr>
              <w:t>A/R</w:t>
            </w:r>
          </w:p>
        </w:tc>
        <w:tc>
          <w:tcPr>
            <w:tcW w:w="1417" w:type="dxa"/>
            <w:vAlign w:val="center"/>
          </w:tcPr>
          <w:p w14:paraId="20DAC543" w14:textId="77777777" w:rsidR="00E050A2" w:rsidRDefault="004F2FC6">
            <w:pPr>
              <w:bidi/>
              <w:spacing w:before="30" w:after="30"/>
              <w:jc w:val="center"/>
            </w:pPr>
            <w:r>
              <w:rPr>
                <w:sz w:val="18"/>
                <w:szCs w:val="18"/>
                <w:rtl/>
              </w:rPr>
              <w:t>I</w:t>
            </w:r>
          </w:p>
        </w:tc>
        <w:tc>
          <w:tcPr>
            <w:tcW w:w="1417" w:type="dxa"/>
            <w:vAlign w:val="center"/>
          </w:tcPr>
          <w:p w14:paraId="03CE4D9F" w14:textId="77777777" w:rsidR="00E050A2" w:rsidRDefault="004F2FC6">
            <w:pPr>
              <w:bidi/>
              <w:spacing w:before="30" w:after="30"/>
              <w:jc w:val="center"/>
            </w:pPr>
            <w:r>
              <w:rPr>
                <w:sz w:val="18"/>
                <w:szCs w:val="18"/>
                <w:rtl/>
              </w:rPr>
              <w:t>I</w:t>
            </w:r>
          </w:p>
        </w:tc>
      </w:tr>
      <w:tr w:rsidR="00E050A2" w14:paraId="04B454C9" w14:textId="77777777">
        <w:trPr>
          <w:cantSplit/>
          <w:trHeight w:val="340"/>
          <w:jc w:val="center"/>
        </w:trPr>
        <w:tc>
          <w:tcPr>
            <w:tcW w:w="4422" w:type="dxa"/>
            <w:shd w:val="clear" w:color="auto" w:fill="EEF1FA"/>
            <w:vAlign w:val="center"/>
          </w:tcPr>
          <w:p w14:paraId="21891DB9" w14:textId="77777777" w:rsidR="00E050A2" w:rsidRDefault="004F2FC6">
            <w:pPr>
              <w:bidi/>
              <w:spacing w:before="30" w:after="30"/>
            </w:pPr>
            <w:r>
              <w:rPr>
                <w:sz w:val="18"/>
                <w:szCs w:val="18"/>
                <w:rtl/>
              </w:rPr>
              <w:t>إصدار تقرير عدم المطابقة NCR</w:t>
            </w:r>
          </w:p>
        </w:tc>
        <w:tc>
          <w:tcPr>
            <w:tcW w:w="1417" w:type="dxa"/>
            <w:shd w:val="clear" w:color="auto" w:fill="EEF1FA"/>
            <w:vAlign w:val="center"/>
          </w:tcPr>
          <w:p w14:paraId="24460A71" w14:textId="77777777" w:rsidR="00E050A2" w:rsidRDefault="004F2FC6">
            <w:pPr>
              <w:bidi/>
              <w:spacing w:before="30" w:after="30"/>
              <w:jc w:val="center"/>
            </w:pPr>
            <w:r>
              <w:rPr>
                <w:sz w:val="18"/>
                <w:szCs w:val="18"/>
                <w:rtl/>
              </w:rPr>
              <w:t>I</w:t>
            </w:r>
          </w:p>
        </w:tc>
        <w:tc>
          <w:tcPr>
            <w:tcW w:w="1417" w:type="dxa"/>
            <w:shd w:val="clear" w:color="auto" w:fill="EEF1FA"/>
            <w:vAlign w:val="center"/>
          </w:tcPr>
          <w:p w14:paraId="2E0B486D" w14:textId="77777777" w:rsidR="00E050A2" w:rsidRDefault="004F2FC6">
            <w:pPr>
              <w:bidi/>
              <w:spacing w:before="30" w:after="30"/>
              <w:jc w:val="center"/>
            </w:pPr>
            <w:r>
              <w:rPr>
                <w:sz w:val="18"/>
                <w:szCs w:val="18"/>
                <w:rtl/>
              </w:rPr>
              <w:t>A/R</w:t>
            </w:r>
          </w:p>
        </w:tc>
        <w:tc>
          <w:tcPr>
            <w:tcW w:w="1417" w:type="dxa"/>
            <w:shd w:val="clear" w:color="auto" w:fill="EEF1FA"/>
            <w:vAlign w:val="center"/>
          </w:tcPr>
          <w:p w14:paraId="01E639FE" w14:textId="77777777" w:rsidR="00E050A2" w:rsidRDefault="004F2FC6">
            <w:pPr>
              <w:bidi/>
              <w:spacing w:before="30" w:after="30"/>
              <w:jc w:val="center"/>
            </w:pPr>
            <w:r>
              <w:rPr>
                <w:sz w:val="18"/>
                <w:szCs w:val="18"/>
                <w:rtl/>
              </w:rPr>
              <w:t>I</w:t>
            </w:r>
          </w:p>
        </w:tc>
        <w:tc>
          <w:tcPr>
            <w:tcW w:w="1417" w:type="dxa"/>
            <w:shd w:val="clear" w:color="auto" w:fill="EEF1FA"/>
            <w:vAlign w:val="center"/>
          </w:tcPr>
          <w:p w14:paraId="784B882E" w14:textId="77777777" w:rsidR="00E050A2" w:rsidRDefault="004F2FC6">
            <w:pPr>
              <w:bidi/>
              <w:spacing w:before="30" w:after="30"/>
              <w:jc w:val="center"/>
            </w:pPr>
            <w:r>
              <w:rPr>
                <w:sz w:val="18"/>
                <w:szCs w:val="18"/>
                <w:rtl/>
              </w:rPr>
              <w:t>I</w:t>
            </w:r>
          </w:p>
        </w:tc>
      </w:tr>
      <w:tr w:rsidR="00E050A2" w14:paraId="2409FA80" w14:textId="77777777">
        <w:trPr>
          <w:cantSplit/>
          <w:trHeight w:val="340"/>
          <w:jc w:val="center"/>
        </w:trPr>
        <w:tc>
          <w:tcPr>
            <w:tcW w:w="4422" w:type="dxa"/>
            <w:vAlign w:val="center"/>
          </w:tcPr>
          <w:p w14:paraId="1525682E" w14:textId="77777777" w:rsidR="00E050A2" w:rsidRDefault="004F2FC6">
            <w:pPr>
              <w:bidi/>
              <w:spacing w:before="30" w:after="30"/>
            </w:pPr>
            <w:r>
              <w:rPr>
                <w:sz w:val="18"/>
                <w:szCs w:val="18"/>
                <w:rtl/>
              </w:rPr>
              <w:t>تحليل السبب الجذري والإجراء التصحيحي</w:t>
            </w:r>
          </w:p>
        </w:tc>
        <w:tc>
          <w:tcPr>
            <w:tcW w:w="1417" w:type="dxa"/>
            <w:vAlign w:val="center"/>
          </w:tcPr>
          <w:p w14:paraId="571A7949" w14:textId="77777777" w:rsidR="00E050A2" w:rsidRDefault="004F2FC6">
            <w:pPr>
              <w:bidi/>
              <w:spacing w:before="30" w:after="30"/>
              <w:jc w:val="center"/>
            </w:pPr>
            <w:r>
              <w:rPr>
                <w:sz w:val="18"/>
                <w:szCs w:val="18"/>
                <w:rtl/>
              </w:rPr>
              <w:t>I</w:t>
            </w:r>
          </w:p>
        </w:tc>
        <w:tc>
          <w:tcPr>
            <w:tcW w:w="1417" w:type="dxa"/>
            <w:vAlign w:val="center"/>
          </w:tcPr>
          <w:p w14:paraId="2DABD7C9" w14:textId="77777777" w:rsidR="00E050A2" w:rsidRDefault="004F2FC6">
            <w:pPr>
              <w:bidi/>
              <w:spacing w:before="30" w:after="30"/>
              <w:jc w:val="center"/>
            </w:pPr>
            <w:r>
              <w:rPr>
                <w:sz w:val="18"/>
                <w:szCs w:val="18"/>
                <w:rtl/>
              </w:rPr>
              <w:t>A</w:t>
            </w:r>
          </w:p>
        </w:tc>
        <w:tc>
          <w:tcPr>
            <w:tcW w:w="1417" w:type="dxa"/>
            <w:vAlign w:val="center"/>
          </w:tcPr>
          <w:p w14:paraId="348213EF" w14:textId="77777777" w:rsidR="00E050A2" w:rsidRDefault="004F2FC6">
            <w:pPr>
              <w:bidi/>
              <w:spacing w:before="30" w:after="30"/>
              <w:jc w:val="center"/>
            </w:pPr>
            <w:r>
              <w:rPr>
                <w:sz w:val="18"/>
                <w:szCs w:val="18"/>
                <w:rtl/>
              </w:rPr>
              <w:t>R</w:t>
            </w:r>
          </w:p>
        </w:tc>
        <w:tc>
          <w:tcPr>
            <w:tcW w:w="1417" w:type="dxa"/>
            <w:vAlign w:val="center"/>
          </w:tcPr>
          <w:p w14:paraId="7D439076" w14:textId="77777777" w:rsidR="00E050A2" w:rsidRDefault="004F2FC6">
            <w:pPr>
              <w:bidi/>
              <w:spacing w:before="30" w:after="30"/>
              <w:jc w:val="center"/>
            </w:pPr>
            <w:r>
              <w:rPr>
                <w:sz w:val="18"/>
                <w:szCs w:val="18"/>
                <w:rtl/>
              </w:rPr>
              <w:t>R</w:t>
            </w:r>
          </w:p>
        </w:tc>
      </w:tr>
      <w:tr w:rsidR="00E050A2" w14:paraId="694058E5" w14:textId="77777777">
        <w:trPr>
          <w:cantSplit/>
          <w:trHeight w:val="340"/>
          <w:jc w:val="center"/>
        </w:trPr>
        <w:tc>
          <w:tcPr>
            <w:tcW w:w="4422" w:type="dxa"/>
            <w:shd w:val="clear" w:color="auto" w:fill="EEF1FA"/>
            <w:vAlign w:val="center"/>
          </w:tcPr>
          <w:p w14:paraId="2DDBCF40" w14:textId="77777777" w:rsidR="00E050A2" w:rsidRDefault="004F2FC6">
            <w:pPr>
              <w:bidi/>
              <w:spacing w:before="30" w:after="30"/>
            </w:pPr>
            <w:r>
              <w:rPr>
                <w:sz w:val="18"/>
                <w:szCs w:val="18"/>
                <w:rtl/>
              </w:rPr>
              <w:t>قبول المعالجة كما هي Use as is</w:t>
            </w:r>
          </w:p>
        </w:tc>
        <w:tc>
          <w:tcPr>
            <w:tcW w:w="1417" w:type="dxa"/>
            <w:shd w:val="clear" w:color="auto" w:fill="EEF1FA"/>
            <w:vAlign w:val="center"/>
          </w:tcPr>
          <w:p w14:paraId="64AAA06A" w14:textId="77777777" w:rsidR="00E050A2" w:rsidRDefault="004F2FC6">
            <w:pPr>
              <w:bidi/>
              <w:spacing w:before="30" w:after="30"/>
              <w:jc w:val="center"/>
            </w:pPr>
            <w:r>
              <w:rPr>
                <w:sz w:val="18"/>
                <w:szCs w:val="18"/>
                <w:rtl/>
              </w:rPr>
              <w:t>A</w:t>
            </w:r>
          </w:p>
        </w:tc>
        <w:tc>
          <w:tcPr>
            <w:tcW w:w="1417" w:type="dxa"/>
            <w:shd w:val="clear" w:color="auto" w:fill="EEF1FA"/>
            <w:vAlign w:val="center"/>
          </w:tcPr>
          <w:p w14:paraId="00D8FE5E" w14:textId="77777777" w:rsidR="00E050A2" w:rsidRDefault="004F2FC6">
            <w:pPr>
              <w:bidi/>
              <w:spacing w:before="30" w:after="30"/>
              <w:jc w:val="center"/>
            </w:pPr>
            <w:r>
              <w:rPr>
                <w:sz w:val="18"/>
                <w:szCs w:val="18"/>
                <w:rtl/>
              </w:rPr>
              <w:t>R</w:t>
            </w:r>
          </w:p>
        </w:tc>
        <w:tc>
          <w:tcPr>
            <w:tcW w:w="1417" w:type="dxa"/>
            <w:shd w:val="clear" w:color="auto" w:fill="EEF1FA"/>
            <w:vAlign w:val="center"/>
          </w:tcPr>
          <w:p w14:paraId="1FA3194B" w14:textId="77777777" w:rsidR="00E050A2" w:rsidRDefault="004F2FC6">
            <w:pPr>
              <w:bidi/>
              <w:spacing w:before="30" w:after="30"/>
              <w:jc w:val="center"/>
            </w:pPr>
            <w:r>
              <w:rPr>
                <w:sz w:val="18"/>
                <w:szCs w:val="18"/>
                <w:rtl/>
              </w:rPr>
              <w:t>C</w:t>
            </w:r>
          </w:p>
        </w:tc>
        <w:tc>
          <w:tcPr>
            <w:tcW w:w="1417" w:type="dxa"/>
            <w:shd w:val="clear" w:color="auto" w:fill="EEF1FA"/>
            <w:vAlign w:val="center"/>
          </w:tcPr>
          <w:p w14:paraId="4F0E0E1D" w14:textId="77777777" w:rsidR="00E050A2" w:rsidRDefault="004F2FC6">
            <w:pPr>
              <w:bidi/>
              <w:spacing w:before="30" w:after="30"/>
              <w:jc w:val="center"/>
            </w:pPr>
            <w:r>
              <w:rPr>
                <w:sz w:val="18"/>
                <w:szCs w:val="18"/>
                <w:rtl/>
              </w:rPr>
              <w:t>I</w:t>
            </w:r>
          </w:p>
        </w:tc>
      </w:tr>
      <w:tr w:rsidR="00E050A2" w14:paraId="26F47A3A" w14:textId="77777777">
        <w:trPr>
          <w:cantSplit/>
          <w:trHeight w:val="340"/>
          <w:jc w:val="center"/>
        </w:trPr>
        <w:tc>
          <w:tcPr>
            <w:tcW w:w="4422" w:type="dxa"/>
            <w:vAlign w:val="center"/>
          </w:tcPr>
          <w:p w14:paraId="649F2FFE" w14:textId="77777777" w:rsidR="00E050A2" w:rsidRDefault="004F2FC6">
            <w:pPr>
              <w:bidi/>
              <w:spacing w:before="30" w:after="30"/>
            </w:pPr>
            <w:r>
              <w:rPr>
                <w:sz w:val="18"/>
                <w:szCs w:val="18"/>
                <w:rtl/>
              </w:rPr>
              <w:t>التدقيق الداخلي على نظام الجودة</w:t>
            </w:r>
          </w:p>
        </w:tc>
        <w:tc>
          <w:tcPr>
            <w:tcW w:w="1417" w:type="dxa"/>
            <w:vAlign w:val="center"/>
          </w:tcPr>
          <w:p w14:paraId="4A010534" w14:textId="77777777" w:rsidR="00E050A2" w:rsidRDefault="004F2FC6">
            <w:pPr>
              <w:bidi/>
              <w:spacing w:before="30" w:after="30"/>
              <w:jc w:val="center"/>
            </w:pPr>
            <w:r>
              <w:rPr>
                <w:sz w:val="18"/>
                <w:szCs w:val="18"/>
                <w:rtl/>
              </w:rPr>
              <w:t>I</w:t>
            </w:r>
          </w:p>
        </w:tc>
        <w:tc>
          <w:tcPr>
            <w:tcW w:w="1417" w:type="dxa"/>
            <w:vAlign w:val="center"/>
          </w:tcPr>
          <w:p w14:paraId="2431853E" w14:textId="77777777" w:rsidR="00E050A2" w:rsidRDefault="004F2FC6">
            <w:pPr>
              <w:bidi/>
              <w:spacing w:before="30" w:after="30"/>
              <w:jc w:val="center"/>
            </w:pPr>
            <w:r>
              <w:rPr>
                <w:sz w:val="18"/>
                <w:szCs w:val="18"/>
                <w:rtl/>
              </w:rPr>
              <w:t>C</w:t>
            </w:r>
          </w:p>
        </w:tc>
        <w:tc>
          <w:tcPr>
            <w:tcW w:w="1417" w:type="dxa"/>
            <w:vAlign w:val="center"/>
          </w:tcPr>
          <w:p w14:paraId="1AD15DD6" w14:textId="77777777" w:rsidR="00E050A2" w:rsidRDefault="004F2FC6">
            <w:pPr>
              <w:bidi/>
              <w:spacing w:before="30" w:after="30"/>
              <w:jc w:val="center"/>
            </w:pPr>
            <w:r>
              <w:rPr>
                <w:sz w:val="18"/>
                <w:szCs w:val="18"/>
                <w:rtl/>
              </w:rPr>
              <w:t>A/R</w:t>
            </w:r>
          </w:p>
        </w:tc>
        <w:tc>
          <w:tcPr>
            <w:tcW w:w="1417" w:type="dxa"/>
            <w:vAlign w:val="center"/>
          </w:tcPr>
          <w:p w14:paraId="6D09AB10" w14:textId="77777777" w:rsidR="00E050A2" w:rsidRDefault="004F2FC6">
            <w:pPr>
              <w:bidi/>
              <w:spacing w:before="30" w:after="30"/>
              <w:jc w:val="center"/>
            </w:pPr>
            <w:r>
              <w:rPr>
                <w:sz w:val="18"/>
                <w:szCs w:val="18"/>
                <w:rtl/>
              </w:rPr>
              <w:t>C</w:t>
            </w:r>
          </w:p>
        </w:tc>
      </w:tr>
      <w:tr w:rsidR="00E050A2" w14:paraId="7D95724C" w14:textId="77777777">
        <w:trPr>
          <w:cantSplit/>
          <w:trHeight w:val="340"/>
          <w:jc w:val="center"/>
        </w:trPr>
        <w:tc>
          <w:tcPr>
            <w:tcW w:w="4422" w:type="dxa"/>
            <w:shd w:val="clear" w:color="auto" w:fill="EEF1FA"/>
            <w:vAlign w:val="center"/>
          </w:tcPr>
          <w:p w14:paraId="0C01CED4" w14:textId="77777777" w:rsidR="00E050A2" w:rsidRDefault="004F2FC6">
            <w:pPr>
              <w:bidi/>
              <w:spacing w:before="30" w:after="30"/>
            </w:pPr>
            <w:r>
              <w:rPr>
                <w:sz w:val="18"/>
                <w:szCs w:val="18"/>
                <w:rtl/>
              </w:rPr>
              <w:t>تدقيق الاستشاري على المقاول</w:t>
            </w:r>
          </w:p>
        </w:tc>
        <w:tc>
          <w:tcPr>
            <w:tcW w:w="1417" w:type="dxa"/>
            <w:shd w:val="clear" w:color="auto" w:fill="EEF1FA"/>
            <w:vAlign w:val="center"/>
          </w:tcPr>
          <w:p w14:paraId="3C6840A1" w14:textId="77777777" w:rsidR="00E050A2" w:rsidRDefault="004F2FC6">
            <w:pPr>
              <w:bidi/>
              <w:spacing w:before="30" w:after="30"/>
              <w:jc w:val="center"/>
            </w:pPr>
            <w:r>
              <w:rPr>
                <w:sz w:val="18"/>
                <w:szCs w:val="18"/>
                <w:rtl/>
              </w:rPr>
              <w:t>I</w:t>
            </w:r>
          </w:p>
        </w:tc>
        <w:tc>
          <w:tcPr>
            <w:tcW w:w="1417" w:type="dxa"/>
            <w:shd w:val="clear" w:color="auto" w:fill="EEF1FA"/>
            <w:vAlign w:val="center"/>
          </w:tcPr>
          <w:p w14:paraId="06844160" w14:textId="77777777" w:rsidR="00E050A2" w:rsidRDefault="004F2FC6">
            <w:pPr>
              <w:bidi/>
              <w:spacing w:before="30" w:after="30"/>
              <w:jc w:val="center"/>
            </w:pPr>
            <w:r>
              <w:rPr>
                <w:sz w:val="18"/>
                <w:szCs w:val="18"/>
                <w:rtl/>
              </w:rPr>
              <w:t>A/R</w:t>
            </w:r>
          </w:p>
        </w:tc>
        <w:tc>
          <w:tcPr>
            <w:tcW w:w="1417" w:type="dxa"/>
            <w:shd w:val="clear" w:color="auto" w:fill="EEF1FA"/>
            <w:vAlign w:val="center"/>
          </w:tcPr>
          <w:p w14:paraId="1ACCAE09" w14:textId="77777777" w:rsidR="00E050A2" w:rsidRDefault="004F2FC6">
            <w:pPr>
              <w:bidi/>
              <w:spacing w:before="30" w:after="30"/>
              <w:jc w:val="center"/>
            </w:pPr>
            <w:r>
              <w:rPr>
                <w:sz w:val="18"/>
                <w:szCs w:val="18"/>
                <w:rtl/>
              </w:rPr>
              <w:t>C</w:t>
            </w:r>
          </w:p>
        </w:tc>
        <w:tc>
          <w:tcPr>
            <w:tcW w:w="1417" w:type="dxa"/>
            <w:shd w:val="clear" w:color="auto" w:fill="EEF1FA"/>
            <w:vAlign w:val="center"/>
          </w:tcPr>
          <w:p w14:paraId="393D3E8D" w14:textId="77777777" w:rsidR="00E050A2" w:rsidRDefault="004F2FC6">
            <w:pPr>
              <w:bidi/>
              <w:spacing w:before="30" w:after="30"/>
              <w:jc w:val="center"/>
            </w:pPr>
            <w:r>
              <w:rPr>
                <w:sz w:val="18"/>
                <w:szCs w:val="18"/>
                <w:rtl/>
              </w:rPr>
              <w:t>C</w:t>
            </w:r>
          </w:p>
        </w:tc>
      </w:tr>
      <w:tr w:rsidR="00E050A2" w14:paraId="05429BC1" w14:textId="77777777">
        <w:trPr>
          <w:cantSplit/>
          <w:trHeight w:val="340"/>
          <w:jc w:val="center"/>
        </w:trPr>
        <w:tc>
          <w:tcPr>
            <w:tcW w:w="4422" w:type="dxa"/>
            <w:vAlign w:val="center"/>
          </w:tcPr>
          <w:p w14:paraId="694ECDF6" w14:textId="77777777" w:rsidR="00E050A2" w:rsidRDefault="004F2FC6">
            <w:pPr>
              <w:bidi/>
              <w:spacing w:before="30" w:after="30"/>
            </w:pPr>
            <w:r>
              <w:rPr>
                <w:sz w:val="18"/>
                <w:szCs w:val="18"/>
                <w:rtl/>
              </w:rPr>
              <w:t>التقرير الشهري للجودة</w:t>
            </w:r>
          </w:p>
        </w:tc>
        <w:tc>
          <w:tcPr>
            <w:tcW w:w="1417" w:type="dxa"/>
            <w:vAlign w:val="center"/>
          </w:tcPr>
          <w:p w14:paraId="0F40360E" w14:textId="77777777" w:rsidR="00E050A2" w:rsidRDefault="004F2FC6">
            <w:pPr>
              <w:bidi/>
              <w:spacing w:before="30" w:after="30"/>
              <w:jc w:val="center"/>
            </w:pPr>
            <w:r>
              <w:rPr>
                <w:sz w:val="18"/>
                <w:szCs w:val="18"/>
                <w:rtl/>
              </w:rPr>
              <w:t>I</w:t>
            </w:r>
          </w:p>
        </w:tc>
        <w:tc>
          <w:tcPr>
            <w:tcW w:w="1417" w:type="dxa"/>
            <w:vAlign w:val="center"/>
          </w:tcPr>
          <w:p w14:paraId="2D6668D7" w14:textId="77777777" w:rsidR="00E050A2" w:rsidRDefault="004F2FC6">
            <w:pPr>
              <w:bidi/>
              <w:spacing w:before="30" w:after="30"/>
              <w:jc w:val="center"/>
            </w:pPr>
            <w:r>
              <w:rPr>
                <w:sz w:val="18"/>
                <w:szCs w:val="18"/>
                <w:rtl/>
              </w:rPr>
              <w:t>A</w:t>
            </w:r>
          </w:p>
        </w:tc>
        <w:tc>
          <w:tcPr>
            <w:tcW w:w="1417" w:type="dxa"/>
            <w:vAlign w:val="center"/>
          </w:tcPr>
          <w:p w14:paraId="4CD0CAF5" w14:textId="77777777" w:rsidR="00E050A2" w:rsidRDefault="004F2FC6">
            <w:pPr>
              <w:bidi/>
              <w:spacing w:before="30" w:after="30"/>
              <w:jc w:val="center"/>
            </w:pPr>
            <w:r>
              <w:rPr>
                <w:sz w:val="18"/>
                <w:szCs w:val="18"/>
                <w:rtl/>
              </w:rPr>
              <w:t>R</w:t>
            </w:r>
          </w:p>
        </w:tc>
        <w:tc>
          <w:tcPr>
            <w:tcW w:w="1417" w:type="dxa"/>
            <w:vAlign w:val="center"/>
          </w:tcPr>
          <w:p w14:paraId="01070475" w14:textId="77777777" w:rsidR="00E050A2" w:rsidRDefault="004F2FC6">
            <w:pPr>
              <w:bidi/>
              <w:spacing w:before="30" w:after="30"/>
              <w:jc w:val="center"/>
            </w:pPr>
            <w:r>
              <w:rPr>
                <w:sz w:val="18"/>
                <w:szCs w:val="18"/>
                <w:rtl/>
              </w:rPr>
              <w:t>C</w:t>
            </w:r>
          </w:p>
        </w:tc>
      </w:tr>
      <w:tr w:rsidR="00E050A2" w14:paraId="51E56CCC" w14:textId="77777777">
        <w:trPr>
          <w:cantSplit/>
          <w:trHeight w:val="340"/>
          <w:jc w:val="center"/>
        </w:trPr>
        <w:tc>
          <w:tcPr>
            <w:tcW w:w="4422" w:type="dxa"/>
            <w:shd w:val="clear" w:color="auto" w:fill="EEF1FA"/>
            <w:vAlign w:val="center"/>
          </w:tcPr>
          <w:p w14:paraId="675DE4C6" w14:textId="77777777" w:rsidR="00E050A2" w:rsidRDefault="004F2FC6">
            <w:pPr>
              <w:bidi/>
              <w:spacing w:before="30" w:after="30"/>
            </w:pPr>
            <w:r>
              <w:rPr>
                <w:sz w:val="18"/>
                <w:szCs w:val="18"/>
                <w:rtl/>
              </w:rPr>
              <w:t>قائمة الملاحظات Punch List</w:t>
            </w:r>
          </w:p>
        </w:tc>
        <w:tc>
          <w:tcPr>
            <w:tcW w:w="1417" w:type="dxa"/>
            <w:shd w:val="clear" w:color="auto" w:fill="EEF1FA"/>
            <w:vAlign w:val="center"/>
          </w:tcPr>
          <w:p w14:paraId="181E64F8" w14:textId="77777777" w:rsidR="00E050A2" w:rsidRDefault="004F2FC6">
            <w:pPr>
              <w:bidi/>
              <w:spacing w:before="30" w:after="30"/>
              <w:jc w:val="center"/>
            </w:pPr>
            <w:r>
              <w:rPr>
                <w:sz w:val="18"/>
                <w:szCs w:val="18"/>
                <w:rtl/>
              </w:rPr>
              <w:t>I</w:t>
            </w:r>
          </w:p>
        </w:tc>
        <w:tc>
          <w:tcPr>
            <w:tcW w:w="1417" w:type="dxa"/>
            <w:shd w:val="clear" w:color="auto" w:fill="EEF1FA"/>
            <w:vAlign w:val="center"/>
          </w:tcPr>
          <w:p w14:paraId="61143AEF" w14:textId="77777777" w:rsidR="00E050A2" w:rsidRDefault="004F2FC6">
            <w:pPr>
              <w:bidi/>
              <w:spacing w:before="30" w:after="30"/>
              <w:jc w:val="center"/>
            </w:pPr>
            <w:r>
              <w:rPr>
                <w:sz w:val="18"/>
                <w:szCs w:val="18"/>
                <w:rtl/>
              </w:rPr>
              <w:t>A</w:t>
            </w:r>
          </w:p>
        </w:tc>
        <w:tc>
          <w:tcPr>
            <w:tcW w:w="1417" w:type="dxa"/>
            <w:shd w:val="clear" w:color="auto" w:fill="EEF1FA"/>
            <w:vAlign w:val="center"/>
          </w:tcPr>
          <w:p w14:paraId="6025CF8B" w14:textId="77777777" w:rsidR="00E050A2" w:rsidRDefault="004F2FC6">
            <w:pPr>
              <w:bidi/>
              <w:spacing w:before="30" w:after="30"/>
              <w:jc w:val="center"/>
            </w:pPr>
            <w:r>
              <w:rPr>
                <w:sz w:val="18"/>
                <w:szCs w:val="18"/>
                <w:rtl/>
              </w:rPr>
              <w:t>R</w:t>
            </w:r>
          </w:p>
        </w:tc>
        <w:tc>
          <w:tcPr>
            <w:tcW w:w="1417" w:type="dxa"/>
            <w:shd w:val="clear" w:color="auto" w:fill="EEF1FA"/>
            <w:vAlign w:val="center"/>
          </w:tcPr>
          <w:p w14:paraId="2597F6D7" w14:textId="77777777" w:rsidR="00E050A2" w:rsidRDefault="004F2FC6">
            <w:pPr>
              <w:bidi/>
              <w:spacing w:before="30" w:after="30"/>
              <w:jc w:val="center"/>
            </w:pPr>
            <w:r>
              <w:rPr>
                <w:sz w:val="18"/>
                <w:szCs w:val="18"/>
                <w:rtl/>
              </w:rPr>
              <w:t>R</w:t>
            </w:r>
          </w:p>
        </w:tc>
      </w:tr>
      <w:tr w:rsidR="00E050A2" w14:paraId="65821064" w14:textId="77777777">
        <w:trPr>
          <w:cantSplit/>
          <w:trHeight w:val="340"/>
          <w:jc w:val="center"/>
        </w:trPr>
        <w:tc>
          <w:tcPr>
            <w:tcW w:w="4422" w:type="dxa"/>
            <w:vAlign w:val="center"/>
          </w:tcPr>
          <w:p w14:paraId="698BAE04" w14:textId="77777777" w:rsidR="00E050A2" w:rsidRDefault="004F2FC6">
            <w:pPr>
              <w:bidi/>
              <w:spacing w:before="30" w:after="30"/>
            </w:pPr>
            <w:r>
              <w:rPr>
                <w:sz w:val="18"/>
                <w:szCs w:val="18"/>
                <w:rtl/>
              </w:rPr>
              <w:t>الاستلام الابتدائي</w:t>
            </w:r>
          </w:p>
        </w:tc>
        <w:tc>
          <w:tcPr>
            <w:tcW w:w="1417" w:type="dxa"/>
            <w:vAlign w:val="center"/>
          </w:tcPr>
          <w:p w14:paraId="2E9FBC7A" w14:textId="77777777" w:rsidR="00E050A2" w:rsidRDefault="004F2FC6">
            <w:pPr>
              <w:bidi/>
              <w:spacing w:before="30" w:after="30"/>
              <w:jc w:val="center"/>
            </w:pPr>
            <w:r>
              <w:rPr>
                <w:sz w:val="18"/>
                <w:szCs w:val="18"/>
                <w:rtl/>
              </w:rPr>
              <w:t>A</w:t>
            </w:r>
          </w:p>
        </w:tc>
        <w:tc>
          <w:tcPr>
            <w:tcW w:w="1417" w:type="dxa"/>
            <w:vAlign w:val="center"/>
          </w:tcPr>
          <w:p w14:paraId="410E52D0" w14:textId="77777777" w:rsidR="00E050A2" w:rsidRDefault="004F2FC6">
            <w:pPr>
              <w:bidi/>
              <w:spacing w:before="30" w:after="30"/>
              <w:jc w:val="center"/>
            </w:pPr>
            <w:r>
              <w:rPr>
                <w:sz w:val="18"/>
                <w:szCs w:val="18"/>
                <w:rtl/>
              </w:rPr>
              <w:t>R</w:t>
            </w:r>
          </w:p>
        </w:tc>
        <w:tc>
          <w:tcPr>
            <w:tcW w:w="1417" w:type="dxa"/>
            <w:vAlign w:val="center"/>
          </w:tcPr>
          <w:p w14:paraId="5D8BBBC5" w14:textId="77777777" w:rsidR="00E050A2" w:rsidRDefault="004F2FC6">
            <w:pPr>
              <w:bidi/>
              <w:spacing w:before="30" w:after="30"/>
              <w:jc w:val="center"/>
            </w:pPr>
            <w:r>
              <w:rPr>
                <w:sz w:val="18"/>
                <w:szCs w:val="18"/>
                <w:rtl/>
              </w:rPr>
              <w:t>R</w:t>
            </w:r>
          </w:p>
        </w:tc>
        <w:tc>
          <w:tcPr>
            <w:tcW w:w="1417" w:type="dxa"/>
            <w:vAlign w:val="center"/>
          </w:tcPr>
          <w:p w14:paraId="54AF55F9" w14:textId="77777777" w:rsidR="00E050A2" w:rsidRDefault="004F2FC6">
            <w:pPr>
              <w:bidi/>
              <w:spacing w:before="30" w:after="30"/>
              <w:jc w:val="center"/>
            </w:pPr>
            <w:r>
              <w:rPr>
                <w:sz w:val="18"/>
                <w:szCs w:val="18"/>
                <w:rtl/>
              </w:rPr>
              <w:t>C</w:t>
            </w:r>
          </w:p>
        </w:tc>
      </w:tr>
      <w:tr w:rsidR="00E050A2" w14:paraId="5EB2ED2B" w14:textId="77777777">
        <w:trPr>
          <w:cantSplit/>
          <w:trHeight w:val="340"/>
          <w:jc w:val="center"/>
        </w:trPr>
        <w:tc>
          <w:tcPr>
            <w:tcW w:w="4422" w:type="dxa"/>
            <w:shd w:val="clear" w:color="auto" w:fill="EEF1FA"/>
            <w:vAlign w:val="center"/>
          </w:tcPr>
          <w:p w14:paraId="49BBAB7D" w14:textId="77777777" w:rsidR="00E050A2" w:rsidRDefault="004F2FC6">
            <w:pPr>
              <w:bidi/>
              <w:spacing w:before="30" w:after="30"/>
            </w:pPr>
            <w:r>
              <w:rPr>
                <w:sz w:val="18"/>
                <w:szCs w:val="18"/>
                <w:rtl/>
              </w:rPr>
              <w:t>تسليم سجلات الجودة ومستندات As built</w:t>
            </w:r>
          </w:p>
        </w:tc>
        <w:tc>
          <w:tcPr>
            <w:tcW w:w="1417" w:type="dxa"/>
            <w:shd w:val="clear" w:color="auto" w:fill="EEF1FA"/>
            <w:vAlign w:val="center"/>
          </w:tcPr>
          <w:p w14:paraId="3FAEA81C" w14:textId="77777777" w:rsidR="00E050A2" w:rsidRDefault="004F2FC6">
            <w:pPr>
              <w:bidi/>
              <w:spacing w:before="30" w:after="30"/>
              <w:jc w:val="center"/>
            </w:pPr>
            <w:r>
              <w:rPr>
                <w:sz w:val="18"/>
                <w:szCs w:val="18"/>
                <w:rtl/>
              </w:rPr>
              <w:t>A</w:t>
            </w:r>
          </w:p>
        </w:tc>
        <w:tc>
          <w:tcPr>
            <w:tcW w:w="1417" w:type="dxa"/>
            <w:shd w:val="clear" w:color="auto" w:fill="EEF1FA"/>
            <w:vAlign w:val="center"/>
          </w:tcPr>
          <w:p w14:paraId="2A7421E0" w14:textId="77777777" w:rsidR="00E050A2" w:rsidRDefault="004F2FC6">
            <w:pPr>
              <w:bidi/>
              <w:spacing w:before="30" w:after="30"/>
              <w:jc w:val="center"/>
            </w:pPr>
            <w:r>
              <w:rPr>
                <w:sz w:val="18"/>
                <w:szCs w:val="18"/>
                <w:rtl/>
              </w:rPr>
              <w:t>R</w:t>
            </w:r>
          </w:p>
        </w:tc>
        <w:tc>
          <w:tcPr>
            <w:tcW w:w="1417" w:type="dxa"/>
            <w:shd w:val="clear" w:color="auto" w:fill="EEF1FA"/>
            <w:vAlign w:val="center"/>
          </w:tcPr>
          <w:p w14:paraId="444450D6" w14:textId="77777777" w:rsidR="00E050A2" w:rsidRDefault="004F2FC6">
            <w:pPr>
              <w:bidi/>
              <w:spacing w:before="30" w:after="30"/>
              <w:jc w:val="center"/>
            </w:pPr>
            <w:r>
              <w:rPr>
                <w:sz w:val="18"/>
                <w:szCs w:val="18"/>
                <w:rtl/>
              </w:rPr>
              <w:t>R</w:t>
            </w:r>
          </w:p>
        </w:tc>
        <w:tc>
          <w:tcPr>
            <w:tcW w:w="1417" w:type="dxa"/>
            <w:shd w:val="clear" w:color="auto" w:fill="EEF1FA"/>
            <w:vAlign w:val="center"/>
          </w:tcPr>
          <w:p w14:paraId="0BDE0001" w14:textId="77777777" w:rsidR="00E050A2" w:rsidRDefault="004F2FC6">
            <w:pPr>
              <w:bidi/>
              <w:spacing w:before="30" w:after="30"/>
              <w:jc w:val="center"/>
            </w:pPr>
            <w:r>
              <w:rPr>
                <w:sz w:val="18"/>
                <w:szCs w:val="18"/>
                <w:rtl/>
              </w:rPr>
              <w:t>C</w:t>
            </w:r>
          </w:p>
        </w:tc>
      </w:tr>
      <w:tr w:rsidR="00E050A2" w14:paraId="47E5A617" w14:textId="77777777">
        <w:trPr>
          <w:cantSplit/>
          <w:trHeight w:val="340"/>
          <w:jc w:val="center"/>
        </w:trPr>
        <w:tc>
          <w:tcPr>
            <w:tcW w:w="4422" w:type="dxa"/>
            <w:vAlign w:val="center"/>
          </w:tcPr>
          <w:p w14:paraId="11417D6A" w14:textId="77777777" w:rsidR="00E050A2" w:rsidRDefault="004F2FC6">
            <w:pPr>
              <w:bidi/>
              <w:spacing w:before="30" w:after="30"/>
            </w:pPr>
            <w:r>
              <w:rPr>
                <w:sz w:val="18"/>
                <w:szCs w:val="18"/>
                <w:rtl/>
              </w:rPr>
              <w:t>الاستلام النهائي</w:t>
            </w:r>
          </w:p>
        </w:tc>
        <w:tc>
          <w:tcPr>
            <w:tcW w:w="1417" w:type="dxa"/>
            <w:vAlign w:val="center"/>
          </w:tcPr>
          <w:p w14:paraId="1875097A" w14:textId="77777777" w:rsidR="00E050A2" w:rsidRDefault="004F2FC6">
            <w:pPr>
              <w:bidi/>
              <w:spacing w:before="30" w:after="30"/>
              <w:jc w:val="center"/>
            </w:pPr>
            <w:r>
              <w:rPr>
                <w:sz w:val="18"/>
                <w:szCs w:val="18"/>
                <w:rtl/>
              </w:rPr>
              <w:t>A</w:t>
            </w:r>
          </w:p>
        </w:tc>
        <w:tc>
          <w:tcPr>
            <w:tcW w:w="1417" w:type="dxa"/>
            <w:vAlign w:val="center"/>
          </w:tcPr>
          <w:p w14:paraId="5CF9491D" w14:textId="77777777" w:rsidR="00E050A2" w:rsidRDefault="004F2FC6">
            <w:pPr>
              <w:bidi/>
              <w:spacing w:before="30" w:after="30"/>
              <w:jc w:val="center"/>
            </w:pPr>
            <w:r>
              <w:rPr>
                <w:sz w:val="18"/>
                <w:szCs w:val="18"/>
                <w:rtl/>
              </w:rPr>
              <w:t>R</w:t>
            </w:r>
          </w:p>
        </w:tc>
        <w:tc>
          <w:tcPr>
            <w:tcW w:w="1417" w:type="dxa"/>
            <w:vAlign w:val="center"/>
          </w:tcPr>
          <w:p w14:paraId="6276B56D" w14:textId="77777777" w:rsidR="00E050A2" w:rsidRDefault="004F2FC6">
            <w:pPr>
              <w:bidi/>
              <w:spacing w:before="30" w:after="30"/>
              <w:jc w:val="center"/>
            </w:pPr>
            <w:r>
              <w:rPr>
                <w:sz w:val="18"/>
                <w:szCs w:val="18"/>
                <w:rtl/>
              </w:rPr>
              <w:t>R</w:t>
            </w:r>
          </w:p>
        </w:tc>
        <w:tc>
          <w:tcPr>
            <w:tcW w:w="1417" w:type="dxa"/>
            <w:vAlign w:val="center"/>
          </w:tcPr>
          <w:p w14:paraId="7F1AF2E8" w14:textId="77777777" w:rsidR="00E050A2" w:rsidRDefault="004F2FC6">
            <w:pPr>
              <w:bidi/>
              <w:spacing w:before="30" w:after="30"/>
              <w:jc w:val="center"/>
            </w:pPr>
            <w:r>
              <w:rPr>
                <w:sz w:val="18"/>
                <w:szCs w:val="18"/>
                <w:rtl/>
              </w:rPr>
              <w:t>I</w:t>
            </w:r>
          </w:p>
        </w:tc>
      </w:tr>
    </w:tbl>
    <w:p w14:paraId="5021AB47" w14:textId="77777777" w:rsidR="00E050A2" w:rsidRDefault="00E050A2">
      <w:pPr>
        <w:bidi/>
        <w:spacing w:after="40"/>
      </w:pPr>
    </w:p>
    <w:p w14:paraId="36B4A45A" w14:textId="77777777" w:rsidR="00E050A2" w:rsidRDefault="004F2FC6">
      <w:pPr>
        <w:keepNext/>
        <w:pBdr>
          <w:bottom w:val="single" w:sz="8" w:space="1" w:color="2633FF"/>
        </w:pBdr>
        <w:bidi/>
        <w:spacing w:before="200" w:after="120"/>
        <w:outlineLvl w:val="0"/>
      </w:pPr>
      <w:r>
        <w:rPr>
          <w:b/>
          <w:bCs/>
          <w:color w:val="052976"/>
          <w:sz w:val="30"/>
          <w:szCs w:val="30"/>
          <w:rtl/>
        </w:rPr>
        <w:t>5. ضبط الوثائق والترقيم</w:t>
      </w:r>
    </w:p>
    <w:p w14:paraId="4B11D734" w14:textId="77777777" w:rsidR="00E050A2" w:rsidRDefault="004F2FC6">
      <w:pPr>
        <w:keepNext/>
        <w:bidi/>
        <w:spacing w:after="120"/>
        <w:outlineLvl w:val="1"/>
      </w:pPr>
      <w:r>
        <w:rPr>
          <w:b/>
          <w:bCs/>
          <w:color w:val="052976"/>
          <w:sz w:val="25"/>
          <w:szCs w:val="25"/>
          <w:rtl/>
        </w:rPr>
        <w:t>5.1 المبادئ</w:t>
      </w:r>
    </w:p>
    <w:p w14:paraId="0679BCD0" w14:textId="77777777" w:rsidR="00E050A2" w:rsidRDefault="004F2FC6">
      <w:pPr>
        <w:bidi/>
        <w:spacing w:after="40"/>
      </w:pPr>
      <w:r>
        <w:rPr>
          <w:sz w:val="21"/>
          <w:szCs w:val="21"/>
          <w:rtl/>
        </w:rPr>
        <w:t>5.1.1  تمر جميع المراسلات الرسمية عبر خطاب إحالة TRN مرقم، ولا يعتد بأي مستند لا يحمل رقما وإصدارا وحالة.</w:t>
      </w:r>
    </w:p>
    <w:p w14:paraId="074D1FA7" w14:textId="77777777" w:rsidR="00E050A2" w:rsidRDefault="004F2FC6">
      <w:pPr>
        <w:bidi/>
        <w:spacing w:after="40"/>
      </w:pPr>
      <w:r>
        <w:rPr>
          <w:sz w:val="21"/>
          <w:szCs w:val="21"/>
          <w:rtl/>
        </w:rPr>
        <w:t>5.1.2  يحتفظ المقاول بسجل رئيسي لكل نوع مستند (Log)، ويرسله للاستشاري أسبوعيا، ويطابقه الاستشاري مع سجله.</w:t>
      </w:r>
    </w:p>
    <w:p w14:paraId="34C403F7" w14:textId="77777777" w:rsidR="00E050A2" w:rsidRDefault="004F2FC6">
      <w:pPr>
        <w:bidi/>
        <w:spacing w:after="40"/>
      </w:pPr>
      <w:r>
        <w:rPr>
          <w:sz w:val="21"/>
          <w:szCs w:val="21"/>
          <w:rtl/>
        </w:rPr>
        <w:t>5.1.3  تختم النسخ الملغاة بعبارة Superseded وتسحب من الموقع خلال 24 ساعة من صدور الإصدار الأحدث، ولا يعمل في الموقع إلا بمخططات IFC أو معتمدة بكود A أو B.</w:t>
      </w:r>
    </w:p>
    <w:p w14:paraId="5ED8DA58" w14:textId="77777777" w:rsidR="00E050A2" w:rsidRDefault="004F2FC6">
      <w:pPr>
        <w:bidi/>
        <w:spacing w:after="40"/>
      </w:pPr>
      <w:r>
        <w:rPr>
          <w:sz w:val="21"/>
          <w:szCs w:val="21"/>
          <w:rtl/>
        </w:rPr>
        <w:t>5.1.4  تحفظ نسخة إلكترونية على منصة مشتركة بهيكل مجلدات ثابت، والنسخ الأصلية الموقعة في ملفات ورقية بمكتب الموقع.</w:t>
      </w:r>
    </w:p>
    <w:p w14:paraId="403D43FA" w14:textId="77777777" w:rsidR="00E050A2" w:rsidRDefault="004F2FC6">
      <w:pPr>
        <w:keepNext/>
        <w:bidi/>
        <w:spacing w:after="120"/>
        <w:outlineLvl w:val="1"/>
      </w:pPr>
      <w:r>
        <w:rPr>
          <w:b/>
          <w:bCs/>
          <w:color w:val="052976"/>
          <w:sz w:val="25"/>
          <w:szCs w:val="25"/>
          <w:rtl/>
        </w:rPr>
        <w:t>5.2 صيغة الترقيم</w:t>
      </w:r>
    </w:p>
    <w:p w14:paraId="096597C7" w14:textId="77777777" w:rsidR="00E050A2" w:rsidRDefault="004F2FC6">
      <w:pPr>
        <w:bidi/>
        <w:spacing w:after="80"/>
      </w:pPr>
      <w:r>
        <w:rPr>
          <w:b/>
          <w:bCs/>
          <w:color w:val="052976"/>
          <w:sz w:val="21"/>
          <w:szCs w:val="21"/>
          <w:rtl/>
        </w:rPr>
        <w:t>الصيغة العامة:  [PRJ]-[ORG]-[TYPE]-[DISC]-[SEQ]-[REV]   مثال:  RYD-VIL-01-CON-IR-ST-0125-R0</w:t>
      </w:r>
    </w:p>
    <w:tbl>
      <w:tblPr>
        <w:tblStyle w:val="TableGrid"/>
        <w:bidiVisual/>
        <w:tblW w:w="0" w:type="auto"/>
        <w:jc w:val="center"/>
        <w:tblLayout w:type="fixed"/>
        <w:tblLook w:val="04A0" w:firstRow="1" w:lastRow="0" w:firstColumn="1" w:lastColumn="0" w:noHBand="0" w:noVBand="1"/>
      </w:tblPr>
      <w:tblGrid>
        <w:gridCol w:w="1361"/>
        <w:gridCol w:w="2494"/>
        <w:gridCol w:w="6236"/>
      </w:tblGrid>
      <w:tr w:rsidR="00E050A2" w14:paraId="5734D471" w14:textId="77777777">
        <w:trPr>
          <w:cantSplit/>
          <w:trHeight w:val="340"/>
          <w:tblHeader/>
          <w:jc w:val="center"/>
        </w:trPr>
        <w:tc>
          <w:tcPr>
            <w:tcW w:w="1361" w:type="dxa"/>
            <w:shd w:val="clear" w:color="auto" w:fill="052976"/>
            <w:vAlign w:val="center"/>
          </w:tcPr>
          <w:p w14:paraId="197C6B7C" w14:textId="77777777" w:rsidR="00E050A2" w:rsidRDefault="004F2FC6">
            <w:pPr>
              <w:bidi/>
              <w:spacing w:before="30" w:after="30"/>
              <w:jc w:val="center"/>
            </w:pPr>
            <w:r>
              <w:rPr>
                <w:b/>
                <w:bCs/>
                <w:color w:val="FFFFFF"/>
                <w:sz w:val="19"/>
                <w:szCs w:val="19"/>
                <w:rtl/>
              </w:rPr>
              <w:t>الرمز</w:t>
            </w:r>
          </w:p>
        </w:tc>
        <w:tc>
          <w:tcPr>
            <w:tcW w:w="2494" w:type="dxa"/>
            <w:shd w:val="clear" w:color="auto" w:fill="052976"/>
            <w:vAlign w:val="center"/>
          </w:tcPr>
          <w:p w14:paraId="553444BE" w14:textId="77777777" w:rsidR="00E050A2" w:rsidRDefault="004F2FC6">
            <w:pPr>
              <w:bidi/>
              <w:spacing w:before="30" w:after="30"/>
              <w:jc w:val="center"/>
            </w:pPr>
            <w:r>
              <w:rPr>
                <w:b/>
                <w:bCs/>
                <w:color w:val="FFFFFF"/>
                <w:sz w:val="19"/>
                <w:szCs w:val="19"/>
                <w:rtl/>
              </w:rPr>
              <w:t>المعنى</w:t>
            </w:r>
          </w:p>
        </w:tc>
        <w:tc>
          <w:tcPr>
            <w:tcW w:w="6236" w:type="dxa"/>
            <w:shd w:val="clear" w:color="auto" w:fill="052976"/>
            <w:vAlign w:val="center"/>
          </w:tcPr>
          <w:p w14:paraId="513E1EEA" w14:textId="77777777" w:rsidR="00E050A2" w:rsidRDefault="004F2FC6">
            <w:pPr>
              <w:bidi/>
              <w:spacing w:before="30" w:after="30"/>
              <w:jc w:val="center"/>
            </w:pPr>
            <w:r>
              <w:rPr>
                <w:b/>
                <w:bCs/>
                <w:color w:val="FFFFFF"/>
                <w:sz w:val="19"/>
                <w:szCs w:val="19"/>
                <w:rtl/>
              </w:rPr>
              <w:t>القيم</w:t>
            </w:r>
          </w:p>
        </w:tc>
      </w:tr>
      <w:tr w:rsidR="00E050A2" w14:paraId="30428092" w14:textId="77777777">
        <w:trPr>
          <w:cantSplit/>
          <w:trHeight w:val="340"/>
          <w:jc w:val="center"/>
        </w:trPr>
        <w:tc>
          <w:tcPr>
            <w:tcW w:w="1361" w:type="dxa"/>
            <w:vAlign w:val="center"/>
          </w:tcPr>
          <w:p w14:paraId="20C6E04C" w14:textId="77777777" w:rsidR="00E050A2" w:rsidRDefault="004F2FC6">
            <w:pPr>
              <w:bidi/>
              <w:spacing w:before="30" w:after="30"/>
            </w:pPr>
            <w:r>
              <w:rPr>
                <w:sz w:val="18"/>
                <w:szCs w:val="18"/>
                <w:rtl/>
              </w:rPr>
              <w:t>PRJ</w:t>
            </w:r>
          </w:p>
        </w:tc>
        <w:tc>
          <w:tcPr>
            <w:tcW w:w="2494" w:type="dxa"/>
            <w:vAlign w:val="center"/>
          </w:tcPr>
          <w:p w14:paraId="08979702" w14:textId="77777777" w:rsidR="00E050A2" w:rsidRDefault="004F2FC6">
            <w:pPr>
              <w:bidi/>
              <w:spacing w:before="30" w:after="30"/>
            </w:pPr>
            <w:r>
              <w:rPr>
                <w:sz w:val="18"/>
                <w:szCs w:val="18"/>
                <w:rtl/>
              </w:rPr>
              <w:t>رمز المشروع</w:t>
            </w:r>
          </w:p>
        </w:tc>
        <w:tc>
          <w:tcPr>
            <w:tcW w:w="6236" w:type="dxa"/>
            <w:vAlign w:val="center"/>
          </w:tcPr>
          <w:p w14:paraId="3A88E192" w14:textId="77777777" w:rsidR="00E050A2" w:rsidRDefault="004F2FC6">
            <w:pPr>
              <w:bidi/>
              <w:spacing w:before="30" w:after="30"/>
            </w:pPr>
            <w:r>
              <w:rPr>
                <w:sz w:val="18"/>
                <w:szCs w:val="18"/>
                <w:rtl/>
              </w:rPr>
              <w:t>يحدد في البند 2</w:t>
            </w:r>
          </w:p>
        </w:tc>
      </w:tr>
      <w:tr w:rsidR="00E050A2" w14:paraId="4A556232" w14:textId="77777777">
        <w:trPr>
          <w:cantSplit/>
          <w:trHeight w:val="340"/>
          <w:jc w:val="center"/>
        </w:trPr>
        <w:tc>
          <w:tcPr>
            <w:tcW w:w="1361" w:type="dxa"/>
            <w:shd w:val="clear" w:color="auto" w:fill="EEF1FA"/>
            <w:vAlign w:val="center"/>
          </w:tcPr>
          <w:p w14:paraId="024B356A" w14:textId="77777777" w:rsidR="00E050A2" w:rsidRDefault="004F2FC6">
            <w:pPr>
              <w:bidi/>
              <w:spacing w:before="30" w:after="30"/>
            </w:pPr>
            <w:r>
              <w:rPr>
                <w:sz w:val="18"/>
                <w:szCs w:val="18"/>
                <w:rtl/>
              </w:rPr>
              <w:t>ORG</w:t>
            </w:r>
          </w:p>
        </w:tc>
        <w:tc>
          <w:tcPr>
            <w:tcW w:w="2494" w:type="dxa"/>
            <w:shd w:val="clear" w:color="auto" w:fill="EEF1FA"/>
            <w:vAlign w:val="center"/>
          </w:tcPr>
          <w:p w14:paraId="1A4CC4DB" w14:textId="77777777" w:rsidR="00E050A2" w:rsidRDefault="004F2FC6">
            <w:pPr>
              <w:bidi/>
              <w:spacing w:before="30" w:after="30"/>
            </w:pPr>
            <w:r>
              <w:rPr>
                <w:sz w:val="18"/>
                <w:szCs w:val="18"/>
                <w:rtl/>
              </w:rPr>
              <w:t>الجهة المصدرة</w:t>
            </w:r>
          </w:p>
        </w:tc>
        <w:tc>
          <w:tcPr>
            <w:tcW w:w="6236" w:type="dxa"/>
            <w:shd w:val="clear" w:color="auto" w:fill="EEF1FA"/>
            <w:vAlign w:val="center"/>
          </w:tcPr>
          <w:p w14:paraId="0E28B285" w14:textId="77777777" w:rsidR="00E050A2" w:rsidRDefault="004F2FC6">
            <w:pPr>
              <w:bidi/>
              <w:spacing w:before="30" w:after="30"/>
            </w:pPr>
            <w:r>
              <w:rPr>
                <w:sz w:val="18"/>
                <w:szCs w:val="18"/>
                <w:rtl/>
              </w:rPr>
              <w:t>OWN المالك، ACE الاستشاري، CON المقاول، SUB مقاول الباطن</w:t>
            </w:r>
          </w:p>
        </w:tc>
      </w:tr>
      <w:tr w:rsidR="00E050A2" w14:paraId="463167D5" w14:textId="77777777">
        <w:trPr>
          <w:cantSplit/>
          <w:trHeight w:val="340"/>
          <w:jc w:val="center"/>
        </w:trPr>
        <w:tc>
          <w:tcPr>
            <w:tcW w:w="1361" w:type="dxa"/>
            <w:vAlign w:val="center"/>
          </w:tcPr>
          <w:p w14:paraId="48A4F5C0" w14:textId="77777777" w:rsidR="00E050A2" w:rsidRDefault="004F2FC6">
            <w:pPr>
              <w:bidi/>
              <w:spacing w:before="30" w:after="30"/>
            </w:pPr>
            <w:r>
              <w:rPr>
                <w:sz w:val="18"/>
                <w:szCs w:val="18"/>
                <w:rtl/>
              </w:rPr>
              <w:t>TYPE</w:t>
            </w:r>
          </w:p>
        </w:tc>
        <w:tc>
          <w:tcPr>
            <w:tcW w:w="2494" w:type="dxa"/>
            <w:vAlign w:val="center"/>
          </w:tcPr>
          <w:p w14:paraId="7B749B91" w14:textId="77777777" w:rsidR="00E050A2" w:rsidRDefault="004F2FC6">
            <w:pPr>
              <w:bidi/>
              <w:spacing w:before="30" w:after="30"/>
            </w:pPr>
            <w:r>
              <w:rPr>
                <w:sz w:val="18"/>
                <w:szCs w:val="18"/>
                <w:rtl/>
              </w:rPr>
              <w:t>نوع المستند</w:t>
            </w:r>
          </w:p>
        </w:tc>
        <w:tc>
          <w:tcPr>
            <w:tcW w:w="6236" w:type="dxa"/>
            <w:vAlign w:val="center"/>
          </w:tcPr>
          <w:p w14:paraId="4380FB31" w14:textId="77777777" w:rsidR="00E050A2" w:rsidRDefault="004F2FC6">
            <w:pPr>
              <w:bidi/>
              <w:spacing w:before="30" w:after="30"/>
            </w:pPr>
            <w:r>
              <w:rPr>
                <w:sz w:val="18"/>
                <w:szCs w:val="18"/>
                <w:rtl/>
              </w:rPr>
              <w:t>حسب الجدول 5.3</w:t>
            </w:r>
          </w:p>
        </w:tc>
      </w:tr>
      <w:tr w:rsidR="00E050A2" w14:paraId="0F59D3E3" w14:textId="77777777">
        <w:trPr>
          <w:cantSplit/>
          <w:trHeight w:val="340"/>
          <w:jc w:val="center"/>
        </w:trPr>
        <w:tc>
          <w:tcPr>
            <w:tcW w:w="1361" w:type="dxa"/>
            <w:shd w:val="clear" w:color="auto" w:fill="EEF1FA"/>
            <w:vAlign w:val="center"/>
          </w:tcPr>
          <w:p w14:paraId="706938D5" w14:textId="77777777" w:rsidR="00E050A2" w:rsidRDefault="004F2FC6">
            <w:pPr>
              <w:bidi/>
              <w:spacing w:before="30" w:after="30"/>
            </w:pPr>
            <w:r>
              <w:rPr>
                <w:sz w:val="18"/>
                <w:szCs w:val="18"/>
                <w:rtl/>
              </w:rPr>
              <w:t>DISC</w:t>
            </w:r>
          </w:p>
        </w:tc>
        <w:tc>
          <w:tcPr>
            <w:tcW w:w="2494" w:type="dxa"/>
            <w:shd w:val="clear" w:color="auto" w:fill="EEF1FA"/>
            <w:vAlign w:val="center"/>
          </w:tcPr>
          <w:p w14:paraId="0FB63725" w14:textId="77777777" w:rsidR="00E050A2" w:rsidRDefault="004F2FC6">
            <w:pPr>
              <w:bidi/>
              <w:spacing w:before="30" w:after="30"/>
            </w:pPr>
            <w:r>
              <w:rPr>
                <w:sz w:val="18"/>
                <w:szCs w:val="18"/>
                <w:rtl/>
              </w:rPr>
              <w:t>التخصص</w:t>
            </w:r>
          </w:p>
        </w:tc>
        <w:tc>
          <w:tcPr>
            <w:tcW w:w="6236" w:type="dxa"/>
            <w:shd w:val="clear" w:color="auto" w:fill="EEF1FA"/>
            <w:vAlign w:val="center"/>
          </w:tcPr>
          <w:p w14:paraId="5C6E5258" w14:textId="77777777" w:rsidR="00E050A2" w:rsidRDefault="004F2FC6">
            <w:pPr>
              <w:bidi/>
              <w:spacing w:before="30" w:after="30"/>
            </w:pPr>
            <w:r>
              <w:rPr>
                <w:sz w:val="18"/>
                <w:szCs w:val="18"/>
                <w:rtl/>
              </w:rPr>
              <w:t>GN عام، CV مدني، ST إنشائي، AR معماري، EL كهرباء، ME ميكانيكا وتكييف، PL صحي، FF حريق، LS لاندسكيب</w:t>
            </w:r>
          </w:p>
        </w:tc>
      </w:tr>
      <w:tr w:rsidR="00E050A2" w14:paraId="1CE35B11" w14:textId="77777777">
        <w:trPr>
          <w:cantSplit/>
          <w:trHeight w:val="340"/>
          <w:jc w:val="center"/>
        </w:trPr>
        <w:tc>
          <w:tcPr>
            <w:tcW w:w="1361" w:type="dxa"/>
            <w:vAlign w:val="center"/>
          </w:tcPr>
          <w:p w14:paraId="04225DBF" w14:textId="77777777" w:rsidR="00E050A2" w:rsidRDefault="004F2FC6">
            <w:pPr>
              <w:bidi/>
              <w:spacing w:before="30" w:after="30"/>
            </w:pPr>
            <w:r>
              <w:rPr>
                <w:sz w:val="18"/>
                <w:szCs w:val="18"/>
                <w:rtl/>
              </w:rPr>
              <w:t>SEQ</w:t>
            </w:r>
          </w:p>
        </w:tc>
        <w:tc>
          <w:tcPr>
            <w:tcW w:w="2494" w:type="dxa"/>
            <w:vAlign w:val="center"/>
          </w:tcPr>
          <w:p w14:paraId="3573174B" w14:textId="77777777" w:rsidR="00E050A2" w:rsidRDefault="004F2FC6">
            <w:pPr>
              <w:bidi/>
              <w:spacing w:before="30" w:after="30"/>
            </w:pPr>
            <w:r>
              <w:rPr>
                <w:sz w:val="18"/>
                <w:szCs w:val="18"/>
                <w:rtl/>
              </w:rPr>
              <w:t>الرقم المسلسل</w:t>
            </w:r>
          </w:p>
        </w:tc>
        <w:tc>
          <w:tcPr>
            <w:tcW w:w="6236" w:type="dxa"/>
            <w:vAlign w:val="center"/>
          </w:tcPr>
          <w:p w14:paraId="1B5166D9" w14:textId="77777777" w:rsidR="00E050A2" w:rsidRDefault="004F2FC6">
            <w:pPr>
              <w:bidi/>
              <w:spacing w:before="30" w:after="30"/>
            </w:pPr>
            <w:r>
              <w:rPr>
                <w:sz w:val="18"/>
                <w:szCs w:val="18"/>
                <w:rtl/>
              </w:rPr>
              <w:t>أربع خانات متتالية لكل نوع وتخصص، لا يعاد استخدامه</w:t>
            </w:r>
          </w:p>
        </w:tc>
      </w:tr>
      <w:tr w:rsidR="00E050A2" w14:paraId="2C938768" w14:textId="77777777">
        <w:trPr>
          <w:cantSplit/>
          <w:trHeight w:val="340"/>
          <w:jc w:val="center"/>
        </w:trPr>
        <w:tc>
          <w:tcPr>
            <w:tcW w:w="1361" w:type="dxa"/>
            <w:shd w:val="clear" w:color="auto" w:fill="EEF1FA"/>
            <w:vAlign w:val="center"/>
          </w:tcPr>
          <w:p w14:paraId="5929528C" w14:textId="77777777" w:rsidR="00E050A2" w:rsidRDefault="004F2FC6">
            <w:pPr>
              <w:bidi/>
              <w:spacing w:before="30" w:after="30"/>
            </w:pPr>
            <w:r>
              <w:rPr>
                <w:sz w:val="18"/>
                <w:szCs w:val="18"/>
                <w:rtl/>
              </w:rPr>
              <w:t>REV</w:t>
            </w:r>
          </w:p>
        </w:tc>
        <w:tc>
          <w:tcPr>
            <w:tcW w:w="2494" w:type="dxa"/>
            <w:shd w:val="clear" w:color="auto" w:fill="EEF1FA"/>
            <w:vAlign w:val="center"/>
          </w:tcPr>
          <w:p w14:paraId="2150A79E" w14:textId="77777777" w:rsidR="00E050A2" w:rsidRDefault="004F2FC6">
            <w:pPr>
              <w:bidi/>
              <w:spacing w:before="30" w:after="30"/>
            </w:pPr>
            <w:r>
              <w:rPr>
                <w:sz w:val="18"/>
                <w:szCs w:val="18"/>
                <w:rtl/>
              </w:rPr>
              <w:t>الإصدار</w:t>
            </w:r>
          </w:p>
        </w:tc>
        <w:tc>
          <w:tcPr>
            <w:tcW w:w="6236" w:type="dxa"/>
            <w:shd w:val="clear" w:color="auto" w:fill="EEF1FA"/>
            <w:vAlign w:val="center"/>
          </w:tcPr>
          <w:p w14:paraId="2E3B1B50" w14:textId="77777777" w:rsidR="00E050A2" w:rsidRDefault="004F2FC6">
            <w:pPr>
              <w:bidi/>
              <w:spacing w:before="30" w:after="30"/>
            </w:pPr>
            <w:r>
              <w:rPr>
                <w:sz w:val="18"/>
                <w:szCs w:val="18"/>
                <w:rtl/>
              </w:rPr>
              <w:t>R0 أول تقديم، R1 و R2 لإعادة التقديم بعد الرفض أو التعديل</w:t>
            </w:r>
          </w:p>
        </w:tc>
      </w:tr>
    </w:tbl>
    <w:p w14:paraId="32BE753A" w14:textId="77777777" w:rsidR="00E050A2" w:rsidRDefault="00E050A2">
      <w:pPr>
        <w:bidi/>
        <w:spacing w:after="40"/>
      </w:pPr>
    </w:p>
    <w:p w14:paraId="4FA400BF" w14:textId="77777777" w:rsidR="00E050A2" w:rsidRDefault="004F2FC6">
      <w:pPr>
        <w:keepNext/>
        <w:bidi/>
        <w:spacing w:after="120"/>
        <w:outlineLvl w:val="1"/>
      </w:pPr>
      <w:r>
        <w:rPr>
          <w:b/>
          <w:bCs/>
          <w:color w:val="052976"/>
          <w:sz w:val="25"/>
          <w:szCs w:val="25"/>
          <w:rtl/>
        </w:rPr>
        <w:t>5.3 أنواع المستندات وترقيمها</w:t>
      </w:r>
    </w:p>
    <w:tbl>
      <w:tblPr>
        <w:tblStyle w:val="TableGrid"/>
        <w:bidiVisual/>
        <w:tblW w:w="0" w:type="auto"/>
        <w:jc w:val="center"/>
        <w:tblLayout w:type="fixed"/>
        <w:tblLook w:val="04A0" w:firstRow="1" w:lastRow="0" w:firstColumn="1" w:lastColumn="0" w:noHBand="0" w:noVBand="1"/>
      </w:tblPr>
      <w:tblGrid>
        <w:gridCol w:w="2835"/>
        <w:gridCol w:w="907"/>
        <w:gridCol w:w="1247"/>
        <w:gridCol w:w="3402"/>
        <w:gridCol w:w="1701"/>
      </w:tblGrid>
      <w:tr w:rsidR="00E050A2" w14:paraId="757EAAFC" w14:textId="77777777">
        <w:trPr>
          <w:cantSplit/>
          <w:trHeight w:val="340"/>
          <w:tblHeader/>
          <w:jc w:val="center"/>
        </w:trPr>
        <w:tc>
          <w:tcPr>
            <w:tcW w:w="2835" w:type="dxa"/>
            <w:shd w:val="clear" w:color="auto" w:fill="052976"/>
            <w:vAlign w:val="center"/>
          </w:tcPr>
          <w:p w14:paraId="61BD6E96" w14:textId="77777777" w:rsidR="00E050A2" w:rsidRDefault="004F2FC6">
            <w:pPr>
              <w:bidi/>
              <w:spacing w:before="30" w:after="30"/>
              <w:jc w:val="center"/>
            </w:pPr>
            <w:r>
              <w:rPr>
                <w:b/>
                <w:bCs/>
                <w:color w:val="FFFFFF"/>
                <w:sz w:val="19"/>
                <w:szCs w:val="19"/>
                <w:rtl/>
              </w:rPr>
              <w:t>المستند</w:t>
            </w:r>
          </w:p>
        </w:tc>
        <w:tc>
          <w:tcPr>
            <w:tcW w:w="907" w:type="dxa"/>
            <w:shd w:val="clear" w:color="auto" w:fill="052976"/>
            <w:vAlign w:val="center"/>
          </w:tcPr>
          <w:p w14:paraId="3B484A1B" w14:textId="77777777" w:rsidR="00E050A2" w:rsidRDefault="004F2FC6">
            <w:pPr>
              <w:bidi/>
              <w:spacing w:before="30" w:after="30"/>
              <w:jc w:val="center"/>
            </w:pPr>
            <w:r>
              <w:rPr>
                <w:b/>
                <w:bCs/>
                <w:color w:val="FFFFFF"/>
                <w:sz w:val="19"/>
                <w:szCs w:val="19"/>
                <w:rtl/>
              </w:rPr>
              <w:t>الرمز</w:t>
            </w:r>
          </w:p>
        </w:tc>
        <w:tc>
          <w:tcPr>
            <w:tcW w:w="1247" w:type="dxa"/>
            <w:shd w:val="clear" w:color="auto" w:fill="052976"/>
            <w:vAlign w:val="center"/>
          </w:tcPr>
          <w:p w14:paraId="5F4FD0F0" w14:textId="77777777" w:rsidR="00E050A2" w:rsidRDefault="004F2FC6">
            <w:pPr>
              <w:bidi/>
              <w:spacing w:before="30" w:after="30"/>
              <w:jc w:val="center"/>
            </w:pPr>
            <w:r>
              <w:rPr>
                <w:b/>
                <w:bCs/>
                <w:color w:val="FFFFFF"/>
                <w:sz w:val="19"/>
                <w:szCs w:val="19"/>
                <w:rtl/>
              </w:rPr>
              <w:t>المصدر</w:t>
            </w:r>
          </w:p>
        </w:tc>
        <w:tc>
          <w:tcPr>
            <w:tcW w:w="3402" w:type="dxa"/>
            <w:shd w:val="clear" w:color="auto" w:fill="052976"/>
            <w:vAlign w:val="center"/>
          </w:tcPr>
          <w:p w14:paraId="140F6CF1" w14:textId="77777777" w:rsidR="00E050A2" w:rsidRDefault="004F2FC6">
            <w:pPr>
              <w:bidi/>
              <w:spacing w:before="30" w:after="30"/>
              <w:jc w:val="center"/>
            </w:pPr>
            <w:r>
              <w:rPr>
                <w:b/>
                <w:bCs/>
                <w:color w:val="FFFFFF"/>
                <w:sz w:val="19"/>
                <w:szCs w:val="19"/>
                <w:rtl/>
              </w:rPr>
              <w:t>مثال</w:t>
            </w:r>
          </w:p>
        </w:tc>
        <w:tc>
          <w:tcPr>
            <w:tcW w:w="1701" w:type="dxa"/>
            <w:shd w:val="clear" w:color="auto" w:fill="052976"/>
            <w:vAlign w:val="center"/>
          </w:tcPr>
          <w:p w14:paraId="2ED326A7" w14:textId="77777777" w:rsidR="00E050A2" w:rsidRDefault="004F2FC6">
            <w:pPr>
              <w:bidi/>
              <w:spacing w:before="30" w:after="30"/>
              <w:jc w:val="center"/>
            </w:pPr>
            <w:r>
              <w:rPr>
                <w:b/>
                <w:bCs/>
                <w:color w:val="FFFFFF"/>
                <w:sz w:val="19"/>
                <w:szCs w:val="19"/>
                <w:rtl/>
              </w:rPr>
              <w:t>مدة الرد</w:t>
            </w:r>
          </w:p>
        </w:tc>
      </w:tr>
      <w:tr w:rsidR="00E050A2" w14:paraId="425A22FF" w14:textId="77777777">
        <w:trPr>
          <w:cantSplit/>
          <w:trHeight w:val="340"/>
          <w:jc w:val="center"/>
        </w:trPr>
        <w:tc>
          <w:tcPr>
            <w:tcW w:w="2835" w:type="dxa"/>
            <w:vAlign w:val="center"/>
          </w:tcPr>
          <w:p w14:paraId="177268FB" w14:textId="77777777" w:rsidR="00E050A2" w:rsidRDefault="004F2FC6">
            <w:pPr>
              <w:bidi/>
              <w:spacing w:before="30" w:after="30"/>
            </w:pPr>
            <w:r>
              <w:rPr>
                <w:sz w:val="18"/>
                <w:szCs w:val="18"/>
                <w:rtl/>
              </w:rPr>
              <w:t>طلب فحص واستلام</w:t>
            </w:r>
          </w:p>
        </w:tc>
        <w:tc>
          <w:tcPr>
            <w:tcW w:w="907" w:type="dxa"/>
            <w:vAlign w:val="center"/>
          </w:tcPr>
          <w:p w14:paraId="1B321A29" w14:textId="77777777" w:rsidR="00E050A2" w:rsidRDefault="004F2FC6">
            <w:pPr>
              <w:bidi/>
              <w:spacing w:before="30" w:after="30"/>
              <w:jc w:val="center"/>
            </w:pPr>
            <w:r>
              <w:rPr>
                <w:sz w:val="18"/>
                <w:szCs w:val="18"/>
                <w:rtl/>
              </w:rPr>
              <w:t>IR</w:t>
            </w:r>
          </w:p>
        </w:tc>
        <w:tc>
          <w:tcPr>
            <w:tcW w:w="1247" w:type="dxa"/>
            <w:vAlign w:val="center"/>
          </w:tcPr>
          <w:p w14:paraId="6C225A7A" w14:textId="77777777" w:rsidR="00E050A2" w:rsidRDefault="004F2FC6">
            <w:pPr>
              <w:bidi/>
              <w:spacing w:before="30" w:after="30"/>
            </w:pPr>
            <w:r>
              <w:rPr>
                <w:sz w:val="18"/>
                <w:szCs w:val="18"/>
                <w:rtl/>
              </w:rPr>
              <w:t>المقاول</w:t>
            </w:r>
          </w:p>
        </w:tc>
        <w:tc>
          <w:tcPr>
            <w:tcW w:w="3402" w:type="dxa"/>
            <w:vAlign w:val="center"/>
          </w:tcPr>
          <w:p w14:paraId="7CF5F460" w14:textId="77777777" w:rsidR="00E050A2" w:rsidRDefault="004F2FC6">
            <w:pPr>
              <w:bidi/>
              <w:spacing w:before="30" w:after="30"/>
            </w:pPr>
            <w:r>
              <w:rPr>
                <w:sz w:val="18"/>
                <w:szCs w:val="18"/>
                <w:rtl/>
              </w:rPr>
              <w:t>PRJ-CON-IR-ST-0125-R0</w:t>
            </w:r>
          </w:p>
        </w:tc>
        <w:tc>
          <w:tcPr>
            <w:tcW w:w="1701" w:type="dxa"/>
            <w:vAlign w:val="center"/>
          </w:tcPr>
          <w:p w14:paraId="02AD0309" w14:textId="77777777" w:rsidR="00E050A2" w:rsidRDefault="004F2FC6">
            <w:pPr>
              <w:bidi/>
              <w:spacing w:before="30" w:after="30"/>
            </w:pPr>
            <w:r>
              <w:rPr>
                <w:sz w:val="18"/>
                <w:szCs w:val="18"/>
                <w:rtl/>
              </w:rPr>
              <w:t>يوم عمل</w:t>
            </w:r>
          </w:p>
        </w:tc>
      </w:tr>
      <w:tr w:rsidR="00E050A2" w14:paraId="4DF97AA2" w14:textId="77777777">
        <w:trPr>
          <w:cantSplit/>
          <w:trHeight w:val="340"/>
          <w:jc w:val="center"/>
        </w:trPr>
        <w:tc>
          <w:tcPr>
            <w:tcW w:w="2835" w:type="dxa"/>
            <w:shd w:val="clear" w:color="auto" w:fill="EEF1FA"/>
            <w:vAlign w:val="center"/>
          </w:tcPr>
          <w:p w14:paraId="16FD695B" w14:textId="77777777" w:rsidR="00E050A2" w:rsidRDefault="004F2FC6">
            <w:pPr>
              <w:bidi/>
              <w:spacing w:before="30" w:after="30"/>
            </w:pPr>
            <w:r>
              <w:rPr>
                <w:sz w:val="18"/>
                <w:szCs w:val="18"/>
                <w:rtl/>
              </w:rPr>
              <w:t>طلب اعتماد مادة</w:t>
            </w:r>
          </w:p>
        </w:tc>
        <w:tc>
          <w:tcPr>
            <w:tcW w:w="907" w:type="dxa"/>
            <w:shd w:val="clear" w:color="auto" w:fill="EEF1FA"/>
            <w:vAlign w:val="center"/>
          </w:tcPr>
          <w:p w14:paraId="12BF94F0" w14:textId="77777777" w:rsidR="00E050A2" w:rsidRDefault="004F2FC6">
            <w:pPr>
              <w:bidi/>
              <w:spacing w:before="30" w:after="30"/>
              <w:jc w:val="center"/>
            </w:pPr>
            <w:r>
              <w:rPr>
                <w:sz w:val="18"/>
                <w:szCs w:val="18"/>
                <w:rtl/>
              </w:rPr>
              <w:t>MAR</w:t>
            </w:r>
          </w:p>
        </w:tc>
        <w:tc>
          <w:tcPr>
            <w:tcW w:w="1247" w:type="dxa"/>
            <w:shd w:val="clear" w:color="auto" w:fill="EEF1FA"/>
            <w:vAlign w:val="center"/>
          </w:tcPr>
          <w:p w14:paraId="5AC17C99" w14:textId="77777777" w:rsidR="00E050A2" w:rsidRDefault="004F2FC6">
            <w:pPr>
              <w:bidi/>
              <w:spacing w:before="30" w:after="30"/>
            </w:pPr>
            <w:r>
              <w:rPr>
                <w:sz w:val="18"/>
                <w:szCs w:val="18"/>
                <w:rtl/>
              </w:rPr>
              <w:t>المقاول</w:t>
            </w:r>
          </w:p>
        </w:tc>
        <w:tc>
          <w:tcPr>
            <w:tcW w:w="3402" w:type="dxa"/>
            <w:shd w:val="clear" w:color="auto" w:fill="EEF1FA"/>
            <w:vAlign w:val="center"/>
          </w:tcPr>
          <w:p w14:paraId="4BD5E960" w14:textId="77777777" w:rsidR="00E050A2" w:rsidRDefault="004F2FC6">
            <w:pPr>
              <w:bidi/>
              <w:spacing w:before="30" w:after="30"/>
            </w:pPr>
            <w:r>
              <w:rPr>
                <w:sz w:val="18"/>
                <w:szCs w:val="18"/>
                <w:rtl/>
              </w:rPr>
              <w:t>PRJ-CON-MAR-AR-0031-R0</w:t>
            </w:r>
          </w:p>
        </w:tc>
        <w:tc>
          <w:tcPr>
            <w:tcW w:w="1701" w:type="dxa"/>
            <w:shd w:val="clear" w:color="auto" w:fill="EEF1FA"/>
            <w:vAlign w:val="center"/>
          </w:tcPr>
          <w:p w14:paraId="6866E203" w14:textId="77777777" w:rsidR="00E050A2" w:rsidRDefault="004F2FC6">
            <w:pPr>
              <w:bidi/>
              <w:spacing w:before="30" w:after="30"/>
            </w:pPr>
            <w:r>
              <w:rPr>
                <w:sz w:val="18"/>
                <w:szCs w:val="18"/>
                <w:rtl/>
              </w:rPr>
              <w:t>7 أيام</w:t>
            </w:r>
          </w:p>
        </w:tc>
      </w:tr>
      <w:tr w:rsidR="00E050A2" w14:paraId="6F0D4800" w14:textId="77777777">
        <w:trPr>
          <w:cantSplit/>
          <w:trHeight w:val="340"/>
          <w:jc w:val="center"/>
        </w:trPr>
        <w:tc>
          <w:tcPr>
            <w:tcW w:w="2835" w:type="dxa"/>
            <w:vAlign w:val="center"/>
          </w:tcPr>
          <w:p w14:paraId="76E2881E" w14:textId="77777777" w:rsidR="00E050A2" w:rsidRDefault="004F2FC6">
            <w:pPr>
              <w:bidi/>
              <w:spacing w:before="30" w:after="30"/>
            </w:pPr>
            <w:r>
              <w:rPr>
                <w:sz w:val="18"/>
                <w:szCs w:val="18"/>
                <w:rtl/>
              </w:rPr>
              <w:t>طلب فحص مادة عند الوصول</w:t>
            </w:r>
          </w:p>
        </w:tc>
        <w:tc>
          <w:tcPr>
            <w:tcW w:w="907" w:type="dxa"/>
            <w:vAlign w:val="center"/>
          </w:tcPr>
          <w:p w14:paraId="6B8CDCFC" w14:textId="77777777" w:rsidR="00E050A2" w:rsidRDefault="004F2FC6">
            <w:pPr>
              <w:bidi/>
              <w:spacing w:before="30" w:after="30"/>
              <w:jc w:val="center"/>
            </w:pPr>
            <w:r>
              <w:rPr>
                <w:sz w:val="18"/>
                <w:szCs w:val="18"/>
                <w:rtl/>
              </w:rPr>
              <w:t>MIR</w:t>
            </w:r>
          </w:p>
        </w:tc>
        <w:tc>
          <w:tcPr>
            <w:tcW w:w="1247" w:type="dxa"/>
            <w:vAlign w:val="center"/>
          </w:tcPr>
          <w:p w14:paraId="16069394" w14:textId="77777777" w:rsidR="00E050A2" w:rsidRDefault="004F2FC6">
            <w:pPr>
              <w:bidi/>
              <w:spacing w:before="30" w:after="30"/>
            </w:pPr>
            <w:r>
              <w:rPr>
                <w:sz w:val="18"/>
                <w:szCs w:val="18"/>
                <w:rtl/>
              </w:rPr>
              <w:t>المقاول</w:t>
            </w:r>
          </w:p>
        </w:tc>
        <w:tc>
          <w:tcPr>
            <w:tcW w:w="3402" w:type="dxa"/>
            <w:vAlign w:val="center"/>
          </w:tcPr>
          <w:p w14:paraId="15585B20" w14:textId="77777777" w:rsidR="00E050A2" w:rsidRDefault="004F2FC6">
            <w:pPr>
              <w:bidi/>
              <w:spacing w:before="30" w:after="30"/>
            </w:pPr>
            <w:r>
              <w:rPr>
                <w:sz w:val="18"/>
                <w:szCs w:val="18"/>
                <w:rtl/>
              </w:rPr>
              <w:t>PRJ-CON-MIR-EL-0042-R0</w:t>
            </w:r>
          </w:p>
        </w:tc>
        <w:tc>
          <w:tcPr>
            <w:tcW w:w="1701" w:type="dxa"/>
            <w:vAlign w:val="center"/>
          </w:tcPr>
          <w:p w14:paraId="79ACA39A" w14:textId="77777777" w:rsidR="00E050A2" w:rsidRDefault="004F2FC6">
            <w:pPr>
              <w:bidi/>
              <w:spacing w:before="30" w:after="30"/>
            </w:pPr>
            <w:r>
              <w:rPr>
                <w:sz w:val="18"/>
                <w:szCs w:val="18"/>
                <w:rtl/>
              </w:rPr>
              <w:t>يوم عمل</w:t>
            </w:r>
          </w:p>
        </w:tc>
      </w:tr>
      <w:tr w:rsidR="00E050A2" w14:paraId="44D83152" w14:textId="77777777">
        <w:trPr>
          <w:cantSplit/>
          <w:trHeight w:val="340"/>
          <w:jc w:val="center"/>
        </w:trPr>
        <w:tc>
          <w:tcPr>
            <w:tcW w:w="2835" w:type="dxa"/>
            <w:shd w:val="clear" w:color="auto" w:fill="EEF1FA"/>
            <w:vAlign w:val="center"/>
          </w:tcPr>
          <w:p w14:paraId="6B9007FB" w14:textId="77777777" w:rsidR="00E050A2" w:rsidRDefault="004F2FC6">
            <w:pPr>
              <w:bidi/>
              <w:spacing w:before="30" w:after="30"/>
            </w:pPr>
            <w:r>
              <w:rPr>
                <w:sz w:val="18"/>
                <w:szCs w:val="18"/>
                <w:rtl/>
              </w:rPr>
              <w:t>تقرير عدم مطابقة</w:t>
            </w:r>
          </w:p>
        </w:tc>
        <w:tc>
          <w:tcPr>
            <w:tcW w:w="907" w:type="dxa"/>
            <w:shd w:val="clear" w:color="auto" w:fill="EEF1FA"/>
            <w:vAlign w:val="center"/>
          </w:tcPr>
          <w:p w14:paraId="0F8F1C40" w14:textId="77777777" w:rsidR="00E050A2" w:rsidRDefault="004F2FC6">
            <w:pPr>
              <w:bidi/>
              <w:spacing w:before="30" w:after="30"/>
              <w:jc w:val="center"/>
            </w:pPr>
            <w:r>
              <w:rPr>
                <w:sz w:val="18"/>
                <w:szCs w:val="18"/>
                <w:rtl/>
              </w:rPr>
              <w:t>NCR</w:t>
            </w:r>
          </w:p>
        </w:tc>
        <w:tc>
          <w:tcPr>
            <w:tcW w:w="1247" w:type="dxa"/>
            <w:shd w:val="clear" w:color="auto" w:fill="EEF1FA"/>
            <w:vAlign w:val="center"/>
          </w:tcPr>
          <w:p w14:paraId="003B84AB" w14:textId="77777777" w:rsidR="00E050A2" w:rsidRDefault="004F2FC6">
            <w:pPr>
              <w:bidi/>
              <w:spacing w:before="30" w:after="30"/>
            </w:pPr>
            <w:r>
              <w:rPr>
                <w:sz w:val="18"/>
                <w:szCs w:val="18"/>
                <w:rtl/>
              </w:rPr>
              <w:t>الاستشاري</w:t>
            </w:r>
          </w:p>
        </w:tc>
        <w:tc>
          <w:tcPr>
            <w:tcW w:w="3402" w:type="dxa"/>
            <w:shd w:val="clear" w:color="auto" w:fill="EEF1FA"/>
            <w:vAlign w:val="center"/>
          </w:tcPr>
          <w:p w14:paraId="065D3731" w14:textId="77777777" w:rsidR="00E050A2" w:rsidRDefault="004F2FC6">
            <w:pPr>
              <w:bidi/>
              <w:spacing w:before="30" w:after="30"/>
            </w:pPr>
            <w:r>
              <w:rPr>
                <w:sz w:val="18"/>
                <w:szCs w:val="18"/>
                <w:rtl/>
              </w:rPr>
              <w:t>PRJ-ACE-NCR-ST-0007</w:t>
            </w:r>
          </w:p>
        </w:tc>
        <w:tc>
          <w:tcPr>
            <w:tcW w:w="1701" w:type="dxa"/>
            <w:shd w:val="clear" w:color="auto" w:fill="EEF1FA"/>
            <w:vAlign w:val="center"/>
          </w:tcPr>
          <w:p w14:paraId="411B0694" w14:textId="77777777" w:rsidR="00E050A2" w:rsidRDefault="004F2FC6">
            <w:pPr>
              <w:bidi/>
              <w:spacing w:before="30" w:after="30"/>
            </w:pPr>
            <w:r>
              <w:rPr>
                <w:sz w:val="18"/>
                <w:szCs w:val="18"/>
                <w:rtl/>
              </w:rPr>
              <w:t>حسب التصنيف</w:t>
            </w:r>
          </w:p>
        </w:tc>
      </w:tr>
      <w:tr w:rsidR="00E050A2" w14:paraId="5EFF44D2" w14:textId="77777777">
        <w:trPr>
          <w:cantSplit/>
          <w:trHeight w:val="340"/>
          <w:jc w:val="center"/>
        </w:trPr>
        <w:tc>
          <w:tcPr>
            <w:tcW w:w="2835" w:type="dxa"/>
            <w:vAlign w:val="center"/>
          </w:tcPr>
          <w:p w14:paraId="34E8EA69" w14:textId="77777777" w:rsidR="00E050A2" w:rsidRDefault="004F2FC6">
            <w:pPr>
              <w:bidi/>
              <w:spacing w:before="30" w:after="30"/>
            </w:pPr>
            <w:r>
              <w:rPr>
                <w:sz w:val="18"/>
                <w:szCs w:val="18"/>
                <w:rtl/>
              </w:rPr>
              <w:t>طلب استيضاح فني</w:t>
            </w:r>
          </w:p>
        </w:tc>
        <w:tc>
          <w:tcPr>
            <w:tcW w:w="907" w:type="dxa"/>
            <w:vAlign w:val="center"/>
          </w:tcPr>
          <w:p w14:paraId="66758CE4" w14:textId="77777777" w:rsidR="00E050A2" w:rsidRDefault="004F2FC6">
            <w:pPr>
              <w:bidi/>
              <w:spacing w:before="30" w:after="30"/>
              <w:jc w:val="center"/>
            </w:pPr>
            <w:r>
              <w:rPr>
                <w:sz w:val="18"/>
                <w:szCs w:val="18"/>
                <w:rtl/>
              </w:rPr>
              <w:t>RFI</w:t>
            </w:r>
          </w:p>
        </w:tc>
        <w:tc>
          <w:tcPr>
            <w:tcW w:w="1247" w:type="dxa"/>
            <w:vAlign w:val="center"/>
          </w:tcPr>
          <w:p w14:paraId="46AB035C" w14:textId="77777777" w:rsidR="00E050A2" w:rsidRDefault="004F2FC6">
            <w:pPr>
              <w:bidi/>
              <w:spacing w:before="30" w:after="30"/>
            </w:pPr>
            <w:r>
              <w:rPr>
                <w:sz w:val="18"/>
                <w:szCs w:val="18"/>
                <w:rtl/>
              </w:rPr>
              <w:t>المقاول</w:t>
            </w:r>
          </w:p>
        </w:tc>
        <w:tc>
          <w:tcPr>
            <w:tcW w:w="3402" w:type="dxa"/>
            <w:vAlign w:val="center"/>
          </w:tcPr>
          <w:p w14:paraId="29ACB5EB" w14:textId="77777777" w:rsidR="00E050A2" w:rsidRDefault="004F2FC6">
            <w:pPr>
              <w:bidi/>
              <w:spacing w:before="30" w:after="30"/>
            </w:pPr>
            <w:r>
              <w:rPr>
                <w:sz w:val="18"/>
                <w:szCs w:val="18"/>
                <w:rtl/>
              </w:rPr>
              <w:t>PRJ-CON-RFI-ME-0015-R0</w:t>
            </w:r>
          </w:p>
        </w:tc>
        <w:tc>
          <w:tcPr>
            <w:tcW w:w="1701" w:type="dxa"/>
            <w:vAlign w:val="center"/>
          </w:tcPr>
          <w:p w14:paraId="61CBB583" w14:textId="77777777" w:rsidR="00E050A2" w:rsidRDefault="004F2FC6">
            <w:pPr>
              <w:bidi/>
              <w:spacing w:before="30" w:after="30"/>
            </w:pPr>
            <w:r>
              <w:rPr>
                <w:sz w:val="18"/>
                <w:szCs w:val="18"/>
                <w:rtl/>
              </w:rPr>
              <w:t>3 أيام</w:t>
            </w:r>
          </w:p>
        </w:tc>
      </w:tr>
      <w:tr w:rsidR="00E050A2" w14:paraId="7884682E" w14:textId="77777777">
        <w:trPr>
          <w:cantSplit/>
          <w:trHeight w:val="340"/>
          <w:jc w:val="center"/>
        </w:trPr>
        <w:tc>
          <w:tcPr>
            <w:tcW w:w="2835" w:type="dxa"/>
            <w:shd w:val="clear" w:color="auto" w:fill="EEF1FA"/>
            <w:vAlign w:val="center"/>
          </w:tcPr>
          <w:p w14:paraId="02000B27" w14:textId="77777777" w:rsidR="00E050A2" w:rsidRDefault="004F2FC6">
            <w:pPr>
              <w:bidi/>
              <w:spacing w:before="30" w:after="30"/>
            </w:pPr>
            <w:r>
              <w:rPr>
                <w:sz w:val="18"/>
                <w:szCs w:val="18"/>
                <w:rtl/>
              </w:rPr>
              <w:t>تعليمات موقع</w:t>
            </w:r>
          </w:p>
        </w:tc>
        <w:tc>
          <w:tcPr>
            <w:tcW w:w="907" w:type="dxa"/>
            <w:shd w:val="clear" w:color="auto" w:fill="EEF1FA"/>
            <w:vAlign w:val="center"/>
          </w:tcPr>
          <w:p w14:paraId="56B888FF" w14:textId="77777777" w:rsidR="00E050A2" w:rsidRDefault="004F2FC6">
            <w:pPr>
              <w:bidi/>
              <w:spacing w:before="30" w:after="30"/>
              <w:jc w:val="center"/>
            </w:pPr>
            <w:r>
              <w:rPr>
                <w:sz w:val="18"/>
                <w:szCs w:val="18"/>
                <w:rtl/>
              </w:rPr>
              <w:t>SI</w:t>
            </w:r>
          </w:p>
        </w:tc>
        <w:tc>
          <w:tcPr>
            <w:tcW w:w="1247" w:type="dxa"/>
            <w:shd w:val="clear" w:color="auto" w:fill="EEF1FA"/>
            <w:vAlign w:val="center"/>
          </w:tcPr>
          <w:p w14:paraId="006C7077" w14:textId="77777777" w:rsidR="00E050A2" w:rsidRDefault="004F2FC6">
            <w:pPr>
              <w:bidi/>
              <w:spacing w:before="30" w:after="30"/>
            </w:pPr>
            <w:r>
              <w:rPr>
                <w:sz w:val="18"/>
                <w:szCs w:val="18"/>
                <w:rtl/>
              </w:rPr>
              <w:t>الاستشاري</w:t>
            </w:r>
          </w:p>
        </w:tc>
        <w:tc>
          <w:tcPr>
            <w:tcW w:w="3402" w:type="dxa"/>
            <w:shd w:val="clear" w:color="auto" w:fill="EEF1FA"/>
            <w:vAlign w:val="center"/>
          </w:tcPr>
          <w:p w14:paraId="5B2336D5" w14:textId="77777777" w:rsidR="00E050A2" w:rsidRDefault="004F2FC6">
            <w:pPr>
              <w:bidi/>
              <w:spacing w:before="30" w:after="30"/>
            </w:pPr>
            <w:r>
              <w:rPr>
                <w:sz w:val="18"/>
                <w:szCs w:val="18"/>
                <w:rtl/>
              </w:rPr>
              <w:t>PRJ-ACE-SI-GN-0012</w:t>
            </w:r>
          </w:p>
        </w:tc>
        <w:tc>
          <w:tcPr>
            <w:tcW w:w="1701" w:type="dxa"/>
            <w:shd w:val="clear" w:color="auto" w:fill="EEF1FA"/>
            <w:vAlign w:val="center"/>
          </w:tcPr>
          <w:p w14:paraId="70FB6CA8" w14:textId="77777777" w:rsidR="00E050A2" w:rsidRDefault="004F2FC6">
            <w:pPr>
              <w:bidi/>
              <w:spacing w:before="30" w:after="30"/>
            </w:pPr>
            <w:r>
              <w:rPr>
                <w:sz w:val="18"/>
                <w:szCs w:val="18"/>
                <w:rtl/>
              </w:rPr>
              <w:t>تنفيذ فوري أو حسب النص</w:t>
            </w:r>
          </w:p>
        </w:tc>
      </w:tr>
      <w:tr w:rsidR="00E050A2" w14:paraId="16558717" w14:textId="77777777">
        <w:trPr>
          <w:cantSplit/>
          <w:trHeight w:val="340"/>
          <w:jc w:val="center"/>
        </w:trPr>
        <w:tc>
          <w:tcPr>
            <w:tcW w:w="2835" w:type="dxa"/>
            <w:vAlign w:val="center"/>
          </w:tcPr>
          <w:p w14:paraId="0A9DB65C" w14:textId="77777777" w:rsidR="00E050A2" w:rsidRDefault="004F2FC6">
            <w:pPr>
              <w:bidi/>
              <w:spacing w:before="30" w:after="30"/>
            </w:pPr>
            <w:r>
              <w:rPr>
                <w:sz w:val="18"/>
                <w:szCs w:val="18"/>
                <w:rtl/>
              </w:rPr>
              <w:t>ملاحظة موقع</w:t>
            </w:r>
          </w:p>
        </w:tc>
        <w:tc>
          <w:tcPr>
            <w:tcW w:w="907" w:type="dxa"/>
            <w:vAlign w:val="center"/>
          </w:tcPr>
          <w:p w14:paraId="5F698E75" w14:textId="77777777" w:rsidR="00E050A2" w:rsidRDefault="004F2FC6">
            <w:pPr>
              <w:bidi/>
              <w:spacing w:before="30" w:after="30"/>
              <w:jc w:val="center"/>
            </w:pPr>
            <w:r>
              <w:rPr>
                <w:sz w:val="18"/>
                <w:szCs w:val="18"/>
                <w:rtl/>
              </w:rPr>
              <w:t>SOR</w:t>
            </w:r>
          </w:p>
        </w:tc>
        <w:tc>
          <w:tcPr>
            <w:tcW w:w="1247" w:type="dxa"/>
            <w:vAlign w:val="center"/>
          </w:tcPr>
          <w:p w14:paraId="6F8B10B1" w14:textId="77777777" w:rsidR="00E050A2" w:rsidRDefault="004F2FC6">
            <w:pPr>
              <w:bidi/>
              <w:spacing w:before="30" w:after="30"/>
            </w:pPr>
            <w:r>
              <w:rPr>
                <w:sz w:val="18"/>
                <w:szCs w:val="18"/>
                <w:rtl/>
              </w:rPr>
              <w:t>الاستشاري</w:t>
            </w:r>
          </w:p>
        </w:tc>
        <w:tc>
          <w:tcPr>
            <w:tcW w:w="3402" w:type="dxa"/>
            <w:vAlign w:val="center"/>
          </w:tcPr>
          <w:p w14:paraId="450C4F9C" w14:textId="77777777" w:rsidR="00E050A2" w:rsidRDefault="004F2FC6">
            <w:pPr>
              <w:bidi/>
              <w:spacing w:before="30" w:after="30"/>
            </w:pPr>
            <w:r>
              <w:rPr>
                <w:sz w:val="18"/>
                <w:szCs w:val="18"/>
                <w:rtl/>
              </w:rPr>
              <w:t>PRJ-ACE-SOR-AR-0020</w:t>
            </w:r>
          </w:p>
        </w:tc>
        <w:tc>
          <w:tcPr>
            <w:tcW w:w="1701" w:type="dxa"/>
            <w:vAlign w:val="center"/>
          </w:tcPr>
          <w:p w14:paraId="0456F083" w14:textId="77777777" w:rsidR="00E050A2" w:rsidRDefault="004F2FC6">
            <w:pPr>
              <w:bidi/>
              <w:spacing w:before="30" w:after="30"/>
            </w:pPr>
            <w:r>
              <w:rPr>
                <w:sz w:val="18"/>
                <w:szCs w:val="18"/>
                <w:rtl/>
              </w:rPr>
              <w:t>48 ساعة</w:t>
            </w:r>
          </w:p>
        </w:tc>
      </w:tr>
      <w:tr w:rsidR="00E050A2" w14:paraId="7F501B13" w14:textId="77777777">
        <w:trPr>
          <w:cantSplit/>
          <w:trHeight w:val="340"/>
          <w:jc w:val="center"/>
        </w:trPr>
        <w:tc>
          <w:tcPr>
            <w:tcW w:w="2835" w:type="dxa"/>
            <w:shd w:val="clear" w:color="auto" w:fill="EEF1FA"/>
            <w:vAlign w:val="center"/>
          </w:tcPr>
          <w:p w14:paraId="6A2C4B5B" w14:textId="77777777" w:rsidR="00E050A2" w:rsidRDefault="004F2FC6">
            <w:pPr>
              <w:bidi/>
              <w:spacing w:before="30" w:after="30"/>
            </w:pPr>
            <w:r>
              <w:rPr>
                <w:sz w:val="18"/>
                <w:szCs w:val="18"/>
                <w:rtl/>
              </w:rPr>
              <w:t>مخطط تنفيذي</w:t>
            </w:r>
          </w:p>
        </w:tc>
        <w:tc>
          <w:tcPr>
            <w:tcW w:w="907" w:type="dxa"/>
            <w:shd w:val="clear" w:color="auto" w:fill="EEF1FA"/>
            <w:vAlign w:val="center"/>
          </w:tcPr>
          <w:p w14:paraId="4053BF45" w14:textId="77777777" w:rsidR="00E050A2" w:rsidRDefault="004F2FC6">
            <w:pPr>
              <w:bidi/>
              <w:spacing w:before="30" w:after="30"/>
              <w:jc w:val="center"/>
            </w:pPr>
            <w:r>
              <w:rPr>
                <w:sz w:val="18"/>
                <w:szCs w:val="18"/>
                <w:rtl/>
              </w:rPr>
              <w:t>SD</w:t>
            </w:r>
          </w:p>
        </w:tc>
        <w:tc>
          <w:tcPr>
            <w:tcW w:w="1247" w:type="dxa"/>
            <w:shd w:val="clear" w:color="auto" w:fill="EEF1FA"/>
            <w:vAlign w:val="center"/>
          </w:tcPr>
          <w:p w14:paraId="67DD9268" w14:textId="77777777" w:rsidR="00E050A2" w:rsidRDefault="004F2FC6">
            <w:pPr>
              <w:bidi/>
              <w:spacing w:before="30" w:after="30"/>
            </w:pPr>
            <w:r>
              <w:rPr>
                <w:sz w:val="18"/>
                <w:szCs w:val="18"/>
                <w:rtl/>
              </w:rPr>
              <w:t>المقاول</w:t>
            </w:r>
          </w:p>
        </w:tc>
        <w:tc>
          <w:tcPr>
            <w:tcW w:w="3402" w:type="dxa"/>
            <w:shd w:val="clear" w:color="auto" w:fill="EEF1FA"/>
            <w:vAlign w:val="center"/>
          </w:tcPr>
          <w:p w14:paraId="3A467F8A" w14:textId="77777777" w:rsidR="00E050A2" w:rsidRDefault="004F2FC6">
            <w:pPr>
              <w:bidi/>
              <w:spacing w:before="30" w:after="30"/>
            </w:pPr>
            <w:r>
              <w:rPr>
                <w:sz w:val="18"/>
                <w:szCs w:val="18"/>
                <w:rtl/>
              </w:rPr>
              <w:t>PRJ-CON-SD-ST-0101-R1</w:t>
            </w:r>
          </w:p>
        </w:tc>
        <w:tc>
          <w:tcPr>
            <w:tcW w:w="1701" w:type="dxa"/>
            <w:shd w:val="clear" w:color="auto" w:fill="EEF1FA"/>
            <w:vAlign w:val="center"/>
          </w:tcPr>
          <w:p w14:paraId="3D97B038" w14:textId="77777777" w:rsidR="00E050A2" w:rsidRDefault="004F2FC6">
            <w:pPr>
              <w:bidi/>
              <w:spacing w:before="30" w:after="30"/>
            </w:pPr>
            <w:r>
              <w:rPr>
                <w:sz w:val="18"/>
                <w:szCs w:val="18"/>
                <w:rtl/>
              </w:rPr>
              <w:t>14 يوما</w:t>
            </w:r>
          </w:p>
        </w:tc>
      </w:tr>
      <w:tr w:rsidR="00E050A2" w14:paraId="1F910AC4" w14:textId="77777777">
        <w:trPr>
          <w:cantSplit/>
          <w:trHeight w:val="340"/>
          <w:jc w:val="center"/>
        </w:trPr>
        <w:tc>
          <w:tcPr>
            <w:tcW w:w="2835" w:type="dxa"/>
            <w:vAlign w:val="center"/>
          </w:tcPr>
          <w:p w14:paraId="3F2B93B9" w14:textId="77777777" w:rsidR="00E050A2" w:rsidRDefault="004F2FC6">
            <w:pPr>
              <w:bidi/>
              <w:spacing w:before="30" w:after="30"/>
            </w:pPr>
            <w:r>
              <w:rPr>
                <w:sz w:val="18"/>
                <w:szCs w:val="18"/>
                <w:rtl/>
              </w:rPr>
              <w:t>طريقة تنفيذ</w:t>
            </w:r>
          </w:p>
        </w:tc>
        <w:tc>
          <w:tcPr>
            <w:tcW w:w="907" w:type="dxa"/>
            <w:vAlign w:val="center"/>
          </w:tcPr>
          <w:p w14:paraId="05CF08BC" w14:textId="77777777" w:rsidR="00E050A2" w:rsidRDefault="004F2FC6">
            <w:pPr>
              <w:bidi/>
              <w:spacing w:before="30" w:after="30"/>
              <w:jc w:val="center"/>
            </w:pPr>
            <w:r>
              <w:rPr>
                <w:sz w:val="18"/>
                <w:szCs w:val="18"/>
                <w:rtl/>
              </w:rPr>
              <w:t>MS</w:t>
            </w:r>
          </w:p>
        </w:tc>
        <w:tc>
          <w:tcPr>
            <w:tcW w:w="1247" w:type="dxa"/>
            <w:vAlign w:val="center"/>
          </w:tcPr>
          <w:p w14:paraId="728ED6AE" w14:textId="77777777" w:rsidR="00E050A2" w:rsidRDefault="004F2FC6">
            <w:pPr>
              <w:bidi/>
              <w:spacing w:before="30" w:after="30"/>
            </w:pPr>
            <w:r>
              <w:rPr>
                <w:sz w:val="18"/>
                <w:szCs w:val="18"/>
                <w:rtl/>
              </w:rPr>
              <w:t>المقاول</w:t>
            </w:r>
          </w:p>
        </w:tc>
        <w:tc>
          <w:tcPr>
            <w:tcW w:w="3402" w:type="dxa"/>
            <w:vAlign w:val="center"/>
          </w:tcPr>
          <w:p w14:paraId="6CCECEDD" w14:textId="77777777" w:rsidR="00E050A2" w:rsidRDefault="004F2FC6">
            <w:pPr>
              <w:bidi/>
              <w:spacing w:before="30" w:after="30"/>
            </w:pPr>
            <w:r>
              <w:rPr>
                <w:sz w:val="18"/>
                <w:szCs w:val="18"/>
                <w:rtl/>
              </w:rPr>
              <w:t>PRJ-CON-MS-WP-0004-R0</w:t>
            </w:r>
          </w:p>
        </w:tc>
        <w:tc>
          <w:tcPr>
            <w:tcW w:w="1701" w:type="dxa"/>
            <w:vAlign w:val="center"/>
          </w:tcPr>
          <w:p w14:paraId="54E2E5A7" w14:textId="77777777" w:rsidR="00E050A2" w:rsidRDefault="004F2FC6">
            <w:pPr>
              <w:bidi/>
              <w:spacing w:before="30" w:after="30"/>
            </w:pPr>
            <w:r>
              <w:rPr>
                <w:sz w:val="18"/>
                <w:szCs w:val="18"/>
                <w:rtl/>
              </w:rPr>
              <w:t>7 أيام</w:t>
            </w:r>
          </w:p>
        </w:tc>
      </w:tr>
      <w:tr w:rsidR="00E050A2" w14:paraId="0A75D00B" w14:textId="77777777">
        <w:trPr>
          <w:cantSplit/>
          <w:trHeight w:val="340"/>
          <w:jc w:val="center"/>
        </w:trPr>
        <w:tc>
          <w:tcPr>
            <w:tcW w:w="2835" w:type="dxa"/>
            <w:shd w:val="clear" w:color="auto" w:fill="EEF1FA"/>
            <w:vAlign w:val="center"/>
          </w:tcPr>
          <w:p w14:paraId="1A56C58A" w14:textId="77777777" w:rsidR="00E050A2" w:rsidRDefault="004F2FC6">
            <w:pPr>
              <w:bidi/>
              <w:spacing w:before="30" w:after="30"/>
            </w:pPr>
            <w:r>
              <w:rPr>
                <w:sz w:val="18"/>
                <w:szCs w:val="18"/>
                <w:rtl/>
              </w:rPr>
              <w:t>خطاب إحالة</w:t>
            </w:r>
          </w:p>
        </w:tc>
        <w:tc>
          <w:tcPr>
            <w:tcW w:w="907" w:type="dxa"/>
            <w:shd w:val="clear" w:color="auto" w:fill="EEF1FA"/>
            <w:vAlign w:val="center"/>
          </w:tcPr>
          <w:p w14:paraId="0DE50BCA" w14:textId="77777777" w:rsidR="00E050A2" w:rsidRDefault="004F2FC6">
            <w:pPr>
              <w:bidi/>
              <w:spacing w:before="30" w:after="30"/>
              <w:jc w:val="center"/>
            </w:pPr>
            <w:r>
              <w:rPr>
                <w:sz w:val="18"/>
                <w:szCs w:val="18"/>
                <w:rtl/>
              </w:rPr>
              <w:t>TRN</w:t>
            </w:r>
          </w:p>
        </w:tc>
        <w:tc>
          <w:tcPr>
            <w:tcW w:w="1247" w:type="dxa"/>
            <w:shd w:val="clear" w:color="auto" w:fill="EEF1FA"/>
            <w:vAlign w:val="center"/>
          </w:tcPr>
          <w:p w14:paraId="2701F0E4" w14:textId="77777777" w:rsidR="00E050A2" w:rsidRDefault="004F2FC6">
            <w:pPr>
              <w:bidi/>
              <w:spacing w:before="30" w:after="30"/>
            </w:pPr>
            <w:r>
              <w:rPr>
                <w:sz w:val="18"/>
                <w:szCs w:val="18"/>
                <w:rtl/>
              </w:rPr>
              <w:t>أي طرف</w:t>
            </w:r>
          </w:p>
        </w:tc>
        <w:tc>
          <w:tcPr>
            <w:tcW w:w="3402" w:type="dxa"/>
            <w:shd w:val="clear" w:color="auto" w:fill="EEF1FA"/>
            <w:vAlign w:val="center"/>
          </w:tcPr>
          <w:p w14:paraId="108330A0" w14:textId="77777777" w:rsidR="00E050A2" w:rsidRDefault="004F2FC6">
            <w:pPr>
              <w:bidi/>
              <w:spacing w:before="30" w:after="30"/>
            </w:pPr>
            <w:r>
              <w:rPr>
                <w:sz w:val="18"/>
                <w:szCs w:val="18"/>
                <w:rtl/>
              </w:rPr>
              <w:t>PRJ-CON-TRN-0230</w:t>
            </w:r>
          </w:p>
        </w:tc>
        <w:tc>
          <w:tcPr>
            <w:tcW w:w="1701" w:type="dxa"/>
            <w:shd w:val="clear" w:color="auto" w:fill="EEF1FA"/>
            <w:vAlign w:val="center"/>
          </w:tcPr>
          <w:p w14:paraId="13ED1CC8" w14:textId="77777777" w:rsidR="00E050A2" w:rsidRDefault="004F2FC6">
            <w:pPr>
              <w:bidi/>
              <w:spacing w:before="30" w:after="30"/>
            </w:pPr>
            <w:r>
              <w:rPr>
                <w:sz w:val="18"/>
                <w:szCs w:val="18"/>
                <w:rtl/>
              </w:rPr>
              <w:t>يسجل فورا</w:t>
            </w:r>
          </w:p>
        </w:tc>
      </w:tr>
      <w:tr w:rsidR="00E050A2" w14:paraId="65DC92C1" w14:textId="77777777">
        <w:trPr>
          <w:cantSplit/>
          <w:trHeight w:val="340"/>
          <w:jc w:val="center"/>
        </w:trPr>
        <w:tc>
          <w:tcPr>
            <w:tcW w:w="2835" w:type="dxa"/>
            <w:vAlign w:val="center"/>
          </w:tcPr>
          <w:p w14:paraId="64BAEFFD" w14:textId="77777777" w:rsidR="00E050A2" w:rsidRDefault="004F2FC6">
            <w:pPr>
              <w:bidi/>
              <w:spacing w:before="30" w:after="30"/>
            </w:pPr>
            <w:r>
              <w:rPr>
                <w:sz w:val="18"/>
                <w:szCs w:val="18"/>
                <w:rtl/>
              </w:rPr>
              <w:t>طلب إجراء تصحيحي</w:t>
            </w:r>
          </w:p>
        </w:tc>
        <w:tc>
          <w:tcPr>
            <w:tcW w:w="907" w:type="dxa"/>
            <w:vAlign w:val="center"/>
          </w:tcPr>
          <w:p w14:paraId="7295AD60" w14:textId="77777777" w:rsidR="00E050A2" w:rsidRDefault="004F2FC6">
            <w:pPr>
              <w:bidi/>
              <w:spacing w:before="30" w:after="30"/>
              <w:jc w:val="center"/>
            </w:pPr>
            <w:r>
              <w:rPr>
                <w:sz w:val="18"/>
                <w:szCs w:val="18"/>
                <w:rtl/>
              </w:rPr>
              <w:t>CAR</w:t>
            </w:r>
          </w:p>
        </w:tc>
        <w:tc>
          <w:tcPr>
            <w:tcW w:w="1247" w:type="dxa"/>
            <w:vAlign w:val="center"/>
          </w:tcPr>
          <w:p w14:paraId="73292E5D" w14:textId="77777777" w:rsidR="00E050A2" w:rsidRDefault="004F2FC6">
            <w:pPr>
              <w:bidi/>
              <w:spacing w:before="30" w:after="30"/>
            </w:pPr>
            <w:r>
              <w:rPr>
                <w:sz w:val="18"/>
                <w:szCs w:val="18"/>
                <w:rtl/>
              </w:rPr>
              <w:t>الاستشاري</w:t>
            </w:r>
          </w:p>
        </w:tc>
        <w:tc>
          <w:tcPr>
            <w:tcW w:w="3402" w:type="dxa"/>
            <w:vAlign w:val="center"/>
          </w:tcPr>
          <w:p w14:paraId="0DE4949C" w14:textId="77777777" w:rsidR="00E050A2" w:rsidRDefault="004F2FC6">
            <w:pPr>
              <w:bidi/>
              <w:spacing w:before="30" w:after="30"/>
            </w:pPr>
            <w:r>
              <w:rPr>
                <w:sz w:val="18"/>
                <w:szCs w:val="18"/>
                <w:rtl/>
              </w:rPr>
              <w:t>PRJ-ACE-CAR-GN-0003</w:t>
            </w:r>
          </w:p>
        </w:tc>
        <w:tc>
          <w:tcPr>
            <w:tcW w:w="1701" w:type="dxa"/>
            <w:vAlign w:val="center"/>
          </w:tcPr>
          <w:p w14:paraId="1525CAAA" w14:textId="77777777" w:rsidR="00E050A2" w:rsidRDefault="004F2FC6">
            <w:pPr>
              <w:bidi/>
              <w:spacing w:before="30" w:after="30"/>
            </w:pPr>
            <w:r>
              <w:rPr>
                <w:sz w:val="18"/>
                <w:szCs w:val="18"/>
                <w:rtl/>
              </w:rPr>
              <w:t>14 يوما</w:t>
            </w:r>
          </w:p>
        </w:tc>
      </w:tr>
    </w:tbl>
    <w:p w14:paraId="59F6DC64" w14:textId="77777777" w:rsidR="00E050A2" w:rsidRDefault="00E050A2">
      <w:pPr>
        <w:bidi/>
        <w:spacing w:after="40"/>
      </w:pPr>
    </w:p>
    <w:p w14:paraId="6E71BFD8" w14:textId="77777777" w:rsidR="00E050A2" w:rsidRDefault="004F2FC6">
      <w:pPr>
        <w:bidi/>
        <w:spacing w:after="80"/>
      </w:pPr>
      <w:r>
        <w:rPr>
          <w:color w:val="5B6475"/>
          <w:sz w:val="18"/>
          <w:szCs w:val="18"/>
          <w:rtl/>
        </w:rPr>
        <w:t>مدد الرد قيم افتراضية تعدل وفق العقد (Estimate).</w:t>
      </w:r>
    </w:p>
    <w:p w14:paraId="1CD9A14E" w14:textId="77777777" w:rsidR="00E050A2" w:rsidRDefault="004F2FC6">
      <w:pPr>
        <w:keepNext/>
        <w:bidi/>
        <w:spacing w:after="120"/>
        <w:outlineLvl w:val="1"/>
      </w:pPr>
      <w:r>
        <w:rPr>
          <w:b/>
          <w:bCs/>
          <w:color w:val="052976"/>
          <w:sz w:val="25"/>
          <w:szCs w:val="25"/>
          <w:rtl/>
        </w:rPr>
        <w:t>5.4 أكواد حالة الإصدار</w:t>
      </w:r>
    </w:p>
    <w:tbl>
      <w:tblPr>
        <w:tblStyle w:val="TableGrid"/>
        <w:bidiVisual/>
        <w:tblW w:w="0" w:type="auto"/>
        <w:jc w:val="center"/>
        <w:tblLayout w:type="fixed"/>
        <w:tblLook w:val="04A0" w:firstRow="1" w:lastRow="0" w:firstColumn="1" w:lastColumn="0" w:noHBand="0" w:noVBand="1"/>
      </w:tblPr>
      <w:tblGrid>
        <w:gridCol w:w="1247"/>
        <w:gridCol w:w="2721"/>
        <w:gridCol w:w="6123"/>
      </w:tblGrid>
      <w:tr w:rsidR="00E050A2" w14:paraId="4A6880EB" w14:textId="77777777">
        <w:trPr>
          <w:cantSplit/>
          <w:trHeight w:val="340"/>
          <w:tblHeader/>
          <w:jc w:val="center"/>
        </w:trPr>
        <w:tc>
          <w:tcPr>
            <w:tcW w:w="1247" w:type="dxa"/>
            <w:shd w:val="clear" w:color="auto" w:fill="052976"/>
            <w:vAlign w:val="center"/>
          </w:tcPr>
          <w:p w14:paraId="640DED19" w14:textId="77777777" w:rsidR="00E050A2" w:rsidRDefault="004F2FC6">
            <w:pPr>
              <w:bidi/>
              <w:spacing w:before="30" w:after="30"/>
              <w:jc w:val="center"/>
            </w:pPr>
            <w:r>
              <w:rPr>
                <w:b/>
                <w:bCs/>
                <w:color w:val="FFFFFF"/>
                <w:sz w:val="19"/>
                <w:szCs w:val="19"/>
                <w:rtl/>
              </w:rPr>
              <w:t>الكود</w:t>
            </w:r>
          </w:p>
        </w:tc>
        <w:tc>
          <w:tcPr>
            <w:tcW w:w="2721" w:type="dxa"/>
            <w:shd w:val="clear" w:color="auto" w:fill="052976"/>
            <w:vAlign w:val="center"/>
          </w:tcPr>
          <w:p w14:paraId="054DC807" w14:textId="77777777" w:rsidR="00E050A2" w:rsidRDefault="004F2FC6">
            <w:pPr>
              <w:bidi/>
              <w:spacing w:before="30" w:after="30"/>
              <w:jc w:val="center"/>
            </w:pPr>
            <w:r>
              <w:rPr>
                <w:b/>
                <w:bCs/>
                <w:color w:val="FFFFFF"/>
                <w:sz w:val="19"/>
                <w:szCs w:val="19"/>
                <w:rtl/>
              </w:rPr>
              <w:t>الحالة</w:t>
            </w:r>
          </w:p>
        </w:tc>
        <w:tc>
          <w:tcPr>
            <w:tcW w:w="6123" w:type="dxa"/>
            <w:shd w:val="clear" w:color="auto" w:fill="052976"/>
            <w:vAlign w:val="center"/>
          </w:tcPr>
          <w:p w14:paraId="13FF7642" w14:textId="77777777" w:rsidR="00E050A2" w:rsidRDefault="004F2FC6">
            <w:pPr>
              <w:bidi/>
              <w:spacing w:before="30" w:after="30"/>
              <w:jc w:val="center"/>
            </w:pPr>
            <w:r>
              <w:rPr>
                <w:b/>
                <w:bCs/>
                <w:color w:val="FFFFFF"/>
                <w:sz w:val="19"/>
                <w:szCs w:val="19"/>
                <w:rtl/>
              </w:rPr>
              <w:t>الاستخدام</w:t>
            </w:r>
          </w:p>
        </w:tc>
      </w:tr>
      <w:tr w:rsidR="00E050A2" w14:paraId="257E95DC" w14:textId="77777777">
        <w:trPr>
          <w:cantSplit/>
          <w:trHeight w:val="340"/>
          <w:jc w:val="center"/>
        </w:trPr>
        <w:tc>
          <w:tcPr>
            <w:tcW w:w="1247" w:type="dxa"/>
            <w:vAlign w:val="center"/>
          </w:tcPr>
          <w:p w14:paraId="26268107" w14:textId="77777777" w:rsidR="00E050A2" w:rsidRDefault="004F2FC6">
            <w:pPr>
              <w:bidi/>
              <w:spacing w:before="30" w:after="30"/>
              <w:jc w:val="center"/>
            </w:pPr>
            <w:r>
              <w:rPr>
                <w:sz w:val="18"/>
                <w:szCs w:val="18"/>
                <w:rtl/>
              </w:rPr>
              <w:t>IFR</w:t>
            </w:r>
          </w:p>
        </w:tc>
        <w:tc>
          <w:tcPr>
            <w:tcW w:w="2721" w:type="dxa"/>
            <w:vAlign w:val="center"/>
          </w:tcPr>
          <w:p w14:paraId="2E30B23A" w14:textId="77777777" w:rsidR="00E050A2" w:rsidRDefault="004F2FC6">
            <w:pPr>
              <w:bidi/>
              <w:spacing w:before="30" w:after="30"/>
            </w:pPr>
            <w:r>
              <w:rPr>
                <w:sz w:val="18"/>
                <w:szCs w:val="18"/>
                <w:rtl/>
              </w:rPr>
              <w:t>Issued for Review</w:t>
            </w:r>
          </w:p>
        </w:tc>
        <w:tc>
          <w:tcPr>
            <w:tcW w:w="6123" w:type="dxa"/>
            <w:vAlign w:val="center"/>
          </w:tcPr>
          <w:p w14:paraId="1D3215E4" w14:textId="77777777" w:rsidR="00E050A2" w:rsidRDefault="004F2FC6">
            <w:pPr>
              <w:bidi/>
              <w:spacing w:before="30" w:after="30"/>
            </w:pPr>
            <w:r>
              <w:rPr>
                <w:sz w:val="18"/>
                <w:szCs w:val="18"/>
                <w:rtl/>
              </w:rPr>
              <w:t>مقدم للمراجعة والتعليق</w:t>
            </w:r>
          </w:p>
        </w:tc>
      </w:tr>
      <w:tr w:rsidR="00E050A2" w14:paraId="4DAFD972" w14:textId="77777777">
        <w:trPr>
          <w:cantSplit/>
          <w:trHeight w:val="340"/>
          <w:jc w:val="center"/>
        </w:trPr>
        <w:tc>
          <w:tcPr>
            <w:tcW w:w="1247" w:type="dxa"/>
            <w:shd w:val="clear" w:color="auto" w:fill="EEF1FA"/>
            <w:vAlign w:val="center"/>
          </w:tcPr>
          <w:p w14:paraId="0447DE16" w14:textId="77777777" w:rsidR="00E050A2" w:rsidRDefault="004F2FC6">
            <w:pPr>
              <w:bidi/>
              <w:spacing w:before="30" w:after="30"/>
              <w:jc w:val="center"/>
            </w:pPr>
            <w:r>
              <w:rPr>
                <w:sz w:val="18"/>
                <w:szCs w:val="18"/>
                <w:rtl/>
              </w:rPr>
              <w:t>IFA</w:t>
            </w:r>
          </w:p>
        </w:tc>
        <w:tc>
          <w:tcPr>
            <w:tcW w:w="2721" w:type="dxa"/>
            <w:shd w:val="clear" w:color="auto" w:fill="EEF1FA"/>
            <w:vAlign w:val="center"/>
          </w:tcPr>
          <w:p w14:paraId="541F9834" w14:textId="77777777" w:rsidR="00E050A2" w:rsidRDefault="004F2FC6">
            <w:pPr>
              <w:bidi/>
              <w:spacing w:before="30" w:after="30"/>
            </w:pPr>
            <w:r>
              <w:rPr>
                <w:sz w:val="18"/>
                <w:szCs w:val="18"/>
                <w:rtl/>
              </w:rPr>
              <w:t>Issued for Approval</w:t>
            </w:r>
          </w:p>
        </w:tc>
        <w:tc>
          <w:tcPr>
            <w:tcW w:w="6123" w:type="dxa"/>
            <w:shd w:val="clear" w:color="auto" w:fill="EEF1FA"/>
            <w:vAlign w:val="center"/>
          </w:tcPr>
          <w:p w14:paraId="5B1EF528" w14:textId="77777777" w:rsidR="00E050A2" w:rsidRDefault="004F2FC6">
            <w:pPr>
              <w:bidi/>
              <w:spacing w:before="30" w:after="30"/>
            </w:pPr>
            <w:r>
              <w:rPr>
                <w:sz w:val="18"/>
                <w:szCs w:val="18"/>
                <w:rtl/>
              </w:rPr>
              <w:t>مقدم للاعتماد النهائي</w:t>
            </w:r>
          </w:p>
        </w:tc>
      </w:tr>
      <w:tr w:rsidR="00E050A2" w14:paraId="1760955F" w14:textId="77777777">
        <w:trPr>
          <w:cantSplit/>
          <w:trHeight w:val="340"/>
          <w:jc w:val="center"/>
        </w:trPr>
        <w:tc>
          <w:tcPr>
            <w:tcW w:w="1247" w:type="dxa"/>
            <w:vAlign w:val="center"/>
          </w:tcPr>
          <w:p w14:paraId="6E35C30D" w14:textId="77777777" w:rsidR="00E050A2" w:rsidRDefault="004F2FC6">
            <w:pPr>
              <w:bidi/>
              <w:spacing w:before="30" w:after="30"/>
              <w:jc w:val="center"/>
            </w:pPr>
            <w:r>
              <w:rPr>
                <w:sz w:val="18"/>
                <w:szCs w:val="18"/>
                <w:rtl/>
              </w:rPr>
              <w:t>IFC</w:t>
            </w:r>
          </w:p>
        </w:tc>
        <w:tc>
          <w:tcPr>
            <w:tcW w:w="2721" w:type="dxa"/>
            <w:vAlign w:val="center"/>
          </w:tcPr>
          <w:p w14:paraId="1F88C55B" w14:textId="77777777" w:rsidR="00E050A2" w:rsidRDefault="004F2FC6">
            <w:pPr>
              <w:bidi/>
              <w:spacing w:before="30" w:after="30"/>
            </w:pPr>
            <w:r>
              <w:rPr>
                <w:sz w:val="18"/>
                <w:szCs w:val="18"/>
                <w:rtl/>
              </w:rPr>
              <w:t>Issued for Construction</w:t>
            </w:r>
          </w:p>
        </w:tc>
        <w:tc>
          <w:tcPr>
            <w:tcW w:w="6123" w:type="dxa"/>
            <w:vAlign w:val="center"/>
          </w:tcPr>
          <w:p w14:paraId="5D0802CF" w14:textId="77777777" w:rsidR="00E050A2" w:rsidRDefault="004F2FC6">
            <w:pPr>
              <w:bidi/>
              <w:spacing w:before="30" w:after="30"/>
            </w:pPr>
            <w:r>
              <w:rPr>
                <w:sz w:val="18"/>
                <w:szCs w:val="18"/>
                <w:rtl/>
              </w:rPr>
              <w:t>معتمد للتنفيذ في الموقع</w:t>
            </w:r>
          </w:p>
        </w:tc>
      </w:tr>
      <w:tr w:rsidR="00E050A2" w14:paraId="653B0CC7" w14:textId="77777777">
        <w:trPr>
          <w:cantSplit/>
          <w:trHeight w:val="340"/>
          <w:jc w:val="center"/>
        </w:trPr>
        <w:tc>
          <w:tcPr>
            <w:tcW w:w="1247" w:type="dxa"/>
            <w:shd w:val="clear" w:color="auto" w:fill="EEF1FA"/>
            <w:vAlign w:val="center"/>
          </w:tcPr>
          <w:p w14:paraId="6F4F0CA4" w14:textId="77777777" w:rsidR="00E050A2" w:rsidRDefault="004F2FC6">
            <w:pPr>
              <w:bidi/>
              <w:spacing w:before="30" w:after="30"/>
              <w:jc w:val="center"/>
            </w:pPr>
            <w:r>
              <w:rPr>
                <w:sz w:val="18"/>
                <w:szCs w:val="18"/>
                <w:rtl/>
              </w:rPr>
              <w:t>IFI</w:t>
            </w:r>
          </w:p>
        </w:tc>
        <w:tc>
          <w:tcPr>
            <w:tcW w:w="2721" w:type="dxa"/>
            <w:shd w:val="clear" w:color="auto" w:fill="EEF1FA"/>
            <w:vAlign w:val="center"/>
          </w:tcPr>
          <w:p w14:paraId="46A4D315" w14:textId="77777777" w:rsidR="00E050A2" w:rsidRDefault="004F2FC6">
            <w:pPr>
              <w:bidi/>
              <w:spacing w:before="30" w:after="30"/>
            </w:pPr>
            <w:r>
              <w:rPr>
                <w:sz w:val="18"/>
                <w:szCs w:val="18"/>
                <w:rtl/>
              </w:rPr>
              <w:t>Issued for Information</w:t>
            </w:r>
          </w:p>
        </w:tc>
        <w:tc>
          <w:tcPr>
            <w:tcW w:w="6123" w:type="dxa"/>
            <w:shd w:val="clear" w:color="auto" w:fill="EEF1FA"/>
            <w:vAlign w:val="center"/>
          </w:tcPr>
          <w:p w14:paraId="3C42AEDC" w14:textId="77777777" w:rsidR="00E050A2" w:rsidRDefault="004F2FC6">
            <w:pPr>
              <w:bidi/>
              <w:spacing w:before="30" w:after="30"/>
            </w:pPr>
            <w:r>
              <w:rPr>
                <w:sz w:val="18"/>
                <w:szCs w:val="18"/>
                <w:rtl/>
              </w:rPr>
              <w:t>للعلم فقط، لا يعمل به في التنفيذ</w:t>
            </w:r>
          </w:p>
        </w:tc>
      </w:tr>
      <w:tr w:rsidR="00E050A2" w14:paraId="639D779E" w14:textId="77777777">
        <w:trPr>
          <w:cantSplit/>
          <w:trHeight w:val="340"/>
          <w:jc w:val="center"/>
        </w:trPr>
        <w:tc>
          <w:tcPr>
            <w:tcW w:w="1247" w:type="dxa"/>
            <w:vAlign w:val="center"/>
          </w:tcPr>
          <w:p w14:paraId="25662CD9" w14:textId="77777777" w:rsidR="00E050A2" w:rsidRDefault="004F2FC6">
            <w:pPr>
              <w:bidi/>
              <w:spacing w:before="30" w:after="30"/>
              <w:jc w:val="center"/>
            </w:pPr>
            <w:r>
              <w:rPr>
                <w:sz w:val="18"/>
                <w:szCs w:val="18"/>
                <w:rtl/>
              </w:rPr>
              <w:t>AB</w:t>
            </w:r>
          </w:p>
        </w:tc>
        <w:tc>
          <w:tcPr>
            <w:tcW w:w="2721" w:type="dxa"/>
            <w:vAlign w:val="center"/>
          </w:tcPr>
          <w:p w14:paraId="5BD352A7" w14:textId="77777777" w:rsidR="00E050A2" w:rsidRDefault="004F2FC6">
            <w:pPr>
              <w:bidi/>
              <w:spacing w:before="30" w:after="30"/>
            </w:pPr>
            <w:r>
              <w:rPr>
                <w:sz w:val="18"/>
                <w:szCs w:val="18"/>
                <w:rtl/>
              </w:rPr>
              <w:t>As Built</w:t>
            </w:r>
          </w:p>
        </w:tc>
        <w:tc>
          <w:tcPr>
            <w:tcW w:w="6123" w:type="dxa"/>
            <w:vAlign w:val="center"/>
          </w:tcPr>
          <w:p w14:paraId="5516B7FE" w14:textId="77777777" w:rsidR="00E050A2" w:rsidRDefault="004F2FC6">
            <w:pPr>
              <w:bidi/>
              <w:spacing w:before="30" w:after="30"/>
            </w:pPr>
            <w:r>
              <w:rPr>
                <w:sz w:val="18"/>
                <w:szCs w:val="18"/>
                <w:rtl/>
              </w:rPr>
              <w:t>مطابق للمنفذ فعليا، يسلم مع ملف التسليم</w:t>
            </w:r>
          </w:p>
        </w:tc>
      </w:tr>
      <w:tr w:rsidR="00E050A2" w14:paraId="16D25285" w14:textId="77777777">
        <w:trPr>
          <w:cantSplit/>
          <w:trHeight w:val="340"/>
          <w:jc w:val="center"/>
        </w:trPr>
        <w:tc>
          <w:tcPr>
            <w:tcW w:w="1247" w:type="dxa"/>
            <w:shd w:val="clear" w:color="auto" w:fill="EEF1FA"/>
            <w:vAlign w:val="center"/>
          </w:tcPr>
          <w:p w14:paraId="2B02DB44" w14:textId="77777777" w:rsidR="00E050A2" w:rsidRDefault="004F2FC6">
            <w:pPr>
              <w:bidi/>
              <w:spacing w:before="30" w:after="30"/>
              <w:jc w:val="center"/>
            </w:pPr>
            <w:r>
              <w:rPr>
                <w:sz w:val="18"/>
                <w:szCs w:val="18"/>
                <w:rtl/>
              </w:rPr>
              <w:t>SS</w:t>
            </w:r>
          </w:p>
        </w:tc>
        <w:tc>
          <w:tcPr>
            <w:tcW w:w="2721" w:type="dxa"/>
            <w:shd w:val="clear" w:color="auto" w:fill="EEF1FA"/>
            <w:vAlign w:val="center"/>
          </w:tcPr>
          <w:p w14:paraId="27A284A4" w14:textId="77777777" w:rsidR="00E050A2" w:rsidRDefault="004F2FC6">
            <w:pPr>
              <w:bidi/>
              <w:spacing w:before="30" w:after="30"/>
            </w:pPr>
            <w:r>
              <w:rPr>
                <w:sz w:val="18"/>
                <w:szCs w:val="18"/>
                <w:rtl/>
              </w:rPr>
              <w:t>Superseded</w:t>
            </w:r>
          </w:p>
        </w:tc>
        <w:tc>
          <w:tcPr>
            <w:tcW w:w="6123" w:type="dxa"/>
            <w:shd w:val="clear" w:color="auto" w:fill="EEF1FA"/>
            <w:vAlign w:val="center"/>
          </w:tcPr>
          <w:p w14:paraId="20C73F41" w14:textId="77777777" w:rsidR="00E050A2" w:rsidRDefault="004F2FC6">
            <w:pPr>
              <w:bidi/>
              <w:spacing w:before="30" w:after="30"/>
            </w:pPr>
            <w:r>
              <w:rPr>
                <w:sz w:val="18"/>
                <w:szCs w:val="18"/>
                <w:rtl/>
              </w:rPr>
              <w:t>ملغى ومستبدل بإصدار أحدث</w:t>
            </w:r>
          </w:p>
        </w:tc>
      </w:tr>
    </w:tbl>
    <w:p w14:paraId="1DB46ABF" w14:textId="77777777" w:rsidR="00E050A2" w:rsidRDefault="00E050A2">
      <w:pPr>
        <w:bidi/>
        <w:spacing w:after="40"/>
      </w:pPr>
    </w:p>
    <w:p w14:paraId="2D6FDE3B" w14:textId="77777777" w:rsidR="00E050A2" w:rsidRDefault="004F2FC6">
      <w:pPr>
        <w:keepNext/>
        <w:bidi/>
        <w:spacing w:after="120"/>
        <w:outlineLvl w:val="1"/>
      </w:pPr>
      <w:r>
        <w:rPr>
          <w:b/>
          <w:bCs/>
          <w:color w:val="052976"/>
          <w:sz w:val="25"/>
          <w:szCs w:val="25"/>
          <w:rtl/>
        </w:rPr>
        <w:t>5.5 الحفظ والأرشفة</w:t>
      </w:r>
    </w:p>
    <w:p w14:paraId="37AD43CB" w14:textId="77777777" w:rsidR="00E050A2" w:rsidRDefault="004F2FC6">
      <w:pPr>
        <w:bidi/>
        <w:spacing w:after="80"/>
      </w:pPr>
      <w:r>
        <w:rPr>
          <w:sz w:val="21"/>
          <w:szCs w:val="21"/>
          <w:rtl/>
        </w:rPr>
        <w:t>تحفظ سجلات الجودة طوال مدة المشروع وفترة الضمان، وتسلم للمالك عند الاستلام النهائي، ويحتفظ الاستشاري بنسخة إلكترونية لمدة لا تقل عن عشر سنوات أو حسب العقد.</w:t>
      </w:r>
    </w:p>
    <w:p w14:paraId="0D0E8BBB" w14:textId="77777777" w:rsidR="00E050A2" w:rsidRDefault="004F2FC6">
      <w:pPr>
        <w:keepNext/>
        <w:pBdr>
          <w:bottom w:val="single" w:sz="8" w:space="1" w:color="2633FF"/>
        </w:pBdr>
        <w:bidi/>
        <w:spacing w:before="200" w:after="120"/>
        <w:outlineLvl w:val="0"/>
      </w:pPr>
      <w:r>
        <w:rPr>
          <w:b/>
          <w:bCs/>
          <w:color w:val="052976"/>
          <w:sz w:val="30"/>
          <w:szCs w:val="30"/>
          <w:rtl/>
        </w:rPr>
        <w:t>6. إجراء التقديمات وأكواد الاعتماد</w:t>
      </w:r>
    </w:p>
    <w:p w14:paraId="02133544" w14:textId="77777777" w:rsidR="00E050A2" w:rsidRDefault="004F2FC6">
      <w:pPr>
        <w:keepNext/>
        <w:bidi/>
        <w:spacing w:after="120"/>
        <w:outlineLvl w:val="1"/>
      </w:pPr>
      <w:r>
        <w:rPr>
          <w:b/>
          <w:bCs/>
          <w:color w:val="052976"/>
          <w:sz w:val="25"/>
          <w:szCs w:val="25"/>
          <w:rtl/>
        </w:rPr>
        <w:t>6.1 أنواع التقديمات</w:t>
      </w:r>
    </w:p>
    <w:p w14:paraId="35EF2B40" w14:textId="77777777" w:rsidR="00E050A2" w:rsidRDefault="004F2FC6">
      <w:pPr>
        <w:bidi/>
        <w:spacing w:after="80"/>
      </w:pPr>
      <w:r>
        <w:rPr>
          <w:sz w:val="21"/>
          <w:szCs w:val="21"/>
          <w:rtl/>
        </w:rPr>
        <w:t>تشمل التقديمات: المخططات التنفيذية، طرق التنفيذ، المواد والعينات، الموردين ومقاولي الباطن، الخلطات التصميمية، البرنامج الزمني، خطط ITP، الحسابات الإنشائية للشدات والأعمال المؤقتة، ومخططات As built.</w:t>
      </w:r>
    </w:p>
    <w:p w14:paraId="335AFCE9" w14:textId="77777777" w:rsidR="00E050A2" w:rsidRDefault="004F2FC6">
      <w:pPr>
        <w:keepNext/>
        <w:bidi/>
        <w:spacing w:after="120"/>
        <w:outlineLvl w:val="1"/>
      </w:pPr>
      <w:r>
        <w:rPr>
          <w:b/>
          <w:bCs/>
          <w:color w:val="052976"/>
          <w:sz w:val="25"/>
          <w:szCs w:val="25"/>
          <w:rtl/>
        </w:rPr>
        <w:t>6.2 خطوات التقديم</w:t>
      </w:r>
    </w:p>
    <w:p w14:paraId="44A54C23" w14:textId="77777777" w:rsidR="00E050A2" w:rsidRDefault="004F2FC6">
      <w:pPr>
        <w:bidi/>
        <w:spacing w:after="40"/>
      </w:pPr>
      <w:r>
        <w:rPr>
          <w:sz w:val="21"/>
          <w:szCs w:val="21"/>
          <w:rtl/>
        </w:rPr>
        <w:t>6.2.1  يعد المقاول جدول التقديمات Submittal Schedule مرتبطا بالبرنامج الزمني خلال 21 يوما من تسليم الموقع، بحيث يسبق كل تقديم تاريخ الحاجة له بمدة المراجعة مضافا إليها مدة التوريد.</w:t>
      </w:r>
    </w:p>
    <w:p w14:paraId="1466BE39" w14:textId="77777777" w:rsidR="00E050A2" w:rsidRDefault="004F2FC6">
      <w:pPr>
        <w:bidi/>
        <w:spacing w:after="40"/>
      </w:pPr>
      <w:r>
        <w:rPr>
          <w:sz w:val="21"/>
          <w:szCs w:val="21"/>
          <w:rtl/>
        </w:rPr>
        <w:t>6.2.2  يراجع مدير الجودة لدى المقاول التقديم داخليا ويختمه بختم المراجعة قبل الإرسال، ويرفض الاستشاري أي تقديم بدون هذا الختم.</w:t>
      </w:r>
    </w:p>
    <w:p w14:paraId="449C4C93" w14:textId="77777777" w:rsidR="00E050A2" w:rsidRDefault="004F2FC6">
      <w:pPr>
        <w:bidi/>
        <w:spacing w:after="40"/>
      </w:pPr>
      <w:r>
        <w:rPr>
          <w:sz w:val="21"/>
          <w:szCs w:val="21"/>
          <w:rtl/>
        </w:rPr>
        <w:t>6.2.3  يرسل التقديم بخطاب إحالة TRN مع نموذج الغلاف، ويذكر فيه أي انحراف عن المواصفات صراحة في خانة مستقلة.</w:t>
      </w:r>
    </w:p>
    <w:p w14:paraId="3B328243" w14:textId="77777777" w:rsidR="00E050A2" w:rsidRDefault="004F2FC6">
      <w:pPr>
        <w:bidi/>
        <w:spacing w:after="40"/>
      </w:pPr>
      <w:r>
        <w:rPr>
          <w:sz w:val="21"/>
          <w:szCs w:val="21"/>
          <w:rtl/>
        </w:rPr>
        <w:t>6.2.4  يسجل الاستشاري التقديم في سجله، ويرد خلال المدة التعاقدية بأحد أكواد البند 6.3.</w:t>
      </w:r>
    </w:p>
    <w:p w14:paraId="1BBC1C88" w14:textId="77777777" w:rsidR="00E050A2" w:rsidRDefault="004F2FC6">
      <w:pPr>
        <w:bidi/>
        <w:spacing w:after="40"/>
      </w:pPr>
      <w:r>
        <w:rPr>
          <w:sz w:val="21"/>
          <w:szCs w:val="21"/>
          <w:rtl/>
        </w:rPr>
        <w:t>6.2.5  عند الكود C أو D يعيد المقاول التقديم بإصدار جديد R1 خلال 7 أيام مع جدول رد على كل تعليق Comment Response Sheet.</w:t>
      </w:r>
    </w:p>
    <w:p w14:paraId="1A9F5F3B" w14:textId="77777777" w:rsidR="00E050A2" w:rsidRDefault="004F2FC6">
      <w:pPr>
        <w:bidi/>
        <w:spacing w:after="40"/>
      </w:pPr>
      <w:r>
        <w:rPr>
          <w:sz w:val="21"/>
          <w:szCs w:val="21"/>
          <w:rtl/>
        </w:rPr>
        <w:t>6.2.6  لا يبدأ أي توريد أو تنفيذ قبل الحصول على الكود A أو B.</w:t>
      </w:r>
    </w:p>
    <w:p w14:paraId="6F151B65" w14:textId="77777777" w:rsidR="00E050A2" w:rsidRDefault="004F2FC6">
      <w:pPr>
        <w:keepNext/>
        <w:bidi/>
        <w:spacing w:after="120"/>
        <w:outlineLvl w:val="1"/>
      </w:pPr>
      <w:r>
        <w:rPr>
          <w:b/>
          <w:bCs/>
          <w:color w:val="052976"/>
          <w:sz w:val="25"/>
          <w:szCs w:val="25"/>
          <w:rtl/>
        </w:rPr>
        <w:t>6.3 أكواد الاعتماد</w:t>
      </w:r>
    </w:p>
    <w:tbl>
      <w:tblPr>
        <w:tblStyle w:val="TableGrid"/>
        <w:bidiVisual/>
        <w:tblW w:w="0" w:type="auto"/>
        <w:jc w:val="center"/>
        <w:tblLayout w:type="fixed"/>
        <w:tblLook w:val="04A0" w:firstRow="1" w:lastRow="0" w:firstColumn="1" w:lastColumn="0" w:noHBand="0" w:noVBand="1"/>
      </w:tblPr>
      <w:tblGrid>
        <w:gridCol w:w="1020"/>
        <w:gridCol w:w="2835"/>
        <w:gridCol w:w="6236"/>
      </w:tblGrid>
      <w:tr w:rsidR="00E050A2" w14:paraId="5861AB1F" w14:textId="77777777">
        <w:trPr>
          <w:cantSplit/>
          <w:trHeight w:val="340"/>
          <w:tblHeader/>
          <w:jc w:val="center"/>
        </w:trPr>
        <w:tc>
          <w:tcPr>
            <w:tcW w:w="1020" w:type="dxa"/>
            <w:shd w:val="clear" w:color="auto" w:fill="052976"/>
            <w:vAlign w:val="center"/>
          </w:tcPr>
          <w:p w14:paraId="17C8DE0A" w14:textId="77777777" w:rsidR="00E050A2" w:rsidRDefault="004F2FC6">
            <w:pPr>
              <w:bidi/>
              <w:spacing w:before="30" w:after="30"/>
              <w:jc w:val="center"/>
            </w:pPr>
            <w:r>
              <w:rPr>
                <w:b/>
                <w:bCs/>
                <w:color w:val="FFFFFF"/>
                <w:sz w:val="19"/>
                <w:szCs w:val="19"/>
                <w:rtl/>
              </w:rPr>
              <w:t>الكود</w:t>
            </w:r>
          </w:p>
        </w:tc>
        <w:tc>
          <w:tcPr>
            <w:tcW w:w="2835" w:type="dxa"/>
            <w:shd w:val="clear" w:color="auto" w:fill="052976"/>
            <w:vAlign w:val="center"/>
          </w:tcPr>
          <w:p w14:paraId="0FFAF24A" w14:textId="77777777" w:rsidR="00E050A2" w:rsidRDefault="004F2FC6">
            <w:pPr>
              <w:bidi/>
              <w:spacing w:before="30" w:after="30"/>
              <w:jc w:val="center"/>
            </w:pPr>
            <w:r>
              <w:rPr>
                <w:b/>
                <w:bCs/>
                <w:color w:val="FFFFFF"/>
                <w:sz w:val="19"/>
                <w:szCs w:val="19"/>
                <w:rtl/>
              </w:rPr>
              <w:t>الحالة</w:t>
            </w:r>
          </w:p>
        </w:tc>
        <w:tc>
          <w:tcPr>
            <w:tcW w:w="6236" w:type="dxa"/>
            <w:shd w:val="clear" w:color="auto" w:fill="052976"/>
            <w:vAlign w:val="center"/>
          </w:tcPr>
          <w:p w14:paraId="292DAD64" w14:textId="77777777" w:rsidR="00E050A2" w:rsidRDefault="004F2FC6">
            <w:pPr>
              <w:bidi/>
              <w:spacing w:before="30" w:after="30"/>
              <w:jc w:val="center"/>
            </w:pPr>
            <w:r>
              <w:rPr>
                <w:b/>
                <w:bCs/>
                <w:color w:val="FFFFFF"/>
                <w:sz w:val="19"/>
                <w:szCs w:val="19"/>
                <w:rtl/>
              </w:rPr>
              <w:t>الإجراء المطلوب من المقاول</w:t>
            </w:r>
          </w:p>
        </w:tc>
      </w:tr>
      <w:tr w:rsidR="00E050A2" w14:paraId="32812FE1" w14:textId="77777777">
        <w:trPr>
          <w:cantSplit/>
          <w:trHeight w:val="340"/>
          <w:jc w:val="center"/>
        </w:trPr>
        <w:tc>
          <w:tcPr>
            <w:tcW w:w="1020" w:type="dxa"/>
            <w:vAlign w:val="center"/>
          </w:tcPr>
          <w:p w14:paraId="35EE9D47" w14:textId="77777777" w:rsidR="00E050A2" w:rsidRDefault="004F2FC6">
            <w:pPr>
              <w:bidi/>
              <w:spacing w:before="30" w:after="30"/>
              <w:jc w:val="center"/>
            </w:pPr>
            <w:r>
              <w:rPr>
                <w:sz w:val="18"/>
                <w:szCs w:val="18"/>
                <w:rtl/>
              </w:rPr>
              <w:t>A</w:t>
            </w:r>
          </w:p>
        </w:tc>
        <w:tc>
          <w:tcPr>
            <w:tcW w:w="2835" w:type="dxa"/>
            <w:vAlign w:val="center"/>
          </w:tcPr>
          <w:p w14:paraId="1E147E8B" w14:textId="77777777" w:rsidR="00E050A2" w:rsidRDefault="004F2FC6">
            <w:pPr>
              <w:bidi/>
              <w:spacing w:before="30" w:after="30"/>
            </w:pPr>
            <w:r>
              <w:rPr>
                <w:sz w:val="18"/>
                <w:szCs w:val="18"/>
                <w:rtl/>
              </w:rPr>
              <w:t>معتمد Approved</w:t>
            </w:r>
          </w:p>
        </w:tc>
        <w:tc>
          <w:tcPr>
            <w:tcW w:w="6236" w:type="dxa"/>
            <w:vAlign w:val="center"/>
          </w:tcPr>
          <w:p w14:paraId="1347547E" w14:textId="77777777" w:rsidR="00E050A2" w:rsidRDefault="004F2FC6">
            <w:pPr>
              <w:bidi/>
              <w:spacing w:before="30" w:after="30"/>
            </w:pPr>
            <w:r>
              <w:rPr>
                <w:sz w:val="18"/>
                <w:szCs w:val="18"/>
                <w:rtl/>
              </w:rPr>
              <w:t>يبدأ التوريد أو التنفيذ، ولا يلزم إعادة التقديم</w:t>
            </w:r>
          </w:p>
        </w:tc>
      </w:tr>
      <w:tr w:rsidR="00E050A2" w14:paraId="66A0BD88" w14:textId="77777777">
        <w:trPr>
          <w:cantSplit/>
          <w:trHeight w:val="340"/>
          <w:jc w:val="center"/>
        </w:trPr>
        <w:tc>
          <w:tcPr>
            <w:tcW w:w="1020" w:type="dxa"/>
            <w:shd w:val="clear" w:color="auto" w:fill="EEF1FA"/>
            <w:vAlign w:val="center"/>
          </w:tcPr>
          <w:p w14:paraId="211696DE" w14:textId="77777777" w:rsidR="00E050A2" w:rsidRDefault="004F2FC6">
            <w:pPr>
              <w:bidi/>
              <w:spacing w:before="30" w:after="30"/>
              <w:jc w:val="center"/>
            </w:pPr>
            <w:r>
              <w:rPr>
                <w:sz w:val="18"/>
                <w:szCs w:val="18"/>
                <w:rtl/>
              </w:rPr>
              <w:t>B</w:t>
            </w:r>
          </w:p>
        </w:tc>
        <w:tc>
          <w:tcPr>
            <w:tcW w:w="2835" w:type="dxa"/>
            <w:shd w:val="clear" w:color="auto" w:fill="EEF1FA"/>
            <w:vAlign w:val="center"/>
          </w:tcPr>
          <w:p w14:paraId="7AA68B1A" w14:textId="77777777" w:rsidR="00E050A2" w:rsidRDefault="004F2FC6">
            <w:pPr>
              <w:bidi/>
              <w:spacing w:before="30" w:after="30"/>
            </w:pPr>
            <w:r>
              <w:rPr>
                <w:sz w:val="18"/>
                <w:szCs w:val="18"/>
                <w:rtl/>
              </w:rPr>
              <w:t>معتمد بملاحظات Approved as Noted</w:t>
            </w:r>
          </w:p>
        </w:tc>
        <w:tc>
          <w:tcPr>
            <w:tcW w:w="6236" w:type="dxa"/>
            <w:shd w:val="clear" w:color="auto" w:fill="EEF1FA"/>
            <w:vAlign w:val="center"/>
          </w:tcPr>
          <w:p w14:paraId="62335715" w14:textId="77777777" w:rsidR="00E050A2" w:rsidRDefault="004F2FC6">
            <w:pPr>
              <w:bidi/>
              <w:spacing w:before="30" w:after="30"/>
            </w:pPr>
            <w:r>
              <w:rPr>
                <w:sz w:val="18"/>
                <w:szCs w:val="18"/>
                <w:rtl/>
              </w:rPr>
              <w:t>يبدأ التنفيذ مع الالتزام بالملاحظات، ويعاد التقديم للتوثيق إذا طلب الاستشاري ذلك</w:t>
            </w:r>
          </w:p>
        </w:tc>
      </w:tr>
      <w:tr w:rsidR="00E050A2" w14:paraId="70A26B5B" w14:textId="77777777">
        <w:trPr>
          <w:cantSplit/>
          <w:trHeight w:val="340"/>
          <w:jc w:val="center"/>
        </w:trPr>
        <w:tc>
          <w:tcPr>
            <w:tcW w:w="1020" w:type="dxa"/>
            <w:vAlign w:val="center"/>
          </w:tcPr>
          <w:p w14:paraId="3F9402BE" w14:textId="77777777" w:rsidR="00E050A2" w:rsidRDefault="004F2FC6">
            <w:pPr>
              <w:bidi/>
              <w:spacing w:before="30" w:after="30"/>
              <w:jc w:val="center"/>
            </w:pPr>
            <w:r>
              <w:rPr>
                <w:sz w:val="18"/>
                <w:szCs w:val="18"/>
                <w:rtl/>
              </w:rPr>
              <w:t>C</w:t>
            </w:r>
          </w:p>
        </w:tc>
        <w:tc>
          <w:tcPr>
            <w:tcW w:w="2835" w:type="dxa"/>
            <w:vAlign w:val="center"/>
          </w:tcPr>
          <w:p w14:paraId="2C3A01ED" w14:textId="77777777" w:rsidR="00E050A2" w:rsidRDefault="004F2FC6">
            <w:pPr>
              <w:bidi/>
              <w:spacing w:before="30" w:after="30"/>
            </w:pPr>
            <w:r>
              <w:rPr>
                <w:sz w:val="18"/>
                <w:szCs w:val="18"/>
                <w:rtl/>
              </w:rPr>
              <w:t>يعدل ويعاد تقديمه Revise and Resubmit</w:t>
            </w:r>
          </w:p>
        </w:tc>
        <w:tc>
          <w:tcPr>
            <w:tcW w:w="6236" w:type="dxa"/>
            <w:vAlign w:val="center"/>
          </w:tcPr>
          <w:p w14:paraId="48689ED7" w14:textId="77777777" w:rsidR="00E050A2" w:rsidRDefault="004F2FC6">
            <w:pPr>
              <w:bidi/>
              <w:spacing w:before="30" w:after="30"/>
            </w:pPr>
            <w:r>
              <w:rPr>
                <w:sz w:val="18"/>
                <w:szCs w:val="18"/>
                <w:rtl/>
              </w:rPr>
              <w:t>لا يبدأ التنفيذ، يعدل التقديم ويعاد خلال 7 أيام</w:t>
            </w:r>
          </w:p>
        </w:tc>
      </w:tr>
      <w:tr w:rsidR="00E050A2" w14:paraId="1D7A1710" w14:textId="77777777">
        <w:trPr>
          <w:cantSplit/>
          <w:trHeight w:val="340"/>
          <w:jc w:val="center"/>
        </w:trPr>
        <w:tc>
          <w:tcPr>
            <w:tcW w:w="1020" w:type="dxa"/>
            <w:shd w:val="clear" w:color="auto" w:fill="EEF1FA"/>
            <w:vAlign w:val="center"/>
          </w:tcPr>
          <w:p w14:paraId="21FD6651" w14:textId="77777777" w:rsidR="00E050A2" w:rsidRDefault="004F2FC6">
            <w:pPr>
              <w:bidi/>
              <w:spacing w:before="30" w:after="30"/>
              <w:jc w:val="center"/>
            </w:pPr>
            <w:r>
              <w:rPr>
                <w:sz w:val="18"/>
                <w:szCs w:val="18"/>
                <w:rtl/>
              </w:rPr>
              <w:t>D</w:t>
            </w:r>
          </w:p>
        </w:tc>
        <w:tc>
          <w:tcPr>
            <w:tcW w:w="2835" w:type="dxa"/>
            <w:shd w:val="clear" w:color="auto" w:fill="EEF1FA"/>
            <w:vAlign w:val="center"/>
          </w:tcPr>
          <w:p w14:paraId="114AE667" w14:textId="77777777" w:rsidR="00E050A2" w:rsidRDefault="004F2FC6">
            <w:pPr>
              <w:bidi/>
              <w:spacing w:before="30" w:after="30"/>
            </w:pPr>
            <w:r>
              <w:rPr>
                <w:sz w:val="18"/>
                <w:szCs w:val="18"/>
                <w:rtl/>
              </w:rPr>
              <w:t>مرفوض Rejected</w:t>
            </w:r>
          </w:p>
        </w:tc>
        <w:tc>
          <w:tcPr>
            <w:tcW w:w="6236" w:type="dxa"/>
            <w:shd w:val="clear" w:color="auto" w:fill="EEF1FA"/>
            <w:vAlign w:val="center"/>
          </w:tcPr>
          <w:p w14:paraId="0175C102" w14:textId="77777777" w:rsidR="00E050A2" w:rsidRDefault="004F2FC6">
            <w:pPr>
              <w:bidi/>
              <w:spacing w:before="30" w:after="30"/>
            </w:pPr>
            <w:r>
              <w:rPr>
                <w:sz w:val="18"/>
                <w:szCs w:val="18"/>
                <w:rtl/>
              </w:rPr>
              <w:t>لا يبدأ التنفيذ، يقدم بديل جديد مطابق للمواصفات</w:t>
            </w:r>
          </w:p>
        </w:tc>
      </w:tr>
    </w:tbl>
    <w:p w14:paraId="6FD3702A" w14:textId="77777777" w:rsidR="00E050A2" w:rsidRDefault="00E050A2">
      <w:pPr>
        <w:bidi/>
        <w:spacing w:after="40"/>
      </w:pPr>
    </w:p>
    <w:p w14:paraId="1D82FF2C" w14:textId="77777777" w:rsidR="00E050A2" w:rsidRDefault="004F2FC6">
      <w:pPr>
        <w:keepNext/>
        <w:pBdr>
          <w:bottom w:val="single" w:sz="8" w:space="1" w:color="2633FF"/>
        </w:pBdr>
        <w:bidi/>
        <w:spacing w:before="200" w:after="120"/>
        <w:outlineLvl w:val="0"/>
      </w:pPr>
      <w:r>
        <w:rPr>
          <w:b/>
          <w:bCs/>
          <w:color w:val="052976"/>
          <w:sz w:val="30"/>
          <w:szCs w:val="30"/>
          <w:rtl/>
        </w:rPr>
        <w:t>7. اعتماد المواد وفحص الاستلام</w:t>
      </w:r>
    </w:p>
    <w:p w14:paraId="4583F940" w14:textId="77777777" w:rsidR="00E050A2" w:rsidRDefault="004F2FC6">
      <w:pPr>
        <w:keepNext/>
        <w:bidi/>
        <w:spacing w:after="120"/>
        <w:outlineLvl w:val="1"/>
      </w:pPr>
      <w:r>
        <w:rPr>
          <w:b/>
          <w:bCs/>
          <w:color w:val="052976"/>
          <w:sz w:val="25"/>
          <w:szCs w:val="25"/>
          <w:rtl/>
        </w:rPr>
        <w:t>7.1 اعتماد المادة قبل التوريد MAR</w:t>
      </w:r>
    </w:p>
    <w:p w14:paraId="72FDE3EA" w14:textId="77777777" w:rsidR="00E050A2" w:rsidRDefault="004F2FC6">
      <w:pPr>
        <w:bidi/>
        <w:spacing w:after="40"/>
      </w:pPr>
      <w:r>
        <w:rPr>
          <w:sz w:val="21"/>
          <w:szCs w:val="21"/>
          <w:rtl/>
        </w:rPr>
        <w:t>7.1.1  يقدم المقاول طلب MAR مرفقا به: الكتالوج، الشهادات الفنية، شهادة المطابقة السعودية عند الاقتضاء، شهادة المنشأ، نتائج الاختبارات، قائمة المشروعات المماثلة، والعينة الفعلية.</w:t>
      </w:r>
    </w:p>
    <w:p w14:paraId="111D75C8" w14:textId="77777777" w:rsidR="00E050A2" w:rsidRDefault="004F2FC6">
      <w:pPr>
        <w:bidi/>
        <w:spacing w:after="40"/>
      </w:pPr>
      <w:r>
        <w:rPr>
          <w:sz w:val="21"/>
          <w:szCs w:val="21"/>
          <w:rtl/>
        </w:rPr>
        <w:t>7.1.2  تحفظ العينة المعتمدة موقعة ومختومة في غرفة العينات بالموقع، وتكون مرجع المطابقة لكل توريد لاحق.</w:t>
      </w:r>
    </w:p>
    <w:p w14:paraId="323C312E" w14:textId="77777777" w:rsidR="00E050A2" w:rsidRDefault="004F2FC6">
      <w:pPr>
        <w:bidi/>
        <w:spacing w:after="40"/>
      </w:pPr>
      <w:r>
        <w:rPr>
          <w:sz w:val="21"/>
          <w:szCs w:val="21"/>
          <w:rtl/>
        </w:rPr>
        <w:t>7.1.3  لا يغير المورد أو المصنع أو المحجر بعد الاعتماد إلا بتقديم جديد، وتعاد الاختبارات عند تغيير المصدر.</w:t>
      </w:r>
    </w:p>
    <w:p w14:paraId="4A377C0A" w14:textId="77777777" w:rsidR="00E050A2" w:rsidRDefault="004F2FC6">
      <w:pPr>
        <w:keepNext/>
        <w:bidi/>
        <w:spacing w:after="120"/>
        <w:outlineLvl w:val="1"/>
      </w:pPr>
      <w:r>
        <w:rPr>
          <w:b/>
          <w:bCs/>
          <w:color w:val="052976"/>
          <w:sz w:val="25"/>
          <w:szCs w:val="25"/>
          <w:rtl/>
        </w:rPr>
        <w:t>7.2 فحص المواد عند الوصول MIR</w:t>
      </w:r>
    </w:p>
    <w:p w14:paraId="4D9E6CAA" w14:textId="77777777" w:rsidR="00E050A2" w:rsidRDefault="004F2FC6">
      <w:pPr>
        <w:bidi/>
        <w:spacing w:after="80"/>
      </w:pPr>
      <w:r>
        <w:rPr>
          <w:sz w:val="21"/>
          <w:szCs w:val="21"/>
          <w:rtl/>
        </w:rPr>
        <w:t>يقدم المقاول طلب MIR فور وصول الشحنة وقبل استخدامها، ويتحقق الفحص من البنود التالية:</w:t>
      </w:r>
    </w:p>
    <w:tbl>
      <w:tblPr>
        <w:tblStyle w:val="TableGrid"/>
        <w:bidiVisual/>
        <w:tblW w:w="0" w:type="auto"/>
        <w:jc w:val="center"/>
        <w:tblLayout w:type="fixed"/>
        <w:tblLook w:val="04A0" w:firstRow="1" w:lastRow="0" w:firstColumn="1" w:lastColumn="0" w:noHBand="0" w:noVBand="1"/>
      </w:tblPr>
      <w:tblGrid>
        <w:gridCol w:w="3402"/>
        <w:gridCol w:w="6690"/>
      </w:tblGrid>
      <w:tr w:rsidR="00E050A2" w14:paraId="24E4D26E" w14:textId="77777777">
        <w:trPr>
          <w:cantSplit/>
          <w:trHeight w:val="340"/>
          <w:tblHeader/>
          <w:jc w:val="center"/>
        </w:trPr>
        <w:tc>
          <w:tcPr>
            <w:tcW w:w="3402" w:type="dxa"/>
            <w:shd w:val="clear" w:color="auto" w:fill="052976"/>
            <w:vAlign w:val="center"/>
          </w:tcPr>
          <w:p w14:paraId="51BB9836" w14:textId="77777777" w:rsidR="00E050A2" w:rsidRDefault="004F2FC6">
            <w:pPr>
              <w:bidi/>
              <w:spacing w:before="30" w:after="30"/>
              <w:jc w:val="center"/>
            </w:pPr>
            <w:r>
              <w:rPr>
                <w:b/>
                <w:bCs/>
                <w:color w:val="FFFFFF"/>
                <w:sz w:val="19"/>
                <w:szCs w:val="19"/>
                <w:rtl/>
              </w:rPr>
              <w:t>البند</w:t>
            </w:r>
          </w:p>
        </w:tc>
        <w:tc>
          <w:tcPr>
            <w:tcW w:w="6690" w:type="dxa"/>
            <w:shd w:val="clear" w:color="auto" w:fill="052976"/>
            <w:vAlign w:val="center"/>
          </w:tcPr>
          <w:p w14:paraId="24CB4362" w14:textId="77777777" w:rsidR="00E050A2" w:rsidRDefault="004F2FC6">
            <w:pPr>
              <w:bidi/>
              <w:spacing w:before="30" w:after="30"/>
              <w:jc w:val="center"/>
            </w:pPr>
            <w:r>
              <w:rPr>
                <w:b/>
                <w:bCs/>
                <w:color w:val="FFFFFF"/>
                <w:sz w:val="19"/>
                <w:szCs w:val="19"/>
                <w:rtl/>
              </w:rPr>
              <w:t>معيار القبول</w:t>
            </w:r>
          </w:p>
        </w:tc>
      </w:tr>
      <w:tr w:rsidR="00E050A2" w14:paraId="3E62500A" w14:textId="77777777">
        <w:trPr>
          <w:cantSplit/>
          <w:trHeight w:val="340"/>
          <w:jc w:val="center"/>
        </w:trPr>
        <w:tc>
          <w:tcPr>
            <w:tcW w:w="3402" w:type="dxa"/>
            <w:vAlign w:val="center"/>
          </w:tcPr>
          <w:p w14:paraId="796998E7" w14:textId="77777777" w:rsidR="00E050A2" w:rsidRDefault="004F2FC6">
            <w:pPr>
              <w:bidi/>
              <w:spacing w:before="30" w:after="30"/>
            </w:pPr>
            <w:r>
              <w:rPr>
                <w:sz w:val="18"/>
                <w:szCs w:val="18"/>
                <w:rtl/>
              </w:rPr>
              <w:t>مطابقة المادة للعينة والاعتماد</w:t>
            </w:r>
          </w:p>
        </w:tc>
        <w:tc>
          <w:tcPr>
            <w:tcW w:w="6690" w:type="dxa"/>
            <w:vAlign w:val="center"/>
          </w:tcPr>
          <w:p w14:paraId="631BD90A" w14:textId="77777777" w:rsidR="00E050A2" w:rsidRDefault="004F2FC6">
            <w:pPr>
              <w:bidi/>
              <w:spacing w:before="30" w:after="30"/>
            </w:pPr>
            <w:r>
              <w:rPr>
                <w:sz w:val="18"/>
                <w:szCs w:val="18"/>
                <w:rtl/>
              </w:rPr>
              <w:t>نفس المورد والنوع والمقاس واللون ورقم الاعتماد</w:t>
            </w:r>
          </w:p>
        </w:tc>
      </w:tr>
      <w:tr w:rsidR="00E050A2" w14:paraId="01AE06CF" w14:textId="77777777">
        <w:trPr>
          <w:cantSplit/>
          <w:trHeight w:val="340"/>
          <w:jc w:val="center"/>
        </w:trPr>
        <w:tc>
          <w:tcPr>
            <w:tcW w:w="3402" w:type="dxa"/>
            <w:shd w:val="clear" w:color="auto" w:fill="EEF1FA"/>
            <w:vAlign w:val="center"/>
          </w:tcPr>
          <w:p w14:paraId="5CA56FB1" w14:textId="77777777" w:rsidR="00E050A2" w:rsidRDefault="004F2FC6">
            <w:pPr>
              <w:bidi/>
              <w:spacing w:before="30" w:after="30"/>
            </w:pPr>
            <w:r>
              <w:rPr>
                <w:sz w:val="18"/>
                <w:szCs w:val="18"/>
                <w:rtl/>
              </w:rPr>
              <w:t>الشهادات المرافقة</w:t>
            </w:r>
          </w:p>
        </w:tc>
        <w:tc>
          <w:tcPr>
            <w:tcW w:w="6690" w:type="dxa"/>
            <w:shd w:val="clear" w:color="auto" w:fill="EEF1FA"/>
            <w:vAlign w:val="center"/>
          </w:tcPr>
          <w:p w14:paraId="51BAADE5" w14:textId="77777777" w:rsidR="00E050A2" w:rsidRDefault="004F2FC6">
            <w:pPr>
              <w:bidi/>
              <w:spacing w:before="30" w:after="30"/>
            </w:pPr>
            <w:r>
              <w:rPr>
                <w:sz w:val="18"/>
                <w:szCs w:val="18"/>
                <w:rtl/>
              </w:rPr>
              <w:t>شهادة المصنع Mill Certificate أو Test Certificate لكل دفعة</w:t>
            </w:r>
          </w:p>
        </w:tc>
      </w:tr>
      <w:tr w:rsidR="00E050A2" w14:paraId="7E593E40" w14:textId="77777777">
        <w:trPr>
          <w:cantSplit/>
          <w:trHeight w:val="340"/>
          <w:jc w:val="center"/>
        </w:trPr>
        <w:tc>
          <w:tcPr>
            <w:tcW w:w="3402" w:type="dxa"/>
            <w:vAlign w:val="center"/>
          </w:tcPr>
          <w:p w14:paraId="0C47D3CC" w14:textId="77777777" w:rsidR="00E050A2" w:rsidRDefault="004F2FC6">
            <w:pPr>
              <w:bidi/>
              <w:spacing w:before="30" w:after="30"/>
            </w:pPr>
            <w:r>
              <w:rPr>
                <w:sz w:val="18"/>
                <w:szCs w:val="18"/>
                <w:rtl/>
              </w:rPr>
              <w:t>الكمية وسند التوريد</w:t>
            </w:r>
          </w:p>
        </w:tc>
        <w:tc>
          <w:tcPr>
            <w:tcW w:w="6690" w:type="dxa"/>
            <w:vAlign w:val="center"/>
          </w:tcPr>
          <w:p w14:paraId="3A94ED1D" w14:textId="77777777" w:rsidR="00E050A2" w:rsidRDefault="004F2FC6">
            <w:pPr>
              <w:bidi/>
              <w:spacing w:before="30" w:after="30"/>
            </w:pPr>
            <w:r>
              <w:rPr>
                <w:sz w:val="18"/>
                <w:szCs w:val="18"/>
                <w:rtl/>
              </w:rPr>
              <w:t>مطابقة سند التوريد لأمر الشراء</w:t>
            </w:r>
          </w:p>
        </w:tc>
      </w:tr>
      <w:tr w:rsidR="00E050A2" w14:paraId="7602CF20" w14:textId="77777777">
        <w:trPr>
          <w:cantSplit/>
          <w:trHeight w:val="340"/>
          <w:jc w:val="center"/>
        </w:trPr>
        <w:tc>
          <w:tcPr>
            <w:tcW w:w="3402" w:type="dxa"/>
            <w:shd w:val="clear" w:color="auto" w:fill="EEF1FA"/>
            <w:vAlign w:val="center"/>
          </w:tcPr>
          <w:p w14:paraId="40B60E2B" w14:textId="77777777" w:rsidR="00E050A2" w:rsidRDefault="004F2FC6">
            <w:pPr>
              <w:bidi/>
              <w:spacing w:before="30" w:after="30"/>
            </w:pPr>
            <w:r>
              <w:rPr>
                <w:sz w:val="18"/>
                <w:szCs w:val="18"/>
                <w:rtl/>
              </w:rPr>
              <w:t>الحالة الظاهرية</w:t>
            </w:r>
          </w:p>
        </w:tc>
        <w:tc>
          <w:tcPr>
            <w:tcW w:w="6690" w:type="dxa"/>
            <w:shd w:val="clear" w:color="auto" w:fill="EEF1FA"/>
            <w:vAlign w:val="center"/>
          </w:tcPr>
          <w:p w14:paraId="234A5746" w14:textId="77777777" w:rsidR="00E050A2" w:rsidRDefault="004F2FC6">
            <w:pPr>
              <w:bidi/>
              <w:spacing w:before="30" w:after="30"/>
            </w:pPr>
            <w:r>
              <w:rPr>
                <w:sz w:val="18"/>
                <w:szCs w:val="18"/>
                <w:rtl/>
              </w:rPr>
              <w:t>خالية من الكسر والصدأ والتلف والرطوبة</w:t>
            </w:r>
          </w:p>
        </w:tc>
      </w:tr>
      <w:tr w:rsidR="00E050A2" w14:paraId="5194CFB8" w14:textId="77777777">
        <w:trPr>
          <w:cantSplit/>
          <w:trHeight w:val="340"/>
          <w:jc w:val="center"/>
        </w:trPr>
        <w:tc>
          <w:tcPr>
            <w:tcW w:w="3402" w:type="dxa"/>
            <w:vAlign w:val="center"/>
          </w:tcPr>
          <w:p w14:paraId="64D0EF64" w14:textId="77777777" w:rsidR="00E050A2" w:rsidRDefault="004F2FC6">
            <w:pPr>
              <w:bidi/>
              <w:spacing w:before="30" w:after="30"/>
            </w:pPr>
            <w:r>
              <w:rPr>
                <w:sz w:val="18"/>
                <w:szCs w:val="18"/>
                <w:rtl/>
              </w:rPr>
              <w:t>تاريخ الإنتاج والصلاحية</w:t>
            </w:r>
          </w:p>
        </w:tc>
        <w:tc>
          <w:tcPr>
            <w:tcW w:w="6690" w:type="dxa"/>
            <w:vAlign w:val="center"/>
          </w:tcPr>
          <w:p w14:paraId="3E7CB767" w14:textId="77777777" w:rsidR="00E050A2" w:rsidRDefault="004F2FC6">
            <w:pPr>
              <w:bidi/>
              <w:spacing w:before="30" w:after="30"/>
            </w:pPr>
            <w:r>
              <w:rPr>
                <w:sz w:val="18"/>
                <w:szCs w:val="18"/>
                <w:rtl/>
              </w:rPr>
              <w:t>ضمن الصلاحية المقررة للمواد ذات العمر المحدد</w:t>
            </w:r>
          </w:p>
        </w:tc>
      </w:tr>
      <w:tr w:rsidR="00E050A2" w14:paraId="7A6A8FE9" w14:textId="77777777">
        <w:trPr>
          <w:cantSplit/>
          <w:trHeight w:val="340"/>
          <w:jc w:val="center"/>
        </w:trPr>
        <w:tc>
          <w:tcPr>
            <w:tcW w:w="3402" w:type="dxa"/>
            <w:shd w:val="clear" w:color="auto" w:fill="EEF1FA"/>
            <w:vAlign w:val="center"/>
          </w:tcPr>
          <w:p w14:paraId="54F1B5DC" w14:textId="77777777" w:rsidR="00E050A2" w:rsidRDefault="004F2FC6">
            <w:pPr>
              <w:bidi/>
              <w:spacing w:before="30" w:after="30"/>
            </w:pPr>
            <w:r>
              <w:rPr>
                <w:sz w:val="18"/>
                <w:szCs w:val="18"/>
                <w:rtl/>
              </w:rPr>
              <w:t>التخزين</w:t>
            </w:r>
          </w:p>
        </w:tc>
        <w:tc>
          <w:tcPr>
            <w:tcW w:w="6690" w:type="dxa"/>
            <w:shd w:val="clear" w:color="auto" w:fill="EEF1FA"/>
            <w:vAlign w:val="center"/>
          </w:tcPr>
          <w:p w14:paraId="57DAA7F7" w14:textId="77777777" w:rsidR="00E050A2" w:rsidRDefault="004F2FC6">
            <w:pPr>
              <w:bidi/>
              <w:spacing w:before="30" w:after="30"/>
            </w:pPr>
            <w:r>
              <w:rPr>
                <w:sz w:val="18"/>
                <w:szCs w:val="18"/>
                <w:rtl/>
              </w:rPr>
              <w:t>حسب تعليمات المصنع، بعيدا عن الأرض والشمس والرطوبة</w:t>
            </w:r>
          </w:p>
        </w:tc>
      </w:tr>
      <w:tr w:rsidR="00E050A2" w14:paraId="2080AA53" w14:textId="77777777">
        <w:trPr>
          <w:cantSplit/>
          <w:trHeight w:val="340"/>
          <w:jc w:val="center"/>
        </w:trPr>
        <w:tc>
          <w:tcPr>
            <w:tcW w:w="3402" w:type="dxa"/>
            <w:vAlign w:val="center"/>
          </w:tcPr>
          <w:p w14:paraId="651FCE09" w14:textId="77777777" w:rsidR="00E050A2" w:rsidRDefault="004F2FC6">
            <w:pPr>
              <w:bidi/>
              <w:spacing w:before="30" w:after="30"/>
            </w:pPr>
            <w:r>
              <w:rPr>
                <w:sz w:val="18"/>
                <w:szCs w:val="18"/>
                <w:rtl/>
              </w:rPr>
              <w:t>أخذ العينات</w:t>
            </w:r>
          </w:p>
        </w:tc>
        <w:tc>
          <w:tcPr>
            <w:tcW w:w="6690" w:type="dxa"/>
            <w:vAlign w:val="center"/>
          </w:tcPr>
          <w:p w14:paraId="10301ACB" w14:textId="77777777" w:rsidR="00E050A2" w:rsidRDefault="004F2FC6">
            <w:pPr>
              <w:bidi/>
              <w:spacing w:before="30" w:after="30"/>
            </w:pPr>
            <w:r>
              <w:rPr>
                <w:sz w:val="18"/>
                <w:szCs w:val="18"/>
                <w:rtl/>
              </w:rPr>
              <w:t>تؤخذ عينات الاختبار بحضور الاستشاري وفق معدلات ITP</w:t>
            </w:r>
          </w:p>
        </w:tc>
      </w:tr>
    </w:tbl>
    <w:p w14:paraId="0312FE0F" w14:textId="77777777" w:rsidR="00E050A2" w:rsidRDefault="00E050A2">
      <w:pPr>
        <w:bidi/>
        <w:spacing w:after="40"/>
      </w:pPr>
    </w:p>
    <w:p w14:paraId="0AA93901" w14:textId="77777777" w:rsidR="00E050A2" w:rsidRDefault="004F2FC6">
      <w:pPr>
        <w:keepNext/>
        <w:bidi/>
        <w:spacing w:after="120"/>
        <w:outlineLvl w:val="1"/>
      </w:pPr>
      <w:r>
        <w:rPr>
          <w:b/>
          <w:bCs/>
          <w:color w:val="052976"/>
          <w:sz w:val="25"/>
          <w:szCs w:val="25"/>
          <w:rtl/>
        </w:rPr>
        <w:t>7.3 المواد المرفوضة</w:t>
      </w:r>
    </w:p>
    <w:p w14:paraId="18FC8DA5" w14:textId="77777777" w:rsidR="00E050A2" w:rsidRDefault="004F2FC6">
      <w:pPr>
        <w:bidi/>
        <w:spacing w:after="80"/>
      </w:pPr>
      <w:r>
        <w:rPr>
          <w:sz w:val="21"/>
          <w:szCs w:val="21"/>
          <w:rtl/>
        </w:rPr>
        <w:t>تعزل المواد المرفوضة في منطقة محددة بلافتة حمراء مكتوب عليها مرفوض، وتخرج من الموقع خلال 48 ساعة بمحضر موقع، وتسجل في سجل MIR بحالة مرفوض.</w:t>
      </w:r>
    </w:p>
    <w:p w14:paraId="2BD2B8D7" w14:textId="77777777" w:rsidR="00E050A2" w:rsidRDefault="004F2FC6">
      <w:pPr>
        <w:keepNext/>
        <w:pBdr>
          <w:bottom w:val="single" w:sz="8" w:space="1" w:color="2633FF"/>
        </w:pBdr>
        <w:bidi/>
        <w:spacing w:before="200" w:after="120"/>
        <w:outlineLvl w:val="0"/>
      </w:pPr>
      <w:r>
        <w:rPr>
          <w:b/>
          <w:bCs/>
          <w:color w:val="052976"/>
          <w:sz w:val="30"/>
          <w:szCs w:val="30"/>
          <w:rtl/>
        </w:rPr>
        <w:t>8. خطة الفحص والاختبار ITP</w:t>
      </w:r>
    </w:p>
    <w:p w14:paraId="4E09ECC1" w14:textId="77777777" w:rsidR="00E050A2" w:rsidRDefault="004F2FC6">
      <w:pPr>
        <w:keepNext/>
        <w:bidi/>
        <w:spacing w:after="120"/>
        <w:outlineLvl w:val="1"/>
      </w:pPr>
      <w:r>
        <w:rPr>
          <w:b/>
          <w:bCs/>
          <w:color w:val="052976"/>
          <w:sz w:val="25"/>
          <w:szCs w:val="25"/>
          <w:rtl/>
        </w:rPr>
        <w:t>8.1 تصنيف نقاط الفحص</w:t>
      </w:r>
    </w:p>
    <w:p w14:paraId="6DCC85BC" w14:textId="77777777" w:rsidR="00E050A2" w:rsidRDefault="004F2FC6">
      <w:pPr>
        <w:bidi/>
        <w:spacing w:after="40"/>
      </w:pPr>
      <w:r>
        <w:rPr>
          <w:sz w:val="21"/>
          <w:szCs w:val="21"/>
          <w:rtl/>
        </w:rPr>
        <w:t>8.1.1  نقطة التوقف (H): يتوقف العمل حتى يفحص الاستشاري ويوقع، ولا يجوز التغطية أو الصب أو الانتقال قبل ذلك.</w:t>
      </w:r>
    </w:p>
    <w:p w14:paraId="5A3368BE" w14:textId="77777777" w:rsidR="00E050A2" w:rsidRDefault="004F2FC6">
      <w:pPr>
        <w:bidi/>
        <w:spacing w:after="40"/>
      </w:pPr>
      <w:r>
        <w:rPr>
          <w:sz w:val="21"/>
          <w:szCs w:val="21"/>
          <w:rtl/>
        </w:rPr>
        <w:t>8.1.2  نقطة الشهود (W): يخطر الاستشاري مسبقا، ويجوز للمقاول الاستمرار إذا لم يحضر الاستشاري بعد انقضاء مهلة الإخطار، مع توثيق ذلك.</w:t>
      </w:r>
    </w:p>
    <w:p w14:paraId="01462D26" w14:textId="77777777" w:rsidR="00E050A2" w:rsidRDefault="004F2FC6">
      <w:pPr>
        <w:bidi/>
        <w:spacing w:after="40"/>
      </w:pPr>
      <w:r>
        <w:rPr>
          <w:sz w:val="21"/>
          <w:szCs w:val="21"/>
          <w:rtl/>
        </w:rPr>
        <w:t>8.1.3  المراجعة (R): يراجع الاستشاري السجلات والشهادات ونتائج الاختبارات ضمن الفحص الدوري.</w:t>
      </w:r>
    </w:p>
    <w:p w14:paraId="7C3EC266" w14:textId="77777777" w:rsidR="00E050A2" w:rsidRDefault="004F2FC6">
      <w:pPr>
        <w:keepNext/>
        <w:bidi/>
        <w:spacing w:after="120"/>
        <w:outlineLvl w:val="1"/>
      </w:pPr>
      <w:r>
        <w:rPr>
          <w:b/>
          <w:bCs/>
          <w:color w:val="052976"/>
          <w:sz w:val="25"/>
          <w:szCs w:val="25"/>
          <w:rtl/>
        </w:rPr>
        <w:t>8.2 ملخص ITP حسب التخصص</w:t>
      </w:r>
    </w:p>
    <w:tbl>
      <w:tblPr>
        <w:tblStyle w:val="TableGrid"/>
        <w:bidiVisual/>
        <w:tblW w:w="0" w:type="auto"/>
        <w:jc w:val="center"/>
        <w:tblLayout w:type="fixed"/>
        <w:tblLook w:val="04A0" w:firstRow="1" w:lastRow="0" w:firstColumn="1" w:lastColumn="0" w:noHBand="0" w:noVBand="1"/>
      </w:tblPr>
      <w:tblGrid>
        <w:gridCol w:w="1928"/>
        <w:gridCol w:w="850"/>
        <w:gridCol w:w="624"/>
        <w:gridCol w:w="624"/>
        <w:gridCol w:w="624"/>
        <w:gridCol w:w="5443"/>
      </w:tblGrid>
      <w:tr w:rsidR="00E050A2" w14:paraId="0A16AA96" w14:textId="77777777">
        <w:trPr>
          <w:cantSplit/>
          <w:trHeight w:val="340"/>
          <w:tblHeader/>
          <w:jc w:val="center"/>
        </w:trPr>
        <w:tc>
          <w:tcPr>
            <w:tcW w:w="1928" w:type="dxa"/>
            <w:shd w:val="clear" w:color="auto" w:fill="052976"/>
            <w:vAlign w:val="center"/>
          </w:tcPr>
          <w:p w14:paraId="0EB4BAB8" w14:textId="77777777" w:rsidR="00E050A2" w:rsidRDefault="004F2FC6">
            <w:pPr>
              <w:bidi/>
              <w:spacing w:before="30" w:after="30"/>
              <w:jc w:val="center"/>
            </w:pPr>
            <w:r>
              <w:rPr>
                <w:b/>
                <w:bCs/>
                <w:color w:val="FFFFFF"/>
                <w:sz w:val="19"/>
                <w:szCs w:val="19"/>
                <w:rtl/>
              </w:rPr>
              <w:t>التخصص</w:t>
            </w:r>
          </w:p>
        </w:tc>
        <w:tc>
          <w:tcPr>
            <w:tcW w:w="850" w:type="dxa"/>
            <w:shd w:val="clear" w:color="auto" w:fill="052976"/>
            <w:vAlign w:val="center"/>
          </w:tcPr>
          <w:p w14:paraId="466BE701" w14:textId="77777777" w:rsidR="00E050A2" w:rsidRDefault="004F2FC6">
            <w:pPr>
              <w:bidi/>
              <w:spacing w:before="30" w:after="30"/>
              <w:jc w:val="center"/>
            </w:pPr>
            <w:r>
              <w:rPr>
                <w:b/>
                <w:bCs/>
                <w:color w:val="FFFFFF"/>
                <w:sz w:val="19"/>
                <w:szCs w:val="19"/>
                <w:rtl/>
              </w:rPr>
              <w:t>بنود الفحص</w:t>
            </w:r>
          </w:p>
        </w:tc>
        <w:tc>
          <w:tcPr>
            <w:tcW w:w="624" w:type="dxa"/>
            <w:shd w:val="clear" w:color="auto" w:fill="052976"/>
            <w:vAlign w:val="center"/>
          </w:tcPr>
          <w:p w14:paraId="3489FA1D" w14:textId="77777777" w:rsidR="00E050A2" w:rsidRDefault="004F2FC6">
            <w:pPr>
              <w:bidi/>
              <w:spacing w:before="30" w:after="30"/>
              <w:jc w:val="center"/>
            </w:pPr>
            <w:r>
              <w:rPr>
                <w:b/>
                <w:bCs/>
                <w:color w:val="FFFFFF"/>
                <w:sz w:val="19"/>
                <w:szCs w:val="19"/>
                <w:rtl/>
              </w:rPr>
              <w:t>H</w:t>
            </w:r>
          </w:p>
        </w:tc>
        <w:tc>
          <w:tcPr>
            <w:tcW w:w="624" w:type="dxa"/>
            <w:shd w:val="clear" w:color="auto" w:fill="052976"/>
            <w:vAlign w:val="center"/>
          </w:tcPr>
          <w:p w14:paraId="2C4D01D4" w14:textId="77777777" w:rsidR="00E050A2" w:rsidRDefault="004F2FC6">
            <w:pPr>
              <w:bidi/>
              <w:spacing w:before="30" w:after="30"/>
              <w:jc w:val="center"/>
            </w:pPr>
            <w:r>
              <w:rPr>
                <w:b/>
                <w:bCs/>
                <w:color w:val="FFFFFF"/>
                <w:sz w:val="19"/>
                <w:szCs w:val="19"/>
                <w:rtl/>
              </w:rPr>
              <w:t>W</w:t>
            </w:r>
          </w:p>
        </w:tc>
        <w:tc>
          <w:tcPr>
            <w:tcW w:w="624" w:type="dxa"/>
            <w:shd w:val="clear" w:color="auto" w:fill="052976"/>
            <w:vAlign w:val="center"/>
          </w:tcPr>
          <w:p w14:paraId="214BECF2" w14:textId="77777777" w:rsidR="00E050A2" w:rsidRDefault="004F2FC6">
            <w:pPr>
              <w:bidi/>
              <w:spacing w:before="30" w:after="30"/>
              <w:jc w:val="center"/>
            </w:pPr>
            <w:r>
              <w:rPr>
                <w:b/>
                <w:bCs/>
                <w:color w:val="FFFFFF"/>
                <w:sz w:val="19"/>
                <w:szCs w:val="19"/>
                <w:rtl/>
              </w:rPr>
              <w:t>R</w:t>
            </w:r>
          </w:p>
        </w:tc>
        <w:tc>
          <w:tcPr>
            <w:tcW w:w="5443" w:type="dxa"/>
            <w:shd w:val="clear" w:color="auto" w:fill="052976"/>
            <w:vAlign w:val="center"/>
          </w:tcPr>
          <w:p w14:paraId="78CDCBF7" w14:textId="77777777" w:rsidR="00E050A2" w:rsidRDefault="004F2FC6">
            <w:pPr>
              <w:bidi/>
              <w:spacing w:before="30" w:after="30"/>
              <w:jc w:val="center"/>
            </w:pPr>
            <w:r>
              <w:rPr>
                <w:b/>
                <w:bCs/>
                <w:color w:val="FFFFFF"/>
                <w:sz w:val="19"/>
                <w:szCs w:val="19"/>
                <w:rtl/>
              </w:rPr>
              <w:t>الاختبارات الرئيسية ومعدلها (حد أقصى 3)</w:t>
            </w:r>
          </w:p>
        </w:tc>
      </w:tr>
      <w:tr w:rsidR="00E050A2" w14:paraId="1DB8E450" w14:textId="77777777">
        <w:trPr>
          <w:cantSplit/>
          <w:trHeight w:val="340"/>
          <w:jc w:val="center"/>
        </w:trPr>
        <w:tc>
          <w:tcPr>
            <w:tcW w:w="1928" w:type="dxa"/>
            <w:vAlign w:val="center"/>
          </w:tcPr>
          <w:p w14:paraId="229AE6AE" w14:textId="77777777" w:rsidR="00E050A2" w:rsidRDefault="004F2FC6">
            <w:pPr>
              <w:bidi/>
              <w:spacing w:before="30" w:after="30"/>
            </w:pPr>
            <w:r>
              <w:rPr>
                <w:sz w:val="17"/>
                <w:szCs w:val="17"/>
                <w:rtl/>
              </w:rPr>
              <w:t>إجراءات عامة ومستندات (GEN)</w:t>
            </w:r>
          </w:p>
        </w:tc>
        <w:tc>
          <w:tcPr>
            <w:tcW w:w="850" w:type="dxa"/>
            <w:vAlign w:val="center"/>
          </w:tcPr>
          <w:p w14:paraId="2B905ECE" w14:textId="77777777" w:rsidR="00E050A2" w:rsidRDefault="004F2FC6">
            <w:pPr>
              <w:bidi/>
              <w:spacing w:before="30" w:after="30"/>
              <w:jc w:val="center"/>
            </w:pPr>
            <w:r>
              <w:rPr>
                <w:sz w:val="17"/>
                <w:szCs w:val="17"/>
                <w:rtl/>
              </w:rPr>
              <w:t>162</w:t>
            </w:r>
          </w:p>
        </w:tc>
        <w:tc>
          <w:tcPr>
            <w:tcW w:w="624" w:type="dxa"/>
            <w:vAlign w:val="center"/>
          </w:tcPr>
          <w:p w14:paraId="5C91C426" w14:textId="77777777" w:rsidR="00E050A2" w:rsidRDefault="004F2FC6">
            <w:pPr>
              <w:bidi/>
              <w:spacing w:before="30" w:after="30"/>
              <w:jc w:val="center"/>
            </w:pPr>
            <w:r>
              <w:rPr>
                <w:sz w:val="17"/>
                <w:szCs w:val="17"/>
                <w:rtl/>
              </w:rPr>
              <w:t>14</w:t>
            </w:r>
          </w:p>
        </w:tc>
        <w:tc>
          <w:tcPr>
            <w:tcW w:w="624" w:type="dxa"/>
            <w:vAlign w:val="center"/>
          </w:tcPr>
          <w:p w14:paraId="5F1ED24D" w14:textId="77777777" w:rsidR="00E050A2" w:rsidRDefault="004F2FC6">
            <w:pPr>
              <w:bidi/>
              <w:spacing w:before="30" w:after="30"/>
              <w:jc w:val="center"/>
            </w:pPr>
            <w:r>
              <w:rPr>
                <w:sz w:val="17"/>
                <w:szCs w:val="17"/>
                <w:rtl/>
              </w:rPr>
              <w:t>17</w:t>
            </w:r>
          </w:p>
        </w:tc>
        <w:tc>
          <w:tcPr>
            <w:tcW w:w="624" w:type="dxa"/>
            <w:vAlign w:val="center"/>
          </w:tcPr>
          <w:p w14:paraId="3C76AE69" w14:textId="77777777" w:rsidR="00E050A2" w:rsidRDefault="004F2FC6">
            <w:pPr>
              <w:bidi/>
              <w:spacing w:before="30" w:after="30"/>
              <w:jc w:val="center"/>
            </w:pPr>
            <w:r>
              <w:rPr>
                <w:sz w:val="17"/>
                <w:szCs w:val="17"/>
                <w:rtl/>
              </w:rPr>
              <w:t>131</w:t>
            </w:r>
          </w:p>
        </w:tc>
        <w:tc>
          <w:tcPr>
            <w:tcW w:w="5443" w:type="dxa"/>
            <w:vAlign w:val="center"/>
          </w:tcPr>
          <w:p w14:paraId="300DD533" w14:textId="77777777" w:rsidR="00E050A2" w:rsidRDefault="004F2FC6">
            <w:pPr>
              <w:bidi/>
              <w:spacing w:before="30" w:after="30"/>
            </w:pPr>
            <w:r>
              <w:rPr>
                <w:sz w:val="17"/>
                <w:szCs w:val="17"/>
                <w:rtl/>
              </w:rPr>
              <w:t>لا يحدد المرجع اختبارا معمليا لهذا الباب، ويعتمد على الفحص البصري والقياس وشهادات المورد والتشغيل التجريبي.</w:t>
            </w:r>
          </w:p>
        </w:tc>
      </w:tr>
      <w:tr w:rsidR="00E050A2" w14:paraId="6E13171D" w14:textId="77777777">
        <w:trPr>
          <w:cantSplit/>
          <w:trHeight w:val="340"/>
          <w:jc w:val="center"/>
        </w:trPr>
        <w:tc>
          <w:tcPr>
            <w:tcW w:w="1928" w:type="dxa"/>
            <w:shd w:val="clear" w:color="auto" w:fill="EEF1FA"/>
            <w:vAlign w:val="center"/>
          </w:tcPr>
          <w:p w14:paraId="591BA249" w14:textId="77777777" w:rsidR="00E050A2" w:rsidRDefault="004F2FC6">
            <w:pPr>
              <w:bidi/>
              <w:spacing w:before="30" w:after="30"/>
            </w:pPr>
            <w:r>
              <w:rPr>
                <w:sz w:val="17"/>
                <w:szCs w:val="17"/>
                <w:rtl/>
              </w:rPr>
              <w:t>استلام الموقع والجسات (SITE)</w:t>
            </w:r>
          </w:p>
        </w:tc>
        <w:tc>
          <w:tcPr>
            <w:tcW w:w="850" w:type="dxa"/>
            <w:shd w:val="clear" w:color="auto" w:fill="EEF1FA"/>
            <w:vAlign w:val="center"/>
          </w:tcPr>
          <w:p w14:paraId="142DA077" w14:textId="77777777" w:rsidR="00E050A2" w:rsidRDefault="004F2FC6">
            <w:pPr>
              <w:bidi/>
              <w:spacing w:before="30" w:after="30"/>
              <w:jc w:val="center"/>
            </w:pPr>
            <w:r>
              <w:rPr>
                <w:sz w:val="17"/>
                <w:szCs w:val="17"/>
                <w:rtl/>
              </w:rPr>
              <w:t>89</w:t>
            </w:r>
          </w:p>
        </w:tc>
        <w:tc>
          <w:tcPr>
            <w:tcW w:w="624" w:type="dxa"/>
            <w:shd w:val="clear" w:color="auto" w:fill="EEF1FA"/>
            <w:vAlign w:val="center"/>
          </w:tcPr>
          <w:p w14:paraId="3571B5D2" w14:textId="77777777" w:rsidR="00E050A2" w:rsidRDefault="004F2FC6">
            <w:pPr>
              <w:bidi/>
              <w:spacing w:before="30" w:after="30"/>
              <w:jc w:val="center"/>
            </w:pPr>
            <w:r>
              <w:rPr>
                <w:sz w:val="17"/>
                <w:szCs w:val="17"/>
                <w:rtl/>
              </w:rPr>
              <w:t>18</w:t>
            </w:r>
          </w:p>
        </w:tc>
        <w:tc>
          <w:tcPr>
            <w:tcW w:w="624" w:type="dxa"/>
            <w:shd w:val="clear" w:color="auto" w:fill="EEF1FA"/>
            <w:vAlign w:val="center"/>
          </w:tcPr>
          <w:p w14:paraId="665902CB" w14:textId="77777777" w:rsidR="00E050A2" w:rsidRDefault="004F2FC6">
            <w:pPr>
              <w:bidi/>
              <w:spacing w:before="30" w:after="30"/>
              <w:jc w:val="center"/>
            </w:pPr>
            <w:r>
              <w:rPr>
                <w:sz w:val="17"/>
                <w:szCs w:val="17"/>
                <w:rtl/>
              </w:rPr>
              <w:t>19</w:t>
            </w:r>
          </w:p>
        </w:tc>
        <w:tc>
          <w:tcPr>
            <w:tcW w:w="624" w:type="dxa"/>
            <w:shd w:val="clear" w:color="auto" w:fill="EEF1FA"/>
            <w:vAlign w:val="center"/>
          </w:tcPr>
          <w:p w14:paraId="7FCD06D9" w14:textId="77777777" w:rsidR="00E050A2" w:rsidRDefault="004F2FC6">
            <w:pPr>
              <w:bidi/>
              <w:spacing w:before="30" w:after="30"/>
              <w:jc w:val="center"/>
            </w:pPr>
            <w:r>
              <w:rPr>
                <w:sz w:val="17"/>
                <w:szCs w:val="17"/>
                <w:rtl/>
              </w:rPr>
              <w:t>52</w:t>
            </w:r>
          </w:p>
        </w:tc>
        <w:tc>
          <w:tcPr>
            <w:tcW w:w="5443" w:type="dxa"/>
            <w:shd w:val="clear" w:color="auto" w:fill="EEF1FA"/>
            <w:vAlign w:val="center"/>
          </w:tcPr>
          <w:p w14:paraId="778CC29E" w14:textId="77777777" w:rsidR="00E050A2" w:rsidRDefault="004F2FC6">
            <w:pPr>
              <w:bidi/>
              <w:spacing w:before="30" w:after="30"/>
            </w:pPr>
            <w:r>
              <w:rPr>
                <w:sz w:val="17"/>
                <w:szCs w:val="17"/>
                <w:rtl/>
              </w:rPr>
              <w:t>1. اختبار الاختراق القياسي SPT، وفق كود مصري 202، المعدل: لكل جسة، ص 12</w:t>
            </w:r>
            <w:r>
              <w:rPr>
                <w:sz w:val="17"/>
                <w:szCs w:val="17"/>
                <w:rtl/>
              </w:rPr>
              <w:br/>
              <w:t>2. معايرة الأجهزة المساحية (خاصة الميزان)، المعدل: قبل البدء، ص 10</w:t>
            </w:r>
          </w:p>
        </w:tc>
      </w:tr>
      <w:tr w:rsidR="00E050A2" w14:paraId="0A5E3264" w14:textId="77777777">
        <w:trPr>
          <w:cantSplit/>
          <w:trHeight w:val="340"/>
          <w:jc w:val="center"/>
        </w:trPr>
        <w:tc>
          <w:tcPr>
            <w:tcW w:w="1928" w:type="dxa"/>
            <w:vAlign w:val="center"/>
          </w:tcPr>
          <w:p w14:paraId="6D6AAD24" w14:textId="77777777" w:rsidR="00E050A2" w:rsidRDefault="004F2FC6">
            <w:pPr>
              <w:bidi/>
              <w:spacing w:before="30" w:after="30"/>
            </w:pPr>
            <w:r>
              <w:rPr>
                <w:sz w:val="17"/>
                <w:szCs w:val="17"/>
                <w:rtl/>
              </w:rPr>
              <w:t>حفر وإحلال وردم (SOIL)</w:t>
            </w:r>
          </w:p>
        </w:tc>
        <w:tc>
          <w:tcPr>
            <w:tcW w:w="850" w:type="dxa"/>
            <w:vAlign w:val="center"/>
          </w:tcPr>
          <w:p w14:paraId="308136CA" w14:textId="77777777" w:rsidR="00E050A2" w:rsidRDefault="004F2FC6">
            <w:pPr>
              <w:bidi/>
              <w:spacing w:before="30" w:after="30"/>
              <w:jc w:val="center"/>
            </w:pPr>
            <w:r>
              <w:rPr>
                <w:sz w:val="17"/>
                <w:szCs w:val="17"/>
                <w:rtl/>
              </w:rPr>
              <w:t>147</w:t>
            </w:r>
          </w:p>
        </w:tc>
        <w:tc>
          <w:tcPr>
            <w:tcW w:w="624" w:type="dxa"/>
            <w:vAlign w:val="center"/>
          </w:tcPr>
          <w:p w14:paraId="681FAED5" w14:textId="77777777" w:rsidR="00E050A2" w:rsidRDefault="004F2FC6">
            <w:pPr>
              <w:bidi/>
              <w:spacing w:before="30" w:after="30"/>
              <w:jc w:val="center"/>
            </w:pPr>
            <w:r>
              <w:rPr>
                <w:sz w:val="17"/>
                <w:szCs w:val="17"/>
                <w:rtl/>
              </w:rPr>
              <w:t>62</w:t>
            </w:r>
          </w:p>
        </w:tc>
        <w:tc>
          <w:tcPr>
            <w:tcW w:w="624" w:type="dxa"/>
            <w:vAlign w:val="center"/>
          </w:tcPr>
          <w:p w14:paraId="22831E36" w14:textId="77777777" w:rsidR="00E050A2" w:rsidRDefault="004F2FC6">
            <w:pPr>
              <w:bidi/>
              <w:spacing w:before="30" w:after="30"/>
              <w:jc w:val="center"/>
            </w:pPr>
            <w:r>
              <w:rPr>
                <w:sz w:val="17"/>
                <w:szCs w:val="17"/>
                <w:rtl/>
              </w:rPr>
              <w:t>60</w:t>
            </w:r>
          </w:p>
        </w:tc>
        <w:tc>
          <w:tcPr>
            <w:tcW w:w="624" w:type="dxa"/>
            <w:vAlign w:val="center"/>
          </w:tcPr>
          <w:p w14:paraId="1B2AC89F" w14:textId="77777777" w:rsidR="00E050A2" w:rsidRDefault="004F2FC6">
            <w:pPr>
              <w:bidi/>
              <w:spacing w:before="30" w:after="30"/>
              <w:jc w:val="center"/>
            </w:pPr>
            <w:r>
              <w:rPr>
                <w:sz w:val="17"/>
                <w:szCs w:val="17"/>
                <w:rtl/>
              </w:rPr>
              <w:t>25</w:t>
            </w:r>
          </w:p>
        </w:tc>
        <w:tc>
          <w:tcPr>
            <w:tcW w:w="5443" w:type="dxa"/>
            <w:vAlign w:val="center"/>
          </w:tcPr>
          <w:p w14:paraId="535F4EC8" w14:textId="77777777" w:rsidR="00E050A2" w:rsidRDefault="004F2FC6">
            <w:pPr>
              <w:bidi/>
              <w:spacing w:before="30" w:after="30"/>
            </w:pPr>
            <w:r>
              <w:rPr>
                <w:sz w:val="17"/>
                <w:szCs w:val="17"/>
                <w:rtl/>
              </w:rPr>
              <w:t>1. التحليل المنخلي وتصنيف التربة، المعدل: لكل مصدر ردم، ص 50</w:t>
            </w:r>
            <w:r>
              <w:rPr>
                <w:sz w:val="17"/>
                <w:szCs w:val="17"/>
                <w:rtl/>
              </w:rPr>
              <w:br/>
            </w:r>
            <w:r>
              <w:rPr>
                <w:sz w:val="17"/>
                <w:szCs w:val="17"/>
                <w:rtl/>
              </w:rPr>
              <w:t>2. الكثافة الحقلية (جهاز نووي أو Sand Cone)، وفق المواصفات المصرية، المعدل: 3 عينات لمبنى أقل من 300 م2، وعينة لكل 100 م2 للأكبر، لكل طبقة، ص 50</w:t>
            </w:r>
            <w:r>
              <w:rPr>
                <w:sz w:val="17"/>
                <w:szCs w:val="17"/>
                <w:rtl/>
              </w:rPr>
              <w:br/>
              <w:t>3. كثافة حقلية (Sand Cone)، وفق ASTM D1556، المعدل: 1 لكل 100 م2 لكل طبقة بحد أدنى 3 اختبارات، ص 61</w:t>
            </w:r>
          </w:p>
        </w:tc>
      </w:tr>
      <w:tr w:rsidR="00E050A2" w14:paraId="0CBDDAAD" w14:textId="77777777">
        <w:trPr>
          <w:cantSplit/>
          <w:trHeight w:val="340"/>
          <w:jc w:val="center"/>
        </w:trPr>
        <w:tc>
          <w:tcPr>
            <w:tcW w:w="1928" w:type="dxa"/>
            <w:shd w:val="clear" w:color="auto" w:fill="EEF1FA"/>
            <w:vAlign w:val="center"/>
          </w:tcPr>
          <w:p w14:paraId="5ABFD0BC" w14:textId="77777777" w:rsidR="00E050A2" w:rsidRDefault="004F2FC6">
            <w:pPr>
              <w:bidi/>
              <w:spacing w:before="30" w:after="30"/>
            </w:pPr>
            <w:r>
              <w:rPr>
                <w:sz w:val="17"/>
                <w:szCs w:val="17"/>
                <w:rtl/>
              </w:rPr>
              <w:t>خوازيق (PILE)</w:t>
            </w:r>
          </w:p>
        </w:tc>
        <w:tc>
          <w:tcPr>
            <w:tcW w:w="850" w:type="dxa"/>
            <w:shd w:val="clear" w:color="auto" w:fill="EEF1FA"/>
            <w:vAlign w:val="center"/>
          </w:tcPr>
          <w:p w14:paraId="0BB7B529" w14:textId="77777777" w:rsidR="00E050A2" w:rsidRDefault="004F2FC6">
            <w:pPr>
              <w:bidi/>
              <w:spacing w:before="30" w:after="30"/>
              <w:jc w:val="center"/>
            </w:pPr>
            <w:r>
              <w:rPr>
                <w:sz w:val="17"/>
                <w:szCs w:val="17"/>
                <w:rtl/>
              </w:rPr>
              <w:t>76</w:t>
            </w:r>
          </w:p>
        </w:tc>
        <w:tc>
          <w:tcPr>
            <w:tcW w:w="624" w:type="dxa"/>
            <w:shd w:val="clear" w:color="auto" w:fill="EEF1FA"/>
            <w:vAlign w:val="center"/>
          </w:tcPr>
          <w:p w14:paraId="21AD98D9" w14:textId="77777777" w:rsidR="00E050A2" w:rsidRDefault="004F2FC6">
            <w:pPr>
              <w:bidi/>
              <w:spacing w:before="30" w:after="30"/>
              <w:jc w:val="center"/>
            </w:pPr>
            <w:r>
              <w:rPr>
                <w:sz w:val="17"/>
                <w:szCs w:val="17"/>
                <w:rtl/>
              </w:rPr>
              <w:t>31</w:t>
            </w:r>
          </w:p>
        </w:tc>
        <w:tc>
          <w:tcPr>
            <w:tcW w:w="624" w:type="dxa"/>
            <w:shd w:val="clear" w:color="auto" w:fill="EEF1FA"/>
            <w:vAlign w:val="center"/>
          </w:tcPr>
          <w:p w14:paraId="1BCD8417" w14:textId="77777777" w:rsidR="00E050A2" w:rsidRDefault="004F2FC6">
            <w:pPr>
              <w:bidi/>
              <w:spacing w:before="30" w:after="30"/>
              <w:jc w:val="center"/>
            </w:pPr>
            <w:r>
              <w:rPr>
                <w:sz w:val="17"/>
                <w:szCs w:val="17"/>
                <w:rtl/>
              </w:rPr>
              <w:t>30</w:t>
            </w:r>
          </w:p>
        </w:tc>
        <w:tc>
          <w:tcPr>
            <w:tcW w:w="624" w:type="dxa"/>
            <w:shd w:val="clear" w:color="auto" w:fill="EEF1FA"/>
            <w:vAlign w:val="center"/>
          </w:tcPr>
          <w:p w14:paraId="3651363B" w14:textId="77777777" w:rsidR="00E050A2" w:rsidRDefault="004F2FC6">
            <w:pPr>
              <w:bidi/>
              <w:spacing w:before="30" w:after="30"/>
              <w:jc w:val="center"/>
            </w:pPr>
            <w:r>
              <w:rPr>
                <w:sz w:val="17"/>
                <w:szCs w:val="17"/>
                <w:rtl/>
              </w:rPr>
              <w:t>15</w:t>
            </w:r>
          </w:p>
        </w:tc>
        <w:tc>
          <w:tcPr>
            <w:tcW w:w="5443" w:type="dxa"/>
            <w:shd w:val="clear" w:color="auto" w:fill="EEF1FA"/>
            <w:vAlign w:val="center"/>
          </w:tcPr>
          <w:p w14:paraId="649A4109" w14:textId="77777777" w:rsidR="00E050A2" w:rsidRDefault="004F2FC6">
            <w:pPr>
              <w:bidi/>
              <w:spacing w:before="30" w:after="30"/>
            </w:pPr>
            <w:r>
              <w:rPr>
                <w:sz w:val="17"/>
                <w:szCs w:val="17"/>
                <w:rtl/>
              </w:rPr>
              <w:t>1. خازوق تجريبي (Preliminary Pile, Pre-Contract Test)، المعدل: لكل قطر قبل البدء، وأكثر من تجربة عند عدم الدقة، ص 70</w:t>
            </w:r>
            <w:r>
              <w:rPr>
                <w:sz w:val="17"/>
                <w:szCs w:val="17"/>
                <w:rtl/>
              </w:rPr>
              <w:br/>
            </w:r>
            <w:r>
              <w:rPr>
                <w:sz w:val="17"/>
                <w:szCs w:val="17"/>
                <w:rtl/>
              </w:rPr>
              <w:t>2. اختبار تحميل الخوازيق العاملة (Contract Piles Test)، المعدل: تجربة لكل 200 خازوق (≥ 1)، خازوقان أو أكثر للاحتكاك وواحد للارتكاز، ص 73</w:t>
            </w:r>
            <w:r>
              <w:rPr>
                <w:sz w:val="17"/>
                <w:szCs w:val="17"/>
                <w:rtl/>
              </w:rPr>
              <w:br/>
              <w:t>3. O-Cell (Osterberg)، المعدل: المشاريع العملاقة، ص 73</w:t>
            </w:r>
          </w:p>
        </w:tc>
      </w:tr>
      <w:tr w:rsidR="00E050A2" w14:paraId="5A5D2202" w14:textId="77777777">
        <w:trPr>
          <w:cantSplit/>
          <w:trHeight w:val="340"/>
          <w:jc w:val="center"/>
        </w:trPr>
        <w:tc>
          <w:tcPr>
            <w:tcW w:w="1928" w:type="dxa"/>
            <w:vAlign w:val="center"/>
          </w:tcPr>
          <w:p w14:paraId="6A7AE19B" w14:textId="77777777" w:rsidR="00E050A2" w:rsidRDefault="004F2FC6">
            <w:pPr>
              <w:bidi/>
              <w:spacing w:before="30" w:after="30"/>
            </w:pPr>
            <w:r>
              <w:rPr>
                <w:sz w:val="17"/>
                <w:szCs w:val="17"/>
                <w:rtl/>
              </w:rPr>
              <w:t>خرسانة ومواد واختبارات (CONC)</w:t>
            </w:r>
          </w:p>
        </w:tc>
        <w:tc>
          <w:tcPr>
            <w:tcW w:w="850" w:type="dxa"/>
            <w:vAlign w:val="center"/>
          </w:tcPr>
          <w:p w14:paraId="072DF172" w14:textId="77777777" w:rsidR="00E050A2" w:rsidRDefault="004F2FC6">
            <w:pPr>
              <w:bidi/>
              <w:spacing w:before="30" w:after="30"/>
              <w:jc w:val="center"/>
            </w:pPr>
            <w:r>
              <w:rPr>
                <w:sz w:val="17"/>
                <w:szCs w:val="17"/>
                <w:rtl/>
              </w:rPr>
              <w:t>299</w:t>
            </w:r>
          </w:p>
        </w:tc>
        <w:tc>
          <w:tcPr>
            <w:tcW w:w="624" w:type="dxa"/>
            <w:vAlign w:val="center"/>
          </w:tcPr>
          <w:p w14:paraId="089458BE" w14:textId="77777777" w:rsidR="00E050A2" w:rsidRDefault="004F2FC6">
            <w:pPr>
              <w:bidi/>
              <w:spacing w:before="30" w:after="30"/>
              <w:jc w:val="center"/>
            </w:pPr>
            <w:r>
              <w:rPr>
                <w:sz w:val="17"/>
                <w:szCs w:val="17"/>
                <w:rtl/>
              </w:rPr>
              <w:t>70</w:t>
            </w:r>
          </w:p>
        </w:tc>
        <w:tc>
          <w:tcPr>
            <w:tcW w:w="624" w:type="dxa"/>
            <w:vAlign w:val="center"/>
          </w:tcPr>
          <w:p w14:paraId="3E1D1896" w14:textId="77777777" w:rsidR="00E050A2" w:rsidRDefault="004F2FC6">
            <w:pPr>
              <w:bidi/>
              <w:spacing w:before="30" w:after="30"/>
              <w:jc w:val="center"/>
            </w:pPr>
            <w:r>
              <w:rPr>
                <w:sz w:val="17"/>
                <w:szCs w:val="17"/>
                <w:rtl/>
              </w:rPr>
              <w:t>144</w:t>
            </w:r>
          </w:p>
        </w:tc>
        <w:tc>
          <w:tcPr>
            <w:tcW w:w="624" w:type="dxa"/>
            <w:vAlign w:val="center"/>
          </w:tcPr>
          <w:p w14:paraId="7D4508BB" w14:textId="77777777" w:rsidR="00E050A2" w:rsidRDefault="004F2FC6">
            <w:pPr>
              <w:bidi/>
              <w:spacing w:before="30" w:after="30"/>
              <w:jc w:val="center"/>
            </w:pPr>
            <w:r>
              <w:rPr>
                <w:sz w:val="17"/>
                <w:szCs w:val="17"/>
                <w:rtl/>
              </w:rPr>
              <w:t>85</w:t>
            </w:r>
          </w:p>
        </w:tc>
        <w:tc>
          <w:tcPr>
            <w:tcW w:w="5443" w:type="dxa"/>
            <w:vAlign w:val="center"/>
          </w:tcPr>
          <w:p w14:paraId="5C6CF0C2" w14:textId="77777777" w:rsidR="00E050A2" w:rsidRDefault="004F2FC6">
            <w:pPr>
              <w:bidi/>
              <w:spacing w:before="30" w:after="30"/>
            </w:pPr>
            <w:r>
              <w:rPr>
                <w:sz w:val="17"/>
                <w:szCs w:val="17"/>
                <w:rtl/>
              </w:rPr>
              <w:t>1. معايرة موازين المحطة (ركام، أسمنت، ماء، كيماويات)، وفق ASTM C94، م.ق.م 1-5130/2006، المعدل: كل 6 أشهر، ص 16</w:t>
            </w:r>
            <w:r>
              <w:rPr>
                <w:sz w:val="17"/>
                <w:szCs w:val="17"/>
                <w:rtl/>
              </w:rPr>
              <w:br/>
              <w:t>2. الخلطات التأكيدية (مقاومة ضغط 28 يوما)، وفق كود مصري 2007، المعدل: 3 خلطات لكل رتبة قبل التوريد، ص 42</w:t>
            </w:r>
            <w:r>
              <w:rPr>
                <w:sz w:val="17"/>
                <w:szCs w:val="17"/>
                <w:rtl/>
              </w:rPr>
              <w:br/>
            </w:r>
            <w:r>
              <w:rPr>
                <w:sz w:val="17"/>
                <w:szCs w:val="17"/>
                <w:rtl/>
              </w:rPr>
              <w:t>3. الهبوط Slump للخرسانة المضخوخة، وفق كود مصري 2007 جدول 2-5، المعدل: مع الخلطات التأكيدية، ص 42</w:t>
            </w:r>
          </w:p>
        </w:tc>
      </w:tr>
      <w:tr w:rsidR="00E050A2" w14:paraId="57BE3F19" w14:textId="77777777">
        <w:trPr>
          <w:cantSplit/>
          <w:trHeight w:val="340"/>
          <w:jc w:val="center"/>
        </w:trPr>
        <w:tc>
          <w:tcPr>
            <w:tcW w:w="1928" w:type="dxa"/>
            <w:shd w:val="clear" w:color="auto" w:fill="EEF1FA"/>
            <w:vAlign w:val="center"/>
          </w:tcPr>
          <w:p w14:paraId="41EE9745" w14:textId="77777777" w:rsidR="00E050A2" w:rsidRDefault="004F2FC6">
            <w:pPr>
              <w:bidi/>
              <w:spacing w:before="30" w:after="30"/>
            </w:pPr>
            <w:r>
              <w:rPr>
                <w:sz w:val="17"/>
                <w:szCs w:val="17"/>
                <w:rtl/>
              </w:rPr>
              <w:t>شدات ونجارة مسلحة (FORM)</w:t>
            </w:r>
          </w:p>
        </w:tc>
        <w:tc>
          <w:tcPr>
            <w:tcW w:w="850" w:type="dxa"/>
            <w:shd w:val="clear" w:color="auto" w:fill="EEF1FA"/>
            <w:vAlign w:val="center"/>
          </w:tcPr>
          <w:p w14:paraId="792E0529" w14:textId="77777777" w:rsidR="00E050A2" w:rsidRDefault="004F2FC6">
            <w:pPr>
              <w:bidi/>
              <w:spacing w:before="30" w:after="30"/>
              <w:jc w:val="center"/>
            </w:pPr>
            <w:r>
              <w:rPr>
                <w:sz w:val="17"/>
                <w:szCs w:val="17"/>
                <w:rtl/>
              </w:rPr>
              <w:t>271</w:t>
            </w:r>
          </w:p>
        </w:tc>
        <w:tc>
          <w:tcPr>
            <w:tcW w:w="624" w:type="dxa"/>
            <w:shd w:val="clear" w:color="auto" w:fill="EEF1FA"/>
            <w:vAlign w:val="center"/>
          </w:tcPr>
          <w:p w14:paraId="7588E097" w14:textId="77777777" w:rsidR="00E050A2" w:rsidRDefault="004F2FC6">
            <w:pPr>
              <w:bidi/>
              <w:spacing w:before="30" w:after="30"/>
              <w:jc w:val="center"/>
            </w:pPr>
            <w:r>
              <w:rPr>
                <w:sz w:val="17"/>
                <w:szCs w:val="17"/>
                <w:rtl/>
              </w:rPr>
              <w:t>96</w:t>
            </w:r>
          </w:p>
        </w:tc>
        <w:tc>
          <w:tcPr>
            <w:tcW w:w="624" w:type="dxa"/>
            <w:shd w:val="clear" w:color="auto" w:fill="EEF1FA"/>
            <w:vAlign w:val="center"/>
          </w:tcPr>
          <w:p w14:paraId="1F1CF3DF" w14:textId="77777777" w:rsidR="00E050A2" w:rsidRDefault="004F2FC6">
            <w:pPr>
              <w:bidi/>
              <w:spacing w:before="30" w:after="30"/>
              <w:jc w:val="center"/>
            </w:pPr>
            <w:r>
              <w:rPr>
                <w:sz w:val="17"/>
                <w:szCs w:val="17"/>
                <w:rtl/>
              </w:rPr>
              <w:t>121</w:t>
            </w:r>
          </w:p>
        </w:tc>
        <w:tc>
          <w:tcPr>
            <w:tcW w:w="624" w:type="dxa"/>
            <w:shd w:val="clear" w:color="auto" w:fill="EEF1FA"/>
            <w:vAlign w:val="center"/>
          </w:tcPr>
          <w:p w14:paraId="34C484F5" w14:textId="77777777" w:rsidR="00E050A2" w:rsidRDefault="004F2FC6">
            <w:pPr>
              <w:bidi/>
              <w:spacing w:before="30" w:after="30"/>
              <w:jc w:val="center"/>
            </w:pPr>
            <w:r>
              <w:rPr>
                <w:sz w:val="17"/>
                <w:szCs w:val="17"/>
                <w:rtl/>
              </w:rPr>
              <w:t>54</w:t>
            </w:r>
          </w:p>
        </w:tc>
        <w:tc>
          <w:tcPr>
            <w:tcW w:w="5443" w:type="dxa"/>
            <w:shd w:val="clear" w:color="auto" w:fill="EEF1FA"/>
            <w:vAlign w:val="center"/>
          </w:tcPr>
          <w:p w14:paraId="722D87C3" w14:textId="77777777" w:rsidR="00E050A2" w:rsidRDefault="004F2FC6">
            <w:pPr>
              <w:bidi/>
              <w:spacing w:before="30" w:after="30"/>
            </w:pPr>
            <w:r>
              <w:rPr>
                <w:sz w:val="17"/>
                <w:szCs w:val="17"/>
                <w:rtl/>
              </w:rPr>
              <w:t>لا يحدد المرجع اختبارا معمليا لهذا الباب، ويعتمد على الفحص البصري والقياس وشهادات المورد والتشغيل التجريبي.</w:t>
            </w:r>
          </w:p>
        </w:tc>
      </w:tr>
      <w:tr w:rsidR="00E050A2" w14:paraId="2D15528A" w14:textId="77777777">
        <w:trPr>
          <w:cantSplit/>
          <w:trHeight w:val="340"/>
          <w:jc w:val="center"/>
        </w:trPr>
        <w:tc>
          <w:tcPr>
            <w:tcW w:w="1928" w:type="dxa"/>
            <w:vAlign w:val="center"/>
          </w:tcPr>
          <w:p w14:paraId="38877447" w14:textId="77777777" w:rsidR="00E050A2" w:rsidRDefault="004F2FC6">
            <w:pPr>
              <w:bidi/>
              <w:spacing w:before="30" w:after="30"/>
            </w:pPr>
            <w:r>
              <w:rPr>
                <w:sz w:val="17"/>
                <w:szCs w:val="17"/>
                <w:rtl/>
              </w:rPr>
              <w:t>حديد تسليح (REBAR)</w:t>
            </w:r>
          </w:p>
        </w:tc>
        <w:tc>
          <w:tcPr>
            <w:tcW w:w="850" w:type="dxa"/>
            <w:vAlign w:val="center"/>
          </w:tcPr>
          <w:p w14:paraId="3F84AB99" w14:textId="77777777" w:rsidR="00E050A2" w:rsidRDefault="004F2FC6">
            <w:pPr>
              <w:bidi/>
              <w:spacing w:before="30" w:after="30"/>
              <w:jc w:val="center"/>
            </w:pPr>
            <w:r>
              <w:rPr>
                <w:sz w:val="17"/>
                <w:szCs w:val="17"/>
                <w:rtl/>
              </w:rPr>
              <w:t>333</w:t>
            </w:r>
          </w:p>
        </w:tc>
        <w:tc>
          <w:tcPr>
            <w:tcW w:w="624" w:type="dxa"/>
            <w:vAlign w:val="center"/>
          </w:tcPr>
          <w:p w14:paraId="5FB7E452" w14:textId="77777777" w:rsidR="00E050A2" w:rsidRDefault="004F2FC6">
            <w:pPr>
              <w:bidi/>
              <w:spacing w:before="30" w:after="30"/>
              <w:jc w:val="center"/>
            </w:pPr>
            <w:r>
              <w:rPr>
                <w:sz w:val="17"/>
                <w:szCs w:val="17"/>
                <w:rtl/>
              </w:rPr>
              <w:t>241</w:t>
            </w:r>
          </w:p>
        </w:tc>
        <w:tc>
          <w:tcPr>
            <w:tcW w:w="624" w:type="dxa"/>
            <w:vAlign w:val="center"/>
          </w:tcPr>
          <w:p w14:paraId="2CBF1287" w14:textId="77777777" w:rsidR="00E050A2" w:rsidRDefault="004F2FC6">
            <w:pPr>
              <w:bidi/>
              <w:spacing w:before="30" w:after="30"/>
              <w:jc w:val="center"/>
            </w:pPr>
            <w:r>
              <w:rPr>
                <w:sz w:val="17"/>
                <w:szCs w:val="17"/>
                <w:rtl/>
              </w:rPr>
              <w:t>57</w:t>
            </w:r>
          </w:p>
        </w:tc>
        <w:tc>
          <w:tcPr>
            <w:tcW w:w="624" w:type="dxa"/>
            <w:vAlign w:val="center"/>
          </w:tcPr>
          <w:p w14:paraId="39369EBC" w14:textId="77777777" w:rsidR="00E050A2" w:rsidRDefault="004F2FC6">
            <w:pPr>
              <w:bidi/>
              <w:spacing w:before="30" w:after="30"/>
              <w:jc w:val="center"/>
            </w:pPr>
            <w:r>
              <w:rPr>
                <w:sz w:val="17"/>
                <w:szCs w:val="17"/>
                <w:rtl/>
              </w:rPr>
              <w:t>35</w:t>
            </w:r>
          </w:p>
        </w:tc>
        <w:tc>
          <w:tcPr>
            <w:tcW w:w="5443" w:type="dxa"/>
            <w:vAlign w:val="center"/>
          </w:tcPr>
          <w:p w14:paraId="7F745607" w14:textId="77777777" w:rsidR="00E050A2" w:rsidRDefault="004F2FC6">
            <w:pPr>
              <w:bidi/>
              <w:spacing w:before="30" w:after="30"/>
            </w:pPr>
            <w:r>
              <w:rPr>
                <w:sz w:val="17"/>
                <w:szCs w:val="17"/>
                <w:rtl/>
              </w:rPr>
              <w:t>1. اختبار الشد (خضوع، شد، استطالة)، وفق كود مصري 203، ASTM A615، المعدل: عينتان لكل قطر إذا أقل من 50 طن، 3 عينات لكل قطر وصبة إذا أكثر، ص 39</w:t>
            </w:r>
            <w:r>
              <w:rPr>
                <w:sz w:val="17"/>
                <w:szCs w:val="17"/>
                <w:rtl/>
              </w:rPr>
              <w:br/>
              <w:t>2. اختبار الثني، وفق ASTM A615 Table 3، المعدل: مع عينات الشد، ص 41</w:t>
            </w:r>
            <w:r>
              <w:rPr>
                <w:sz w:val="17"/>
                <w:szCs w:val="17"/>
                <w:rtl/>
              </w:rPr>
              <w:br/>
            </w:r>
            <w:r>
              <w:rPr>
                <w:sz w:val="17"/>
                <w:szCs w:val="17"/>
                <w:rtl/>
              </w:rPr>
              <w:t>3. تحديد وزن المتر الطولي، وفق كود مصري 203، المعدل: مع عينات الشد، ص 39</w:t>
            </w:r>
          </w:p>
        </w:tc>
      </w:tr>
      <w:tr w:rsidR="00E050A2" w14:paraId="0EB34062" w14:textId="77777777">
        <w:trPr>
          <w:cantSplit/>
          <w:trHeight w:val="340"/>
          <w:jc w:val="center"/>
        </w:trPr>
        <w:tc>
          <w:tcPr>
            <w:tcW w:w="1928" w:type="dxa"/>
            <w:shd w:val="clear" w:color="auto" w:fill="EEF1FA"/>
            <w:vAlign w:val="center"/>
          </w:tcPr>
          <w:p w14:paraId="260C45AF" w14:textId="77777777" w:rsidR="00E050A2" w:rsidRDefault="004F2FC6">
            <w:pPr>
              <w:bidi/>
              <w:spacing w:before="30" w:after="30"/>
            </w:pPr>
            <w:r>
              <w:rPr>
                <w:sz w:val="17"/>
                <w:szCs w:val="17"/>
                <w:rtl/>
              </w:rPr>
              <w:t>أسقف خاصة (SLAB)</w:t>
            </w:r>
          </w:p>
        </w:tc>
        <w:tc>
          <w:tcPr>
            <w:tcW w:w="850" w:type="dxa"/>
            <w:shd w:val="clear" w:color="auto" w:fill="EEF1FA"/>
            <w:vAlign w:val="center"/>
          </w:tcPr>
          <w:p w14:paraId="3FDA2457" w14:textId="77777777" w:rsidR="00E050A2" w:rsidRDefault="004F2FC6">
            <w:pPr>
              <w:bidi/>
              <w:spacing w:before="30" w:after="30"/>
              <w:jc w:val="center"/>
            </w:pPr>
            <w:r>
              <w:rPr>
                <w:sz w:val="17"/>
                <w:szCs w:val="17"/>
                <w:rtl/>
              </w:rPr>
              <w:t>136</w:t>
            </w:r>
          </w:p>
        </w:tc>
        <w:tc>
          <w:tcPr>
            <w:tcW w:w="624" w:type="dxa"/>
            <w:shd w:val="clear" w:color="auto" w:fill="EEF1FA"/>
            <w:vAlign w:val="center"/>
          </w:tcPr>
          <w:p w14:paraId="2EB0E84F" w14:textId="77777777" w:rsidR="00E050A2" w:rsidRDefault="004F2FC6">
            <w:pPr>
              <w:bidi/>
              <w:spacing w:before="30" w:after="30"/>
              <w:jc w:val="center"/>
            </w:pPr>
            <w:r>
              <w:rPr>
                <w:sz w:val="17"/>
                <w:szCs w:val="17"/>
                <w:rtl/>
              </w:rPr>
              <w:t>76</w:t>
            </w:r>
          </w:p>
        </w:tc>
        <w:tc>
          <w:tcPr>
            <w:tcW w:w="624" w:type="dxa"/>
            <w:shd w:val="clear" w:color="auto" w:fill="EEF1FA"/>
            <w:vAlign w:val="center"/>
          </w:tcPr>
          <w:p w14:paraId="53CCFC35" w14:textId="77777777" w:rsidR="00E050A2" w:rsidRDefault="004F2FC6">
            <w:pPr>
              <w:bidi/>
              <w:spacing w:before="30" w:after="30"/>
              <w:jc w:val="center"/>
            </w:pPr>
            <w:r>
              <w:rPr>
                <w:sz w:val="17"/>
                <w:szCs w:val="17"/>
                <w:rtl/>
              </w:rPr>
              <w:t>41</w:t>
            </w:r>
          </w:p>
        </w:tc>
        <w:tc>
          <w:tcPr>
            <w:tcW w:w="624" w:type="dxa"/>
            <w:shd w:val="clear" w:color="auto" w:fill="EEF1FA"/>
            <w:vAlign w:val="center"/>
          </w:tcPr>
          <w:p w14:paraId="79F47177" w14:textId="77777777" w:rsidR="00E050A2" w:rsidRDefault="004F2FC6">
            <w:pPr>
              <w:bidi/>
              <w:spacing w:before="30" w:after="30"/>
              <w:jc w:val="center"/>
            </w:pPr>
            <w:r>
              <w:rPr>
                <w:sz w:val="17"/>
                <w:szCs w:val="17"/>
                <w:rtl/>
              </w:rPr>
              <w:t>19</w:t>
            </w:r>
          </w:p>
        </w:tc>
        <w:tc>
          <w:tcPr>
            <w:tcW w:w="5443" w:type="dxa"/>
            <w:shd w:val="clear" w:color="auto" w:fill="EEF1FA"/>
            <w:vAlign w:val="center"/>
          </w:tcPr>
          <w:p w14:paraId="31B1D7DE" w14:textId="77777777" w:rsidR="00E050A2" w:rsidRDefault="004F2FC6">
            <w:pPr>
              <w:bidi/>
              <w:spacing w:before="30" w:after="30"/>
            </w:pPr>
            <w:r>
              <w:rPr>
                <w:sz w:val="17"/>
                <w:szCs w:val="17"/>
                <w:rtl/>
              </w:rPr>
              <w:t>1. معايرة أجهزة الشد وقياس الاستطالة، المعدل: كل 6 شهور، ص 137</w:t>
            </w:r>
            <w:r>
              <w:rPr>
                <w:sz w:val="17"/>
                <w:szCs w:val="17"/>
                <w:rtl/>
              </w:rPr>
              <w:br/>
              <w:t>2. ضغط الخرسانة قبل الشد، المعدل: قبل كل مرحلة شد، ص 137</w:t>
            </w:r>
            <w:r>
              <w:rPr>
                <w:sz w:val="17"/>
                <w:szCs w:val="17"/>
                <w:rtl/>
              </w:rPr>
              <w:br/>
              <w:t>3. قياس الاستطالة ومقارنة القوة، المعدل: لكل كابل، ص 138</w:t>
            </w:r>
          </w:p>
        </w:tc>
      </w:tr>
      <w:tr w:rsidR="00E050A2" w14:paraId="1A839CAA" w14:textId="77777777">
        <w:trPr>
          <w:cantSplit/>
          <w:trHeight w:val="340"/>
          <w:jc w:val="center"/>
        </w:trPr>
        <w:tc>
          <w:tcPr>
            <w:tcW w:w="1928" w:type="dxa"/>
            <w:vAlign w:val="center"/>
          </w:tcPr>
          <w:p w14:paraId="0DB9B630" w14:textId="77777777" w:rsidR="00E050A2" w:rsidRDefault="004F2FC6">
            <w:pPr>
              <w:bidi/>
              <w:spacing w:before="30" w:after="30"/>
            </w:pPr>
            <w:r>
              <w:rPr>
                <w:sz w:val="17"/>
                <w:szCs w:val="17"/>
                <w:rtl/>
              </w:rPr>
              <w:t>خزانات وبيارات (TANK)</w:t>
            </w:r>
          </w:p>
        </w:tc>
        <w:tc>
          <w:tcPr>
            <w:tcW w:w="850" w:type="dxa"/>
            <w:vAlign w:val="center"/>
          </w:tcPr>
          <w:p w14:paraId="288F06F6" w14:textId="77777777" w:rsidR="00E050A2" w:rsidRDefault="004F2FC6">
            <w:pPr>
              <w:bidi/>
              <w:spacing w:before="30" w:after="30"/>
              <w:jc w:val="center"/>
            </w:pPr>
            <w:r>
              <w:rPr>
                <w:sz w:val="17"/>
                <w:szCs w:val="17"/>
                <w:rtl/>
              </w:rPr>
              <w:t>59</w:t>
            </w:r>
          </w:p>
        </w:tc>
        <w:tc>
          <w:tcPr>
            <w:tcW w:w="624" w:type="dxa"/>
            <w:vAlign w:val="center"/>
          </w:tcPr>
          <w:p w14:paraId="120AD5B3" w14:textId="77777777" w:rsidR="00E050A2" w:rsidRDefault="004F2FC6">
            <w:pPr>
              <w:bidi/>
              <w:spacing w:before="30" w:after="30"/>
              <w:jc w:val="center"/>
            </w:pPr>
            <w:r>
              <w:rPr>
                <w:sz w:val="17"/>
                <w:szCs w:val="17"/>
                <w:rtl/>
              </w:rPr>
              <w:t>19</w:t>
            </w:r>
          </w:p>
        </w:tc>
        <w:tc>
          <w:tcPr>
            <w:tcW w:w="624" w:type="dxa"/>
            <w:vAlign w:val="center"/>
          </w:tcPr>
          <w:p w14:paraId="44B4EEB2" w14:textId="77777777" w:rsidR="00E050A2" w:rsidRDefault="004F2FC6">
            <w:pPr>
              <w:bidi/>
              <w:spacing w:before="30" w:after="30"/>
              <w:jc w:val="center"/>
            </w:pPr>
            <w:r>
              <w:rPr>
                <w:sz w:val="17"/>
                <w:szCs w:val="17"/>
                <w:rtl/>
              </w:rPr>
              <w:t>32</w:t>
            </w:r>
          </w:p>
        </w:tc>
        <w:tc>
          <w:tcPr>
            <w:tcW w:w="624" w:type="dxa"/>
            <w:vAlign w:val="center"/>
          </w:tcPr>
          <w:p w14:paraId="6C36051E" w14:textId="77777777" w:rsidR="00E050A2" w:rsidRDefault="004F2FC6">
            <w:pPr>
              <w:bidi/>
              <w:spacing w:before="30" w:after="30"/>
              <w:jc w:val="center"/>
            </w:pPr>
            <w:r>
              <w:rPr>
                <w:sz w:val="17"/>
                <w:szCs w:val="17"/>
                <w:rtl/>
              </w:rPr>
              <w:t>8</w:t>
            </w:r>
          </w:p>
        </w:tc>
        <w:tc>
          <w:tcPr>
            <w:tcW w:w="5443" w:type="dxa"/>
            <w:vAlign w:val="center"/>
          </w:tcPr>
          <w:p w14:paraId="6F6F43A9" w14:textId="77777777" w:rsidR="00E050A2" w:rsidRDefault="004F2FC6">
            <w:pPr>
              <w:bidi/>
              <w:spacing w:before="30" w:after="30"/>
            </w:pPr>
            <w:r>
              <w:rPr>
                <w:sz w:val="17"/>
                <w:szCs w:val="17"/>
                <w:rtl/>
              </w:rPr>
              <w:t>1. اختبار امتلاء العزل الداخلي، المعدل: مرة بعد 28 يوما من الصب وقبل العزل الخارجي، ص 145</w:t>
            </w:r>
            <w:r>
              <w:rPr>
                <w:sz w:val="17"/>
                <w:szCs w:val="17"/>
                <w:rtl/>
              </w:rPr>
              <w:br/>
              <w:t>2. اختبار العزل الخارجي بالردم المشبع، المعدل: بعد قبول العزل الداخلي، ص 146</w:t>
            </w:r>
          </w:p>
        </w:tc>
      </w:tr>
      <w:tr w:rsidR="00E050A2" w14:paraId="183A9AAA" w14:textId="77777777">
        <w:trPr>
          <w:cantSplit/>
          <w:trHeight w:val="340"/>
          <w:jc w:val="center"/>
        </w:trPr>
        <w:tc>
          <w:tcPr>
            <w:tcW w:w="1928" w:type="dxa"/>
            <w:shd w:val="clear" w:color="auto" w:fill="EEF1FA"/>
            <w:vAlign w:val="center"/>
          </w:tcPr>
          <w:p w14:paraId="461DD962" w14:textId="77777777" w:rsidR="00E050A2" w:rsidRDefault="004F2FC6">
            <w:pPr>
              <w:bidi/>
              <w:spacing w:before="30" w:after="30"/>
            </w:pPr>
            <w:r>
              <w:rPr>
                <w:sz w:val="17"/>
                <w:szCs w:val="17"/>
                <w:rtl/>
              </w:rPr>
              <w:t>منشآت معدنية وأسوار (STEEL)</w:t>
            </w:r>
          </w:p>
        </w:tc>
        <w:tc>
          <w:tcPr>
            <w:tcW w:w="850" w:type="dxa"/>
            <w:shd w:val="clear" w:color="auto" w:fill="EEF1FA"/>
            <w:vAlign w:val="center"/>
          </w:tcPr>
          <w:p w14:paraId="02296437" w14:textId="77777777" w:rsidR="00E050A2" w:rsidRDefault="004F2FC6">
            <w:pPr>
              <w:bidi/>
              <w:spacing w:before="30" w:after="30"/>
              <w:jc w:val="center"/>
            </w:pPr>
            <w:r>
              <w:rPr>
                <w:sz w:val="17"/>
                <w:szCs w:val="17"/>
                <w:rtl/>
              </w:rPr>
              <w:t>35</w:t>
            </w:r>
          </w:p>
        </w:tc>
        <w:tc>
          <w:tcPr>
            <w:tcW w:w="624" w:type="dxa"/>
            <w:shd w:val="clear" w:color="auto" w:fill="EEF1FA"/>
            <w:vAlign w:val="center"/>
          </w:tcPr>
          <w:p w14:paraId="08F63CC5" w14:textId="77777777" w:rsidR="00E050A2" w:rsidRDefault="004F2FC6">
            <w:pPr>
              <w:bidi/>
              <w:spacing w:before="30" w:after="30"/>
              <w:jc w:val="center"/>
            </w:pPr>
            <w:r>
              <w:rPr>
                <w:sz w:val="17"/>
                <w:szCs w:val="17"/>
                <w:rtl/>
              </w:rPr>
              <w:t>14</w:t>
            </w:r>
          </w:p>
        </w:tc>
        <w:tc>
          <w:tcPr>
            <w:tcW w:w="624" w:type="dxa"/>
            <w:shd w:val="clear" w:color="auto" w:fill="EEF1FA"/>
            <w:vAlign w:val="center"/>
          </w:tcPr>
          <w:p w14:paraId="6985FA2D" w14:textId="77777777" w:rsidR="00E050A2" w:rsidRDefault="004F2FC6">
            <w:pPr>
              <w:bidi/>
              <w:spacing w:before="30" w:after="30"/>
              <w:jc w:val="center"/>
            </w:pPr>
            <w:r>
              <w:rPr>
                <w:sz w:val="17"/>
                <w:szCs w:val="17"/>
                <w:rtl/>
              </w:rPr>
              <w:t>12</w:t>
            </w:r>
          </w:p>
        </w:tc>
        <w:tc>
          <w:tcPr>
            <w:tcW w:w="624" w:type="dxa"/>
            <w:shd w:val="clear" w:color="auto" w:fill="EEF1FA"/>
            <w:vAlign w:val="center"/>
          </w:tcPr>
          <w:p w14:paraId="53DB926A" w14:textId="77777777" w:rsidR="00E050A2" w:rsidRDefault="004F2FC6">
            <w:pPr>
              <w:bidi/>
              <w:spacing w:before="30" w:after="30"/>
              <w:jc w:val="center"/>
            </w:pPr>
            <w:r>
              <w:rPr>
                <w:sz w:val="17"/>
                <w:szCs w:val="17"/>
                <w:rtl/>
              </w:rPr>
              <w:t>9</w:t>
            </w:r>
          </w:p>
        </w:tc>
        <w:tc>
          <w:tcPr>
            <w:tcW w:w="5443" w:type="dxa"/>
            <w:shd w:val="clear" w:color="auto" w:fill="EEF1FA"/>
            <w:vAlign w:val="center"/>
          </w:tcPr>
          <w:p w14:paraId="298CC3A7" w14:textId="77777777" w:rsidR="00E050A2" w:rsidRDefault="004F2FC6">
            <w:pPr>
              <w:bidi/>
              <w:spacing w:before="30" w:after="30"/>
            </w:pPr>
            <w:r>
              <w:rPr>
                <w:sz w:val="17"/>
                <w:szCs w:val="17"/>
                <w:rtl/>
              </w:rPr>
              <w:t>1. فحص واختبار اللحام والاختبارات غير المتلفة، المعدل: أثناء التجميع والتركيب، ص 149</w:t>
            </w:r>
            <w:r>
              <w:rPr>
                <w:sz w:val="17"/>
                <w:szCs w:val="17"/>
                <w:rtl/>
              </w:rPr>
              <w:br/>
              <w:t>2. فحص عزم شد البراغي بالتورك، المعدل: لكل وصلة، ص 149</w:t>
            </w:r>
            <w:r>
              <w:rPr>
                <w:sz w:val="17"/>
                <w:szCs w:val="17"/>
                <w:rtl/>
              </w:rPr>
              <w:br/>
              <w:t>3. فحص تسريب تغطية السطح بالماء، المعدل: بعد التركيب، ص 149</w:t>
            </w:r>
          </w:p>
        </w:tc>
      </w:tr>
      <w:tr w:rsidR="00E050A2" w14:paraId="25D2298C" w14:textId="77777777">
        <w:trPr>
          <w:cantSplit/>
          <w:trHeight w:val="340"/>
          <w:jc w:val="center"/>
        </w:trPr>
        <w:tc>
          <w:tcPr>
            <w:tcW w:w="1928" w:type="dxa"/>
            <w:vAlign w:val="center"/>
          </w:tcPr>
          <w:p w14:paraId="1B4C19B1" w14:textId="77777777" w:rsidR="00E050A2" w:rsidRDefault="004F2FC6">
            <w:pPr>
              <w:bidi/>
              <w:spacing w:before="30" w:after="30"/>
            </w:pPr>
            <w:r>
              <w:rPr>
                <w:sz w:val="17"/>
                <w:szCs w:val="17"/>
                <w:rtl/>
              </w:rPr>
              <w:t>أسفلت وبردورات وإنترلوك (ROAD)</w:t>
            </w:r>
          </w:p>
        </w:tc>
        <w:tc>
          <w:tcPr>
            <w:tcW w:w="850" w:type="dxa"/>
            <w:vAlign w:val="center"/>
          </w:tcPr>
          <w:p w14:paraId="51825C0A" w14:textId="77777777" w:rsidR="00E050A2" w:rsidRDefault="004F2FC6">
            <w:pPr>
              <w:bidi/>
              <w:spacing w:before="30" w:after="30"/>
              <w:jc w:val="center"/>
            </w:pPr>
            <w:r>
              <w:rPr>
                <w:sz w:val="17"/>
                <w:szCs w:val="17"/>
                <w:rtl/>
              </w:rPr>
              <w:t>81</w:t>
            </w:r>
          </w:p>
        </w:tc>
        <w:tc>
          <w:tcPr>
            <w:tcW w:w="624" w:type="dxa"/>
            <w:vAlign w:val="center"/>
          </w:tcPr>
          <w:p w14:paraId="1111C314" w14:textId="77777777" w:rsidR="00E050A2" w:rsidRDefault="004F2FC6">
            <w:pPr>
              <w:bidi/>
              <w:spacing w:before="30" w:after="30"/>
              <w:jc w:val="center"/>
            </w:pPr>
            <w:r>
              <w:rPr>
                <w:sz w:val="17"/>
                <w:szCs w:val="17"/>
                <w:rtl/>
              </w:rPr>
              <w:t>21</w:t>
            </w:r>
          </w:p>
        </w:tc>
        <w:tc>
          <w:tcPr>
            <w:tcW w:w="624" w:type="dxa"/>
            <w:vAlign w:val="center"/>
          </w:tcPr>
          <w:p w14:paraId="717588C4" w14:textId="77777777" w:rsidR="00E050A2" w:rsidRDefault="004F2FC6">
            <w:pPr>
              <w:bidi/>
              <w:spacing w:before="30" w:after="30"/>
              <w:jc w:val="center"/>
            </w:pPr>
            <w:r>
              <w:rPr>
                <w:sz w:val="17"/>
                <w:szCs w:val="17"/>
                <w:rtl/>
              </w:rPr>
              <w:t>49</w:t>
            </w:r>
          </w:p>
        </w:tc>
        <w:tc>
          <w:tcPr>
            <w:tcW w:w="624" w:type="dxa"/>
            <w:vAlign w:val="center"/>
          </w:tcPr>
          <w:p w14:paraId="450CB160" w14:textId="77777777" w:rsidR="00E050A2" w:rsidRDefault="004F2FC6">
            <w:pPr>
              <w:bidi/>
              <w:spacing w:before="30" w:after="30"/>
              <w:jc w:val="center"/>
            </w:pPr>
            <w:r>
              <w:rPr>
                <w:sz w:val="17"/>
                <w:szCs w:val="17"/>
                <w:rtl/>
              </w:rPr>
              <w:t>11</w:t>
            </w:r>
          </w:p>
        </w:tc>
        <w:tc>
          <w:tcPr>
            <w:tcW w:w="5443" w:type="dxa"/>
            <w:vAlign w:val="center"/>
          </w:tcPr>
          <w:p w14:paraId="12FD988E" w14:textId="77777777" w:rsidR="00E050A2" w:rsidRDefault="004F2FC6">
            <w:pPr>
              <w:bidi/>
              <w:spacing w:before="30" w:after="30"/>
            </w:pPr>
            <w:r>
              <w:rPr>
                <w:sz w:val="17"/>
                <w:szCs w:val="17"/>
                <w:rtl/>
              </w:rPr>
              <w:t>1. اختبار Subgrade: تدرج، أتربرج، CBR، المعدل: قبل الأساس، ص 150</w:t>
            </w:r>
            <w:r>
              <w:rPr>
                <w:sz w:val="17"/>
                <w:szCs w:val="17"/>
                <w:rtl/>
              </w:rPr>
              <w:br/>
              <w:t>2. اختبارات Sub base: منخلي، أتربرج، لوس أنجلوس، مكافئ رملي، CBR، الأصالة، المعدل: للاعتماد، ص 150</w:t>
            </w:r>
            <w:r>
              <w:rPr>
                <w:sz w:val="17"/>
                <w:szCs w:val="17"/>
                <w:rtl/>
              </w:rPr>
              <w:br/>
            </w:r>
            <w:r>
              <w:rPr>
                <w:sz w:val="17"/>
                <w:szCs w:val="17"/>
                <w:rtl/>
              </w:rPr>
              <w:t>3. اختبار الدمك لطبقة الأساس، المعدل: لكل 200 م2 لكل طبقة، ص 151</w:t>
            </w:r>
          </w:p>
        </w:tc>
      </w:tr>
      <w:tr w:rsidR="00E050A2" w14:paraId="1EBC3E94" w14:textId="77777777">
        <w:trPr>
          <w:cantSplit/>
          <w:trHeight w:val="340"/>
          <w:jc w:val="center"/>
        </w:trPr>
        <w:tc>
          <w:tcPr>
            <w:tcW w:w="1928" w:type="dxa"/>
            <w:shd w:val="clear" w:color="auto" w:fill="EEF1FA"/>
            <w:vAlign w:val="center"/>
          </w:tcPr>
          <w:p w14:paraId="0A90AEEA" w14:textId="77777777" w:rsidR="00E050A2" w:rsidRDefault="004F2FC6">
            <w:pPr>
              <w:bidi/>
              <w:spacing w:before="30" w:after="30"/>
            </w:pPr>
            <w:r>
              <w:rPr>
                <w:sz w:val="17"/>
                <w:szCs w:val="17"/>
                <w:rtl/>
              </w:rPr>
              <w:t>مباني بلوك وطوب (MAS)</w:t>
            </w:r>
          </w:p>
        </w:tc>
        <w:tc>
          <w:tcPr>
            <w:tcW w:w="850" w:type="dxa"/>
            <w:shd w:val="clear" w:color="auto" w:fill="EEF1FA"/>
            <w:vAlign w:val="center"/>
          </w:tcPr>
          <w:p w14:paraId="6B92EC52" w14:textId="77777777" w:rsidR="00E050A2" w:rsidRDefault="004F2FC6">
            <w:pPr>
              <w:bidi/>
              <w:spacing w:before="30" w:after="30"/>
              <w:jc w:val="center"/>
            </w:pPr>
            <w:r>
              <w:rPr>
                <w:sz w:val="17"/>
                <w:szCs w:val="17"/>
                <w:rtl/>
              </w:rPr>
              <w:t>178</w:t>
            </w:r>
          </w:p>
        </w:tc>
        <w:tc>
          <w:tcPr>
            <w:tcW w:w="624" w:type="dxa"/>
            <w:shd w:val="clear" w:color="auto" w:fill="EEF1FA"/>
            <w:vAlign w:val="center"/>
          </w:tcPr>
          <w:p w14:paraId="7E80F128" w14:textId="77777777" w:rsidR="00E050A2" w:rsidRDefault="004F2FC6">
            <w:pPr>
              <w:bidi/>
              <w:spacing w:before="30" w:after="30"/>
              <w:jc w:val="center"/>
            </w:pPr>
            <w:r>
              <w:rPr>
                <w:sz w:val="17"/>
                <w:szCs w:val="17"/>
                <w:rtl/>
              </w:rPr>
              <w:t>35</w:t>
            </w:r>
          </w:p>
        </w:tc>
        <w:tc>
          <w:tcPr>
            <w:tcW w:w="624" w:type="dxa"/>
            <w:shd w:val="clear" w:color="auto" w:fill="EEF1FA"/>
            <w:vAlign w:val="center"/>
          </w:tcPr>
          <w:p w14:paraId="33B096F9" w14:textId="77777777" w:rsidR="00E050A2" w:rsidRDefault="004F2FC6">
            <w:pPr>
              <w:bidi/>
              <w:spacing w:before="30" w:after="30"/>
              <w:jc w:val="center"/>
            </w:pPr>
            <w:r>
              <w:rPr>
                <w:sz w:val="17"/>
                <w:szCs w:val="17"/>
                <w:rtl/>
              </w:rPr>
              <w:t>125</w:t>
            </w:r>
          </w:p>
        </w:tc>
        <w:tc>
          <w:tcPr>
            <w:tcW w:w="624" w:type="dxa"/>
            <w:shd w:val="clear" w:color="auto" w:fill="EEF1FA"/>
            <w:vAlign w:val="center"/>
          </w:tcPr>
          <w:p w14:paraId="189CA9A6" w14:textId="77777777" w:rsidR="00E050A2" w:rsidRDefault="004F2FC6">
            <w:pPr>
              <w:bidi/>
              <w:spacing w:before="30" w:after="30"/>
              <w:jc w:val="center"/>
            </w:pPr>
            <w:r>
              <w:rPr>
                <w:sz w:val="17"/>
                <w:szCs w:val="17"/>
                <w:rtl/>
              </w:rPr>
              <w:t>18</w:t>
            </w:r>
          </w:p>
        </w:tc>
        <w:tc>
          <w:tcPr>
            <w:tcW w:w="5443" w:type="dxa"/>
            <w:shd w:val="clear" w:color="auto" w:fill="EEF1FA"/>
            <w:vAlign w:val="center"/>
          </w:tcPr>
          <w:p w14:paraId="4D24FAF4" w14:textId="77777777" w:rsidR="00E050A2" w:rsidRDefault="004F2FC6">
            <w:pPr>
              <w:bidi/>
              <w:spacing w:before="30" w:after="30"/>
            </w:pPr>
            <w:r>
              <w:rPr>
                <w:sz w:val="17"/>
                <w:szCs w:val="17"/>
                <w:rtl/>
              </w:rPr>
              <w:t>1. مقاومة ضغط وامتصاص الطوب الطفلي، وفق كود مصري 204-2005، المعدل: 5 طوبات للعينة، ص 51</w:t>
            </w:r>
            <w:r>
              <w:rPr>
                <w:sz w:val="17"/>
                <w:szCs w:val="17"/>
                <w:rtl/>
              </w:rPr>
              <w:br/>
              <w:t>2. مقاومة ضغط الطوب الأسمنتي، وفق كود مصري 204، المعدل: 10 وحدات للعينة، ص 51</w:t>
            </w:r>
            <w:r>
              <w:rPr>
                <w:sz w:val="17"/>
                <w:szCs w:val="17"/>
                <w:rtl/>
              </w:rPr>
              <w:br/>
              <w:t>3. مقاومة ضغط البلوك الأسمنتي المفرغ، وفق ASTM C129، المعدل: 3 وحدات للعينة، ص 51</w:t>
            </w:r>
          </w:p>
        </w:tc>
      </w:tr>
      <w:tr w:rsidR="00E050A2" w14:paraId="0A88833D" w14:textId="77777777">
        <w:trPr>
          <w:cantSplit/>
          <w:trHeight w:val="340"/>
          <w:jc w:val="center"/>
        </w:trPr>
        <w:tc>
          <w:tcPr>
            <w:tcW w:w="1928" w:type="dxa"/>
            <w:vAlign w:val="center"/>
          </w:tcPr>
          <w:p w14:paraId="36B988BC" w14:textId="77777777" w:rsidR="00E050A2" w:rsidRDefault="004F2FC6">
            <w:pPr>
              <w:bidi/>
              <w:spacing w:before="30" w:after="30"/>
            </w:pPr>
            <w:r>
              <w:rPr>
                <w:sz w:val="17"/>
                <w:szCs w:val="17"/>
                <w:rtl/>
              </w:rPr>
              <w:t>لياسة وبياض (PLAS)</w:t>
            </w:r>
          </w:p>
        </w:tc>
        <w:tc>
          <w:tcPr>
            <w:tcW w:w="850" w:type="dxa"/>
            <w:vAlign w:val="center"/>
          </w:tcPr>
          <w:p w14:paraId="06BF6D64" w14:textId="77777777" w:rsidR="00E050A2" w:rsidRDefault="004F2FC6">
            <w:pPr>
              <w:bidi/>
              <w:spacing w:before="30" w:after="30"/>
              <w:jc w:val="center"/>
            </w:pPr>
            <w:r>
              <w:rPr>
                <w:sz w:val="17"/>
                <w:szCs w:val="17"/>
                <w:rtl/>
              </w:rPr>
              <w:t>134</w:t>
            </w:r>
          </w:p>
        </w:tc>
        <w:tc>
          <w:tcPr>
            <w:tcW w:w="624" w:type="dxa"/>
            <w:vAlign w:val="center"/>
          </w:tcPr>
          <w:p w14:paraId="78D447AD" w14:textId="77777777" w:rsidR="00E050A2" w:rsidRDefault="004F2FC6">
            <w:pPr>
              <w:bidi/>
              <w:spacing w:before="30" w:after="30"/>
              <w:jc w:val="center"/>
            </w:pPr>
            <w:r>
              <w:rPr>
                <w:sz w:val="17"/>
                <w:szCs w:val="17"/>
                <w:rtl/>
              </w:rPr>
              <w:t>10</w:t>
            </w:r>
          </w:p>
        </w:tc>
        <w:tc>
          <w:tcPr>
            <w:tcW w:w="624" w:type="dxa"/>
            <w:vAlign w:val="center"/>
          </w:tcPr>
          <w:p w14:paraId="02CEBA74" w14:textId="77777777" w:rsidR="00E050A2" w:rsidRDefault="004F2FC6">
            <w:pPr>
              <w:bidi/>
              <w:spacing w:before="30" w:after="30"/>
              <w:jc w:val="center"/>
            </w:pPr>
            <w:r>
              <w:rPr>
                <w:sz w:val="17"/>
                <w:szCs w:val="17"/>
                <w:rtl/>
              </w:rPr>
              <w:t>115</w:t>
            </w:r>
          </w:p>
        </w:tc>
        <w:tc>
          <w:tcPr>
            <w:tcW w:w="624" w:type="dxa"/>
            <w:vAlign w:val="center"/>
          </w:tcPr>
          <w:p w14:paraId="4FD39855" w14:textId="77777777" w:rsidR="00E050A2" w:rsidRDefault="004F2FC6">
            <w:pPr>
              <w:bidi/>
              <w:spacing w:before="30" w:after="30"/>
              <w:jc w:val="center"/>
            </w:pPr>
            <w:r>
              <w:rPr>
                <w:sz w:val="17"/>
                <w:szCs w:val="17"/>
                <w:rtl/>
              </w:rPr>
              <w:t>9</w:t>
            </w:r>
          </w:p>
        </w:tc>
        <w:tc>
          <w:tcPr>
            <w:tcW w:w="5443" w:type="dxa"/>
            <w:vAlign w:val="center"/>
          </w:tcPr>
          <w:p w14:paraId="0387C476" w14:textId="77777777" w:rsidR="00E050A2" w:rsidRDefault="004F2FC6">
            <w:pPr>
              <w:bidi/>
              <w:spacing w:before="30" w:after="30"/>
            </w:pPr>
            <w:r>
              <w:rPr>
                <w:sz w:val="17"/>
                <w:szCs w:val="17"/>
                <w:rtl/>
              </w:rPr>
              <w:t>1. مقاومة ضغط مكعبات مونة الطرطشة 28 يوما، وفق كود مصري للبياض 2006، المعدل: حسب المواصفات، ص 52</w:t>
            </w:r>
            <w:r>
              <w:rPr>
                <w:sz w:val="17"/>
                <w:szCs w:val="17"/>
                <w:rtl/>
              </w:rPr>
              <w:br/>
            </w:r>
            <w:r>
              <w:rPr>
                <w:sz w:val="17"/>
                <w:szCs w:val="17"/>
                <w:rtl/>
              </w:rPr>
              <w:t>2. مقاومة ضغط مكعبات مونة البياض 15×15×15 سم، وفق الكود المصري للبياض 2006، المعدل: عينات دورية، ص 175</w:t>
            </w:r>
            <w:r>
              <w:rPr>
                <w:sz w:val="17"/>
                <w:szCs w:val="17"/>
                <w:rtl/>
              </w:rPr>
              <w:br/>
              <w:t>3. تدرج رمل البياض الأسمنتي، وفق الكود المصري للبياض 2006، المعدل: حسب خطة الجودة، ص 174</w:t>
            </w:r>
          </w:p>
        </w:tc>
      </w:tr>
      <w:tr w:rsidR="00E050A2" w14:paraId="63AB33BB" w14:textId="77777777">
        <w:trPr>
          <w:cantSplit/>
          <w:trHeight w:val="340"/>
          <w:jc w:val="center"/>
        </w:trPr>
        <w:tc>
          <w:tcPr>
            <w:tcW w:w="1928" w:type="dxa"/>
            <w:shd w:val="clear" w:color="auto" w:fill="EEF1FA"/>
            <w:vAlign w:val="center"/>
          </w:tcPr>
          <w:p w14:paraId="321F809F" w14:textId="77777777" w:rsidR="00E050A2" w:rsidRDefault="004F2FC6">
            <w:pPr>
              <w:bidi/>
              <w:spacing w:before="30" w:after="30"/>
            </w:pPr>
            <w:r>
              <w:rPr>
                <w:sz w:val="17"/>
                <w:szCs w:val="17"/>
                <w:rtl/>
              </w:rPr>
              <w:t>عزل مائي وحراري (WP)</w:t>
            </w:r>
          </w:p>
        </w:tc>
        <w:tc>
          <w:tcPr>
            <w:tcW w:w="850" w:type="dxa"/>
            <w:shd w:val="clear" w:color="auto" w:fill="EEF1FA"/>
            <w:vAlign w:val="center"/>
          </w:tcPr>
          <w:p w14:paraId="7D9615D8" w14:textId="77777777" w:rsidR="00E050A2" w:rsidRDefault="004F2FC6">
            <w:pPr>
              <w:bidi/>
              <w:spacing w:before="30" w:after="30"/>
              <w:jc w:val="center"/>
            </w:pPr>
            <w:r>
              <w:rPr>
                <w:sz w:val="17"/>
                <w:szCs w:val="17"/>
                <w:rtl/>
              </w:rPr>
              <w:t>121</w:t>
            </w:r>
          </w:p>
        </w:tc>
        <w:tc>
          <w:tcPr>
            <w:tcW w:w="624" w:type="dxa"/>
            <w:shd w:val="clear" w:color="auto" w:fill="EEF1FA"/>
            <w:vAlign w:val="center"/>
          </w:tcPr>
          <w:p w14:paraId="01D1079E" w14:textId="77777777" w:rsidR="00E050A2" w:rsidRDefault="004F2FC6">
            <w:pPr>
              <w:bidi/>
              <w:spacing w:before="30" w:after="30"/>
              <w:jc w:val="center"/>
            </w:pPr>
            <w:r>
              <w:rPr>
                <w:sz w:val="17"/>
                <w:szCs w:val="17"/>
                <w:rtl/>
              </w:rPr>
              <w:t>30</w:t>
            </w:r>
          </w:p>
        </w:tc>
        <w:tc>
          <w:tcPr>
            <w:tcW w:w="624" w:type="dxa"/>
            <w:shd w:val="clear" w:color="auto" w:fill="EEF1FA"/>
            <w:vAlign w:val="center"/>
          </w:tcPr>
          <w:p w14:paraId="4B1DED86" w14:textId="77777777" w:rsidR="00E050A2" w:rsidRDefault="004F2FC6">
            <w:pPr>
              <w:bidi/>
              <w:spacing w:before="30" w:after="30"/>
              <w:jc w:val="center"/>
            </w:pPr>
            <w:r>
              <w:rPr>
                <w:sz w:val="17"/>
                <w:szCs w:val="17"/>
                <w:rtl/>
              </w:rPr>
              <w:t>85</w:t>
            </w:r>
          </w:p>
        </w:tc>
        <w:tc>
          <w:tcPr>
            <w:tcW w:w="624" w:type="dxa"/>
            <w:shd w:val="clear" w:color="auto" w:fill="EEF1FA"/>
            <w:vAlign w:val="center"/>
          </w:tcPr>
          <w:p w14:paraId="562DFF34" w14:textId="77777777" w:rsidR="00E050A2" w:rsidRDefault="004F2FC6">
            <w:pPr>
              <w:bidi/>
              <w:spacing w:before="30" w:after="30"/>
              <w:jc w:val="center"/>
            </w:pPr>
            <w:r>
              <w:rPr>
                <w:sz w:val="17"/>
                <w:szCs w:val="17"/>
                <w:rtl/>
              </w:rPr>
              <w:t>6</w:t>
            </w:r>
          </w:p>
        </w:tc>
        <w:tc>
          <w:tcPr>
            <w:tcW w:w="5443" w:type="dxa"/>
            <w:shd w:val="clear" w:color="auto" w:fill="EEF1FA"/>
            <w:vAlign w:val="center"/>
          </w:tcPr>
          <w:p w14:paraId="3DA45059" w14:textId="77777777" w:rsidR="00E050A2" w:rsidRDefault="004F2FC6">
            <w:pPr>
              <w:bidi/>
              <w:spacing w:before="30" w:after="30"/>
            </w:pPr>
            <w:r>
              <w:rPr>
                <w:sz w:val="17"/>
                <w:szCs w:val="17"/>
                <w:rtl/>
              </w:rPr>
              <w:t>1. Flash Point للبيتومين، المعدل: لكل توريد، ص 91</w:t>
            </w:r>
            <w:r>
              <w:rPr>
                <w:sz w:val="17"/>
                <w:szCs w:val="17"/>
                <w:rtl/>
              </w:rPr>
              <w:br/>
              <w:t>2. Softening Point للبيتومين، المعدل: لكل توريد، ص 91</w:t>
            </w:r>
            <w:r>
              <w:rPr>
                <w:sz w:val="17"/>
                <w:szCs w:val="17"/>
                <w:rtl/>
              </w:rPr>
              <w:br/>
              <w:t>3. Penetration للبيتومين، المعدل: لكل توريد، ص 91</w:t>
            </w:r>
          </w:p>
        </w:tc>
      </w:tr>
      <w:tr w:rsidR="00E050A2" w14:paraId="559FE3C7" w14:textId="77777777">
        <w:trPr>
          <w:cantSplit/>
          <w:trHeight w:val="340"/>
          <w:jc w:val="center"/>
        </w:trPr>
        <w:tc>
          <w:tcPr>
            <w:tcW w:w="1928" w:type="dxa"/>
            <w:vAlign w:val="center"/>
          </w:tcPr>
          <w:p w14:paraId="39EC7F20" w14:textId="77777777" w:rsidR="00E050A2" w:rsidRDefault="004F2FC6">
            <w:pPr>
              <w:bidi/>
              <w:spacing w:before="30" w:after="30"/>
            </w:pPr>
            <w:r>
              <w:rPr>
                <w:sz w:val="17"/>
                <w:szCs w:val="17"/>
                <w:rtl/>
              </w:rPr>
              <w:t>بلاط ورخام وتكسيات (TILE)</w:t>
            </w:r>
          </w:p>
        </w:tc>
        <w:tc>
          <w:tcPr>
            <w:tcW w:w="850" w:type="dxa"/>
            <w:vAlign w:val="center"/>
          </w:tcPr>
          <w:p w14:paraId="40D5C192" w14:textId="77777777" w:rsidR="00E050A2" w:rsidRDefault="004F2FC6">
            <w:pPr>
              <w:bidi/>
              <w:spacing w:before="30" w:after="30"/>
              <w:jc w:val="center"/>
            </w:pPr>
            <w:r>
              <w:rPr>
                <w:sz w:val="17"/>
                <w:szCs w:val="17"/>
                <w:rtl/>
              </w:rPr>
              <w:t>236</w:t>
            </w:r>
          </w:p>
        </w:tc>
        <w:tc>
          <w:tcPr>
            <w:tcW w:w="624" w:type="dxa"/>
            <w:vAlign w:val="center"/>
          </w:tcPr>
          <w:p w14:paraId="636FDACC" w14:textId="77777777" w:rsidR="00E050A2" w:rsidRDefault="004F2FC6">
            <w:pPr>
              <w:bidi/>
              <w:spacing w:before="30" w:after="30"/>
              <w:jc w:val="center"/>
            </w:pPr>
            <w:r>
              <w:rPr>
                <w:sz w:val="17"/>
                <w:szCs w:val="17"/>
                <w:rtl/>
              </w:rPr>
              <w:t>19</w:t>
            </w:r>
          </w:p>
        </w:tc>
        <w:tc>
          <w:tcPr>
            <w:tcW w:w="624" w:type="dxa"/>
            <w:vAlign w:val="center"/>
          </w:tcPr>
          <w:p w14:paraId="5529BF5E" w14:textId="77777777" w:rsidR="00E050A2" w:rsidRDefault="004F2FC6">
            <w:pPr>
              <w:bidi/>
              <w:spacing w:before="30" w:after="30"/>
              <w:jc w:val="center"/>
            </w:pPr>
            <w:r>
              <w:rPr>
                <w:sz w:val="17"/>
                <w:szCs w:val="17"/>
                <w:rtl/>
              </w:rPr>
              <w:t>197</w:t>
            </w:r>
          </w:p>
        </w:tc>
        <w:tc>
          <w:tcPr>
            <w:tcW w:w="624" w:type="dxa"/>
            <w:vAlign w:val="center"/>
          </w:tcPr>
          <w:p w14:paraId="3D9F4B45" w14:textId="77777777" w:rsidR="00E050A2" w:rsidRDefault="004F2FC6">
            <w:pPr>
              <w:bidi/>
              <w:spacing w:before="30" w:after="30"/>
              <w:jc w:val="center"/>
            </w:pPr>
            <w:r>
              <w:rPr>
                <w:sz w:val="17"/>
                <w:szCs w:val="17"/>
                <w:rtl/>
              </w:rPr>
              <w:t>20</w:t>
            </w:r>
          </w:p>
        </w:tc>
        <w:tc>
          <w:tcPr>
            <w:tcW w:w="5443" w:type="dxa"/>
            <w:vAlign w:val="center"/>
          </w:tcPr>
          <w:p w14:paraId="231772E8" w14:textId="77777777" w:rsidR="00E050A2" w:rsidRDefault="004F2FC6">
            <w:pPr>
              <w:bidi/>
              <w:spacing w:before="30" w:after="30"/>
            </w:pPr>
            <w:r>
              <w:rPr>
                <w:sz w:val="17"/>
                <w:szCs w:val="17"/>
                <w:rtl/>
              </w:rPr>
              <w:t>1. امتصاص الماء للبلاط، المعدل: 3 عينات، ص 181</w:t>
            </w:r>
            <w:r>
              <w:rPr>
                <w:sz w:val="17"/>
                <w:szCs w:val="17"/>
                <w:rtl/>
              </w:rPr>
              <w:br/>
            </w:r>
            <w:r>
              <w:rPr>
                <w:sz w:val="17"/>
                <w:szCs w:val="17"/>
                <w:rtl/>
              </w:rPr>
              <w:t>2. قوة الكسر (مقاومة الانحناء)، المعدل: 5 قطع، ص 180</w:t>
            </w:r>
            <w:r>
              <w:rPr>
                <w:sz w:val="17"/>
                <w:szCs w:val="17"/>
                <w:rtl/>
              </w:rPr>
              <w:br/>
              <w:t>3. الاستقامة واستقامة الحواف، المعدل: عينة لكل رسالة، ص 181</w:t>
            </w:r>
          </w:p>
        </w:tc>
      </w:tr>
      <w:tr w:rsidR="00E050A2" w14:paraId="05F28757" w14:textId="77777777">
        <w:trPr>
          <w:cantSplit/>
          <w:trHeight w:val="340"/>
          <w:jc w:val="center"/>
        </w:trPr>
        <w:tc>
          <w:tcPr>
            <w:tcW w:w="1928" w:type="dxa"/>
            <w:shd w:val="clear" w:color="auto" w:fill="EEF1FA"/>
            <w:vAlign w:val="center"/>
          </w:tcPr>
          <w:p w14:paraId="71F23DA7" w14:textId="77777777" w:rsidR="00E050A2" w:rsidRDefault="004F2FC6">
            <w:pPr>
              <w:bidi/>
              <w:spacing w:before="30" w:after="30"/>
            </w:pPr>
            <w:r>
              <w:rPr>
                <w:sz w:val="17"/>
                <w:szCs w:val="17"/>
                <w:rtl/>
              </w:rPr>
              <w:t>أسقف مستعارة (CEIL)</w:t>
            </w:r>
          </w:p>
        </w:tc>
        <w:tc>
          <w:tcPr>
            <w:tcW w:w="850" w:type="dxa"/>
            <w:shd w:val="clear" w:color="auto" w:fill="EEF1FA"/>
            <w:vAlign w:val="center"/>
          </w:tcPr>
          <w:p w14:paraId="7534333D" w14:textId="77777777" w:rsidR="00E050A2" w:rsidRDefault="004F2FC6">
            <w:pPr>
              <w:bidi/>
              <w:spacing w:before="30" w:after="30"/>
              <w:jc w:val="center"/>
            </w:pPr>
            <w:r>
              <w:rPr>
                <w:sz w:val="17"/>
                <w:szCs w:val="17"/>
                <w:rtl/>
              </w:rPr>
              <w:t>53</w:t>
            </w:r>
          </w:p>
        </w:tc>
        <w:tc>
          <w:tcPr>
            <w:tcW w:w="624" w:type="dxa"/>
            <w:shd w:val="clear" w:color="auto" w:fill="EEF1FA"/>
            <w:vAlign w:val="center"/>
          </w:tcPr>
          <w:p w14:paraId="6E9EA9DD" w14:textId="77777777" w:rsidR="00E050A2" w:rsidRDefault="004F2FC6">
            <w:pPr>
              <w:bidi/>
              <w:spacing w:before="30" w:after="30"/>
              <w:jc w:val="center"/>
            </w:pPr>
            <w:r>
              <w:rPr>
                <w:sz w:val="17"/>
                <w:szCs w:val="17"/>
                <w:rtl/>
              </w:rPr>
              <w:t>9</w:t>
            </w:r>
          </w:p>
        </w:tc>
        <w:tc>
          <w:tcPr>
            <w:tcW w:w="624" w:type="dxa"/>
            <w:shd w:val="clear" w:color="auto" w:fill="EEF1FA"/>
            <w:vAlign w:val="center"/>
          </w:tcPr>
          <w:p w14:paraId="57E7631E" w14:textId="77777777" w:rsidR="00E050A2" w:rsidRDefault="004F2FC6">
            <w:pPr>
              <w:bidi/>
              <w:spacing w:before="30" w:after="30"/>
              <w:jc w:val="center"/>
            </w:pPr>
            <w:r>
              <w:rPr>
                <w:sz w:val="17"/>
                <w:szCs w:val="17"/>
                <w:rtl/>
              </w:rPr>
              <w:t>41</w:t>
            </w:r>
          </w:p>
        </w:tc>
        <w:tc>
          <w:tcPr>
            <w:tcW w:w="624" w:type="dxa"/>
            <w:shd w:val="clear" w:color="auto" w:fill="EEF1FA"/>
            <w:vAlign w:val="center"/>
          </w:tcPr>
          <w:p w14:paraId="62D25C06" w14:textId="77777777" w:rsidR="00E050A2" w:rsidRDefault="004F2FC6">
            <w:pPr>
              <w:bidi/>
              <w:spacing w:before="30" w:after="30"/>
              <w:jc w:val="center"/>
            </w:pPr>
            <w:r>
              <w:rPr>
                <w:sz w:val="17"/>
                <w:szCs w:val="17"/>
                <w:rtl/>
              </w:rPr>
              <w:t>3</w:t>
            </w:r>
          </w:p>
        </w:tc>
        <w:tc>
          <w:tcPr>
            <w:tcW w:w="5443" w:type="dxa"/>
            <w:shd w:val="clear" w:color="auto" w:fill="EEF1FA"/>
            <w:vAlign w:val="center"/>
          </w:tcPr>
          <w:p w14:paraId="3B214220" w14:textId="77777777" w:rsidR="00E050A2" w:rsidRDefault="004F2FC6">
            <w:pPr>
              <w:bidi/>
              <w:spacing w:before="30" w:after="30"/>
            </w:pPr>
            <w:r>
              <w:rPr>
                <w:sz w:val="17"/>
                <w:szCs w:val="17"/>
                <w:rtl/>
              </w:rPr>
              <w:t>لا يحدد المرجع اختبارا معمليا لهذا الباب، ويعتمد على الفحص البصري والقياس وشهادات المورد والتشغيل التجريبي.</w:t>
            </w:r>
          </w:p>
        </w:tc>
      </w:tr>
      <w:tr w:rsidR="00E050A2" w14:paraId="16D579EE" w14:textId="77777777">
        <w:trPr>
          <w:cantSplit/>
          <w:trHeight w:val="340"/>
          <w:jc w:val="center"/>
        </w:trPr>
        <w:tc>
          <w:tcPr>
            <w:tcW w:w="1928" w:type="dxa"/>
            <w:vAlign w:val="center"/>
          </w:tcPr>
          <w:p w14:paraId="443ED38C" w14:textId="77777777" w:rsidR="00E050A2" w:rsidRDefault="004F2FC6">
            <w:pPr>
              <w:bidi/>
              <w:spacing w:before="30" w:after="30"/>
            </w:pPr>
            <w:r>
              <w:rPr>
                <w:sz w:val="17"/>
                <w:szCs w:val="17"/>
                <w:rtl/>
              </w:rPr>
              <w:t>نجارة معمارية (WOOD)</w:t>
            </w:r>
          </w:p>
        </w:tc>
        <w:tc>
          <w:tcPr>
            <w:tcW w:w="850" w:type="dxa"/>
            <w:vAlign w:val="center"/>
          </w:tcPr>
          <w:p w14:paraId="39466B84" w14:textId="77777777" w:rsidR="00E050A2" w:rsidRDefault="004F2FC6">
            <w:pPr>
              <w:bidi/>
              <w:spacing w:before="30" w:after="30"/>
              <w:jc w:val="center"/>
            </w:pPr>
            <w:r>
              <w:rPr>
                <w:sz w:val="17"/>
                <w:szCs w:val="17"/>
                <w:rtl/>
              </w:rPr>
              <w:t>89</w:t>
            </w:r>
          </w:p>
        </w:tc>
        <w:tc>
          <w:tcPr>
            <w:tcW w:w="624" w:type="dxa"/>
            <w:vAlign w:val="center"/>
          </w:tcPr>
          <w:p w14:paraId="5D976FA2" w14:textId="77777777" w:rsidR="00E050A2" w:rsidRDefault="004F2FC6">
            <w:pPr>
              <w:bidi/>
              <w:spacing w:before="30" w:after="30"/>
              <w:jc w:val="center"/>
            </w:pPr>
            <w:r>
              <w:rPr>
                <w:sz w:val="17"/>
                <w:szCs w:val="17"/>
                <w:rtl/>
              </w:rPr>
              <w:t>5</w:t>
            </w:r>
          </w:p>
        </w:tc>
        <w:tc>
          <w:tcPr>
            <w:tcW w:w="624" w:type="dxa"/>
            <w:vAlign w:val="center"/>
          </w:tcPr>
          <w:p w14:paraId="15A27B09" w14:textId="77777777" w:rsidR="00E050A2" w:rsidRDefault="004F2FC6">
            <w:pPr>
              <w:bidi/>
              <w:spacing w:before="30" w:after="30"/>
              <w:jc w:val="center"/>
            </w:pPr>
            <w:r>
              <w:rPr>
                <w:sz w:val="17"/>
                <w:szCs w:val="17"/>
                <w:rtl/>
              </w:rPr>
              <w:t>80</w:t>
            </w:r>
          </w:p>
        </w:tc>
        <w:tc>
          <w:tcPr>
            <w:tcW w:w="624" w:type="dxa"/>
            <w:vAlign w:val="center"/>
          </w:tcPr>
          <w:p w14:paraId="1556D24D" w14:textId="77777777" w:rsidR="00E050A2" w:rsidRDefault="004F2FC6">
            <w:pPr>
              <w:bidi/>
              <w:spacing w:before="30" w:after="30"/>
              <w:jc w:val="center"/>
            </w:pPr>
            <w:r>
              <w:rPr>
                <w:sz w:val="17"/>
                <w:szCs w:val="17"/>
                <w:rtl/>
              </w:rPr>
              <w:t>4</w:t>
            </w:r>
          </w:p>
        </w:tc>
        <w:tc>
          <w:tcPr>
            <w:tcW w:w="5443" w:type="dxa"/>
            <w:vAlign w:val="center"/>
          </w:tcPr>
          <w:p w14:paraId="3ECE9922" w14:textId="77777777" w:rsidR="00E050A2" w:rsidRDefault="004F2FC6">
            <w:pPr>
              <w:bidi/>
              <w:spacing w:before="30" w:after="30"/>
            </w:pPr>
            <w:r>
              <w:rPr>
                <w:sz w:val="17"/>
                <w:szCs w:val="17"/>
                <w:rtl/>
              </w:rPr>
              <w:t>1. معدل النمو (عدد الحلقات)، المعدل: لكل رسالة، ص 193 إلى 194</w:t>
            </w:r>
          </w:p>
        </w:tc>
      </w:tr>
      <w:tr w:rsidR="00E050A2" w14:paraId="2D22243E" w14:textId="77777777">
        <w:trPr>
          <w:cantSplit/>
          <w:trHeight w:val="340"/>
          <w:jc w:val="center"/>
        </w:trPr>
        <w:tc>
          <w:tcPr>
            <w:tcW w:w="1928" w:type="dxa"/>
            <w:shd w:val="clear" w:color="auto" w:fill="EEF1FA"/>
            <w:vAlign w:val="center"/>
          </w:tcPr>
          <w:p w14:paraId="16B36B5E" w14:textId="77777777" w:rsidR="00E050A2" w:rsidRDefault="004F2FC6">
            <w:pPr>
              <w:bidi/>
              <w:spacing w:before="30" w:after="30"/>
            </w:pPr>
            <w:r>
              <w:rPr>
                <w:sz w:val="17"/>
                <w:szCs w:val="17"/>
                <w:rtl/>
              </w:rPr>
              <w:t>أبواب معدنية وألمنيوم وواجهات (METAL)</w:t>
            </w:r>
          </w:p>
        </w:tc>
        <w:tc>
          <w:tcPr>
            <w:tcW w:w="850" w:type="dxa"/>
            <w:shd w:val="clear" w:color="auto" w:fill="EEF1FA"/>
            <w:vAlign w:val="center"/>
          </w:tcPr>
          <w:p w14:paraId="7C2AA8B2" w14:textId="77777777" w:rsidR="00E050A2" w:rsidRDefault="004F2FC6">
            <w:pPr>
              <w:bidi/>
              <w:spacing w:before="30" w:after="30"/>
              <w:jc w:val="center"/>
            </w:pPr>
            <w:r>
              <w:rPr>
                <w:sz w:val="17"/>
                <w:szCs w:val="17"/>
                <w:rtl/>
              </w:rPr>
              <w:t>119</w:t>
            </w:r>
          </w:p>
        </w:tc>
        <w:tc>
          <w:tcPr>
            <w:tcW w:w="624" w:type="dxa"/>
            <w:shd w:val="clear" w:color="auto" w:fill="EEF1FA"/>
            <w:vAlign w:val="center"/>
          </w:tcPr>
          <w:p w14:paraId="0B96B3AC" w14:textId="77777777" w:rsidR="00E050A2" w:rsidRDefault="004F2FC6">
            <w:pPr>
              <w:bidi/>
              <w:spacing w:before="30" w:after="30"/>
              <w:jc w:val="center"/>
            </w:pPr>
            <w:r>
              <w:rPr>
                <w:sz w:val="17"/>
                <w:szCs w:val="17"/>
                <w:rtl/>
              </w:rPr>
              <w:t>10</w:t>
            </w:r>
          </w:p>
        </w:tc>
        <w:tc>
          <w:tcPr>
            <w:tcW w:w="624" w:type="dxa"/>
            <w:shd w:val="clear" w:color="auto" w:fill="EEF1FA"/>
            <w:vAlign w:val="center"/>
          </w:tcPr>
          <w:p w14:paraId="2F777C77" w14:textId="77777777" w:rsidR="00E050A2" w:rsidRDefault="004F2FC6">
            <w:pPr>
              <w:bidi/>
              <w:spacing w:before="30" w:after="30"/>
              <w:jc w:val="center"/>
            </w:pPr>
            <w:r>
              <w:rPr>
                <w:sz w:val="17"/>
                <w:szCs w:val="17"/>
                <w:rtl/>
              </w:rPr>
              <w:t>98</w:t>
            </w:r>
          </w:p>
        </w:tc>
        <w:tc>
          <w:tcPr>
            <w:tcW w:w="624" w:type="dxa"/>
            <w:shd w:val="clear" w:color="auto" w:fill="EEF1FA"/>
            <w:vAlign w:val="center"/>
          </w:tcPr>
          <w:p w14:paraId="15EEB6CD" w14:textId="77777777" w:rsidR="00E050A2" w:rsidRDefault="004F2FC6">
            <w:pPr>
              <w:bidi/>
              <w:spacing w:before="30" w:after="30"/>
              <w:jc w:val="center"/>
            </w:pPr>
            <w:r>
              <w:rPr>
                <w:sz w:val="17"/>
                <w:szCs w:val="17"/>
                <w:rtl/>
              </w:rPr>
              <w:t>11</w:t>
            </w:r>
          </w:p>
        </w:tc>
        <w:tc>
          <w:tcPr>
            <w:tcW w:w="5443" w:type="dxa"/>
            <w:shd w:val="clear" w:color="auto" w:fill="EEF1FA"/>
            <w:vAlign w:val="center"/>
          </w:tcPr>
          <w:p w14:paraId="01E79A96" w14:textId="77777777" w:rsidR="00E050A2" w:rsidRDefault="004F2FC6">
            <w:pPr>
              <w:bidi/>
              <w:spacing w:before="30" w:after="30"/>
            </w:pPr>
            <w:r>
              <w:rPr>
                <w:sz w:val="17"/>
                <w:szCs w:val="17"/>
                <w:rtl/>
              </w:rPr>
              <w:t>1. اختبار مقاومة الحريق للباب ضمن الحلق (Fire Rating)، المعدل: لكل نوع باب مقاوم للحريق، ص 200</w:t>
            </w:r>
            <w:r>
              <w:rPr>
                <w:sz w:val="17"/>
                <w:szCs w:val="17"/>
                <w:rtl/>
              </w:rPr>
              <w:br/>
            </w:r>
            <w:r>
              <w:rPr>
                <w:sz w:val="17"/>
                <w:szCs w:val="17"/>
                <w:rtl/>
              </w:rPr>
              <w:t>2. سمك طبقة الأكسدة (Anodizing)، المعدل: عينة عشوائية في معمل متخصص، ص 211</w:t>
            </w:r>
            <w:r>
              <w:rPr>
                <w:sz w:val="17"/>
                <w:szCs w:val="17"/>
                <w:rtl/>
              </w:rPr>
              <w:br/>
              <w:t>3. سمك الزجاج، المعدل: عينات عشوائية، ص 211</w:t>
            </w:r>
          </w:p>
        </w:tc>
      </w:tr>
      <w:tr w:rsidR="00E050A2" w14:paraId="52BA11B8" w14:textId="77777777">
        <w:trPr>
          <w:cantSplit/>
          <w:trHeight w:val="340"/>
          <w:jc w:val="center"/>
        </w:trPr>
        <w:tc>
          <w:tcPr>
            <w:tcW w:w="1928" w:type="dxa"/>
            <w:vAlign w:val="center"/>
          </w:tcPr>
          <w:p w14:paraId="11D51766" w14:textId="77777777" w:rsidR="00E050A2" w:rsidRDefault="004F2FC6">
            <w:pPr>
              <w:bidi/>
              <w:spacing w:before="30" w:after="30"/>
            </w:pPr>
            <w:r>
              <w:rPr>
                <w:sz w:val="17"/>
                <w:szCs w:val="17"/>
                <w:rtl/>
              </w:rPr>
              <w:t>دهانات وإيبوكسي (PAINT)</w:t>
            </w:r>
          </w:p>
        </w:tc>
        <w:tc>
          <w:tcPr>
            <w:tcW w:w="850" w:type="dxa"/>
            <w:vAlign w:val="center"/>
          </w:tcPr>
          <w:p w14:paraId="36EF695D" w14:textId="77777777" w:rsidR="00E050A2" w:rsidRDefault="004F2FC6">
            <w:pPr>
              <w:bidi/>
              <w:spacing w:before="30" w:after="30"/>
              <w:jc w:val="center"/>
            </w:pPr>
            <w:r>
              <w:rPr>
                <w:sz w:val="17"/>
                <w:szCs w:val="17"/>
                <w:rtl/>
              </w:rPr>
              <w:t>88</w:t>
            </w:r>
          </w:p>
        </w:tc>
        <w:tc>
          <w:tcPr>
            <w:tcW w:w="624" w:type="dxa"/>
            <w:vAlign w:val="center"/>
          </w:tcPr>
          <w:p w14:paraId="19A9EF4D" w14:textId="77777777" w:rsidR="00E050A2" w:rsidRDefault="004F2FC6">
            <w:pPr>
              <w:bidi/>
              <w:spacing w:before="30" w:after="30"/>
              <w:jc w:val="center"/>
            </w:pPr>
            <w:r>
              <w:rPr>
                <w:sz w:val="17"/>
                <w:szCs w:val="17"/>
                <w:rtl/>
              </w:rPr>
              <w:t>9</w:t>
            </w:r>
          </w:p>
        </w:tc>
        <w:tc>
          <w:tcPr>
            <w:tcW w:w="624" w:type="dxa"/>
            <w:vAlign w:val="center"/>
          </w:tcPr>
          <w:p w14:paraId="274E20A2" w14:textId="77777777" w:rsidR="00E050A2" w:rsidRDefault="004F2FC6">
            <w:pPr>
              <w:bidi/>
              <w:spacing w:before="30" w:after="30"/>
              <w:jc w:val="center"/>
            </w:pPr>
            <w:r>
              <w:rPr>
                <w:sz w:val="17"/>
                <w:szCs w:val="17"/>
                <w:rtl/>
              </w:rPr>
              <w:t>75</w:t>
            </w:r>
          </w:p>
        </w:tc>
        <w:tc>
          <w:tcPr>
            <w:tcW w:w="624" w:type="dxa"/>
            <w:vAlign w:val="center"/>
          </w:tcPr>
          <w:p w14:paraId="7B46C183" w14:textId="77777777" w:rsidR="00E050A2" w:rsidRDefault="004F2FC6">
            <w:pPr>
              <w:bidi/>
              <w:spacing w:before="30" w:after="30"/>
              <w:jc w:val="center"/>
            </w:pPr>
            <w:r>
              <w:rPr>
                <w:sz w:val="17"/>
                <w:szCs w:val="17"/>
                <w:rtl/>
              </w:rPr>
              <w:t>4</w:t>
            </w:r>
          </w:p>
        </w:tc>
        <w:tc>
          <w:tcPr>
            <w:tcW w:w="5443" w:type="dxa"/>
            <w:vAlign w:val="center"/>
          </w:tcPr>
          <w:p w14:paraId="647AB68C" w14:textId="77777777" w:rsidR="00E050A2" w:rsidRDefault="004F2FC6">
            <w:pPr>
              <w:bidi/>
              <w:spacing w:before="30" w:after="30"/>
            </w:pPr>
            <w:r>
              <w:rPr>
                <w:sz w:val="17"/>
                <w:szCs w:val="17"/>
                <w:rtl/>
              </w:rPr>
              <w:t>1. قياس محتوى رطوبة الخشب، المعدل: قبل الدهان، ص 196</w:t>
            </w:r>
            <w:r>
              <w:rPr>
                <w:sz w:val="17"/>
                <w:szCs w:val="17"/>
                <w:rtl/>
              </w:rPr>
              <w:br/>
              <w:t>2. قياس رطوبة اللياسة بجهاز إلكتروني، المعدل: قبل الدهان لكل فراغ، ص 202</w:t>
            </w:r>
            <w:r>
              <w:rPr>
                <w:sz w:val="17"/>
                <w:szCs w:val="17"/>
                <w:rtl/>
              </w:rPr>
              <w:br/>
              <w:t>3. سمك الدهان الرطب (Wet film gauge) والجاف (DFT)، المعدل: لكل طبقة دهان، ملحق مصور ص 43</w:t>
            </w:r>
          </w:p>
        </w:tc>
      </w:tr>
      <w:tr w:rsidR="00E050A2" w14:paraId="61CF03B3" w14:textId="77777777">
        <w:trPr>
          <w:cantSplit/>
          <w:trHeight w:val="340"/>
          <w:jc w:val="center"/>
        </w:trPr>
        <w:tc>
          <w:tcPr>
            <w:tcW w:w="1928" w:type="dxa"/>
            <w:shd w:val="clear" w:color="auto" w:fill="EEF1FA"/>
            <w:vAlign w:val="center"/>
          </w:tcPr>
          <w:p w14:paraId="47469928" w14:textId="77777777" w:rsidR="00E050A2" w:rsidRDefault="004F2FC6">
            <w:pPr>
              <w:bidi/>
              <w:spacing w:before="30" w:after="30"/>
            </w:pPr>
            <w:r>
              <w:rPr>
                <w:sz w:val="17"/>
                <w:szCs w:val="17"/>
                <w:rtl/>
              </w:rPr>
              <w:t>صحي وتغذية وصرف (PLUMB)</w:t>
            </w:r>
          </w:p>
        </w:tc>
        <w:tc>
          <w:tcPr>
            <w:tcW w:w="850" w:type="dxa"/>
            <w:shd w:val="clear" w:color="auto" w:fill="EEF1FA"/>
            <w:vAlign w:val="center"/>
          </w:tcPr>
          <w:p w14:paraId="7A6E8126" w14:textId="77777777" w:rsidR="00E050A2" w:rsidRDefault="004F2FC6">
            <w:pPr>
              <w:bidi/>
              <w:spacing w:before="30" w:after="30"/>
              <w:jc w:val="center"/>
            </w:pPr>
            <w:r>
              <w:rPr>
                <w:sz w:val="17"/>
                <w:szCs w:val="17"/>
                <w:rtl/>
              </w:rPr>
              <w:t>250</w:t>
            </w:r>
          </w:p>
        </w:tc>
        <w:tc>
          <w:tcPr>
            <w:tcW w:w="624" w:type="dxa"/>
            <w:shd w:val="clear" w:color="auto" w:fill="EEF1FA"/>
            <w:vAlign w:val="center"/>
          </w:tcPr>
          <w:p w14:paraId="7C5D850A" w14:textId="77777777" w:rsidR="00E050A2" w:rsidRDefault="004F2FC6">
            <w:pPr>
              <w:bidi/>
              <w:spacing w:before="30" w:after="30"/>
              <w:jc w:val="center"/>
            </w:pPr>
            <w:r>
              <w:rPr>
                <w:sz w:val="17"/>
                <w:szCs w:val="17"/>
                <w:rtl/>
              </w:rPr>
              <w:t>44</w:t>
            </w:r>
          </w:p>
        </w:tc>
        <w:tc>
          <w:tcPr>
            <w:tcW w:w="624" w:type="dxa"/>
            <w:shd w:val="clear" w:color="auto" w:fill="EEF1FA"/>
            <w:vAlign w:val="center"/>
          </w:tcPr>
          <w:p w14:paraId="2AC5C2C0" w14:textId="77777777" w:rsidR="00E050A2" w:rsidRDefault="004F2FC6">
            <w:pPr>
              <w:bidi/>
              <w:spacing w:before="30" w:after="30"/>
              <w:jc w:val="center"/>
            </w:pPr>
            <w:r>
              <w:rPr>
                <w:sz w:val="17"/>
                <w:szCs w:val="17"/>
                <w:rtl/>
              </w:rPr>
              <w:t>155</w:t>
            </w:r>
          </w:p>
        </w:tc>
        <w:tc>
          <w:tcPr>
            <w:tcW w:w="624" w:type="dxa"/>
            <w:shd w:val="clear" w:color="auto" w:fill="EEF1FA"/>
            <w:vAlign w:val="center"/>
          </w:tcPr>
          <w:p w14:paraId="7FCD0BCC" w14:textId="77777777" w:rsidR="00E050A2" w:rsidRDefault="004F2FC6">
            <w:pPr>
              <w:bidi/>
              <w:spacing w:before="30" w:after="30"/>
              <w:jc w:val="center"/>
            </w:pPr>
            <w:r>
              <w:rPr>
                <w:sz w:val="17"/>
                <w:szCs w:val="17"/>
                <w:rtl/>
              </w:rPr>
              <w:t>51</w:t>
            </w:r>
          </w:p>
        </w:tc>
        <w:tc>
          <w:tcPr>
            <w:tcW w:w="5443" w:type="dxa"/>
            <w:shd w:val="clear" w:color="auto" w:fill="EEF1FA"/>
            <w:vAlign w:val="center"/>
          </w:tcPr>
          <w:p w14:paraId="784A9F52" w14:textId="77777777" w:rsidR="00E050A2" w:rsidRDefault="004F2FC6">
            <w:pPr>
              <w:bidi/>
              <w:spacing w:before="30" w:after="30"/>
            </w:pPr>
            <w:r>
              <w:rPr>
                <w:sz w:val="17"/>
                <w:szCs w:val="17"/>
                <w:rtl/>
              </w:rPr>
              <w:t>1. اختبار ضغط مواسير التغذية، وفق مواصفات المشروع، المعدل: لكل شبكة قبل التغطية، ص 229</w:t>
            </w:r>
            <w:r>
              <w:rPr>
                <w:sz w:val="17"/>
                <w:szCs w:val="17"/>
                <w:rtl/>
              </w:rPr>
              <w:br/>
            </w:r>
            <w:r>
              <w:rPr>
                <w:sz w:val="17"/>
                <w:szCs w:val="17"/>
                <w:rtl/>
              </w:rPr>
              <w:t>2. اختبار مياه لخطوط الصرف بالجاذبية بسد النهايات وملء عمود مياه 3 م، وفق SBC 701-2007، المعدل: كل قطاع لا يزيد عن 100 م بقطر واحد، ص 236</w:t>
            </w:r>
            <w:r>
              <w:rPr>
                <w:sz w:val="17"/>
                <w:szCs w:val="17"/>
                <w:rtl/>
              </w:rPr>
              <w:br/>
              <w:t>3. اختبار خطوط الطرد (صرف تحت ضغط)، وفق SBC 701-2007، المعدل: لكل خط طرد، ص 237</w:t>
            </w:r>
          </w:p>
        </w:tc>
      </w:tr>
      <w:tr w:rsidR="00E050A2" w14:paraId="116B9DEF" w14:textId="77777777">
        <w:trPr>
          <w:cantSplit/>
          <w:trHeight w:val="340"/>
          <w:jc w:val="center"/>
        </w:trPr>
        <w:tc>
          <w:tcPr>
            <w:tcW w:w="1928" w:type="dxa"/>
            <w:vAlign w:val="center"/>
          </w:tcPr>
          <w:p w14:paraId="5DCDCE0E" w14:textId="77777777" w:rsidR="00E050A2" w:rsidRDefault="004F2FC6">
            <w:pPr>
              <w:bidi/>
              <w:spacing w:before="30" w:after="30"/>
            </w:pPr>
            <w:r>
              <w:rPr>
                <w:sz w:val="17"/>
                <w:szCs w:val="17"/>
                <w:rtl/>
              </w:rPr>
              <w:t>كهرباء (ELEC)</w:t>
            </w:r>
          </w:p>
        </w:tc>
        <w:tc>
          <w:tcPr>
            <w:tcW w:w="850" w:type="dxa"/>
            <w:vAlign w:val="center"/>
          </w:tcPr>
          <w:p w14:paraId="3B66DBBC" w14:textId="77777777" w:rsidR="00E050A2" w:rsidRDefault="004F2FC6">
            <w:pPr>
              <w:bidi/>
              <w:spacing w:before="30" w:after="30"/>
              <w:jc w:val="center"/>
            </w:pPr>
            <w:r>
              <w:rPr>
                <w:sz w:val="17"/>
                <w:szCs w:val="17"/>
                <w:rtl/>
              </w:rPr>
              <w:t>307</w:t>
            </w:r>
          </w:p>
        </w:tc>
        <w:tc>
          <w:tcPr>
            <w:tcW w:w="624" w:type="dxa"/>
            <w:vAlign w:val="center"/>
          </w:tcPr>
          <w:p w14:paraId="74087D4E" w14:textId="77777777" w:rsidR="00E050A2" w:rsidRDefault="004F2FC6">
            <w:pPr>
              <w:bidi/>
              <w:spacing w:before="30" w:after="30"/>
              <w:jc w:val="center"/>
            </w:pPr>
            <w:r>
              <w:rPr>
                <w:sz w:val="17"/>
                <w:szCs w:val="17"/>
                <w:rtl/>
              </w:rPr>
              <w:t>42</w:t>
            </w:r>
          </w:p>
        </w:tc>
        <w:tc>
          <w:tcPr>
            <w:tcW w:w="624" w:type="dxa"/>
            <w:vAlign w:val="center"/>
          </w:tcPr>
          <w:p w14:paraId="04BC1A84" w14:textId="77777777" w:rsidR="00E050A2" w:rsidRDefault="004F2FC6">
            <w:pPr>
              <w:bidi/>
              <w:spacing w:before="30" w:after="30"/>
              <w:jc w:val="center"/>
            </w:pPr>
            <w:r>
              <w:rPr>
                <w:sz w:val="17"/>
                <w:szCs w:val="17"/>
                <w:rtl/>
              </w:rPr>
              <w:t>194</w:t>
            </w:r>
          </w:p>
        </w:tc>
        <w:tc>
          <w:tcPr>
            <w:tcW w:w="624" w:type="dxa"/>
            <w:vAlign w:val="center"/>
          </w:tcPr>
          <w:p w14:paraId="3F51F320" w14:textId="77777777" w:rsidR="00E050A2" w:rsidRDefault="004F2FC6">
            <w:pPr>
              <w:bidi/>
              <w:spacing w:before="30" w:after="30"/>
              <w:jc w:val="center"/>
            </w:pPr>
            <w:r>
              <w:rPr>
                <w:sz w:val="17"/>
                <w:szCs w:val="17"/>
                <w:rtl/>
              </w:rPr>
              <w:t>71</w:t>
            </w:r>
          </w:p>
        </w:tc>
        <w:tc>
          <w:tcPr>
            <w:tcW w:w="5443" w:type="dxa"/>
            <w:vAlign w:val="center"/>
          </w:tcPr>
          <w:p w14:paraId="45E8DCCE" w14:textId="77777777" w:rsidR="00E050A2" w:rsidRDefault="004F2FC6">
            <w:pPr>
              <w:bidi/>
              <w:spacing w:before="30" w:after="30"/>
            </w:pPr>
            <w:r>
              <w:rPr>
                <w:sz w:val="17"/>
                <w:szCs w:val="17"/>
                <w:rtl/>
              </w:rPr>
              <w:t>1. اختبار قواطع الدائرة والكابلات، وفق NEC، المعدل: بعد التركيب، ص 252</w:t>
            </w:r>
            <w:r>
              <w:rPr>
                <w:sz w:val="17"/>
                <w:szCs w:val="17"/>
                <w:rtl/>
              </w:rPr>
              <w:br/>
              <w:t>2. اختبارات الاستلام بالموقع للمحول، المعدل: عند الاستلام، ص 264</w:t>
            </w:r>
            <w:r>
              <w:rPr>
                <w:sz w:val="17"/>
                <w:szCs w:val="17"/>
                <w:rtl/>
              </w:rPr>
              <w:br/>
              <w:t>3. اختبار 1 بالترتيب: استمرارية موصلات الدوائر الحلقية النهائية، المعدل: مرة عند الاستلام بنفس الترتيب، ص 301</w:t>
            </w:r>
          </w:p>
        </w:tc>
      </w:tr>
      <w:tr w:rsidR="00E050A2" w14:paraId="1C7531C3" w14:textId="77777777">
        <w:trPr>
          <w:cantSplit/>
          <w:trHeight w:val="340"/>
          <w:jc w:val="center"/>
        </w:trPr>
        <w:tc>
          <w:tcPr>
            <w:tcW w:w="1928" w:type="dxa"/>
            <w:shd w:val="clear" w:color="auto" w:fill="EEF1FA"/>
            <w:vAlign w:val="center"/>
          </w:tcPr>
          <w:p w14:paraId="68969E28" w14:textId="77777777" w:rsidR="00E050A2" w:rsidRDefault="004F2FC6">
            <w:pPr>
              <w:bidi/>
              <w:spacing w:before="30" w:after="30"/>
            </w:pPr>
            <w:r>
              <w:rPr>
                <w:sz w:val="17"/>
                <w:szCs w:val="17"/>
                <w:rtl/>
              </w:rPr>
              <w:t>حريق وإنذار (FIRE)</w:t>
            </w:r>
          </w:p>
        </w:tc>
        <w:tc>
          <w:tcPr>
            <w:tcW w:w="850" w:type="dxa"/>
            <w:shd w:val="clear" w:color="auto" w:fill="EEF1FA"/>
            <w:vAlign w:val="center"/>
          </w:tcPr>
          <w:p w14:paraId="753E578B" w14:textId="77777777" w:rsidR="00E050A2" w:rsidRDefault="004F2FC6">
            <w:pPr>
              <w:bidi/>
              <w:spacing w:before="30" w:after="30"/>
              <w:jc w:val="center"/>
            </w:pPr>
            <w:r>
              <w:rPr>
                <w:sz w:val="17"/>
                <w:szCs w:val="17"/>
                <w:rtl/>
              </w:rPr>
              <w:t>133</w:t>
            </w:r>
          </w:p>
        </w:tc>
        <w:tc>
          <w:tcPr>
            <w:tcW w:w="624" w:type="dxa"/>
            <w:shd w:val="clear" w:color="auto" w:fill="EEF1FA"/>
            <w:vAlign w:val="center"/>
          </w:tcPr>
          <w:p w14:paraId="73B168BA" w14:textId="77777777" w:rsidR="00E050A2" w:rsidRDefault="004F2FC6">
            <w:pPr>
              <w:bidi/>
              <w:spacing w:before="30" w:after="30"/>
              <w:jc w:val="center"/>
            </w:pPr>
            <w:r>
              <w:rPr>
                <w:sz w:val="17"/>
                <w:szCs w:val="17"/>
                <w:rtl/>
              </w:rPr>
              <w:t>21</w:t>
            </w:r>
          </w:p>
        </w:tc>
        <w:tc>
          <w:tcPr>
            <w:tcW w:w="624" w:type="dxa"/>
            <w:shd w:val="clear" w:color="auto" w:fill="EEF1FA"/>
            <w:vAlign w:val="center"/>
          </w:tcPr>
          <w:p w14:paraId="780BA3E0" w14:textId="77777777" w:rsidR="00E050A2" w:rsidRDefault="004F2FC6">
            <w:pPr>
              <w:bidi/>
              <w:spacing w:before="30" w:after="30"/>
              <w:jc w:val="center"/>
            </w:pPr>
            <w:r>
              <w:rPr>
                <w:sz w:val="17"/>
                <w:szCs w:val="17"/>
                <w:rtl/>
              </w:rPr>
              <w:t>63</w:t>
            </w:r>
          </w:p>
        </w:tc>
        <w:tc>
          <w:tcPr>
            <w:tcW w:w="624" w:type="dxa"/>
            <w:shd w:val="clear" w:color="auto" w:fill="EEF1FA"/>
            <w:vAlign w:val="center"/>
          </w:tcPr>
          <w:p w14:paraId="719AAF66" w14:textId="77777777" w:rsidR="00E050A2" w:rsidRDefault="004F2FC6">
            <w:pPr>
              <w:bidi/>
              <w:spacing w:before="30" w:after="30"/>
              <w:jc w:val="center"/>
            </w:pPr>
            <w:r>
              <w:rPr>
                <w:sz w:val="17"/>
                <w:szCs w:val="17"/>
                <w:rtl/>
              </w:rPr>
              <w:t>49</w:t>
            </w:r>
          </w:p>
        </w:tc>
        <w:tc>
          <w:tcPr>
            <w:tcW w:w="5443" w:type="dxa"/>
            <w:shd w:val="clear" w:color="auto" w:fill="EEF1FA"/>
            <w:vAlign w:val="center"/>
          </w:tcPr>
          <w:p w14:paraId="5647D2F7" w14:textId="77777777" w:rsidR="00E050A2" w:rsidRDefault="004F2FC6">
            <w:pPr>
              <w:bidi/>
              <w:spacing w:before="30" w:after="30"/>
            </w:pPr>
            <w:r>
              <w:rPr>
                <w:sz w:val="17"/>
                <w:szCs w:val="17"/>
                <w:rtl/>
              </w:rPr>
              <w:t>1. اختبار شبكة الحريق الداخلية، وفق NFPA 13، المعدل: قبل التغطية، ص 285</w:t>
            </w:r>
            <w:r>
              <w:rPr>
                <w:sz w:val="17"/>
                <w:szCs w:val="17"/>
                <w:rtl/>
              </w:rPr>
              <w:br/>
              <w:t>2. اختبار ضغط شبكة الحريق، المعدل: عند الاستلام النهائي، ص 287</w:t>
            </w:r>
            <w:r>
              <w:rPr>
                <w:sz w:val="17"/>
                <w:szCs w:val="17"/>
                <w:rtl/>
              </w:rPr>
              <w:br/>
              <w:t>3. قياس الضغط عند حنفيات الحريق بالموقع العام، وفق الكود المصري للحريق 2007، المعدل: كل حنفية، ص 288</w:t>
            </w:r>
          </w:p>
        </w:tc>
      </w:tr>
      <w:tr w:rsidR="00E050A2" w14:paraId="621C17AA" w14:textId="77777777">
        <w:trPr>
          <w:cantSplit/>
          <w:trHeight w:val="340"/>
          <w:jc w:val="center"/>
        </w:trPr>
        <w:tc>
          <w:tcPr>
            <w:tcW w:w="1928" w:type="dxa"/>
            <w:vAlign w:val="center"/>
          </w:tcPr>
          <w:p w14:paraId="5702CC1F" w14:textId="77777777" w:rsidR="00E050A2" w:rsidRDefault="004F2FC6">
            <w:pPr>
              <w:bidi/>
              <w:spacing w:before="30" w:after="30"/>
            </w:pPr>
            <w:r>
              <w:rPr>
                <w:sz w:val="17"/>
                <w:szCs w:val="17"/>
                <w:rtl/>
              </w:rPr>
              <w:t>تكييف وتهوية (HVAC)</w:t>
            </w:r>
          </w:p>
        </w:tc>
        <w:tc>
          <w:tcPr>
            <w:tcW w:w="850" w:type="dxa"/>
            <w:vAlign w:val="center"/>
          </w:tcPr>
          <w:p w14:paraId="215DA9A4" w14:textId="77777777" w:rsidR="00E050A2" w:rsidRDefault="004F2FC6">
            <w:pPr>
              <w:bidi/>
              <w:spacing w:before="30" w:after="30"/>
              <w:jc w:val="center"/>
            </w:pPr>
            <w:r>
              <w:rPr>
                <w:sz w:val="17"/>
                <w:szCs w:val="17"/>
                <w:rtl/>
              </w:rPr>
              <w:t>129</w:t>
            </w:r>
          </w:p>
        </w:tc>
        <w:tc>
          <w:tcPr>
            <w:tcW w:w="624" w:type="dxa"/>
            <w:vAlign w:val="center"/>
          </w:tcPr>
          <w:p w14:paraId="2141AD08" w14:textId="77777777" w:rsidR="00E050A2" w:rsidRDefault="004F2FC6">
            <w:pPr>
              <w:bidi/>
              <w:spacing w:before="30" w:after="30"/>
              <w:jc w:val="center"/>
            </w:pPr>
            <w:r>
              <w:rPr>
                <w:sz w:val="17"/>
                <w:szCs w:val="17"/>
                <w:rtl/>
              </w:rPr>
              <w:t>13</w:t>
            </w:r>
          </w:p>
        </w:tc>
        <w:tc>
          <w:tcPr>
            <w:tcW w:w="624" w:type="dxa"/>
            <w:vAlign w:val="center"/>
          </w:tcPr>
          <w:p w14:paraId="6F97C513" w14:textId="77777777" w:rsidR="00E050A2" w:rsidRDefault="004F2FC6">
            <w:pPr>
              <w:bidi/>
              <w:spacing w:before="30" w:after="30"/>
              <w:jc w:val="center"/>
            </w:pPr>
            <w:r>
              <w:rPr>
                <w:sz w:val="17"/>
                <w:szCs w:val="17"/>
                <w:rtl/>
              </w:rPr>
              <w:t>69</w:t>
            </w:r>
          </w:p>
        </w:tc>
        <w:tc>
          <w:tcPr>
            <w:tcW w:w="624" w:type="dxa"/>
            <w:vAlign w:val="center"/>
          </w:tcPr>
          <w:p w14:paraId="2C705A72" w14:textId="77777777" w:rsidR="00E050A2" w:rsidRDefault="004F2FC6">
            <w:pPr>
              <w:bidi/>
              <w:spacing w:before="30" w:after="30"/>
              <w:jc w:val="center"/>
            </w:pPr>
            <w:r>
              <w:rPr>
                <w:sz w:val="17"/>
                <w:szCs w:val="17"/>
                <w:rtl/>
              </w:rPr>
              <w:t>47</w:t>
            </w:r>
          </w:p>
        </w:tc>
        <w:tc>
          <w:tcPr>
            <w:tcW w:w="5443" w:type="dxa"/>
            <w:vAlign w:val="center"/>
          </w:tcPr>
          <w:p w14:paraId="6D4A9AA8" w14:textId="77777777" w:rsidR="00E050A2" w:rsidRDefault="004F2FC6">
            <w:pPr>
              <w:bidi/>
              <w:spacing w:before="30" w:after="30"/>
            </w:pPr>
            <w:r>
              <w:rPr>
                <w:sz w:val="17"/>
                <w:szCs w:val="17"/>
                <w:rtl/>
              </w:rPr>
              <w:t>1. اختبار تسرب مجاري الضغط المتوسط والعالي، وفق الكود المصري 3-4/2/2/1، المعدل: بالموقع أثناء التركيب وقبل العزل، لأطوال لا تزيد عن 30 م رأسي و45 م أفقي، ص 278</w:t>
            </w:r>
            <w:r>
              <w:rPr>
                <w:sz w:val="17"/>
                <w:szCs w:val="17"/>
                <w:rtl/>
              </w:rPr>
              <w:br/>
            </w:r>
            <w:r>
              <w:rPr>
                <w:sz w:val="17"/>
                <w:szCs w:val="17"/>
                <w:rtl/>
              </w:rPr>
              <w:t>2. اختبار بصري لمجاري الضغط المنخفض بالإضاءة أو الدخان، وفق الكود المصري 3-4/2/2/1، المعدل: أثناء التركيب، ص 278</w:t>
            </w:r>
            <w:r>
              <w:rPr>
                <w:sz w:val="17"/>
                <w:szCs w:val="17"/>
                <w:rtl/>
              </w:rPr>
              <w:br/>
              <w:t>3. اختبار الضغط والضبط والموازنة TAB، المعدل: مرة مع الإعادة حتى الاستيفاء، بحضور مهندس المالك، ص 297</w:t>
            </w:r>
          </w:p>
        </w:tc>
      </w:tr>
      <w:tr w:rsidR="00E050A2" w14:paraId="26DC8868" w14:textId="77777777">
        <w:trPr>
          <w:cantSplit/>
          <w:trHeight w:val="340"/>
          <w:jc w:val="center"/>
        </w:trPr>
        <w:tc>
          <w:tcPr>
            <w:tcW w:w="1928" w:type="dxa"/>
            <w:shd w:val="clear" w:color="auto" w:fill="EEF1FA"/>
            <w:vAlign w:val="center"/>
          </w:tcPr>
          <w:p w14:paraId="6AC4BFAE" w14:textId="77777777" w:rsidR="00E050A2" w:rsidRDefault="004F2FC6">
            <w:pPr>
              <w:bidi/>
              <w:spacing w:before="30" w:after="30"/>
            </w:pPr>
            <w:r>
              <w:rPr>
                <w:sz w:val="17"/>
                <w:szCs w:val="17"/>
                <w:rtl/>
              </w:rPr>
              <w:t>مصاعد (LIFT)</w:t>
            </w:r>
          </w:p>
        </w:tc>
        <w:tc>
          <w:tcPr>
            <w:tcW w:w="850" w:type="dxa"/>
            <w:shd w:val="clear" w:color="auto" w:fill="EEF1FA"/>
            <w:vAlign w:val="center"/>
          </w:tcPr>
          <w:p w14:paraId="18FA57C5" w14:textId="77777777" w:rsidR="00E050A2" w:rsidRDefault="004F2FC6">
            <w:pPr>
              <w:bidi/>
              <w:spacing w:before="30" w:after="30"/>
              <w:jc w:val="center"/>
            </w:pPr>
            <w:r>
              <w:rPr>
                <w:sz w:val="17"/>
                <w:szCs w:val="17"/>
                <w:rtl/>
              </w:rPr>
              <w:t>37</w:t>
            </w:r>
          </w:p>
        </w:tc>
        <w:tc>
          <w:tcPr>
            <w:tcW w:w="624" w:type="dxa"/>
            <w:shd w:val="clear" w:color="auto" w:fill="EEF1FA"/>
            <w:vAlign w:val="center"/>
          </w:tcPr>
          <w:p w14:paraId="5705E713" w14:textId="77777777" w:rsidR="00E050A2" w:rsidRDefault="004F2FC6">
            <w:pPr>
              <w:bidi/>
              <w:spacing w:before="30" w:after="30"/>
              <w:jc w:val="center"/>
            </w:pPr>
            <w:r>
              <w:rPr>
                <w:sz w:val="17"/>
                <w:szCs w:val="17"/>
                <w:rtl/>
              </w:rPr>
              <w:t>6</w:t>
            </w:r>
          </w:p>
        </w:tc>
        <w:tc>
          <w:tcPr>
            <w:tcW w:w="624" w:type="dxa"/>
            <w:shd w:val="clear" w:color="auto" w:fill="EEF1FA"/>
            <w:vAlign w:val="center"/>
          </w:tcPr>
          <w:p w14:paraId="187E9AD2" w14:textId="77777777" w:rsidR="00E050A2" w:rsidRDefault="004F2FC6">
            <w:pPr>
              <w:bidi/>
              <w:spacing w:before="30" w:after="30"/>
              <w:jc w:val="center"/>
            </w:pPr>
            <w:r>
              <w:rPr>
                <w:sz w:val="17"/>
                <w:szCs w:val="17"/>
                <w:rtl/>
              </w:rPr>
              <w:t>25</w:t>
            </w:r>
          </w:p>
        </w:tc>
        <w:tc>
          <w:tcPr>
            <w:tcW w:w="624" w:type="dxa"/>
            <w:shd w:val="clear" w:color="auto" w:fill="EEF1FA"/>
            <w:vAlign w:val="center"/>
          </w:tcPr>
          <w:p w14:paraId="4C0638BD" w14:textId="77777777" w:rsidR="00E050A2" w:rsidRDefault="004F2FC6">
            <w:pPr>
              <w:bidi/>
              <w:spacing w:before="30" w:after="30"/>
              <w:jc w:val="center"/>
            </w:pPr>
            <w:r>
              <w:rPr>
                <w:sz w:val="17"/>
                <w:szCs w:val="17"/>
                <w:rtl/>
              </w:rPr>
              <w:t>6</w:t>
            </w:r>
          </w:p>
        </w:tc>
        <w:tc>
          <w:tcPr>
            <w:tcW w:w="5443" w:type="dxa"/>
            <w:shd w:val="clear" w:color="auto" w:fill="EEF1FA"/>
            <w:vAlign w:val="center"/>
          </w:tcPr>
          <w:p w14:paraId="25BB8B52" w14:textId="77777777" w:rsidR="00E050A2" w:rsidRDefault="004F2FC6">
            <w:pPr>
              <w:bidi/>
              <w:spacing w:before="30" w:after="30"/>
            </w:pPr>
            <w:r>
              <w:rPr>
                <w:sz w:val="17"/>
                <w:szCs w:val="17"/>
                <w:rtl/>
              </w:rPr>
              <w:t>لا يحدد المرجع اختبارا معمليا لهذا الباب، ويعتمد على الفحص البصري والقياس وشهادات المورد والتشغيل التجريبي.</w:t>
            </w:r>
          </w:p>
        </w:tc>
      </w:tr>
      <w:tr w:rsidR="00E050A2" w14:paraId="2437F01A" w14:textId="77777777">
        <w:trPr>
          <w:cantSplit/>
          <w:trHeight w:val="340"/>
          <w:jc w:val="center"/>
        </w:trPr>
        <w:tc>
          <w:tcPr>
            <w:tcW w:w="1928" w:type="dxa"/>
            <w:vAlign w:val="center"/>
          </w:tcPr>
          <w:p w14:paraId="7569B96C" w14:textId="77777777" w:rsidR="00E050A2" w:rsidRDefault="004F2FC6">
            <w:pPr>
              <w:bidi/>
              <w:spacing w:before="30" w:after="30"/>
            </w:pPr>
            <w:r>
              <w:rPr>
                <w:sz w:val="17"/>
                <w:szCs w:val="17"/>
                <w:rtl/>
              </w:rPr>
              <w:t>تسليم ابتدائي ونهائي (HAND)</w:t>
            </w:r>
          </w:p>
        </w:tc>
        <w:tc>
          <w:tcPr>
            <w:tcW w:w="850" w:type="dxa"/>
            <w:vAlign w:val="center"/>
          </w:tcPr>
          <w:p w14:paraId="73FB548D" w14:textId="77777777" w:rsidR="00E050A2" w:rsidRDefault="004F2FC6">
            <w:pPr>
              <w:bidi/>
              <w:spacing w:before="30" w:after="30"/>
              <w:jc w:val="center"/>
            </w:pPr>
            <w:r>
              <w:rPr>
                <w:sz w:val="17"/>
                <w:szCs w:val="17"/>
                <w:rtl/>
              </w:rPr>
              <w:t>224</w:t>
            </w:r>
          </w:p>
        </w:tc>
        <w:tc>
          <w:tcPr>
            <w:tcW w:w="624" w:type="dxa"/>
            <w:vAlign w:val="center"/>
          </w:tcPr>
          <w:p w14:paraId="0BE789DB" w14:textId="77777777" w:rsidR="00E050A2" w:rsidRDefault="004F2FC6">
            <w:pPr>
              <w:bidi/>
              <w:spacing w:before="30" w:after="30"/>
              <w:jc w:val="center"/>
            </w:pPr>
            <w:r>
              <w:rPr>
                <w:sz w:val="17"/>
                <w:szCs w:val="17"/>
                <w:rtl/>
              </w:rPr>
              <w:t>46</w:t>
            </w:r>
          </w:p>
        </w:tc>
        <w:tc>
          <w:tcPr>
            <w:tcW w:w="624" w:type="dxa"/>
            <w:vAlign w:val="center"/>
          </w:tcPr>
          <w:p w14:paraId="4CA047F0" w14:textId="77777777" w:rsidR="00E050A2" w:rsidRDefault="004F2FC6">
            <w:pPr>
              <w:bidi/>
              <w:spacing w:before="30" w:after="30"/>
              <w:jc w:val="center"/>
            </w:pPr>
            <w:r>
              <w:rPr>
                <w:sz w:val="17"/>
                <w:szCs w:val="17"/>
                <w:rtl/>
              </w:rPr>
              <w:t>114</w:t>
            </w:r>
          </w:p>
        </w:tc>
        <w:tc>
          <w:tcPr>
            <w:tcW w:w="624" w:type="dxa"/>
            <w:vAlign w:val="center"/>
          </w:tcPr>
          <w:p w14:paraId="3BF49090" w14:textId="77777777" w:rsidR="00E050A2" w:rsidRDefault="004F2FC6">
            <w:pPr>
              <w:bidi/>
              <w:spacing w:before="30" w:after="30"/>
              <w:jc w:val="center"/>
            </w:pPr>
            <w:r>
              <w:rPr>
                <w:sz w:val="17"/>
                <w:szCs w:val="17"/>
                <w:rtl/>
              </w:rPr>
              <w:t>64</w:t>
            </w:r>
          </w:p>
        </w:tc>
        <w:tc>
          <w:tcPr>
            <w:tcW w:w="5443" w:type="dxa"/>
            <w:vAlign w:val="center"/>
          </w:tcPr>
          <w:p w14:paraId="305ABE01" w14:textId="77777777" w:rsidR="00E050A2" w:rsidRDefault="004F2FC6">
            <w:pPr>
              <w:bidi/>
              <w:spacing w:before="30" w:after="30"/>
            </w:pPr>
            <w:r>
              <w:rPr>
                <w:sz w:val="17"/>
                <w:szCs w:val="17"/>
                <w:rtl/>
              </w:rPr>
              <w:t>لا يحدد المرجع اختبارا معمليا لهذا الباب، ويعتمد على الفحص البصري والقياس وشهادات المورد والتشغيل التجريبي.</w:t>
            </w:r>
          </w:p>
        </w:tc>
      </w:tr>
      <w:tr w:rsidR="00E050A2" w14:paraId="0B62775C" w14:textId="77777777">
        <w:trPr>
          <w:cantSplit/>
          <w:trHeight w:val="340"/>
          <w:jc w:val="center"/>
        </w:trPr>
        <w:tc>
          <w:tcPr>
            <w:tcW w:w="1928" w:type="dxa"/>
            <w:shd w:val="clear" w:color="auto" w:fill="EEF1FA"/>
            <w:vAlign w:val="center"/>
          </w:tcPr>
          <w:p w14:paraId="1102D0B7" w14:textId="77777777" w:rsidR="00E050A2" w:rsidRDefault="004F2FC6">
            <w:pPr>
              <w:bidi/>
              <w:spacing w:before="30" w:after="30"/>
            </w:pPr>
            <w:r>
              <w:rPr>
                <w:sz w:val="17"/>
                <w:szCs w:val="17"/>
                <w:rtl/>
              </w:rPr>
              <w:t>تفاصيل قياسية (DET)</w:t>
            </w:r>
          </w:p>
        </w:tc>
        <w:tc>
          <w:tcPr>
            <w:tcW w:w="850" w:type="dxa"/>
            <w:shd w:val="clear" w:color="auto" w:fill="EEF1FA"/>
            <w:vAlign w:val="center"/>
          </w:tcPr>
          <w:p w14:paraId="340DC9F5" w14:textId="77777777" w:rsidR="00E050A2" w:rsidRDefault="004F2FC6">
            <w:pPr>
              <w:bidi/>
              <w:spacing w:before="30" w:after="30"/>
              <w:jc w:val="center"/>
            </w:pPr>
            <w:r>
              <w:rPr>
                <w:sz w:val="17"/>
                <w:szCs w:val="17"/>
                <w:rtl/>
              </w:rPr>
              <w:t>53</w:t>
            </w:r>
          </w:p>
        </w:tc>
        <w:tc>
          <w:tcPr>
            <w:tcW w:w="624" w:type="dxa"/>
            <w:shd w:val="clear" w:color="auto" w:fill="EEF1FA"/>
            <w:vAlign w:val="center"/>
          </w:tcPr>
          <w:p w14:paraId="10098ECE" w14:textId="77777777" w:rsidR="00E050A2" w:rsidRDefault="004F2FC6">
            <w:pPr>
              <w:bidi/>
              <w:spacing w:before="30" w:after="30"/>
              <w:jc w:val="center"/>
            </w:pPr>
            <w:r>
              <w:rPr>
                <w:sz w:val="17"/>
                <w:szCs w:val="17"/>
                <w:rtl/>
              </w:rPr>
              <w:t>15</w:t>
            </w:r>
          </w:p>
        </w:tc>
        <w:tc>
          <w:tcPr>
            <w:tcW w:w="624" w:type="dxa"/>
            <w:shd w:val="clear" w:color="auto" w:fill="EEF1FA"/>
            <w:vAlign w:val="center"/>
          </w:tcPr>
          <w:p w14:paraId="59B81D4C" w14:textId="77777777" w:rsidR="00E050A2" w:rsidRDefault="004F2FC6">
            <w:pPr>
              <w:bidi/>
              <w:spacing w:before="30" w:after="30"/>
              <w:jc w:val="center"/>
            </w:pPr>
            <w:r>
              <w:rPr>
                <w:sz w:val="17"/>
                <w:szCs w:val="17"/>
                <w:rtl/>
              </w:rPr>
              <w:t>32</w:t>
            </w:r>
          </w:p>
        </w:tc>
        <w:tc>
          <w:tcPr>
            <w:tcW w:w="624" w:type="dxa"/>
            <w:shd w:val="clear" w:color="auto" w:fill="EEF1FA"/>
            <w:vAlign w:val="center"/>
          </w:tcPr>
          <w:p w14:paraId="0748C9C0" w14:textId="77777777" w:rsidR="00E050A2" w:rsidRDefault="004F2FC6">
            <w:pPr>
              <w:bidi/>
              <w:spacing w:before="30" w:after="30"/>
              <w:jc w:val="center"/>
            </w:pPr>
            <w:r>
              <w:rPr>
                <w:sz w:val="17"/>
                <w:szCs w:val="17"/>
                <w:rtl/>
              </w:rPr>
              <w:t>6</w:t>
            </w:r>
          </w:p>
        </w:tc>
        <w:tc>
          <w:tcPr>
            <w:tcW w:w="5443" w:type="dxa"/>
            <w:shd w:val="clear" w:color="auto" w:fill="EEF1FA"/>
            <w:vAlign w:val="center"/>
          </w:tcPr>
          <w:p w14:paraId="0E7075C3" w14:textId="77777777" w:rsidR="00E050A2" w:rsidRDefault="004F2FC6">
            <w:pPr>
              <w:bidi/>
              <w:spacing w:before="30" w:after="30"/>
            </w:pPr>
            <w:r>
              <w:rPr>
                <w:sz w:val="17"/>
                <w:szCs w:val="17"/>
                <w:rtl/>
              </w:rPr>
              <w:t>لا يحدد المرجع اختبارا معمليا لهذا الباب، ويعتمد على الفحص البصري والقياس وشهادات المورد والتشغيل التجريبي.</w:t>
            </w:r>
          </w:p>
        </w:tc>
      </w:tr>
      <w:tr w:rsidR="00E050A2" w14:paraId="1473A7D3" w14:textId="77777777">
        <w:trPr>
          <w:cantSplit/>
          <w:trHeight w:val="340"/>
          <w:jc w:val="center"/>
        </w:trPr>
        <w:tc>
          <w:tcPr>
            <w:tcW w:w="1928" w:type="dxa"/>
            <w:shd w:val="clear" w:color="auto" w:fill="EEF1FA"/>
            <w:vAlign w:val="center"/>
          </w:tcPr>
          <w:p w14:paraId="5B89BCC4" w14:textId="77777777" w:rsidR="00E050A2" w:rsidRDefault="004F2FC6">
            <w:pPr>
              <w:bidi/>
              <w:spacing w:before="30" w:after="30"/>
            </w:pPr>
            <w:r>
              <w:rPr>
                <w:b/>
                <w:bCs/>
                <w:sz w:val="18"/>
                <w:szCs w:val="18"/>
                <w:rtl/>
              </w:rPr>
              <w:t>الإجمالي</w:t>
            </w:r>
          </w:p>
        </w:tc>
        <w:tc>
          <w:tcPr>
            <w:tcW w:w="850" w:type="dxa"/>
            <w:shd w:val="clear" w:color="auto" w:fill="EEF1FA"/>
            <w:vAlign w:val="center"/>
          </w:tcPr>
          <w:p w14:paraId="4E1B9BD2" w14:textId="77777777" w:rsidR="00E050A2" w:rsidRDefault="004F2FC6">
            <w:pPr>
              <w:bidi/>
              <w:spacing w:before="30" w:after="30"/>
              <w:jc w:val="center"/>
            </w:pPr>
            <w:r>
              <w:rPr>
                <w:b/>
                <w:bCs/>
                <w:sz w:val="18"/>
                <w:szCs w:val="18"/>
                <w:rtl/>
              </w:rPr>
              <w:t>3839</w:t>
            </w:r>
          </w:p>
        </w:tc>
        <w:tc>
          <w:tcPr>
            <w:tcW w:w="624" w:type="dxa"/>
            <w:shd w:val="clear" w:color="auto" w:fill="EEF1FA"/>
            <w:vAlign w:val="center"/>
          </w:tcPr>
          <w:p w14:paraId="1435A15B" w14:textId="77777777" w:rsidR="00E050A2" w:rsidRDefault="004F2FC6">
            <w:pPr>
              <w:bidi/>
              <w:spacing w:before="30" w:after="30"/>
              <w:jc w:val="center"/>
            </w:pPr>
            <w:r>
              <w:rPr>
                <w:b/>
                <w:bCs/>
                <w:sz w:val="18"/>
                <w:szCs w:val="18"/>
                <w:rtl/>
              </w:rPr>
              <w:t>976</w:t>
            </w:r>
          </w:p>
        </w:tc>
        <w:tc>
          <w:tcPr>
            <w:tcW w:w="624" w:type="dxa"/>
            <w:shd w:val="clear" w:color="auto" w:fill="EEF1FA"/>
            <w:vAlign w:val="center"/>
          </w:tcPr>
          <w:p w14:paraId="687BE045" w14:textId="77777777" w:rsidR="00E050A2" w:rsidRDefault="004F2FC6">
            <w:pPr>
              <w:bidi/>
              <w:spacing w:before="30" w:after="30"/>
              <w:jc w:val="center"/>
            </w:pPr>
            <w:r>
              <w:rPr>
                <w:b/>
                <w:bCs/>
                <w:sz w:val="18"/>
                <w:szCs w:val="18"/>
                <w:rtl/>
              </w:rPr>
              <w:t>2050</w:t>
            </w:r>
          </w:p>
        </w:tc>
        <w:tc>
          <w:tcPr>
            <w:tcW w:w="624" w:type="dxa"/>
            <w:shd w:val="clear" w:color="auto" w:fill="EEF1FA"/>
            <w:vAlign w:val="center"/>
          </w:tcPr>
          <w:p w14:paraId="7357AA74" w14:textId="77777777" w:rsidR="00E050A2" w:rsidRDefault="004F2FC6">
            <w:pPr>
              <w:bidi/>
              <w:spacing w:before="30" w:after="30"/>
              <w:jc w:val="center"/>
            </w:pPr>
            <w:r>
              <w:rPr>
                <w:b/>
                <w:bCs/>
                <w:sz w:val="18"/>
                <w:szCs w:val="18"/>
                <w:rtl/>
              </w:rPr>
              <w:t>813</w:t>
            </w:r>
          </w:p>
        </w:tc>
        <w:tc>
          <w:tcPr>
            <w:tcW w:w="5443" w:type="dxa"/>
            <w:shd w:val="clear" w:color="auto" w:fill="EEF1FA"/>
            <w:vAlign w:val="center"/>
          </w:tcPr>
          <w:p w14:paraId="053319DB" w14:textId="77777777" w:rsidR="00E050A2" w:rsidRDefault="004F2FC6">
            <w:pPr>
              <w:bidi/>
              <w:spacing w:before="30" w:after="30"/>
            </w:pPr>
            <w:r>
              <w:rPr>
                <w:b/>
                <w:bCs/>
                <w:sz w:val="18"/>
                <w:szCs w:val="18"/>
                <w:rtl/>
              </w:rPr>
              <w:t>323 اختبارا في المرجع، والتفصيل الكامل لكل موضوع في الملف المرافق</w:t>
            </w:r>
          </w:p>
        </w:tc>
      </w:tr>
    </w:tbl>
    <w:p w14:paraId="33FA0525" w14:textId="77777777" w:rsidR="00E050A2" w:rsidRDefault="00E050A2">
      <w:pPr>
        <w:bidi/>
        <w:spacing w:after="40"/>
      </w:pPr>
    </w:p>
    <w:p w14:paraId="19A43ED3" w14:textId="77777777" w:rsidR="00E050A2" w:rsidRDefault="004F2FC6">
      <w:pPr>
        <w:bidi/>
        <w:spacing w:after="80"/>
      </w:pPr>
      <w:r>
        <w:rPr>
          <w:color w:val="5B6475"/>
          <w:sz w:val="18"/>
          <w:szCs w:val="18"/>
          <w:rtl/>
        </w:rPr>
        <w:t>المصدر: بنود الفحص والاختبارات مصاغة بتصرف من المرجع الفني (البند 3)، وأرقام الصفحات بين قوسين. تعدل المعدلات وفق مواصفات المشروع والكود السعودي، ويسري الأشد.</w:t>
      </w:r>
    </w:p>
    <w:p w14:paraId="4D0AEB16" w14:textId="77777777" w:rsidR="00E050A2" w:rsidRDefault="004F2FC6">
      <w:pPr>
        <w:keepNext/>
        <w:bidi/>
        <w:spacing w:after="120"/>
        <w:outlineLvl w:val="1"/>
      </w:pPr>
      <w:r>
        <w:rPr>
          <w:b/>
          <w:bCs/>
          <w:color w:val="052976"/>
          <w:sz w:val="25"/>
          <w:szCs w:val="25"/>
          <w:rtl/>
        </w:rPr>
        <w:t>8.3 استخدام ITP في الموقع</w:t>
      </w:r>
    </w:p>
    <w:p w14:paraId="36E97AF1" w14:textId="77777777" w:rsidR="00E050A2" w:rsidRDefault="004F2FC6">
      <w:pPr>
        <w:bidi/>
        <w:spacing w:after="40"/>
      </w:pPr>
      <w:r>
        <w:rPr>
          <w:sz w:val="21"/>
          <w:szCs w:val="21"/>
          <w:rtl/>
        </w:rPr>
        <w:t>8.3.1  يعد المقاول ITP تفصيليا لكل نشاط من واقع الملف المرافق (ورقة ITP_Matrix) ويقدمه للاعتماد قبل بدء النشاط بـ 14 يوما.</w:t>
      </w:r>
    </w:p>
    <w:p w14:paraId="361E421F" w14:textId="77777777" w:rsidR="00E050A2" w:rsidRDefault="004F2FC6">
      <w:pPr>
        <w:bidi/>
        <w:spacing w:after="40"/>
      </w:pPr>
      <w:r>
        <w:rPr>
          <w:sz w:val="21"/>
          <w:szCs w:val="21"/>
          <w:rtl/>
        </w:rPr>
        <w:t>8.3.2  يرفق بكل IR قائمة الفحص الخاصة بالموضوع موقعة من مهندس الجودة لدى المقاول بعد الفحص الذاتي.</w:t>
      </w:r>
    </w:p>
    <w:p w14:paraId="41DB7F8B" w14:textId="77777777" w:rsidR="00E050A2" w:rsidRDefault="004F2FC6">
      <w:pPr>
        <w:bidi/>
        <w:spacing w:after="40"/>
      </w:pPr>
      <w:r>
        <w:rPr>
          <w:sz w:val="21"/>
          <w:szCs w:val="21"/>
          <w:rtl/>
        </w:rPr>
        <w:t>8.3.3  تحدث مصفوفة ITP عند صدور تعليمات أو تعديلات تصميمية تغير نقاط الفحص.</w:t>
      </w:r>
    </w:p>
    <w:p w14:paraId="1CB8E0FF" w14:textId="77777777" w:rsidR="00E050A2" w:rsidRDefault="004F2FC6">
      <w:pPr>
        <w:keepNext/>
        <w:pBdr>
          <w:bottom w:val="single" w:sz="8" w:space="1" w:color="2633FF"/>
        </w:pBdr>
        <w:bidi/>
        <w:spacing w:before="200" w:after="120"/>
        <w:outlineLvl w:val="0"/>
      </w:pPr>
      <w:r>
        <w:rPr>
          <w:b/>
          <w:bCs/>
          <w:color w:val="052976"/>
          <w:sz w:val="30"/>
          <w:szCs w:val="30"/>
          <w:rtl/>
        </w:rPr>
        <w:t>9. إجراء طلب الفحص IR</w:t>
      </w:r>
    </w:p>
    <w:tbl>
      <w:tblPr>
        <w:tblStyle w:val="TableGrid"/>
        <w:bidiVisual/>
        <w:tblW w:w="0" w:type="auto"/>
        <w:jc w:val="center"/>
        <w:tblLayout w:type="fixed"/>
        <w:tblLook w:val="04A0" w:firstRow="1" w:lastRow="0" w:firstColumn="1" w:lastColumn="0" w:noHBand="0" w:noVBand="1"/>
      </w:tblPr>
      <w:tblGrid>
        <w:gridCol w:w="1020"/>
        <w:gridCol w:w="4762"/>
        <w:gridCol w:w="1587"/>
        <w:gridCol w:w="2721"/>
      </w:tblGrid>
      <w:tr w:rsidR="00E050A2" w14:paraId="44AE5CD9" w14:textId="77777777">
        <w:trPr>
          <w:cantSplit/>
          <w:trHeight w:val="340"/>
          <w:tblHeader/>
          <w:jc w:val="center"/>
        </w:trPr>
        <w:tc>
          <w:tcPr>
            <w:tcW w:w="1020" w:type="dxa"/>
            <w:shd w:val="clear" w:color="auto" w:fill="052976"/>
            <w:vAlign w:val="center"/>
          </w:tcPr>
          <w:p w14:paraId="7B9C66E2" w14:textId="77777777" w:rsidR="00E050A2" w:rsidRDefault="004F2FC6">
            <w:pPr>
              <w:bidi/>
              <w:spacing w:before="30" w:after="30"/>
              <w:jc w:val="center"/>
            </w:pPr>
            <w:r>
              <w:rPr>
                <w:b/>
                <w:bCs/>
                <w:color w:val="FFFFFF"/>
                <w:sz w:val="19"/>
                <w:szCs w:val="19"/>
                <w:rtl/>
              </w:rPr>
              <w:t>الخطوة</w:t>
            </w:r>
          </w:p>
        </w:tc>
        <w:tc>
          <w:tcPr>
            <w:tcW w:w="4762" w:type="dxa"/>
            <w:shd w:val="clear" w:color="auto" w:fill="052976"/>
            <w:vAlign w:val="center"/>
          </w:tcPr>
          <w:p w14:paraId="3A23DA8C" w14:textId="77777777" w:rsidR="00E050A2" w:rsidRDefault="004F2FC6">
            <w:pPr>
              <w:bidi/>
              <w:spacing w:before="30" w:after="30"/>
              <w:jc w:val="center"/>
            </w:pPr>
            <w:r>
              <w:rPr>
                <w:b/>
                <w:bCs/>
                <w:color w:val="FFFFFF"/>
                <w:sz w:val="19"/>
                <w:szCs w:val="19"/>
                <w:rtl/>
              </w:rPr>
              <w:t>الإجراء</w:t>
            </w:r>
          </w:p>
        </w:tc>
        <w:tc>
          <w:tcPr>
            <w:tcW w:w="1587" w:type="dxa"/>
            <w:shd w:val="clear" w:color="auto" w:fill="052976"/>
            <w:vAlign w:val="center"/>
          </w:tcPr>
          <w:p w14:paraId="0C83FCD0" w14:textId="77777777" w:rsidR="00E050A2" w:rsidRDefault="004F2FC6">
            <w:pPr>
              <w:bidi/>
              <w:spacing w:before="30" w:after="30"/>
              <w:jc w:val="center"/>
            </w:pPr>
            <w:r>
              <w:rPr>
                <w:b/>
                <w:bCs/>
                <w:color w:val="FFFFFF"/>
                <w:sz w:val="19"/>
                <w:szCs w:val="19"/>
                <w:rtl/>
              </w:rPr>
              <w:t>المسؤول</w:t>
            </w:r>
          </w:p>
        </w:tc>
        <w:tc>
          <w:tcPr>
            <w:tcW w:w="2721" w:type="dxa"/>
            <w:shd w:val="clear" w:color="auto" w:fill="052976"/>
            <w:vAlign w:val="center"/>
          </w:tcPr>
          <w:p w14:paraId="3E8663C5" w14:textId="77777777" w:rsidR="00E050A2" w:rsidRDefault="004F2FC6">
            <w:pPr>
              <w:bidi/>
              <w:spacing w:before="30" w:after="30"/>
              <w:jc w:val="center"/>
            </w:pPr>
            <w:r>
              <w:rPr>
                <w:b/>
                <w:bCs/>
                <w:color w:val="FFFFFF"/>
                <w:sz w:val="19"/>
                <w:szCs w:val="19"/>
                <w:rtl/>
              </w:rPr>
              <w:t>التوقيت والسجل</w:t>
            </w:r>
          </w:p>
        </w:tc>
      </w:tr>
      <w:tr w:rsidR="00E050A2" w14:paraId="5D873721" w14:textId="77777777">
        <w:trPr>
          <w:cantSplit/>
          <w:trHeight w:val="340"/>
          <w:jc w:val="center"/>
        </w:trPr>
        <w:tc>
          <w:tcPr>
            <w:tcW w:w="1020" w:type="dxa"/>
            <w:vAlign w:val="center"/>
          </w:tcPr>
          <w:p w14:paraId="702CDA54" w14:textId="77777777" w:rsidR="00E050A2" w:rsidRDefault="004F2FC6">
            <w:pPr>
              <w:bidi/>
              <w:spacing w:before="30" w:after="30"/>
              <w:jc w:val="center"/>
            </w:pPr>
            <w:r>
              <w:rPr>
                <w:sz w:val="18"/>
                <w:szCs w:val="18"/>
                <w:rtl/>
              </w:rPr>
              <w:t>1</w:t>
            </w:r>
          </w:p>
        </w:tc>
        <w:tc>
          <w:tcPr>
            <w:tcW w:w="4762" w:type="dxa"/>
            <w:vAlign w:val="center"/>
          </w:tcPr>
          <w:p w14:paraId="03C0BF22" w14:textId="77777777" w:rsidR="00E050A2" w:rsidRDefault="004F2FC6">
            <w:pPr>
              <w:bidi/>
              <w:spacing w:before="30" w:after="30"/>
            </w:pPr>
            <w:r>
              <w:rPr>
                <w:sz w:val="18"/>
                <w:szCs w:val="18"/>
                <w:rtl/>
              </w:rPr>
              <w:t>فحص ذاتي للعمل بواسطة مهندس الجودة لدى المقاول وتعبئة قائمة الفحص</w:t>
            </w:r>
          </w:p>
        </w:tc>
        <w:tc>
          <w:tcPr>
            <w:tcW w:w="1587" w:type="dxa"/>
            <w:vAlign w:val="center"/>
          </w:tcPr>
          <w:p w14:paraId="14711D26" w14:textId="77777777" w:rsidR="00E050A2" w:rsidRDefault="004F2FC6">
            <w:pPr>
              <w:bidi/>
              <w:spacing w:before="30" w:after="30"/>
            </w:pPr>
            <w:r>
              <w:rPr>
                <w:sz w:val="18"/>
                <w:szCs w:val="18"/>
                <w:rtl/>
              </w:rPr>
              <w:t>المقاول</w:t>
            </w:r>
          </w:p>
        </w:tc>
        <w:tc>
          <w:tcPr>
            <w:tcW w:w="2721" w:type="dxa"/>
            <w:vAlign w:val="center"/>
          </w:tcPr>
          <w:p w14:paraId="5277EB35" w14:textId="77777777" w:rsidR="00E050A2" w:rsidRDefault="004F2FC6">
            <w:pPr>
              <w:bidi/>
              <w:spacing w:before="30" w:after="30"/>
            </w:pPr>
            <w:r>
              <w:rPr>
                <w:sz w:val="18"/>
                <w:szCs w:val="18"/>
                <w:rtl/>
              </w:rPr>
              <w:t>قبل تقديم IR</w:t>
            </w:r>
          </w:p>
        </w:tc>
      </w:tr>
      <w:tr w:rsidR="00E050A2" w14:paraId="203906F2" w14:textId="77777777">
        <w:trPr>
          <w:cantSplit/>
          <w:trHeight w:val="340"/>
          <w:jc w:val="center"/>
        </w:trPr>
        <w:tc>
          <w:tcPr>
            <w:tcW w:w="1020" w:type="dxa"/>
            <w:shd w:val="clear" w:color="auto" w:fill="EEF1FA"/>
            <w:vAlign w:val="center"/>
          </w:tcPr>
          <w:p w14:paraId="275AD5E4" w14:textId="77777777" w:rsidR="00E050A2" w:rsidRDefault="004F2FC6">
            <w:pPr>
              <w:bidi/>
              <w:spacing w:before="30" w:after="30"/>
              <w:jc w:val="center"/>
            </w:pPr>
            <w:r>
              <w:rPr>
                <w:sz w:val="18"/>
                <w:szCs w:val="18"/>
                <w:rtl/>
              </w:rPr>
              <w:t>2</w:t>
            </w:r>
          </w:p>
        </w:tc>
        <w:tc>
          <w:tcPr>
            <w:tcW w:w="4762" w:type="dxa"/>
            <w:shd w:val="clear" w:color="auto" w:fill="EEF1FA"/>
            <w:vAlign w:val="center"/>
          </w:tcPr>
          <w:p w14:paraId="62CC4AB1" w14:textId="77777777" w:rsidR="00E050A2" w:rsidRDefault="004F2FC6">
            <w:pPr>
              <w:bidi/>
              <w:spacing w:before="30" w:after="30"/>
            </w:pPr>
            <w:r>
              <w:rPr>
                <w:sz w:val="18"/>
                <w:szCs w:val="18"/>
                <w:rtl/>
              </w:rPr>
              <w:t>تقديم IR مرفقا به المخطط المعتمد ورقم MAR وقائمة الفحص ونتائج الاختبارات السابقة</w:t>
            </w:r>
          </w:p>
        </w:tc>
        <w:tc>
          <w:tcPr>
            <w:tcW w:w="1587" w:type="dxa"/>
            <w:shd w:val="clear" w:color="auto" w:fill="EEF1FA"/>
            <w:vAlign w:val="center"/>
          </w:tcPr>
          <w:p w14:paraId="525A5159" w14:textId="77777777" w:rsidR="00E050A2" w:rsidRDefault="004F2FC6">
            <w:pPr>
              <w:bidi/>
              <w:spacing w:before="30" w:after="30"/>
            </w:pPr>
            <w:r>
              <w:rPr>
                <w:sz w:val="18"/>
                <w:szCs w:val="18"/>
                <w:rtl/>
              </w:rPr>
              <w:t>المقاول</w:t>
            </w:r>
          </w:p>
        </w:tc>
        <w:tc>
          <w:tcPr>
            <w:tcW w:w="2721" w:type="dxa"/>
            <w:shd w:val="clear" w:color="auto" w:fill="EEF1FA"/>
            <w:vAlign w:val="center"/>
          </w:tcPr>
          <w:p w14:paraId="6DEFB67F" w14:textId="77777777" w:rsidR="00E050A2" w:rsidRDefault="004F2FC6">
            <w:pPr>
              <w:bidi/>
              <w:spacing w:before="30" w:after="30"/>
            </w:pPr>
            <w:r>
              <w:rPr>
                <w:sz w:val="18"/>
                <w:szCs w:val="18"/>
                <w:rtl/>
              </w:rPr>
              <w:t>قبل 24 ساعة على الأقل، وقبل الساعة 12:00 ظهرا لفحص اليوم التالي</w:t>
            </w:r>
          </w:p>
        </w:tc>
      </w:tr>
      <w:tr w:rsidR="00E050A2" w14:paraId="512ED5C0" w14:textId="77777777">
        <w:trPr>
          <w:cantSplit/>
          <w:trHeight w:val="340"/>
          <w:jc w:val="center"/>
        </w:trPr>
        <w:tc>
          <w:tcPr>
            <w:tcW w:w="1020" w:type="dxa"/>
            <w:vAlign w:val="center"/>
          </w:tcPr>
          <w:p w14:paraId="46CC3F77" w14:textId="77777777" w:rsidR="00E050A2" w:rsidRDefault="004F2FC6">
            <w:pPr>
              <w:bidi/>
              <w:spacing w:before="30" w:after="30"/>
              <w:jc w:val="center"/>
            </w:pPr>
            <w:r>
              <w:rPr>
                <w:sz w:val="18"/>
                <w:szCs w:val="18"/>
                <w:rtl/>
              </w:rPr>
              <w:t>3</w:t>
            </w:r>
          </w:p>
        </w:tc>
        <w:tc>
          <w:tcPr>
            <w:tcW w:w="4762" w:type="dxa"/>
            <w:vAlign w:val="center"/>
          </w:tcPr>
          <w:p w14:paraId="24AB91FF" w14:textId="77777777" w:rsidR="00E050A2" w:rsidRDefault="004F2FC6">
            <w:pPr>
              <w:bidi/>
              <w:spacing w:before="30" w:after="30"/>
            </w:pPr>
            <w:r>
              <w:rPr>
                <w:sz w:val="18"/>
                <w:szCs w:val="18"/>
                <w:rtl/>
              </w:rPr>
              <w:t>تسجيل IR في السجل وتحديد مهندس الإشراف المختص</w:t>
            </w:r>
          </w:p>
        </w:tc>
        <w:tc>
          <w:tcPr>
            <w:tcW w:w="1587" w:type="dxa"/>
            <w:vAlign w:val="center"/>
          </w:tcPr>
          <w:p w14:paraId="650CAE57" w14:textId="77777777" w:rsidR="00E050A2" w:rsidRDefault="004F2FC6">
            <w:pPr>
              <w:bidi/>
              <w:spacing w:before="30" w:after="30"/>
            </w:pPr>
            <w:r>
              <w:rPr>
                <w:sz w:val="18"/>
                <w:szCs w:val="18"/>
                <w:rtl/>
              </w:rPr>
              <w:t>الاستشاري</w:t>
            </w:r>
          </w:p>
        </w:tc>
        <w:tc>
          <w:tcPr>
            <w:tcW w:w="2721" w:type="dxa"/>
            <w:vAlign w:val="center"/>
          </w:tcPr>
          <w:p w14:paraId="32891D1E" w14:textId="77777777" w:rsidR="00E050A2" w:rsidRDefault="004F2FC6">
            <w:pPr>
              <w:bidi/>
              <w:spacing w:before="30" w:after="30"/>
            </w:pPr>
            <w:r>
              <w:rPr>
                <w:sz w:val="18"/>
                <w:szCs w:val="18"/>
                <w:rtl/>
              </w:rPr>
              <w:t>فور الاستلام، سجل IR</w:t>
            </w:r>
          </w:p>
        </w:tc>
      </w:tr>
      <w:tr w:rsidR="00E050A2" w14:paraId="1F15EBF3" w14:textId="77777777">
        <w:trPr>
          <w:cantSplit/>
          <w:trHeight w:val="340"/>
          <w:jc w:val="center"/>
        </w:trPr>
        <w:tc>
          <w:tcPr>
            <w:tcW w:w="1020" w:type="dxa"/>
            <w:shd w:val="clear" w:color="auto" w:fill="EEF1FA"/>
            <w:vAlign w:val="center"/>
          </w:tcPr>
          <w:p w14:paraId="0CCAF607" w14:textId="77777777" w:rsidR="00E050A2" w:rsidRDefault="004F2FC6">
            <w:pPr>
              <w:bidi/>
              <w:spacing w:before="30" w:after="30"/>
              <w:jc w:val="center"/>
            </w:pPr>
            <w:r>
              <w:rPr>
                <w:sz w:val="18"/>
                <w:szCs w:val="18"/>
                <w:rtl/>
              </w:rPr>
              <w:t>4</w:t>
            </w:r>
          </w:p>
        </w:tc>
        <w:tc>
          <w:tcPr>
            <w:tcW w:w="4762" w:type="dxa"/>
            <w:shd w:val="clear" w:color="auto" w:fill="EEF1FA"/>
            <w:vAlign w:val="center"/>
          </w:tcPr>
          <w:p w14:paraId="614D24C3" w14:textId="77777777" w:rsidR="00E050A2" w:rsidRDefault="004F2FC6">
            <w:pPr>
              <w:bidi/>
              <w:spacing w:before="30" w:after="30"/>
            </w:pPr>
            <w:r>
              <w:rPr>
                <w:sz w:val="18"/>
                <w:szCs w:val="18"/>
                <w:rtl/>
              </w:rPr>
              <w:t>الفحص المشترك بالموقع بحضور مهندس التنفيذ ومهندس الجودة لدى المقاول</w:t>
            </w:r>
          </w:p>
        </w:tc>
        <w:tc>
          <w:tcPr>
            <w:tcW w:w="1587" w:type="dxa"/>
            <w:shd w:val="clear" w:color="auto" w:fill="EEF1FA"/>
            <w:vAlign w:val="center"/>
          </w:tcPr>
          <w:p w14:paraId="67882BD9" w14:textId="77777777" w:rsidR="00E050A2" w:rsidRDefault="004F2FC6">
            <w:pPr>
              <w:bidi/>
              <w:spacing w:before="30" w:after="30"/>
            </w:pPr>
            <w:r>
              <w:rPr>
                <w:sz w:val="18"/>
                <w:szCs w:val="18"/>
                <w:rtl/>
              </w:rPr>
              <w:t>الطرفان</w:t>
            </w:r>
          </w:p>
        </w:tc>
        <w:tc>
          <w:tcPr>
            <w:tcW w:w="2721" w:type="dxa"/>
            <w:shd w:val="clear" w:color="auto" w:fill="EEF1FA"/>
            <w:vAlign w:val="center"/>
          </w:tcPr>
          <w:p w14:paraId="6E0709F5" w14:textId="77777777" w:rsidR="00E050A2" w:rsidRDefault="004F2FC6">
            <w:pPr>
              <w:bidi/>
              <w:spacing w:before="30" w:after="30"/>
            </w:pPr>
            <w:r>
              <w:rPr>
                <w:sz w:val="18"/>
                <w:szCs w:val="18"/>
                <w:rtl/>
              </w:rPr>
              <w:t>في الموعد المحدد</w:t>
            </w:r>
          </w:p>
        </w:tc>
      </w:tr>
      <w:tr w:rsidR="00E050A2" w14:paraId="5986561C" w14:textId="77777777">
        <w:trPr>
          <w:cantSplit/>
          <w:trHeight w:val="340"/>
          <w:jc w:val="center"/>
        </w:trPr>
        <w:tc>
          <w:tcPr>
            <w:tcW w:w="1020" w:type="dxa"/>
            <w:vAlign w:val="center"/>
          </w:tcPr>
          <w:p w14:paraId="27098B24" w14:textId="77777777" w:rsidR="00E050A2" w:rsidRDefault="004F2FC6">
            <w:pPr>
              <w:bidi/>
              <w:spacing w:before="30" w:after="30"/>
              <w:jc w:val="center"/>
            </w:pPr>
            <w:r>
              <w:rPr>
                <w:sz w:val="18"/>
                <w:szCs w:val="18"/>
                <w:rtl/>
              </w:rPr>
              <w:t>5</w:t>
            </w:r>
          </w:p>
        </w:tc>
        <w:tc>
          <w:tcPr>
            <w:tcW w:w="4762" w:type="dxa"/>
            <w:vAlign w:val="center"/>
          </w:tcPr>
          <w:p w14:paraId="342BB0F5" w14:textId="77777777" w:rsidR="00E050A2" w:rsidRDefault="004F2FC6">
            <w:pPr>
              <w:bidi/>
              <w:spacing w:before="30" w:after="30"/>
            </w:pPr>
            <w:r>
              <w:rPr>
                <w:sz w:val="18"/>
                <w:szCs w:val="18"/>
                <w:rtl/>
              </w:rPr>
              <w:t>إصدار النتيجة: مقبول، أو مقبول بملاحظات، أو مرفوض مع ذكر الأسباب</w:t>
            </w:r>
          </w:p>
        </w:tc>
        <w:tc>
          <w:tcPr>
            <w:tcW w:w="1587" w:type="dxa"/>
            <w:vAlign w:val="center"/>
          </w:tcPr>
          <w:p w14:paraId="0B30686B" w14:textId="77777777" w:rsidR="00E050A2" w:rsidRDefault="004F2FC6">
            <w:pPr>
              <w:bidi/>
              <w:spacing w:before="30" w:after="30"/>
            </w:pPr>
            <w:r>
              <w:rPr>
                <w:sz w:val="18"/>
                <w:szCs w:val="18"/>
                <w:rtl/>
              </w:rPr>
              <w:t>الاستشاري</w:t>
            </w:r>
          </w:p>
        </w:tc>
        <w:tc>
          <w:tcPr>
            <w:tcW w:w="2721" w:type="dxa"/>
            <w:vAlign w:val="center"/>
          </w:tcPr>
          <w:p w14:paraId="5B229A4D" w14:textId="77777777" w:rsidR="00E050A2" w:rsidRDefault="004F2FC6">
            <w:pPr>
              <w:bidi/>
              <w:spacing w:before="30" w:after="30"/>
            </w:pPr>
            <w:r>
              <w:rPr>
                <w:sz w:val="18"/>
                <w:szCs w:val="18"/>
                <w:rtl/>
              </w:rPr>
              <w:t>خلال يوم العمل نفسه</w:t>
            </w:r>
          </w:p>
        </w:tc>
      </w:tr>
      <w:tr w:rsidR="00E050A2" w14:paraId="2AB73232" w14:textId="77777777">
        <w:trPr>
          <w:cantSplit/>
          <w:trHeight w:val="340"/>
          <w:jc w:val="center"/>
        </w:trPr>
        <w:tc>
          <w:tcPr>
            <w:tcW w:w="1020" w:type="dxa"/>
            <w:shd w:val="clear" w:color="auto" w:fill="EEF1FA"/>
            <w:vAlign w:val="center"/>
          </w:tcPr>
          <w:p w14:paraId="11A25DB8" w14:textId="77777777" w:rsidR="00E050A2" w:rsidRDefault="004F2FC6">
            <w:pPr>
              <w:bidi/>
              <w:spacing w:before="30" w:after="30"/>
              <w:jc w:val="center"/>
            </w:pPr>
            <w:r>
              <w:rPr>
                <w:sz w:val="18"/>
                <w:szCs w:val="18"/>
                <w:rtl/>
              </w:rPr>
              <w:t>6</w:t>
            </w:r>
          </w:p>
        </w:tc>
        <w:tc>
          <w:tcPr>
            <w:tcW w:w="4762" w:type="dxa"/>
            <w:shd w:val="clear" w:color="auto" w:fill="EEF1FA"/>
            <w:vAlign w:val="center"/>
          </w:tcPr>
          <w:p w14:paraId="1CF224C0" w14:textId="77777777" w:rsidR="00E050A2" w:rsidRDefault="004F2FC6">
            <w:pPr>
              <w:bidi/>
              <w:spacing w:before="30" w:after="30"/>
            </w:pPr>
            <w:r>
              <w:rPr>
                <w:sz w:val="18"/>
                <w:szCs w:val="18"/>
                <w:rtl/>
              </w:rPr>
              <w:t>عند الرفض يصحح المقاول ويقدم IR جديدا بنفس الرقم مع الإصدار التالي R1</w:t>
            </w:r>
          </w:p>
        </w:tc>
        <w:tc>
          <w:tcPr>
            <w:tcW w:w="1587" w:type="dxa"/>
            <w:shd w:val="clear" w:color="auto" w:fill="EEF1FA"/>
            <w:vAlign w:val="center"/>
          </w:tcPr>
          <w:p w14:paraId="1078A97A" w14:textId="77777777" w:rsidR="00E050A2" w:rsidRDefault="004F2FC6">
            <w:pPr>
              <w:bidi/>
              <w:spacing w:before="30" w:after="30"/>
            </w:pPr>
            <w:r>
              <w:rPr>
                <w:sz w:val="18"/>
                <w:szCs w:val="18"/>
                <w:rtl/>
              </w:rPr>
              <w:t>المقاول</w:t>
            </w:r>
          </w:p>
        </w:tc>
        <w:tc>
          <w:tcPr>
            <w:tcW w:w="2721" w:type="dxa"/>
            <w:shd w:val="clear" w:color="auto" w:fill="EEF1FA"/>
            <w:vAlign w:val="center"/>
          </w:tcPr>
          <w:p w14:paraId="000A6AFE" w14:textId="77777777" w:rsidR="00E050A2" w:rsidRDefault="004F2FC6">
            <w:pPr>
              <w:bidi/>
              <w:spacing w:before="30" w:after="30"/>
            </w:pPr>
            <w:r>
              <w:rPr>
                <w:sz w:val="18"/>
                <w:szCs w:val="18"/>
                <w:rtl/>
              </w:rPr>
              <w:t>بعد التصحيح، 24 ساعة إخطار</w:t>
            </w:r>
          </w:p>
        </w:tc>
      </w:tr>
      <w:tr w:rsidR="00E050A2" w14:paraId="30BF5614" w14:textId="77777777">
        <w:trPr>
          <w:cantSplit/>
          <w:trHeight w:val="340"/>
          <w:jc w:val="center"/>
        </w:trPr>
        <w:tc>
          <w:tcPr>
            <w:tcW w:w="1020" w:type="dxa"/>
            <w:vAlign w:val="center"/>
          </w:tcPr>
          <w:p w14:paraId="510D6A2D" w14:textId="77777777" w:rsidR="00E050A2" w:rsidRDefault="004F2FC6">
            <w:pPr>
              <w:bidi/>
              <w:spacing w:before="30" w:after="30"/>
              <w:jc w:val="center"/>
            </w:pPr>
            <w:r>
              <w:rPr>
                <w:sz w:val="18"/>
                <w:szCs w:val="18"/>
                <w:rtl/>
              </w:rPr>
              <w:t>7</w:t>
            </w:r>
          </w:p>
        </w:tc>
        <w:tc>
          <w:tcPr>
            <w:tcW w:w="4762" w:type="dxa"/>
            <w:vAlign w:val="center"/>
          </w:tcPr>
          <w:p w14:paraId="0AAF28CD" w14:textId="77777777" w:rsidR="00E050A2" w:rsidRDefault="004F2FC6">
            <w:pPr>
              <w:bidi/>
              <w:spacing w:before="30" w:after="30"/>
            </w:pPr>
            <w:r>
              <w:rPr>
                <w:sz w:val="18"/>
                <w:szCs w:val="18"/>
                <w:rtl/>
              </w:rPr>
              <w:t>عند الرفض الثاني لنفس العمل أو تغطية عمل قبل استلامه يصدر NCR</w:t>
            </w:r>
          </w:p>
        </w:tc>
        <w:tc>
          <w:tcPr>
            <w:tcW w:w="1587" w:type="dxa"/>
            <w:vAlign w:val="center"/>
          </w:tcPr>
          <w:p w14:paraId="7CBCFBE3" w14:textId="77777777" w:rsidR="00E050A2" w:rsidRDefault="004F2FC6">
            <w:pPr>
              <w:bidi/>
              <w:spacing w:before="30" w:after="30"/>
            </w:pPr>
            <w:r>
              <w:rPr>
                <w:sz w:val="18"/>
                <w:szCs w:val="18"/>
                <w:rtl/>
              </w:rPr>
              <w:t>الاستشاري</w:t>
            </w:r>
          </w:p>
        </w:tc>
        <w:tc>
          <w:tcPr>
            <w:tcW w:w="2721" w:type="dxa"/>
            <w:vAlign w:val="center"/>
          </w:tcPr>
          <w:p w14:paraId="7918353D" w14:textId="77777777" w:rsidR="00E050A2" w:rsidRDefault="004F2FC6">
            <w:pPr>
              <w:bidi/>
              <w:spacing w:before="30" w:after="30"/>
            </w:pPr>
            <w:r>
              <w:rPr>
                <w:sz w:val="18"/>
                <w:szCs w:val="18"/>
                <w:rtl/>
              </w:rPr>
              <w:t>سجل NCR</w:t>
            </w:r>
          </w:p>
        </w:tc>
      </w:tr>
    </w:tbl>
    <w:p w14:paraId="37560CEA" w14:textId="77777777" w:rsidR="00E050A2" w:rsidRDefault="00E050A2">
      <w:pPr>
        <w:bidi/>
        <w:spacing w:after="40"/>
      </w:pPr>
    </w:p>
    <w:p w14:paraId="7B3A4A11" w14:textId="77777777" w:rsidR="00E050A2" w:rsidRDefault="004F2FC6">
      <w:pPr>
        <w:keepNext/>
        <w:bidi/>
        <w:spacing w:after="120"/>
        <w:outlineLvl w:val="1"/>
      </w:pPr>
      <w:r>
        <w:rPr>
          <w:b/>
          <w:bCs/>
          <w:color w:val="052976"/>
          <w:sz w:val="25"/>
          <w:szCs w:val="25"/>
          <w:rtl/>
        </w:rPr>
        <w:t>9.1 قواعد نقاط التوقف</w:t>
      </w:r>
    </w:p>
    <w:p w14:paraId="06385EF2" w14:textId="77777777" w:rsidR="00E050A2" w:rsidRDefault="004F2FC6">
      <w:pPr>
        <w:bidi/>
        <w:spacing w:after="40"/>
      </w:pPr>
      <w:r>
        <w:rPr>
          <w:sz w:val="21"/>
          <w:szCs w:val="21"/>
          <w:rtl/>
        </w:rPr>
        <w:t>9.1.1  لا يجوز الصب أو الردم أو التغطية أو الإغلاق بأي تشطيب قبل توقيع IR بالقبول في كل نقطة H.</w:t>
      </w:r>
    </w:p>
    <w:p w14:paraId="3B9F2BA0" w14:textId="77777777" w:rsidR="00E050A2" w:rsidRDefault="004F2FC6">
      <w:pPr>
        <w:bidi/>
        <w:spacing w:after="40"/>
      </w:pPr>
      <w:r>
        <w:rPr>
          <w:sz w:val="21"/>
          <w:szCs w:val="21"/>
          <w:rtl/>
        </w:rPr>
        <w:t>9.1.2  أي عمل يغطى قبل الاستلام يكشف على نفقة المقاول بطلب الاستشاري، ويصدر به NCR بغض النظر عن نتيجة الكشف.</w:t>
      </w:r>
    </w:p>
    <w:p w14:paraId="64597E6D" w14:textId="77777777" w:rsidR="00E050A2" w:rsidRDefault="004F2FC6">
      <w:pPr>
        <w:bidi/>
        <w:spacing w:after="40"/>
      </w:pPr>
      <w:r>
        <w:rPr>
          <w:sz w:val="21"/>
          <w:szCs w:val="21"/>
          <w:rtl/>
        </w:rPr>
        <w:t>9.1.3  عدم حضور الاستشاري لنقطة H لا يعد قبولا، ويصعد المقاول الأمر للمهندس المقيم كتابيا.</w:t>
      </w:r>
    </w:p>
    <w:p w14:paraId="58540B9D" w14:textId="77777777" w:rsidR="00E050A2" w:rsidRDefault="004F2FC6">
      <w:pPr>
        <w:bidi/>
        <w:spacing w:after="40"/>
      </w:pPr>
      <w:r>
        <w:rPr>
          <w:sz w:val="21"/>
          <w:szCs w:val="21"/>
          <w:rtl/>
        </w:rPr>
        <w:t>9.1.4  تستلم الأعمال المخفية متعددة التخصصات قبل الصب بمحضر استلام تخصصات موقع من كل مهندس مختص.</w:t>
      </w:r>
    </w:p>
    <w:p w14:paraId="2B4E7515" w14:textId="77777777" w:rsidR="00E050A2" w:rsidRDefault="004F2FC6">
      <w:pPr>
        <w:keepNext/>
        <w:bidi/>
        <w:spacing w:after="120"/>
        <w:outlineLvl w:val="1"/>
      </w:pPr>
      <w:r>
        <w:rPr>
          <w:b/>
          <w:bCs/>
          <w:color w:val="052976"/>
          <w:sz w:val="25"/>
          <w:szCs w:val="25"/>
          <w:rtl/>
        </w:rPr>
        <w:t>9.2 الرفض وإعادة الفحص</w:t>
      </w:r>
    </w:p>
    <w:p w14:paraId="7BEE6172" w14:textId="77777777" w:rsidR="00E050A2" w:rsidRDefault="004F2FC6">
      <w:pPr>
        <w:bidi/>
        <w:spacing w:after="80"/>
      </w:pPr>
      <w:r>
        <w:rPr>
          <w:sz w:val="21"/>
          <w:szCs w:val="21"/>
          <w:rtl/>
        </w:rPr>
        <w:t>يحتسب مؤشر القبول من أول مرة على أساس IR بالإصدار R0 فقط. يتحمل المقاول تكلفة إعادة الفحص اعتبارا من المرة الثالثة لنفس العمل إذا نص العقد على ذلك، ويرصد تكرار الرفض حسب التخصص في التقرير الشهري.</w:t>
      </w:r>
    </w:p>
    <w:p w14:paraId="031D42CF" w14:textId="77777777" w:rsidR="00E050A2" w:rsidRDefault="004F2FC6">
      <w:pPr>
        <w:keepNext/>
        <w:pBdr>
          <w:bottom w:val="single" w:sz="8" w:space="1" w:color="2633FF"/>
        </w:pBdr>
        <w:bidi/>
        <w:spacing w:before="200" w:after="120"/>
        <w:outlineLvl w:val="0"/>
      </w:pPr>
      <w:r>
        <w:rPr>
          <w:b/>
          <w:bCs/>
          <w:color w:val="052976"/>
          <w:sz w:val="30"/>
          <w:szCs w:val="30"/>
          <w:rtl/>
        </w:rPr>
        <w:t>10. ضبط حالات عدم المطابقة NCR</w:t>
      </w:r>
    </w:p>
    <w:p w14:paraId="1498C45C" w14:textId="77777777" w:rsidR="00E050A2" w:rsidRDefault="004F2FC6">
      <w:pPr>
        <w:keepNext/>
        <w:bidi/>
        <w:spacing w:after="120"/>
        <w:outlineLvl w:val="1"/>
      </w:pPr>
      <w:r>
        <w:rPr>
          <w:b/>
          <w:bCs/>
          <w:color w:val="052976"/>
          <w:sz w:val="25"/>
          <w:szCs w:val="25"/>
          <w:rtl/>
        </w:rPr>
        <w:t>10.1 مصادر عدم المطابقة والتصنيف</w:t>
      </w:r>
    </w:p>
    <w:p w14:paraId="43B1CA00" w14:textId="77777777" w:rsidR="00E050A2" w:rsidRDefault="004F2FC6">
      <w:pPr>
        <w:bidi/>
        <w:spacing w:after="80"/>
      </w:pPr>
      <w:r>
        <w:rPr>
          <w:sz w:val="21"/>
          <w:szCs w:val="21"/>
          <w:rtl/>
        </w:rPr>
        <w:t>تنشأ عدم المطابقة من الفحص والاختبار، أو التدقيق، أو شكوى المالك، أو مخالفة إجراء معتمد. تصنف إلى:</w:t>
      </w:r>
    </w:p>
    <w:tbl>
      <w:tblPr>
        <w:tblStyle w:val="TableGrid"/>
        <w:bidiVisual/>
        <w:tblW w:w="0" w:type="auto"/>
        <w:jc w:val="center"/>
        <w:tblLayout w:type="fixed"/>
        <w:tblLook w:val="04A0" w:firstRow="1" w:lastRow="0" w:firstColumn="1" w:lastColumn="0" w:noHBand="0" w:noVBand="1"/>
      </w:tblPr>
      <w:tblGrid>
        <w:gridCol w:w="1474"/>
        <w:gridCol w:w="4876"/>
        <w:gridCol w:w="1814"/>
        <w:gridCol w:w="1928"/>
      </w:tblGrid>
      <w:tr w:rsidR="00E050A2" w14:paraId="59D3359D" w14:textId="77777777">
        <w:trPr>
          <w:cantSplit/>
          <w:trHeight w:val="340"/>
          <w:tblHeader/>
          <w:jc w:val="center"/>
        </w:trPr>
        <w:tc>
          <w:tcPr>
            <w:tcW w:w="1474" w:type="dxa"/>
            <w:shd w:val="clear" w:color="auto" w:fill="052976"/>
            <w:vAlign w:val="center"/>
          </w:tcPr>
          <w:p w14:paraId="169F44E8" w14:textId="77777777" w:rsidR="00E050A2" w:rsidRDefault="004F2FC6">
            <w:pPr>
              <w:bidi/>
              <w:spacing w:before="30" w:after="30"/>
              <w:jc w:val="center"/>
            </w:pPr>
            <w:r>
              <w:rPr>
                <w:b/>
                <w:bCs/>
                <w:color w:val="FFFFFF"/>
                <w:sz w:val="19"/>
                <w:szCs w:val="19"/>
                <w:rtl/>
              </w:rPr>
              <w:t>التصنيف</w:t>
            </w:r>
          </w:p>
        </w:tc>
        <w:tc>
          <w:tcPr>
            <w:tcW w:w="4876" w:type="dxa"/>
            <w:shd w:val="clear" w:color="auto" w:fill="052976"/>
            <w:vAlign w:val="center"/>
          </w:tcPr>
          <w:p w14:paraId="77234920" w14:textId="77777777" w:rsidR="00E050A2" w:rsidRDefault="004F2FC6">
            <w:pPr>
              <w:bidi/>
              <w:spacing w:before="30" w:after="30"/>
              <w:jc w:val="center"/>
            </w:pPr>
            <w:r>
              <w:rPr>
                <w:b/>
                <w:bCs/>
                <w:color w:val="FFFFFF"/>
                <w:sz w:val="19"/>
                <w:szCs w:val="19"/>
                <w:rtl/>
              </w:rPr>
              <w:t>التعريف</w:t>
            </w:r>
          </w:p>
        </w:tc>
        <w:tc>
          <w:tcPr>
            <w:tcW w:w="1814" w:type="dxa"/>
            <w:shd w:val="clear" w:color="auto" w:fill="052976"/>
            <w:vAlign w:val="center"/>
          </w:tcPr>
          <w:p w14:paraId="1FB95074" w14:textId="77777777" w:rsidR="00E050A2" w:rsidRDefault="004F2FC6">
            <w:pPr>
              <w:bidi/>
              <w:spacing w:before="30" w:after="30"/>
              <w:jc w:val="center"/>
            </w:pPr>
            <w:r>
              <w:rPr>
                <w:b/>
                <w:bCs/>
                <w:color w:val="FFFFFF"/>
                <w:sz w:val="19"/>
                <w:szCs w:val="19"/>
                <w:rtl/>
              </w:rPr>
              <w:t>مهلة الرد بالمقترح</w:t>
            </w:r>
          </w:p>
        </w:tc>
        <w:tc>
          <w:tcPr>
            <w:tcW w:w="1928" w:type="dxa"/>
            <w:shd w:val="clear" w:color="auto" w:fill="052976"/>
            <w:vAlign w:val="center"/>
          </w:tcPr>
          <w:p w14:paraId="2350477C" w14:textId="77777777" w:rsidR="00E050A2" w:rsidRDefault="004F2FC6">
            <w:pPr>
              <w:bidi/>
              <w:spacing w:before="30" w:after="30"/>
              <w:jc w:val="center"/>
            </w:pPr>
            <w:r>
              <w:rPr>
                <w:b/>
                <w:bCs/>
                <w:color w:val="FFFFFF"/>
                <w:sz w:val="19"/>
                <w:szCs w:val="19"/>
                <w:rtl/>
              </w:rPr>
              <w:t>مهلة الإغلاق المستهدفة</w:t>
            </w:r>
          </w:p>
        </w:tc>
      </w:tr>
      <w:tr w:rsidR="00E050A2" w14:paraId="00F05A7E" w14:textId="77777777">
        <w:trPr>
          <w:cantSplit/>
          <w:trHeight w:val="340"/>
          <w:jc w:val="center"/>
        </w:trPr>
        <w:tc>
          <w:tcPr>
            <w:tcW w:w="1474" w:type="dxa"/>
            <w:vAlign w:val="center"/>
          </w:tcPr>
          <w:p w14:paraId="16BCB283" w14:textId="77777777" w:rsidR="00E050A2" w:rsidRDefault="004F2FC6">
            <w:pPr>
              <w:bidi/>
              <w:spacing w:before="30" w:after="30"/>
            </w:pPr>
            <w:r>
              <w:rPr>
                <w:sz w:val="18"/>
                <w:szCs w:val="18"/>
                <w:rtl/>
              </w:rPr>
              <w:t>Major جوهري</w:t>
            </w:r>
          </w:p>
        </w:tc>
        <w:tc>
          <w:tcPr>
            <w:tcW w:w="4876" w:type="dxa"/>
            <w:vAlign w:val="center"/>
          </w:tcPr>
          <w:p w14:paraId="60190356" w14:textId="77777777" w:rsidR="00E050A2" w:rsidRDefault="004F2FC6">
            <w:pPr>
              <w:bidi/>
              <w:spacing w:before="30" w:after="30"/>
            </w:pPr>
            <w:r>
              <w:rPr>
                <w:sz w:val="18"/>
                <w:szCs w:val="18"/>
                <w:rtl/>
              </w:rPr>
              <w:t>يؤثر على السلامة الإنشائية أو الأداء أو العمر التشغيلي، أو تكرار لعدم مطابقة سابقة، أو تجاوز نقطة H</w:t>
            </w:r>
          </w:p>
        </w:tc>
        <w:tc>
          <w:tcPr>
            <w:tcW w:w="1814" w:type="dxa"/>
            <w:vAlign w:val="center"/>
          </w:tcPr>
          <w:p w14:paraId="3AA1D97A" w14:textId="77777777" w:rsidR="00E050A2" w:rsidRDefault="004F2FC6">
            <w:pPr>
              <w:bidi/>
              <w:spacing w:before="30" w:after="30"/>
            </w:pPr>
            <w:r>
              <w:rPr>
                <w:sz w:val="18"/>
                <w:szCs w:val="18"/>
                <w:rtl/>
              </w:rPr>
              <w:t>48 ساعة</w:t>
            </w:r>
          </w:p>
        </w:tc>
        <w:tc>
          <w:tcPr>
            <w:tcW w:w="1928" w:type="dxa"/>
            <w:vAlign w:val="center"/>
          </w:tcPr>
          <w:p w14:paraId="6E20F1FD" w14:textId="77777777" w:rsidR="00E050A2" w:rsidRDefault="004F2FC6">
            <w:pPr>
              <w:bidi/>
              <w:spacing w:before="30" w:after="30"/>
            </w:pPr>
            <w:r>
              <w:rPr>
                <w:sz w:val="18"/>
                <w:szCs w:val="18"/>
                <w:rtl/>
              </w:rPr>
              <w:t>14 يوما</w:t>
            </w:r>
          </w:p>
        </w:tc>
      </w:tr>
      <w:tr w:rsidR="00E050A2" w14:paraId="436F55FC" w14:textId="77777777">
        <w:trPr>
          <w:cantSplit/>
          <w:trHeight w:val="340"/>
          <w:jc w:val="center"/>
        </w:trPr>
        <w:tc>
          <w:tcPr>
            <w:tcW w:w="1474" w:type="dxa"/>
            <w:shd w:val="clear" w:color="auto" w:fill="EEF1FA"/>
            <w:vAlign w:val="center"/>
          </w:tcPr>
          <w:p w14:paraId="1FCC56B0" w14:textId="77777777" w:rsidR="00E050A2" w:rsidRDefault="004F2FC6">
            <w:pPr>
              <w:bidi/>
              <w:spacing w:before="30" w:after="30"/>
            </w:pPr>
            <w:r>
              <w:rPr>
                <w:sz w:val="18"/>
                <w:szCs w:val="18"/>
                <w:rtl/>
              </w:rPr>
              <w:t>Minor ثانوي</w:t>
            </w:r>
          </w:p>
        </w:tc>
        <w:tc>
          <w:tcPr>
            <w:tcW w:w="4876" w:type="dxa"/>
            <w:shd w:val="clear" w:color="auto" w:fill="EEF1FA"/>
            <w:vAlign w:val="center"/>
          </w:tcPr>
          <w:p w14:paraId="7D265947" w14:textId="77777777" w:rsidR="00E050A2" w:rsidRDefault="004F2FC6">
            <w:pPr>
              <w:bidi/>
              <w:spacing w:before="30" w:after="30"/>
            </w:pPr>
            <w:r>
              <w:rPr>
                <w:sz w:val="18"/>
                <w:szCs w:val="18"/>
                <w:rtl/>
              </w:rPr>
              <w:t>انحراف محدود يمكن إصلاحه دون أثر على الأداء</w:t>
            </w:r>
          </w:p>
        </w:tc>
        <w:tc>
          <w:tcPr>
            <w:tcW w:w="1814" w:type="dxa"/>
            <w:shd w:val="clear" w:color="auto" w:fill="EEF1FA"/>
            <w:vAlign w:val="center"/>
          </w:tcPr>
          <w:p w14:paraId="433BFF1A" w14:textId="77777777" w:rsidR="00E050A2" w:rsidRDefault="004F2FC6">
            <w:pPr>
              <w:bidi/>
              <w:spacing w:before="30" w:after="30"/>
            </w:pPr>
            <w:r>
              <w:rPr>
                <w:sz w:val="18"/>
                <w:szCs w:val="18"/>
                <w:rtl/>
              </w:rPr>
              <w:t>72 ساعة</w:t>
            </w:r>
          </w:p>
        </w:tc>
        <w:tc>
          <w:tcPr>
            <w:tcW w:w="1928" w:type="dxa"/>
            <w:shd w:val="clear" w:color="auto" w:fill="EEF1FA"/>
            <w:vAlign w:val="center"/>
          </w:tcPr>
          <w:p w14:paraId="6FB665E1" w14:textId="77777777" w:rsidR="00E050A2" w:rsidRDefault="004F2FC6">
            <w:pPr>
              <w:bidi/>
              <w:spacing w:before="30" w:after="30"/>
            </w:pPr>
            <w:r>
              <w:rPr>
                <w:sz w:val="18"/>
                <w:szCs w:val="18"/>
                <w:rtl/>
              </w:rPr>
              <w:t>7 أيام</w:t>
            </w:r>
          </w:p>
        </w:tc>
      </w:tr>
      <w:tr w:rsidR="00E050A2" w14:paraId="2190A787" w14:textId="77777777">
        <w:trPr>
          <w:cantSplit/>
          <w:trHeight w:val="340"/>
          <w:jc w:val="center"/>
        </w:trPr>
        <w:tc>
          <w:tcPr>
            <w:tcW w:w="1474" w:type="dxa"/>
            <w:vAlign w:val="center"/>
          </w:tcPr>
          <w:p w14:paraId="21427818" w14:textId="77777777" w:rsidR="00E050A2" w:rsidRDefault="004F2FC6">
            <w:pPr>
              <w:bidi/>
              <w:spacing w:before="30" w:after="30"/>
            </w:pPr>
            <w:r>
              <w:rPr>
                <w:sz w:val="18"/>
                <w:szCs w:val="18"/>
                <w:rtl/>
              </w:rPr>
              <w:t>Observation ملاحظة</w:t>
            </w:r>
          </w:p>
        </w:tc>
        <w:tc>
          <w:tcPr>
            <w:tcW w:w="4876" w:type="dxa"/>
            <w:vAlign w:val="center"/>
          </w:tcPr>
          <w:p w14:paraId="0E05F881" w14:textId="77777777" w:rsidR="00E050A2" w:rsidRDefault="004F2FC6">
            <w:pPr>
              <w:bidi/>
              <w:spacing w:before="30" w:after="30"/>
            </w:pPr>
            <w:r>
              <w:rPr>
                <w:sz w:val="18"/>
                <w:szCs w:val="18"/>
                <w:rtl/>
              </w:rPr>
              <w:t>خطر محتمل يسجل كملاحظة موقع SOR</w:t>
            </w:r>
          </w:p>
        </w:tc>
        <w:tc>
          <w:tcPr>
            <w:tcW w:w="1814" w:type="dxa"/>
            <w:vAlign w:val="center"/>
          </w:tcPr>
          <w:p w14:paraId="161B20CB" w14:textId="77777777" w:rsidR="00E050A2" w:rsidRDefault="004F2FC6">
            <w:pPr>
              <w:bidi/>
              <w:spacing w:before="30" w:after="30"/>
            </w:pPr>
            <w:r>
              <w:rPr>
                <w:sz w:val="18"/>
                <w:szCs w:val="18"/>
                <w:rtl/>
              </w:rPr>
              <w:t>حسب الملاحظة</w:t>
            </w:r>
          </w:p>
        </w:tc>
        <w:tc>
          <w:tcPr>
            <w:tcW w:w="1928" w:type="dxa"/>
            <w:vAlign w:val="center"/>
          </w:tcPr>
          <w:p w14:paraId="29C5BA81" w14:textId="77777777" w:rsidR="00E050A2" w:rsidRDefault="004F2FC6">
            <w:pPr>
              <w:bidi/>
              <w:spacing w:before="30" w:after="30"/>
            </w:pPr>
            <w:r>
              <w:rPr>
                <w:sz w:val="18"/>
                <w:szCs w:val="18"/>
                <w:rtl/>
              </w:rPr>
              <w:t>حسب الملاحظة</w:t>
            </w:r>
          </w:p>
        </w:tc>
      </w:tr>
    </w:tbl>
    <w:p w14:paraId="4577B684" w14:textId="77777777" w:rsidR="00E050A2" w:rsidRDefault="00E050A2">
      <w:pPr>
        <w:bidi/>
        <w:spacing w:after="40"/>
      </w:pPr>
    </w:p>
    <w:p w14:paraId="1CA1C2F1" w14:textId="77777777" w:rsidR="00E050A2" w:rsidRDefault="004F2FC6">
      <w:pPr>
        <w:keepNext/>
        <w:bidi/>
        <w:spacing w:after="120"/>
        <w:outlineLvl w:val="1"/>
      </w:pPr>
      <w:r>
        <w:rPr>
          <w:b/>
          <w:bCs/>
          <w:color w:val="052976"/>
          <w:sz w:val="25"/>
          <w:szCs w:val="25"/>
          <w:rtl/>
        </w:rPr>
        <w:t>10.2 دورة حياة NCR</w:t>
      </w:r>
    </w:p>
    <w:tbl>
      <w:tblPr>
        <w:tblStyle w:val="TableGrid"/>
        <w:bidiVisual/>
        <w:tblW w:w="0" w:type="auto"/>
        <w:jc w:val="center"/>
        <w:tblLayout w:type="fixed"/>
        <w:tblLook w:val="04A0" w:firstRow="1" w:lastRow="0" w:firstColumn="1" w:lastColumn="0" w:noHBand="0" w:noVBand="1"/>
      </w:tblPr>
      <w:tblGrid>
        <w:gridCol w:w="907"/>
        <w:gridCol w:w="5443"/>
        <w:gridCol w:w="1701"/>
        <w:gridCol w:w="2041"/>
      </w:tblGrid>
      <w:tr w:rsidR="00E050A2" w14:paraId="6FB49202" w14:textId="77777777">
        <w:trPr>
          <w:cantSplit/>
          <w:trHeight w:val="340"/>
          <w:tblHeader/>
          <w:jc w:val="center"/>
        </w:trPr>
        <w:tc>
          <w:tcPr>
            <w:tcW w:w="907" w:type="dxa"/>
            <w:shd w:val="clear" w:color="auto" w:fill="052976"/>
            <w:vAlign w:val="center"/>
          </w:tcPr>
          <w:p w14:paraId="04C05AFD" w14:textId="77777777" w:rsidR="00E050A2" w:rsidRDefault="004F2FC6">
            <w:pPr>
              <w:bidi/>
              <w:spacing w:before="30" w:after="30"/>
              <w:jc w:val="center"/>
            </w:pPr>
            <w:r>
              <w:rPr>
                <w:b/>
                <w:bCs/>
                <w:color w:val="FFFFFF"/>
                <w:sz w:val="19"/>
                <w:szCs w:val="19"/>
                <w:rtl/>
              </w:rPr>
              <w:t>المرحلة</w:t>
            </w:r>
          </w:p>
        </w:tc>
        <w:tc>
          <w:tcPr>
            <w:tcW w:w="5443" w:type="dxa"/>
            <w:shd w:val="clear" w:color="auto" w:fill="052976"/>
            <w:vAlign w:val="center"/>
          </w:tcPr>
          <w:p w14:paraId="626F61AB" w14:textId="77777777" w:rsidR="00E050A2" w:rsidRDefault="004F2FC6">
            <w:pPr>
              <w:bidi/>
              <w:spacing w:before="30" w:after="30"/>
              <w:jc w:val="center"/>
            </w:pPr>
            <w:r>
              <w:rPr>
                <w:b/>
                <w:bCs/>
                <w:color w:val="FFFFFF"/>
                <w:sz w:val="19"/>
                <w:szCs w:val="19"/>
                <w:rtl/>
              </w:rPr>
              <w:t>الإجراء</w:t>
            </w:r>
          </w:p>
        </w:tc>
        <w:tc>
          <w:tcPr>
            <w:tcW w:w="1701" w:type="dxa"/>
            <w:shd w:val="clear" w:color="auto" w:fill="052976"/>
            <w:vAlign w:val="center"/>
          </w:tcPr>
          <w:p w14:paraId="6602BB14" w14:textId="77777777" w:rsidR="00E050A2" w:rsidRDefault="004F2FC6">
            <w:pPr>
              <w:bidi/>
              <w:spacing w:before="30" w:after="30"/>
              <w:jc w:val="center"/>
            </w:pPr>
            <w:r>
              <w:rPr>
                <w:b/>
                <w:bCs/>
                <w:color w:val="FFFFFF"/>
                <w:sz w:val="19"/>
                <w:szCs w:val="19"/>
                <w:rtl/>
              </w:rPr>
              <w:t>المسؤول</w:t>
            </w:r>
          </w:p>
        </w:tc>
        <w:tc>
          <w:tcPr>
            <w:tcW w:w="2041" w:type="dxa"/>
            <w:shd w:val="clear" w:color="auto" w:fill="052976"/>
            <w:vAlign w:val="center"/>
          </w:tcPr>
          <w:p w14:paraId="11CFE5EE" w14:textId="77777777" w:rsidR="00E050A2" w:rsidRDefault="004F2FC6">
            <w:pPr>
              <w:bidi/>
              <w:spacing w:before="30" w:after="30"/>
              <w:jc w:val="center"/>
            </w:pPr>
            <w:r>
              <w:rPr>
                <w:b/>
                <w:bCs/>
                <w:color w:val="FFFFFF"/>
                <w:sz w:val="19"/>
                <w:szCs w:val="19"/>
                <w:rtl/>
              </w:rPr>
              <w:t>الحالة بالسجل</w:t>
            </w:r>
          </w:p>
        </w:tc>
      </w:tr>
      <w:tr w:rsidR="00E050A2" w14:paraId="018FFA74" w14:textId="77777777">
        <w:trPr>
          <w:cantSplit/>
          <w:trHeight w:val="340"/>
          <w:jc w:val="center"/>
        </w:trPr>
        <w:tc>
          <w:tcPr>
            <w:tcW w:w="907" w:type="dxa"/>
            <w:vAlign w:val="center"/>
          </w:tcPr>
          <w:p w14:paraId="7D52398E" w14:textId="77777777" w:rsidR="00E050A2" w:rsidRDefault="004F2FC6">
            <w:pPr>
              <w:bidi/>
              <w:spacing w:before="30" w:after="30"/>
              <w:jc w:val="center"/>
            </w:pPr>
            <w:r>
              <w:rPr>
                <w:sz w:val="18"/>
                <w:szCs w:val="18"/>
                <w:rtl/>
              </w:rPr>
              <w:t>1</w:t>
            </w:r>
          </w:p>
        </w:tc>
        <w:tc>
          <w:tcPr>
            <w:tcW w:w="5443" w:type="dxa"/>
            <w:vAlign w:val="center"/>
          </w:tcPr>
          <w:p w14:paraId="5676ECE7" w14:textId="77777777" w:rsidR="00E050A2" w:rsidRDefault="004F2FC6">
            <w:pPr>
              <w:bidi/>
              <w:spacing w:before="30" w:after="30"/>
            </w:pPr>
            <w:r>
              <w:rPr>
                <w:sz w:val="18"/>
                <w:szCs w:val="18"/>
                <w:rtl/>
              </w:rPr>
              <w:t>إصدار NCR بوصف دقيق للمخالفة ومرجعها والصور، وإيقاف الأعمال المتأثرة عند الحاجة</w:t>
            </w:r>
          </w:p>
        </w:tc>
        <w:tc>
          <w:tcPr>
            <w:tcW w:w="1701" w:type="dxa"/>
            <w:vAlign w:val="center"/>
          </w:tcPr>
          <w:p w14:paraId="2B6B3E8C" w14:textId="77777777" w:rsidR="00E050A2" w:rsidRDefault="004F2FC6">
            <w:pPr>
              <w:bidi/>
              <w:spacing w:before="30" w:after="30"/>
            </w:pPr>
            <w:r>
              <w:rPr>
                <w:sz w:val="18"/>
                <w:szCs w:val="18"/>
                <w:rtl/>
              </w:rPr>
              <w:t>الاستشاري</w:t>
            </w:r>
          </w:p>
        </w:tc>
        <w:tc>
          <w:tcPr>
            <w:tcW w:w="2041" w:type="dxa"/>
            <w:vAlign w:val="center"/>
          </w:tcPr>
          <w:p w14:paraId="4C4B5886" w14:textId="77777777" w:rsidR="00E050A2" w:rsidRDefault="004F2FC6">
            <w:pPr>
              <w:bidi/>
              <w:spacing w:before="30" w:after="30"/>
            </w:pPr>
            <w:r>
              <w:rPr>
                <w:sz w:val="18"/>
                <w:szCs w:val="18"/>
                <w:rtl/>
              </w:rPr>
              <w:t>Open مفتوح</w:t>
            </w:r>
          </w:p>
        </w:tc>
      </w:tr>
      <w:tr w:rsidR="00E050A2" w14:paraId="49BF7D79" w14:textId="77777777">
        <w:trPr>
          <w:cantSplit/>
          <w:trHeight w:val="340"/>
          <w:jc w:val="center"/>
        </w:trPr>
        <w:tc>
          <w:tcPr>
            <w:tcW w:w="907" w:type="dxa"/>
            <w:shd w:val="clear" w:color="auto" w:fill="EEF1FA"/>
            <w:vAlign w:val="center"/>
          </w:tcPr>
          <w:p w14:paraId="0B87EB97" w14:textId="77777777" w:rsidR="00E050A2" w:rsidRDefault="004F2FC6">
            <w:pPr>
              <w:bidi/>
              <w:spacing w:before="30" w:after="30"/>
              <w:jc w:val="center"/>
            </w:pPr>
            <w:r>
              <w:rPr>
                <w:sz w:val="18"/>
                <w:szCs w:val="18"/>
                <w:rtl/>
              </w:rPr>
              <w:t>2</w:t>
            </w:r>
          </w:p>
        </w:tc>
        <w:tc>
          <w:tcPr>
            <w:tcW w:w="5443" w:type="dxa"/>
            <w:shd w:val="clear" w:color="auto" w:fill="EEF1FA"/>
            <w:vAlign w:val="center"/>
          </w:tcPr>
          <w:p w14:paraId="7865C337" w14:textId="77777777" w:rsidR="00E050A2" w:rsidRDefault="004F2FC6">
            <w:pPr>
              <w:bidi/>
              <w:spacing w:before="30" w:after="30"/>
            </w:pPr>
            <w:r>
              <w:rPr>
                <w:sz w:val="18"/>
                <w:szCs w:val="18"/>
                <w:rtl/>
              </w:rPr>
              <w:t>استلام NCR وتوقيع الإقرار به</w:t>
            </w:r>
          </w:p>
        </w:tc>
        <w:tc>
          <w:tcPr>
            <w:tcW w:w="1701" w:type="dxa"/>
            <w:shd w:val="clear" w:color="auto" w:fill="EEF1FA"/>
            <w:vAlign w:val="center"/>
          </w:tcPr>
          <w:p w14:paraId="72FF05A2" w14:textId="77777777" w:rsidR="00E050A2" w:rsidRDefault="004F2FC6">
            <w:pPr>
              <w:bidi/>
              <w:spacing w:before="30" w:after="30"/>
            </w:pPr>
            <w:r>
              <w:rPr>
                <w:sz w:val="18"/>
                <w:szCs w:val="18"/>
                <w:rtl/>
              </w:rPr>
              <w:t>المقاول</w:t>
            </w:r>
          </w:p>
        </w:tc>
        <w:tc>
          <w:tcPr>
            <w:tcW w:w="2041" w:type="dxa"/>
            <w:shd w:val="clear" w:color="auto" w:fill="EEF1FA"/>
            <w:vAlign w:val="center"/>
          </w:tcPr>
          <w:p w14:paraId="3C88089F" w14:textId="77777777" w:rsidR="00E050A2" w:rsidRDefault="004F2FC6">
            <w:pPr>
              <w:bidi/>
              <w:spacing w:before="30" w:after="30"/>
            </w:pPr>
            <w:r>
              <w:rPr>
                <w:sz w:val="18"/>
                <w:szCs w:val="18"/>
                <w:rtl/>
              </w:rPr>
              <w:t>Acknowledged</w:t>
            </w:r>
          </w:p>
        </w:tc>
      </w:tr>
      <w:tr w:rsidR="00E050A2" w14:paraId="0DA264B4" w14:textId="77777777">
        <w:trPr>
          <w:cantSplit/>
          <w:trHeight w:val="340"/>
          <w:jc w:val="center"/>
        </w:trPr>
        <w:tc>
          <w:tcPr>
            <w:tcW w:w="907" w:type="dxa"/>
            <w:vAlign w:val="center"/>
          </w:tcPr>
          <w:p w14:paraId="523D7042" w14:textId="77777777" w:rsidR="00E050A2" w:rsidRDefault="004F2FC6">
            <w:pPr>
              <w:bidi/>
              <w:spacing w:before="30" w:after="30"/>
              <w:jc w:val="center"/>
            </w:pPr>
            <w:r>
              <w:rPr>
                <w:sz w:val="18"/>
                <w:szCs w:val="18"/>
                <w:rtl/>
              </w:rPr>
              <w:t>3</w:t>
            </w:r>
          </w:p>
        </w:tc>
        <w:tc>
          <w:tcPr>
            <w:tcW w:w="5443" w:type="dxa"/>
            <w:vAlign w:val="center"/>
          </w:tcPr>
          <w:p w14:paraId="1A0883FF" w14:textId="77777777" w:rsidR="00E050A2" w:rsidRDefault="004F2FC6">
            <w:pPr>
              <w:bidi/>
              <w:spacing w:before="30" w:after="30"/>
            </w:pPr>
            <w:r>
              <w:rPr>
                <w:sz w:val="18"/>
                <w:szCs w:val="18"/>
                <w:rtl/>
              </w:rPr>
              <w:t>تحليل السبب الجذري واقتراح المعالجة والإجراء التصحيحي والوقائي</w:t>
            </w:r>
          </w:p>
        </w:tc>
        <w:tc>
          <w:tcPr>
            <w:tcW w:w="1701" w:type="dxa"/>
            <w:vAlign w:val="center"/>
          </w:tcPr>
          <w:p w14:paraId="53BC9651" w14:textId="77777777" w:rsidR="00E050A2" w:rsidRDefault="004F2FC6">
            <w:pPr>
              <w:bidi/>
              <w:spacing w:before="30" w:after="30"/>
            </w:pPr>
            <w:r>
              <w:rPr>
                <w:sz w:val="18"/>
                <w:szCs w:val="18"/>
                <w:rtl/>
              </w:rPr>
              <w:t>المقاول</w:t>
            </w:r>
          </w:p>
        </w:tc>
        <w:tc>
          <w:tcPr>
            <w:tcW w:w="2041" w:type="dxa"/>
            <w:vAlign w:val="center"/>
          </w:tcPr>
          <w:p w14:paraId="04DF829D" w14:textId="77777777" w:rsidR="00E050A2" w:rsidRDefault="004F2FC6">
            <w:pPr>
              <w:bidi/>
              <w:spacing w:before="30" w:after="30"/>
            </w:pPr>
            <w:r>
              <w:rPr>
                <w:sz w:val="18"/>
                <w:szCs w:val="18"/>
                <w:rtl/>
              </w:rPr>
              <w:t>Proposed</w:t>
            </w:r>
          </w:p>
        </w:tc>
      </w:tr>
      <w:tr w:rsidR="00E050A2" w14:paraId="1212E107" w14:textId="77777777">
        <w:trPr>
          <w:cantSplit/>
          <w:trHeight w:val="340"/>
          <w:jc w:val="center"/>
        </w:trPr>
        <w:tc>
          <w:tcPr>
            <w:tcW w:w="907" w:type="dxa"/>
            <w:shd w:val="clear" w:color="auto" w:fill="EEF1FA"/>
            <w:vAlign w:val="center"/>
          </w:tcPr>
          <w:p w14:paraId="29FE128D" w14:textId="77777777" w:rsidR="00E050A2" w:rsidRDefault="004F2FC6">
            <w:pPr>
              <w:bidi/>
              <w:spacing w:before="30" w:after="30"/>
              <w:jc w:val="center"/>
            </w:pPr>
            <w:r>
              <w:rPr>
                <w:sz w:val="18"/>
                <w:szCs w:val="18"/>
                <w:rtl/>
              </w:rPr>
              <w:t>4</w:t>
            </w:r>
          </w:p>
        </w:tc>
        <w:tc>
          <w:tcPr>
            <w:tcW w:w="5443" w:type="dxa"/>
            <w:shd w:val="clear" w:color="auto" w:fill="EEF1FA"/>
            <w:vAlign w:val="center"/>
          </w:tcPr>
          <w:p w14:paraId="131A77CD" w14:textId="77777777" w:rsidR="00E050A2" w:rsidRDefault="004F2FC6">
            <w:pPr>
              <w:bidi/>
              <w:spacing w:before="30" w:after="30"/>
            </w:pPr>
            <w:r>
              <w:rPr>
                <w:sz w:val="18"/>
                <w:szCs w:val="18"/>
                <w:rtl/>
              </w:rPr>
              <w:t>مراجعة واعتماد المعالجة، وموافقة المصمم والمالك عند المعالجة كما هي</w:t>
            </w:r>
          </w:p>
        </w:tc>
        <w:tc>
          <w:tcPr>
            <w:tcW w:w="1701" w:type="dxa"/>
            <w:shd w:val="clear" w:color="auto" w:fill="EEF1FA"/>
            <w:vAlign w:val="center"/>
          </w:tcPr>
          <w:p w14:paraId="7972BF5F" w14:textId="77777777" w:rsidR="00E050A2" w:rsidRDefault="004F2FC6">
            <w:pPr>
              <w:bidi/>
              <w:spacing w:before="30" w:after="30"/>
            </w:pPr>
            <w:r>
              <w:rPr>
                <w:sz w:val="18"/>
                <w:szCs w:val="18"/>
                <w:rtl/>
              </w:rPr>
              <w:t>الاستشاري</w:t>
            </w:r>
          </w:p>
        </w:tc>
        <w:tc>
          <w:tcPr>
            <w:tcW w:w="2041" w:type="dxa"/>
            <w:shd w:val="clear" w:color="auto" w:fill="EEF1FA"/>
            <w:vAlign w:val="center"/>
          </w:tcPr>
          <w:p w14:paraId="42249FCA" w14:textId="77777777" w:rsidR="00E050A2" w:rsidRDefault="004F2FC6">
            <w:pPr>
              <w:bidi/>
              <w:spacing w:before="30" w:after="30"/>
            </w:pPr>
            <w:r>
              <w:rPr>
                <w:sz w:val="18"/>
                <w:szCs w:val="18"/>
                <w:rtl/>
              </w:rPr>
              <w:t>Approved</w:t>
            </w:r>
          </w:p>
        </w:tc>
      </w:tr>
      <w:tr w:rsidR="00E050A2" w14:paraId="1A9C5B09" w14:textId="77777777">
        <w:trPr>
          <w:cantSplit/>
          <w:trHeight w:val="340"/>
          <w:jc w:val="center"/>
        </w:trPr>
        <w:tc>
          <w:tcPr>
            <w:tcW w:w="907" w:type="dxa"/>
            <w:vAlign w:val="center"/>
          </w:tcPr>
          <w:p w14:paraId="794F7872" w14:textId="77777777" w:rsidR="00E050A2" w:rsidRDefault="004F2FC6">
            <w:pPr>
              <w:bidi/>
              <w:spacing w:before="30" w:after="30"/>
              <w:jc w:val="center"/>
            </w:pPr>
            <w:r>
              <w:rPr>
                <w:sz w:val="18"/>
                <w:szCs w:val="18"/>
                <w:rtl/>
              </w:rPr>
              <w:t>5</w:t>
            </w:r>
          </w:p>
        </w:tc>
        <w:tc>
          <w:tcPr>
            <w:tcW w:w="5443" w:type="dxa"/>
            <w:vAlign w:val="center"/>
          </w:tcPr>
          <w:p w14:paraId="78CCA260" w14:textId="77777777" w:rsidR="00E050A2" w:rsidRDefault="004F2FC6">
            <w:pPr>
              <w:bidi/>
              <w:spacing w:before="30" w:after="30"/>
            </w:pPr>
            <w:r>
              <w:rPr>
                <w:sz w:val="18"/>
                <w:szCs w:val="18"/>
                <w:rtl/>
              </w:rPr>
              <w:t>تنفيذ المعالجة وتقديم IR للتحقق</w:t>
            </w:r>
          </w:p>
        </w:tc>
        <w:tc>
          <w:tcPr>
            <w:tcW w:w="1701" w:type="dxa"/>
            <w:vAlign w:val="center"/>
          </w:tcPr>
          <w:p w14:paraId="5D7E2B8B" w14:textId="77777777" w:rsidR="00E050A2" w:rsidRDefault="004F2FC6">
            <w:pPr>
              <w:bidi/>
              <w:spacing w:before="30" w:after="30"/>
            </w:pPr>
            <w:r>
              <w:rPr>
                <w:sz w:val="18"/>
                <w:szCs w:val="18"/>
                <w:rtl/>
              </w:rPr>
              <w:t>المقاول</w:t>
            </w:r>
          </w:p>
        </w:tc>
        <w:tc>
          <w:tcPr>
            <w:tcW w:w="2041" w:type="dxa"/>
            <w:vAlign w:val="center"/>
          </w:tcPr>
          <w:p w14:paraId="4C595846" w14:textId="77777777" w:rsidR="00E050A2" w:rsidRDefault="004F2FC6">
            <w:pPr>
              <w:bidi/>
              <w:spacing w:before="30" w:after="30"/>
            </w:pPr>
            <w:r>
              <w:rPr>
                <w:sz w:val="18"/>
                <w:szCs w:val="18"/>
                <w:rtl/>
              </w:rPr>
              <w:t>Implemented</w:t>
            </w:r>
          </w:p>
        </w:tc>
      </w:tr>
      <w:tr w:rsidR="00E050A2" w14:paraId="7371DFF9" w14:textId="77777777">
        <w:trPr>
          <w:cantSplit/>
          <w:trHeight w:val="340"/>
          <w:jc w:val="center"/>
        </w:trPr>
        <w:tc>
          <w:tcPr>
            <w:tcW w:w="907" w:type="dxa"/>
            <w:shd w:val="clear" w:color="auto" w:fill="EEF1FA"/>
            <w:vAlign w:val="center"/>
          </w:tcPr>
          <w:p w14:paraId="7B5D276E" w14:textId="77777777" w:rsidR="00E050A2" w:rsidRDefault="004F2FC6">
            <w:pPr>
              <w:bidi/>
              <w:spacing w:before="30" w:after="30"/>
              <w:jc w:val="center"/>
            </w:pPr>
            <w:r>
              <w:rPr>
                <w:sz w:val="18"/>
                <w:szCs w:val="18"/>
                <w:rtl/>
              </w:rPr>
              <w:t>6</w:t>
            </w:r>
          </w:p>
        </w:tc>
        <w:tc>
          <w:tcPr>
            <w:tcW w:w="5443" w:type="dxa"/>
            <w:shd w:val="clear" w:color="auto" w:fill="EEF1FA"/>
            <w:vAlign w:val="center"/>
          </w:tcPr>
          <w:p w14:paraId="3FBEABE2" w14:textId="77777777" w:rsidR="00E050A2" w:rsidRDefault="004F2FC6">
            <w:pPr>
              <w:bidi/>
              <w:spacing w:before="30" w:after="30"/>
            </w:pPr>
            <w:r>
              <w:rPr>
                <w:sz w:val="18"/>
                <w:szCs w:val="18"/>
                <w:rtl/>
              </w:rPr>
              <w:t>التحقق من المعالجة وإغلاق NCR</w:t>
            </w:r>
          </w:p>
        </w:tc>
        <w:tc>
          <w:tcPr>
            <w:tcW w:w="1701" w:type="dxa"/>
            <w:shd w:val="clear" w:color="auto" w:fill="EEF1FA"/>
            <w:vAlign w:val="center"/>
          </w:tcPr>
          <w:p w14:paraId="10D4DFEF" w14:textId="77777777" w:rsidR="00E050A2" w:rsidRDefault="004F2FC6">
            <w:pPr>
              <w:bidi/>
              <w:spacing w:before="30" w:after="30"/>
            </w:pPr>
            <w:r>
              <w:rPr>
                <w:sz w:val="18"/>
                <w:szCs w:val="18"/>
                <w:rtl/>
              </w:rPr>
              <w:t>الاستشاري</w:t>
            </w:r>
          </w:p>
        </w:tc>
        <w:tc>
          <w:tcPr>
            <w:tcW w:w="2041" w:type="dxa"/>
            <w:shd w:val="clear" w:color="auto" w:fill="EEF1FA"/>
            <w:vAlign w:val="center"/>
          </w:tcPr>
          <w:p w14:paraId="519F9DB4" w14:textId="77777777" w:rsidR="00E050A2" w:rsidRDefault="004F2FC6">
            <w:pPr>
              <w:bidi/>
              <w:spacing w:before="30" w:after="30"/>
            </w:pPr>
            <w:r>
              <w:rPr>
                <w:sz w:val="18"/>
                <w:szCs w:val="18"/>
                <w:rtl/>
              </w:rPr>
              <w:t>Closed مغلق</w:t>
            </w:r>
          </w:p>
        </w:tc>
      </w:tr>
      <w:tr w:rsidR="00E050A2" w14:paraId="18D9A6FE" w14:textId="77777777">
        <w:trPr>
          <w:cantSplit/>
          <w:trHeight w:val="340"/>
          <w:jc w:val="center"/>
        </w:trPr>
        <w:tc>
          <w:tcPr>
            <w:tcW w:w="907" w:type="dxa"/>
            <w:vAlign w:val="center"/>
          </w:tcPr>
          <w:p w14:paraId="72AA4EA3" w14:textId="77777777" w:rsidR="00E050A2" w:rsidRDefault="004F2FC6">
            <w:pPr>
              <w:bidi/>
              <w:spacing w:before="30" w:after="30"/>
              <w:jc w:val="center"/>
            </w:pPr>
            <w:r>
              <w:rPr>
                <w:sz w:val="18"/>
                <w:szCs w:val="18"/>
                <w:rtl/>
              </w:rPr>
              <w:t>7</w:t>
            </w:r>
          </w:p>
        </w:tc>
        <w:tc>
          <w:tcPr>
            <w:tcW w:w="5443" w:type="dxa"/>
            <w:vAlign w:val="center"/>
          </w:tcPr>
          <w:p w14:paraId="0A97B4BC" w14:textId="77777777" w:rsidR="00E050A2" w:rsidRDefault="004F2FC6">
            <w:pPr>
              <w:bidi/>
              <w:spacing w:before="30" w:after="30"/>
            </w:pPr>
            <w:r>
              <w:rPr>
                <w:sz w:val="18"/>
                <w:szCs w:val="18"/>
                <w:rtl/>
              </w:rPr>
              <w:t>التحقق من فاعلية الإجراء الوقائي بعد 30 يوما</w:t>
            </w:r>
          </w:p>
        </w:tc>
        <w:tc>
          <w:tcPr>
            <w:tcW w:w="1701" w:type="dxa"/>
            <w:vAlign w:val="center"/>
          </w:tcPr>
          <w:p w14:paraId="78FD4AF6" w14:textId="77777777" w:rsidR="00E050A2" w:rsidRDefault="004F2FC6">
            <w:pPr>
              <w:bidi/>
              <w:spacing w:before="30" w:after="30"/>
            </w:pPr>
            <w:r>
              <w:rPr>
                <w:sz w:val="18"/>
                <w:szCs w:val="18"/>
                <w:rtl/>
              </w:rPr>
              <w:t>الاستشاري</w:t>
            </w:r>
          </w:p>
        </w:tc>
        <w:tc>
          <w:tcPr>
            <w:tcW w:w="2041" w:type="dxa"/>
            <w:vAlign w:val="center"/>
          </w:tcPr>
          <w:p w14:paraId="2831C830" w14:textId="77777777" w:rsidR="00E050A2" w:rsidRDefault="004F2FC6">
            <w:pPr>
              <w:bidi/>
              <w:spacing w:before="30" w:after="30"/>
            </w:pPr>
            <w:r>
              <w:rPr>
                <w:sz w:val="18"/>
                <w:szCs w:val="18"/>
                <w:rtl/>
              </w:rPr>
              <w:t>Verified</w:t>
            </w:r>
          </w:p>
        </w:tc>
      </w:tr>
    </w:tbl>
    <w:p w14:paraId="70E811AC" w14:textId="77777777" w:rsidR="00E050A2" w:rsidRDefault="00E050A2">
      <w:pPr>
        <w:bidi/>
        <w:spacing w:after="40"/>
      </w:pPr>
    </w:p>
    <w:p w14:paraId="11FAE48E" w14:textId="77777777" w:rsidR="00E050A2" w:rsidRDefault="004F2FC6">
      <w:pPr>
        <w:keepNext/>
        <w:bidi/>
        <w:spacing w:after="120"/>
        <w:outlineLvl w:val="1"/>
      </w:pPr>
      <w:r>
        <w:rPr>
          <w:b/>
          <w:bCs/>
          <w:color w:val="052976"/>
          <w:sz w:val="25"/>
          <w:szCs w:val="25"/>
          <w:rtl/>
        </w:rPr>
        <w:t>10.3 خيارات المعالجة</w:t>
      </w:r>
    </w:p>
    <w:tbl>
      <w:tblPr>
        <w:tblStyle w:val="TableGrid"/>
        <w:bidiVisual/>
        <w:tblW w:w="0" w:type="auto"/>
        <w:jc w:val="center"/>
        <w:tblLayout w:type="fixed"/>
        <w:tblLook w:val="04A0" w:firstRow="1" w:lastRow="0" w:firstColumn="1" w:lastColumn="0" w:noHBand="0" w:noVBand="1"/>
      </w:tblPr>
      <w:tblGrid>
        <w:gridCol w:w="2494"/>
        <w:gridCol w:w="7597"/>
      </w:tblGrid>
      <w:tr w:rsidR="00E050A2" w14:paraId="2C949EF9" w14:textId="77777777">
        <w:trPr>
          <w:cantSplit/>
          <w:trHeight w:val="340"/>
          <w:tblHeader/>
          <w:jc w:val="center"/>
        </w:trPr>
        <w:tc>
          <w:tcPr>
            <w:tcW w:w="2494" w:type="dxa"/>
            <w:shd w:val="clear" w:color="auto" w:fill="052976"/>
            <w:vAlign w:val="center"/>
          </w:tcPr>
          <w:p w14:paraId="611ED2CE" w14:textId="77777777" w:rsidR="00E050A2" w:rsidRDefault="004F2FC6">
            <w:pPr>
              <w:bidi/>
              <w:spacing w:before="30" w:after="30"/>
              <w:jc w:val="center"/>
            </w:pPr>
            <w:r>
              <w:rPr>
                <w:b/>
                <w:bCs/>
                <w:color w:val="FFFFFF"/>
                <w:sz w:val="19"/>
                <w:szCs w:val="19"/>
                <w:rtl/>
              </w:rPr>
              <w:t>الخيار</w:t>
            </w:r>
          </w:p>
        </w:tc>
        <w:tc>
          <w:tcPr>
            <w:tcW w:w="7597" w:type="dxa"/>
            <w:shd w:val="clear" w:color="auto" w:fill="052976"/>
            <w:vAlign w:val="center"/>
          </w:tcPr>
          <w:p w14:paraId="768A2404" w14:textId="77777777" w:rsidR="00E050A2" w:rsidRDefault="004F2FC6">
            <w:pPr>
              <w:bidi/>
              <w:spacing w:before="30" w:after="30"/>
              <w:jc w:val="center"/>
            </w:pPr>
            <w:r>
              <w:rPr>
                <w:b/>
                <w:bCs/>
                <w:color w:val="FFFFFF"/>
                <w:sz w:val="19"/>
                <w:szCs w:val="19"/>
                <w:rtl/>
              </w:rPr>
              <w:t>الشرط</w:t>
            </w:r>
          </w:p>
        </w:tc>
      </w:tr>
      <w:tr w:rsidR="00E050A2" w14:paraId="4610E208" w14:textId="77777777">
        <w:trPr>
          <w:cantSplit/>
          <w:trHeight w:val="340"/>
          <w:jc w:val="center"/>
        </w:trPr>
        <w:tc>
          <w:tcPr>
            <w:tcW w:w="2494" w:type="dxa"/>
            <w:vAlign w:val="center"/>
          </w:tcPr>
          <w:p w14:paraId="5CA37120" w14:textId="77777777" w:rsidR="00E050A2" w:rsidRDefault="004F2FC6">
            <w:pPr>
              <w:bidi/>
              <w:spacing w:before="30" w:after="30"/>
            </w:pPr>
            <w:r>
              <w:rPr>
                <w:sz w:val="18"/>
                <w:szCs w:val="18"/>
                <w:rtl/>
              </w:rPr>
              <w:t>Rework إعادة التنفيذ</w:t>
            </w:r>
          </w:p>
        </w:tc>
        <w:tc>
          <w:tcPr>
            <w:tcW w:w="7597" w:type="dxa"/>
            <w:vAlign w:val="center"/>
          </w:tcPr>
          <w:p w14:paraId="0537BB16" w14:textId="77777777" w:rsidR="00E050A2" w:rsidRDefault="004F2FC6">
            <w:pPr>
              <w:bidi/>
              <w:spacing w:before="30" w:after="30"/>
            </w:pPr>
            <w:r>
              <w:rPr>
                <w:sz w:val="18"/>
                <w:szCs w:val="18"/>
                <w:rtl/>
              </w:rPr>
              <w:t>إزالة العمل وإعادة تنفيذه مطابقا</w:t>
            </w:r>
          </w:p>
        </w:tc>
      </w:tr>
      <w:tr w:rsidR="00E050A2" w14:paraId="783BA248" w14:textId="77777777">
        <w:trPr>
          <w:cantSplit/>
          <w:trHeight w:val="340"/>
          <w:jc w:val="center"/>
        </w:trPr>
        <w:tc>
          <w:tcPr>
            <w:tcW w:w="2494" w:type="dxa"/>
            <w:shd w:val="clear" w:color="auto" w:fill="EEF1FA"/>
            <w:vAlign w:val="center"/>
          </w:tcPr>
          <w:p w14:paraId="10BC18BD" w14:textId="77777777" w:rsidR="00E050A2" w:rsidRDefault="004F2FC6">
            <w:pPr>
              <w:bidi/>
              <w:spacing w:before="30" w:after="30"/>
            </w:pPr>
            <w:r>
              <w:rPr>
                <w:sz w:val="18"/>
                <w:szCs w:val="18"/>
                <w:rtl/>
              </w:rPr>
              <w:t>Repair إصلاح</w:t>
            </w:r>
          </w:p>
        </w:tc>
        <w:tc>
          <w:tcPr>
            <w:tcW w:w="7597" w:type="dxa"/>
            <w:shd w:val="clear" w:color="auto" w:fill="EEF1FA"/>
            <w:vAlign w:val="center"/>
          </w:tcPr>
          <w:p w14:paraId="1B0DB73F" w14:textId="77777777" w:rsidR="00E050A2" w:rsidRDefault="004F2FC6">
            <w:pPr>
              <w:bidi/>
              <w:spacing w:before="30" w:after="30"/>
            </w:pPr>
            <w:r>
              <w:rPr>
                <w:sz w:val="18"/>
                <w:szCs w:val="18"/>
                <w:rtl/>
              </w:rPr>
              <w:t>بطريقة إصلاح معتمدة كتابيا من الاستشاري</w:t>
            </w:r>
          </w:p>
        </w:tc>
      </w:tr>
      <w:tr w:rsidR="00E050A2" w14:paraId="7A221831" w14:textId="77777777">
        <w:trPr>
          <w:cantSplit/>
          <w:trHeight w:val="340"/>
          <w:jc w:val="center"/>
        </w:trPr>
        <w:tc>
          <w:tcPr>
            <w:tcW w:w="2494" w:type="dxa"/>
            <w:vAlign w:val="center"/>
          </w:tcPr>
          <w:p w14:paraId="22CD9F6A" w14:textId="77777777" w:rsidR="00E050A2" w:rsidRDefault="004F2FC6">
            <w:pPr>
              <w:bidi/>
              <w:spacing w:before="30" w:after="30"/>
            </w:pPr>
            <w:r>
              <w:rPr>
                <w:sz w:val="18"/>
                <w:szCs w:val="18"/>
                <w:rtl/>
              </w:rPr>
              <w:t>Use as is قبول كما هو</w:t>
            </w:r>
          </w:p>
        </w:tc>
        <w:tc>
          <w:tcPr>
            <w:tcW w:w="7597" w:type="dxa"/>
            <w:vAlign w:val="center"/>
          </w:tcPr>
          <w:p w14:paraId="456977B4" w14:textId="77777777" w:rsidR="00E050A2" w:rsidRDefault="004F2FC6">
            <w:pPr>
              <w:bidi/>
              <w:spacing w:before="30" w:after="30"/>
            </w:pPr>
            <w:r>
              <w:rPr>
                <w:sz w:val="18"/>
                <w:szCs w:val="18"/>
                <w:rtl/>
              </w:rPr>
              <w:t>بموافقة المصمم والمالك كتابيا، مع تقييم الأثر وخصم القيمة إن وجد</w:t>
            </w:r>
          </w:p>
        </w:tc>
      </w:tr>
      <w:tr w:rsidR="00E050A2" w14:paraId="093F2598" w14:textId="77777777">
        <w:trPr>
          <w:cantSplit/>
          <w:trHeight w:val="340"/>
          <w:jc w:val="center"/>
        </w:trPr>
        <w:tc>
          <w:tcPr>
            <w:tcW w:w="2494" w:type="dxa"/>
            <w:shd w:val="clear" w:color="auto" w:fill="EEF1FA"/>
            <w:vAlign w:val="center"/>
          </w:tcPr>
          <w:p w14:paraId="09070DE9" w14:textId="77777777" w:rsidR="00E050A2" w:rsidRDefault="004F2FC6">
            <w:pPr>
              <w:bidi/>
              <w:spacing w:before="30" w:after="30"/>
            </w:pPr>
            <w:r>
              <w:rPr>
                <w:sz w:val="18"/>
                <w:szCs w:val="18"/>
                <w:rtl/>
              </w:rPr>
              <w:t>Reject رفض واستبدال</w:t>
            </w:r>
          </w:p>
        </w:tc>
        <w:tc>
          <w:tcPr>
            <w:tcW w:w="7597" w:type="dxa"/>
            <w:shd w:val="clear" w:color="auto" w:fill="EEF1FA"/>
            <w:vAlign w:val="center"/>
          </w:tcPr>
          <w:p w14:paraId="6EAD4BBB" w14:textId="77777777" w:rsidR="00E050A2" w:rsidRDefault="004F2FC6">
            <w:pPr>
              <w:bidi/>
              <w:spacing w:before="30" w:after="30"/>
            </w:pPr>
            <w:r>
              <w:rPr>
                <w:sz w:val="18"/>
                <w:szCs w:val="18"/>
                <w:rtl/>
              </w:rPr>
              <w:t>للمواد أو المكونات غير القابلة للإصلاح</w:t>
            </w:r>
          </w:p>
        </w:tc>
      </w:tr>
    </w:tbl>
    <w:p w14:paraId="5691F7FB" w14:textId="77777777" w:rsidR="00E050A2" w:rsidRDefault="00E050A2">
      <w:pPr>
        <w:bidi/>
        <w:spacing w:after="40"/>
      </w:pPr>
    </w:p>
    <w:p w14:paraId="38E34821" w14:textId="77777777" w:rsidR="00E050A2" w:rsidRDefault="004F2FC6">
      <w:pPr>
        <w:keepNext/>
        <w:bidi/>
        <w:spacing w:after="120"/>
        <w:outlineLvl w:val="1"/>
      </w:pPr>
      <w:r>
        <w:rPr>
          <w:b/>
          <w:bCs/>
          <w:color w:val="052976"/>
          <w:sz w:val="25"/>
          <w:szCs w:val="25"/>
          <w:rtl/>
        </w:rPr>
        <w:t>10.4 تحليل السبب الجذري</w:t>
      </w:r>
    </w:p>
    <w:p w14:paraId="0252DBB4" w14:textId="77777777" w:rsidR="00E050A2" w:rsidRDefault="004F2FC6">
      <w:pPr>
        <w:bidi/>
        <w:spacing w:after="80"/>
      </w:pPr>
      <w:r>
        <w:rPr>
          <w:sz w:val="21"/>
          <w:szCs w:val="21"/>
          <w:rtl/>
        </w:rPr>
        <w:t>يستخدم المقاول أسلوب لماذا خمس مرات 5 Whys أو مخطط عظم السمكة، ويصنف السبب الجذري في السجل إلى إحدى الفئات: العمالة والمهارة، المواد، المعدات، طريقة التنفيذ، القياس والفحص، التصميم والمستندات، الظروف البيئية، الإدارة والتخطيط.</w:t>
      </w:r>
    </w:p>
    <w:p w14:paraId="3FC34755" w14:textId="77777777" w:rsidR="00E050A2" w:rsidRDefault="004F2FC6">
      <w:pPr>
        <w:keepNext/>
        <w:bidi/>
        <w:spacing w:after="120"/>
        <w:outlineLvl w:val="1"/>
      </w:pPr>
      <w:r>
        <w:rPr>
          <w:b/>
          <w:bCs/>
          <w:color w:val="052976"/>
          <w:sz w:val="25"/>
          <w:szCs w:val="25"/>
          <w:rtl/>
        </w:rPr>
        <w:t>10.5 الإجراء التصحيحي والوقائي</w:t>
      </w:r>
    </w:p>
    <w:p w14:paraId="41945189" w14:textId="77777777" w:rsidR="00E050A2" w:rsidRDefault="004F2FC6">
      <w:pPr>
        <w:bidi/>
        <w:spacing w:after="40"/>
      </w:pPr>
      <w:r>
        <w:rPr>
          <w:sz w:val="21"/>
          <w:szCs w:val="21"/>
          <w:rtl/>
        </w:rPr>
        <w:t>10.5.1  الإجراء التصحيحي يعالج السبب الجذري للحالة المسجلة، ويحدد له مسؤول وتاريخ.</w:t>
      </w:r>
    </w:p>
    <w:p w14:paraId="7208D473" w14:textId="77777777" w:rsidR="00E050A2" w:rsidRDefault="004F2FC6">
      <w:pPr>
        <w:bidi/>
        <w:spacing w:after="40"/>
      </w:pPr>
      <w:r>
        <w:rPr>
          <w:sz w:val="21"/>
          <w:szCs w:val="21"/>
          <w:rtl/>
        </w:rPr>
        <w:t>10.5.2  الإجراء الوقائي يمنع تكرار الحالة في مواقع أو أنشطة أخرى، مثل تحديث طريقة التنفيذ أو تدريب العمالة أو إضافة بند لقائمة الفحص.</w:t>
      </w:r>
    </w:p>
    <w:p w14:paraId="57CB3E41" w14:textId="77777777" w:rsidR="00E050A2" w:rsidRDefault="004F2FC6">
      <w:pPr>
        <w:bidi/>
        <w:spacing w:after="40"/>
      </w:pPr>
      <w:r>
        <w:rPr>
          <w:sz w:val="21"/>
          <w:szCs w:val="21"/>
          <w:rtl/>
        </w:rPr>
        <w:t>10.5.3  يحلل الاستشاري اتجاه NCR شهريا حسب التخصص والسبب، ويصدر CAR عند تكرار نفس السبب ثلاث مرات أو أكثر خلال شهر.</w:t>
      </w:r>
    </w:p>
    <w:p w14:paraId="2B2034D5" w14:textId="77777777" w:rsidR="00E050A2" w:rsidRDefault="004F2FC6">
      <w:pPr>
        <w:keepNext/>
        <w:pBdr>
          <w:bottom w:val="single" w:sz="8" w:space="1" w:color="2633FF"/>
        </w:pBdr>
        <w:bidi/>
        <w:spacing w:before="200" w:after="120"/>
        <w:outlineLvl w:val="0"/>
      </w:pPr>
      <w:r>
        <w:rPr>
          <w:b/>
          <w:bCs/>
          <w:color w:val="052976"/>
          <w:sz w:val="30"/>
          <w:szCs w:val="30"/>
          <w:rtl/>
        </w:rPr>
        <w:t>11. المختبرات ومعايرة الأجهزة</w:t>
      </w:r>
    </w:p>
    <w:p w14:paraId="0D979477" w14:textId="77777777" w:rsidR="00E050A2" w:rsidRDefault="004F2FC6">
      <w:pPr>
        <w:keepNext/>
        <w:bidi/>
        <w:spacing w:after="120"/>
        <w:outlineLvl w:val="1"/>
      </w:pPr>
      <w:r>
        <w:rPr>
          <w:b/>
          <w:bCs/>
          <w:color w:val="052976"/>
          <w:sz w:val="25"/>
          <w:szCs w:val="25"/>
          <w:rtl/>
        </w:rPr>
        <w:t>11.1 اعتماد المختبر</w:t>
      </w:r>
    </w:p>
    <w:p w14:paraId="0B275ED8" w14:textId="77777777" w:rsidR="00E050A2" w:rsidRDefault="004F2FC6">
      <w:pPr>
        <w:bidi/>
        <w:spacing w:after="40"/>
      </w:pPr>
      <w:r>
        <w:rPr>
          <w:sz w:val="21"/>
          <w:szCs w:val="21"/>
          <w:rtl/>
        </w:rPr>
        <w:t>11.1.1  يقدم المقاول مختبرا مستقلا معتمدا وفق ISO/IEC 17025 من جهة اعتماد وطنية، مع نطاق الاعتماد وقائمة الأجهزة وشهادات معايرتها والكوادر.</w:t>
      </w:r>
    </w:p>
    <w:p w14:paraId="006E2E22" w14:textId="77777777" w:rsidR="00E050A2" w:rsidRDefault="004F2FC6">
      <w:pPr>
        <w:bidi/>
        <w:spacing w:after="40"/>
      </w:pPr>
      <w:r>
        <w:rPr>
          <w:sz w:val="21"/>
          <w:szCs w:val="21"/>
          <w:rtl/>
        </w:rPr>
        <w:t>11.1.2  يحق للاستشاري زيارة المختبر وتدقيقه، وطلب اختبارات تحقق في مختبر آخر على نفقة المقاول عند الشك في النتائج.</w:t>
      </w:r>
    </w:p>
    <w:p w14:paraId="1DEC8188" w14:textId="77777777" w:rsidR="00E050A2" w:rsidRDefault="004F2FC6">
      <w:pPr>
        <w:bidi/>
        <w:spacing w:after="40"/>
      </w:pPr>
      <w:r>
        <w:rPr>
          <w:sz w:val="21"/>
          <w:szCs w:val="21"/>
          <w:rtl/>
        </w:rPr>
        <w:t>11.1.3  يحتفظ مختبر الموقع (إن وجد) بأجهزة معايرة واختبارات أولية فقط، ولا تعتمد نتائجه بديلا عن المختبر المعتمد إلا بموافقة كتابية.</w:t>
      </w:r>
    </w:p>
    <w:p w14:paraId="1531F435" w14:textId="77777777" w:rsidR="00E050A2" w:rsidRDefault="004F2FC6">
      <w:pPr>
        <w:keepNext/>
        <w:bidi/>
        <w:spacing w:after="120"/>
        <w:outlineLvl w:val="1"/>
      </w:pPr>
      <w:r>
        <w:rPr>
          <w:b/>
          <w:bCs/>
          <w:color w:val="052976"/>
          <w:sz w:val="25"/>
          <w:szCs w:val="25"/>
          <w:rtl/>
        </w:rPr>
        <w:t>11.2 أخذ العينات وتتبعها</w:t>
      </w:r>
    </w:p>
    <w:p w14:paraId="38726444" w14:textId="77777777" w:rsidR="00E050A2" w:rsidRDefault="004F2FC6">
      <w:pPr>
        <w:bidi/>
        <w:spacing w:after="80"/>
      </w:pPr>
      <w:r>
        <w:rPr>
          <w:sz w:val="21"/>
          <w:szCs w:val="21"/>
          <w:rtl/>
        </w:rPr>
        <w:t>تؤخذ العينات بحضور الاستشاري، وتعرف ببطاقة تحمل رقما مسلسلا وتاريخ الأخذ والعنصر وتوقيع الطرفين، وتسجل في سجل العينات. تصدر النتائج على ورق المختبر بالختم الحي وتوقيع مديره، وتقارن بمعيار القبول في ITP. عند الفشل يصدر NCR، وتتخذ إجراءات التحقق الإضافية مثل القلب الخرساني أو اختبار التحميل وفق المواصفات.</w:t>
      </w:r>
    </w:p>
    <w:p w14:paraId="177D6015" w14:textId="77777777" w:rsidR="00E050A2" w:rsidRDefault="004F2FC6">
      <w:pPr>
        <w:keepNext/>
        <w:bidi/>
        <w:spacing w:after="120"/>
        <w:outlineLvl w:val="1"/>
      </w:pPr>
      <w:r>
        <w:rPr>
          <w:b/>
          <w:bCs/>
          <w:color w:val="052976"/>
          <w:sz w:val="25"/>
          <w:szCs w:val="25"/>
          <w:rtl/>
        </w:rPr>
        <w:t>11.3 سجل معايرة الأجهزة</w:t>
      </w:r>
    </w:p>
    <w:tbl>
      <w:tblPr>
        <w:tblStyle w:val="TableGrid"/>
        <w:bidiVisual/>
        <w:tblW w:w="0" w:type="auto"/>
        <w:jc w:val="center"/>
        <w:tblLayout w:type="fixed"/>
        <w:tblLook w:val="04A0" w:firstRow="1" w:lastRow="0" w:firstColumn="1" w:lastColumn="0" w:noHBand="0" w:noVBand="1"/>
      </w:tblPr>
      <w:tblGrid>
        <w:gridCol w:w="2381"/>
        <w:gridCol w:w="2948"/>
        <w:gridCol w:w="2041"/>
        <w:gridCol w:w="2721"/>
      </w:tblGrid>
      <w:tr w:rsidR="00E050A2" w14:paraId="043A3F68" w14:textId="77777777">
        <w:trPr>
          <w:cantSplit/>
          <w:trHeight w:val="340"/>
          <w:tblHeader/>
          <w:jc w:val="center"/>
        </w:trPr>
        <w:tc>
          <w:tcPr>
            <w:tcW w:w="2381" w:type="dxa"/>
            <w:shd w:val="clear" w:color="auto" w:fill="052976"/>
            <w:vAlign w:val="center"/>
          </w:tcPr>
          <w:p w14:paraId="3FDBB97B" w14:textId="77777777" w:rsidR="00E050A2" w:rsidRDefault="004F2FC6">
            <w:pPr>
              <w:bidi/>
              <w:spacing w:before="30" w:after="30"/>
              <w:jc w:val="center"/>
            </w:pPr>
            <w:r>
              <w:rPr>
                <w:b/>
                <w:bCs/>
                <w:color w:val="FFFFFF"/>
                <w:sz w:val="19"/>
                <w:szCs w:val="19"/>
                <w:rtl/>
              </w:rPr>
              <w:t>الجهاز</w:t>
            </w:r>
          </w:p>
        </w:tc>
        <w:tc>
          <w:tcPr>
            <w:tcW w:w="2948" w:type="dxa"/>
            <w:shd w:val="clear" w:color="auto" w:fill="052976"/>
            <w:vAlign w:val="center"/>
          </w:tcPr>
          <w:p w14:paraId="6B6771D5" w14:textId="77777777" w:rsidR="00E050A2" w:rsidRDefault="004F2FC6">
            <w:pPr>
              <w:bidi/>
              <w:spacing w:before="30" w:after="30"/>
              <w:jc w:val="center"/>
            </w:pPr>
            <w:r>
              <w:rPr>
                <w:b/>
                <w:bCs/>
                <w:color w:val="FFFFFF"/>
                <w:sz w:val="19"/>
                <w:szCs w:val="19"/>
                <w:rtl/>
              </w:rPr>
              <w:t>الاستخدام</w:t>
            </w:r>
          </w:p>
        </w:tc>
        <w:tc>
          <w:tcPr>
            <w:tcW w:w="2041" w:type="dxa"/>
            <w:shd w:val="clear" w:color="auto" w:fill="052976"/>
            <w:vAlign w:val="center"/>
          </w:tcPr>
          <w:p w14:paraId="7A86E386" w14:textId="77777777" w:rsidR="00E050A2" w:rsidRDefault="004F2FC6">
            <w:pPr>
              <w:bidi/>
              <w:spacing w:before="30" w:after="30"/>
              <w:jc w:val="center"/>
            </w:pPr>
            <w:r>
              <w:rPr>
                <w:b/>
                <w:bCs/>
                <w:color w:val="FFFFFF"/>
                <w:sz w:val="19"/>
                <w:szCs w:val="19"/>
                <w:rtl/>
              </w:rPr>
              <w:t>دورية المعايرة</w:t>
            </w:r>
          </w:p>
        </w:tc>
        <w:tc>
          <w:tcPr>
            <w:tcW w:w="2721" w:type="dxa"/>
            <w:shd w:val="clear" w:color="auto" w:fill="052976"/>
            <w:vAlign w:val="center"/>
          </w:tcPr>
          <w:p w14:paraId="23D3824B" w14:textId="77777777" w:rsidR="00E050A2" w:rsidRDefault="004F2FC6">
            <w:pPr>
              <w:bidi/>
              <w:spacing w:before="30" w:after="30"/>
              <w:jc w:val="center"/>
            </w:pPr>
            <w:r>
              <w:rPr>
                <w:b/>
                <w:bCs/>
                <w:color w:val="FFFFFF"/>
                <w:sz w:val="19"/>
                <w:szCs w:val="19"/>
                <w:rtl/>
              </w:rPr>
              <w:t>الدليل</w:t>
            </w:r>
          </w:p>
        </w:tc>
      </w:tr>
      <w:tr w:rsidR="00E050A2" w14:paraId="0F938075" w14:textId="77777777">
        <w:trPr>
          <w:cantSplit/>
          <w:trHeight w:val="340"/>
          <w:jc w:val="center"/>
        </w:trPr>
        <w:tc>
          <w:tcPr>
            <w:tcW w:w="2381" w:type="dxa"/>
            <w:vAlign w:val="center"/>
          </w:tcPr>
          <w:p w14:paraId="499F292F" w14:textId="77777777" w:rsidR="00E050A2" w:rsidRDefault="004F2FC6">
            <w:pPr>
              <w:bidi/>
              <w:spacing w:before="30" w:after="30"/>
            </w:pPr>
            <w:r>
              <w:rPr>
                <w:sz w:val="18"/>
                <w:szCs w:val="18"/>
                <w:rtl/>
              </w:rPr>
              <w:t>Total Station وميزان القامة</w:t>
            </w:r>
          </w:p>
        </w:tc>
        <w:tc>
          <w:tcPr>
            <w:tcW w:w="2948" w:type="dxa"/>
            <w:vAlign w:val="center"/>
          </w:tcPr>
          <w:p w14:paraId="79FBD6F3" w14:textId="77777777" w:rsidR="00E050A2" w:rsidRDefault="004F2FC6">
            <w:pPr>
              <w:bidi/>
              <w:spacing w:before="30" w:after="30"/>
            </w:pPr>
            <w:r>
              <w:rPr>
                <w:sz w:val="18"/>
                <w:szCs w:val="18"/>
                <w:rtl/>
              </w:rPr>
              <w:t>التوقيع والمناسيب</w:t>
            </w:r>
          </w:p>
        </w:tc>
        <w:tc>
          <w:tcPr>
            <w:tcW w:w="2041" w:type="dxa"/>
            <w:vAlign w:val="center"/>
          </w:tcPr>
          <w:p w14:paraId="4D72112D" w14:textId="77777777" w:rsidR="00E050A2" w:rsidRDefault="004F2FC6">
            <w:pPr>
              <w:bidi/>
              <w:spacing w:before="30" w:after="30"/>
            </w:pPr>
            <w:r>
              <w:rPr>
                <w:sz w:val="18"/>
                <w:szCs w:val="18"/>
                <w:rtl/>
              </w:rPr>
              <w:t>سنوي وقبل البدء</w:t>
            </w:r>
          </w:p>
        </w:tc>
        <w:tc>
          <w:tcPr>
            <w:tcW w:w="2721" w:type="dxa"/>
            <w:vAlign w:val="center"/>
          </w:tcPr>
          <w:p w14:paraId="2C09D094" w14:textId="77777777" w:rsidR="00E050A2" w:rsidRDefault="004F2FC6">
            <w:pPr>
              <w:bidi/>
              <w:spacing w:before="30" w:after="30"/>
            </w:pPr>
            <w:r>
              <w:rPr>
                <w:sz w:val="18"/>
                <w:szCs w:val="18"/>
                <w:rtl/>
              </w:rPr>
              <w:t>شهادة معايرة سارية</w:t>
            </w:r>
          </w:p>
        </w:tc>
      </w:tr>
      <w:tr w:rsidR="00E050A2" w14:paraId="2F406169" w14:textId="77777777">
        <w:trPr>
          <w:cantSplit/>
          <w:trHeight w:val="340"/>
          <w:jc w:val="center"/>
        </w:trPr>
        <w:tc>
          <w:tcPr>
            <w:tcW w:w="2381" w:type="dxa"/>
            <w:shd w:val="clear" w:color="auto" w:fill="EEF1FA"/>
            <w:vAlign w:val="center"/>
          </w:tcPr>
          <w:p w14:paraId="28B3AEF2" w14:textId="77777777" w:rsidR="00E050A2" w:rsidRDefault="004F2FC6">
            <w:pPr>
              <w:bidi/>
              <w:spacing w:before="30" w:after="30"/>
            </w:pPr>
            <w:r>
              <w:rPr>
                <w:sz w:val="18"/>
                <w:szCs w:val="18"/>
                <w:rtl/>
              </w:rPr>
              <w:t>مخروط الهبوط وقوالب المكعبات</w:t>
            </w:r>
          </w:p>
        </w:tc>
        <w:tc>
          <w:tcPr>
            <w:tcW w:w="2948" w:type="dxa"/>
            <w:shd w:val="clear" w:color="auto" w:fill="EEF1FA"/>
            <w:vAlign w:val="center"/>
          </w:tcPr>
          <w:p w14:paraId="104B345D" w14:textId="77777777" w:rsidR="00E050A2" w:rsidRDefault="004F2FC6">
            <w:pPr>
              <w:bidi/>
              <w:spacing w:before="30" w:after="30"/>
            </w:pPr>
            <w:r>
              <w:rPr>
                <w:sz w:val="18"/>
                <w:szCs w:val="18"/>
                <w:rtl/>
              </w:rPr>
              <w:t>اختبارات الخرسانة الطازجة</w:t>
            </w:r>
          </w:p>
        </w:tc>
        <w:tc>
          <w:tcPr>
            <w:tcW w:w="2041" w:type="dxa"/>
            <w:shd w:val="clear" w:color="auto" w:fill="EEF1FA"/>
            <w:vAlign w:val="center"/>
          </w:tcPr>
          <w:p w14:paraId="30247AF9" w14:textId="77777777" w:rsidR="00E050A2" w:rsidRDefault="004F2FC6">
            <w:pPr>
              <w:bidi/>
              <w:spacing w:before="30" w:after="30"/>
            </w:pPr>
            <w:r>
              <w:rPr>
                <w:sz w:val="18"/>
                <w:szCs w:val="18"/>
                <w:rtl/>
              </w:rPr>
              <w:t>عند الاستلام ثم كل 6 أشهر</w:t>
            </w:r>
          </w:p>
        </w:tc>
        <w:tc>
          <w:tcPr>
            <w:tcW w:w="2721" w:type="dxa"/>
            <w:shd w:val="clear" w:color="auto" w:fill="EEF1FA"/>
            <w:vAlign w:val="center"/>
          </w:tcPr>
          <w:p w14:paraId="028E7C3A" w14:textId="77777777" w:rsidR="00E050A2" w:rsidRDefault="004F2FC6">
            <w:pPr>
              <w:bidi/>
              <w:spacing w:before="30" w:after="30"/>
            </w:pPr>
            <w:r>
              <w:rPr>
                <w:sz w:val="18"/>
                <w:szCs w:val="18"/>
                <w:rtl/>
              </w:rPr>
              <w:t>فحص أبعاد موثق</w:t>
            </w:r>
          </w:p>
        </w:tc>
      </w:tr>
      <w:tr w:rsidR="00E050A2" w14:paraId="4DA659C3" w14:textId="77777777">
        <w:trPr>
          <w:cantSplit/>
          <w:trHeight w:val="340"/>
          <w:jc w:val="center"/>
        </w:trPr>
        <w:tc>
          <w:tcPr>
            <w:tcW w:w="2381" w:type="dxa"/>
            <w:vAlign w:val="center"/>
          </w:tcPr>
          <w:p w14:paraId="53E5D6A8" w14:textId="77777777" w:rsidR="00E050A2" w:rsidRDefault="004F2FC6">
            <w:pPr>
              <w:bidi/>
              <w:spacing w:before="30" w:after="30"/>
            </w:pPr>
            <w:r>
              <w:rPr>
                <w:sz w:val="18"/>
                <w:szCs w:val="18"/>
                <w:rtl/>
              </w:rPr>
              <w:t>موازين محطة الخرسانة</w:t>
            </w:r>
          </w:p>
        </w:tc>
        <w:tc>
          <w:tcPr>
            <w:tcW w:w="2948" w:type="dxa"/>
            <w:vAlign w:val="center"/>
          </w:tcPr>
          <w:p w14:paraId="3368CFE3" w14:textId="77777777" w:rsidR="00E050A2" w:rsidRDefault="004F2FC6">
            <w:pPr>
              <w:bidi/>
              <w:spacing w:before="30" w:after="30"/>
            </w:pPr>
            <w:r>
              <w:rPr>
                <w:sz w:val="18"/>
                <w:szCs w:val="18"/>
                <w:rtl/>
              </w:rPr>
              <w:t>دقة الخلطة</w:t>
            </w:r>
          </w:p>
        </w:tc>
        <w:tc>
          <w:tcPr>
            <w:tcW w:w="2041" w:type="dxa"/>
            <w:vAlign w:val="center"/>
          </w:tcPr>
          <w:p w14:paraId="56FBFDAC" w14:textId="77777777" w:rsidR="00E050A2" w:rsidRDefault="004F2FC6">
            <w:pPr>
              <w:bidi/>
              <w:spacing w:before="30" w:after="30"/>
            </w:pPr>
            <w:r>
              <w:rPr>
                <w:sz w:val="18"/>
                <w:szCs w:val="18"/>
                <w:rtl/>
              </w:rPr>
              <w:t>كل 6 أشهر (المرجع ص 16)</w:t>
            </w:r>
          </w:p>
        </w:tc>
        <w:tc>
          <w:tcPr>
            <w:tcW w:w="2721" w:type="dxa"/>
            <w:vAlign w:val="center"/>
          </w:tcPr>
          <w:p w14:paraId="1C3F90E5" w14:textId="77777777" w:rsidR="00E050A2" w:rsidRDefault="004F2FC6">
            <w:pPr>
              <w:bidi/>
              <w:spacing w:before="30" w:after="30"/>
            </w:pPr>
            <w:r>
              <w:rPr>
                <w:sz w:val="18"/>
                <w:szCs w:val="18"/>
                <w:rtl/>
              </w:rPr>
              <w:t>شهادة المحطة</w:t>
            </w:r>
          </w:p>
        </w:tc>
      </w:tr>
      <w:tr w:rsidR="00E050A2" w14:paraId="1C5C2967" w14:textId="77777777">
        <w:trPr>
          <w:cantSplit/>
          <w:trHeight w:val="340"/>
          <w:jc w:val="center"/>
        </w:trPr>
        <w:tc>
          <w:tcPr>
            <w:tcW w:w="2381" w:type="dxa"/>
            <w:shd w:val="clear" w:color="auto" w:fill="EEF1FA"/>
            <w:vAlign w:val="center"/>
          </w:tcPr>
          <w:p w14:paraId="01CE6D01" w14:textId="77777777" w:rsidR="00E050A2" w:rsidRDefault="004F2FC6">
            <w:pPr>
              <w:bidi/>
              <w:spacing w:before="30" w:after="30"/>
            </w:pPr>
            <w:r>
              <w:rPr>
                <w:sz w:val="18"/>
                <w:szCs w:val="18"/>
                <w:rtl/>
              </w:rPr>
              <w:t>جهاز الكثافة الحقلية / Sand Cone</w:t>
            </w:r>
          </w:p>
        </w:tc>
        <w:tc>
          <w:tcPr>
            <w:tcW w:w="2948" w:type="dxa"/>
            <w:shd w:val="clear" w:color="auto" w:fill="EEF1FA"/>
            <w:vAlign w:val="center"/>
          </w:tcPr>
          <w:p w14:paraId="673866B3" w14:textId="77777777" w:rsidR="00E050A2" w:rsidRDefault="004F2FC6">
            <w:pPr>
              <w:bidi/>
              <w:spacing w:before="30" w:after="30"/>
            </w:pPr>
            <w:r>
              <w:rPr>
                <w:sz w:val="18"/>
                <w:szCs w:val="18"/>
                <w:rtl/>
              </w:rPr>
              <w:t>دمك التربة</w:t>
            </w:r>
          </w:p>
        </w:tc>
        <w:tc>
          <w:tcPr>
            <w:tcW w:w="2041" w:type="dxa"/>
            <w:shd w:val="clear" w:color="auto" w:fill="EEF1FA"/>
            <w:vAlign w:val="center"/>
          </w:tcPr>
          <w:p w14:paraId="79C8C8BA" w14:textId="77777777" w:rsidR="00E050A2" w:rsidRDefault="004F2FC6">
            <w:pPr>
              <w:bidi/>
              <w:spacing w:before="30" w:after="30"/>
            </w:pPr>
            <w:r>
              <w:rPr>
                <w:sz w:val="18"/>
                <w:szCs w:val="18"/>
                <w:rtl/>
              </w:rPr>
              <w:t>سنوي</w:t>
            </w:r>
          </w:p>
        </w:tc>
        <w:tc>
          <w:tcPr>
            <w:tcW w:w="2721" w:type="dxa"/>
            <w:shd w:val="clear" w:color="auto" w:fill="EEF1FA"/>
            <w:vAlign w:val="center"/>
          </w:tcPr>
          <w:p w14:paraId="26C98766" w14:textId="77777777" w:rsidR="00E050A2" w:rsidRDefault="004F2FC6">
            <w:pPr>
              <w:bidi/>
              <w:spacing w:before="30" w:after="30"/>
            </w:pPr>
            <w:r>
              <w:rPr>
                <w:sz w:val="18"/>
                <w:szCs w:val="18"/>
                <w:rtl/>
              </w:rPr>
              <w:t>شهادة المختبر</w:t>
            </w:r>
          </w:p>
        </w:tc>
      </w:tr>
      <w:tr w:rsidR="00E050A2" w14:paraId="2F14EFA0" w14:textId="77777777">
        <w:trPr>
          <w:cantSplit/>
          <w:trHeight w:val="340"/>
          <w:jc w:val="center"/>
        </w:trPr>
        <w:tc>
          <w:tcPr>
            <w:tcW w:w="2381" w:type="dxa"/>
            <w:vAlign w:val="center"/>
          </w:tcPr>
          <w:p w14:paraId="16AD03A0" w14:textId="77777777" w:rsidR="00E050A2" w:rsidRDefault="004F2FC6">
            <w:pPr>
              <w:bidi/>
              <w:spacing w:before="30" w:after="30"/>
            </w:pPr>
            <w:r>
              <w:rPr>
                <w:sz w:val="18"/>
                <w:szCs w:val="18"/>
                <w:rtl/>
              </w:rPr>
              <w:t>مفتاح العزم Torque Wrench</w:t>
            </w:r>
          </w:p>
        </w:tc>
        <w:tc>
          <w:tcPr>
            <w:tcW w:w="2948" w:type="dxa"/>
            <w:vAlign w:val="center"/>
          </w:tcPr>
          <w:p w14:paraId="0670D53D" w14:textId="77777777" w:rsidR="00E050A2" w:rsidRDefault="004F2FC6">
            <w:pPr>
              <w:bidi/>
              <w:spacing w:before="30" w:after="30"/>
            </w:pPr>
            <w:r>
              <w:rPr>
                <w:sz w:val="18"/>
                <w:szCs w:val="18"/>
                <w:rtl/>
              </w:rPr>
              <w:t>مسامير المنشآت المعدنية</w:t>
            </w:r>
          </w:p>
        </w:tc>
        <w:tc>
          <w:tcPr>
            <w:tcW w:w="2041" w:type="dxa"/>
            <w:vAlign w:val="center"/>
          </w:tcPr>
          <w:p w14:paraId="31B13CE8" w14:textId="77777777" w:rsidR="00E050A2" w:rsidRDefault="004F2FC6">
            <w:pPr>
              <w:bidi/>
              <w:spacing w:before="30" w:after="30"/>
            </w:pPr>
            <w:r>
              <w:rPr>
                <w:sz w:val="18"/>
                <w:szCs w:val="18"/>
                <w:rtl/>
              </w:rPr>
              <w:t>سنوي</w:t>
            </w:r>
          </w:p>
        </w:tc>
        <w:tc>
          <w:tcPr>
            <w:tcW w:w="2721" w:type="dxa"/>
            <w:vAlign w:val="center"/>
          </w:tcPr>
          <w:p w14:paraId="777A6F83" w14:textId="77777777" w:rsidR="00E050A2" w:rsidRDefault="004F2FC6">
            <w:pPr>
              <w:bidi/>
              <w:spacing w:before="30" w:after="30"/>
            </w:pPr>
            <w:r>
              <w:rPr>
                <w:sz w:val="18"/>
                <w:szCs w:val="18"/>
                <w:rtl/>
              </w:rPr>
              <w:t>شهادة معايرة</w:t>
            </w:r>
          </w:p>
        </w:tc>
      </w:tr>
      <w:tr w:rsidR="00E050A2" w14:paraId="4E334F22" w14:textId="77777777">
        <w:trPr>
          <w:cantSplit/>
          <w:trHeight w:val="340"/>
          <w:jc w:val="center"/>
        </w:trPr>
        <w:tc>
          <w:tcPr>
            <w:tcW w:w="2381" w:type="dxa"/>
            <w:shd w:val="clear" w:color="auto" w:fill="EEF1FA"/>
            <w:vAlign w:val="center"/>
          </w:tcPr>
          <w:p w14:paraId="51398A7E" w14:textId="77777777" w:rsidR="00E050A2" w:rsidRDefault="004F2FC6">
            <w:pPr>
              <w:bidi/>
              <w:spacing w:before="30" w:after="30"/>
            </w:pPr>
            <w:r>
              <w:rPr>
                <w:sz w:val="18"/>
                <w:szCs w:val="18"/>
                <w:rtl/>
              </w:rPr>
              <w:t>أجهزة قياس الضغط Pressure Gauges</w:t>
            </w:r>
          </w:p>
        </w:tc>
        <w:tc>
          <w:tcPr>
            <w:tcW w:w="2948" w:type="dxa"/>
            <w:shd w:val="clear" w:color="auto" w:fill="EEF1FA"/>
            <w:vAlign w:val="center"/>
          </w:tcPr>
          <w:p w14:paraId="2782D48C" w14:textId="77777777" w:rsidR="00E050A2" w:rsidRDefault="004F2FC6">
            <w:pPr>
              <w:bidi/>
              <w:spacing w:before="30" w:after="30"/>
            </w:pPr>
            <w:r>
              <w:rPr>
                <w:sz w:val="18"/>
                <w:szCs w:val="18"/>
                <w:rtl/>
              </w:rPr>
              <w:t>اختبار الضغط للمواسير</w:t>
            </w:r>
          </w:p>
        </w:tc>
        <w:tc>
          <w:tcPr>
            <w:tcW w:w="2041" w:type="dxa"/>
            <w:shd w:val="clear" w:color="auto" w:fill="EEF1FA"/>
            <w:vAlign w:val="center"/>
          </w:tcPr>
          <w:p w14:paraId="6120D15B" w14:textId="77777777" w:rsidR="00E050A2" w:rsidRDefault="004F2FC6">
            <w:pPr>
              <w:bidi/>
              <w:spacing w:before="30" w:after="30"/>
            </w:pPr>
            <w:r>
              <w:rPr>
                <w:sz w:val="18"/>
                <w:szCs w:val="18"/>
                <w:rtl/>
              </w:rPr>
              <w:t>سنوي وقبل كل اختبار رئيسي</w:t>
            </w:r>
          </w:p>
        </w:tc>
        <w:tc>
          <w:tcPr>
            <w:tcW w:w="2721" w:type="dxa"/>
            <w:shd w:val="clear" w:color="auto" w:fill="EEF1FA"/>
            <w:vAlign w:val="center"/>
          </w:tcPr>
          <w:p w14:paraId="430C6960" w14:textId="77777777" w:rsidR="00E050A2" w:rsidRDefault="004F2FC6">
            <w:pPr>
              <w:bidi/>
              <w:spacing w:before="30" w:after="30"/>
            </w:pPr>
            <w:r>
              <w:rPr>
                <w:sz w:val="18"/>
                <w:szCs w:val="18"/>
                <w:rtl/>
              </w:rPr>
              <w:t>شهادة معايرة</w:t>
            </w:r>
          </w:p>
        </w:tc>
      </w:tr>
      <w:tr w:rsidR="00E050A2" w14:paraId="3D00FEB3" w14:textId="77777777">
        <w:trPr>
          <w:cantSplit/>
          <w:trHeight w:val="340"/>
          <w:jc w:val="center"/>
        </w:trPr>
        <w:tc>
          <w:tcPr>
            <w:tcW w:w="2381" w:type="dxa"/>
            <w:vAlign w:val="center"/>
          </w:tcPr>
          <w:p w14:paraId="216F9B3A" w14:textId="77777777" w:rsidR="00E050A2" w:rsidRDefault="004F2FC6">
            <w:pPr>
              <w:bidi/>
              <w:spacing w:before="30" w:after="30"/>
            </w:pPr>
            <w:r>
              <w:rPr>
                <w:sz w:val="18"/>
                <w:szCs w:val="18"/>
                <w:rtl/>
              </w:rPr>
              <w:t>Megger وجهاز قياس الأرضي</w:t>
            </w:r>
          </w:p>
        </w:tc>
        <w:tc>
          <w:tcPr>
            <w:tcW w:w="2948" w:type="dxa"/>
            <w:vAlign w:val="center"/>
          </w:tcPr>
          <w:p w14:paraId="51A2CBAC" w14:textId="77777777" w:rsidR="00E050A2" w:rsidRDefault="004F2FC6">
            <w:pPr>
              <w:bidi/>
              <w:spacing w:before="30" w:after="30"/>
            </w:pPr>
            <w:r>
              <w:rPr>
                <w:sz w:val="18"/>
                <w:szCs w:val="18"/>
                <w:rtl/>
              </w:rPr>
              <w:t>الاختبارات الكهربائية</w:t>
            </w:r>
          </w:p>
        </w:tc>
        <w:tc>
          <w:tcPr>
            <w:tcW w:w="2041" w:type="dxa"/>
            <w:vAlign w:val="center"/>
          </w:tcPr>
          <w:p w14:paraId="6D6C69E3" w14:textId="77777777" w:rsidR="00E050A2" w:rsidRDefault="004F2FC6">
            <w:pPr>
              <w:bidi/>
              <w:spacing w:before="30" w:after="30"/>
            </w:pPr>
            <w:r>
              <w:rPr>
                <w:sz w:val="18"/>
                <w:szCs w:val="18"/>
                <w:rtl/>
              </w:rPr>
              <w:t>سنوي</w:t>
            </w:r>
          </w:p>
        </w:tc>
        <w:tc>
          <w:tcPr>
            <w:tcW w:w="2721" w:type="dxa"/>
            <w:vAlign w:val="center"/>
          </w:tcPr>
          <w:p w14:paraId="73271296" w14:textId="77777777" w:rsidR="00E050A2" w:rsidRDefault="004F2FC6">
            <w:pPr>
              <w:bidi/>
              <w:spacing w:before="30" w:after="30"/>
            </w:pPr>
            <w:r>
              <w:rPr>
                <w:sz w:val="18"/>
                <w:szCs w:val="18"/>
                <w:rtl/>
              </w:rPr>
              <w:t>شهادة معايرة</w:t>
            </w:r>
          </w:p>
        </w:tc>
      </w:tr>
      <w:tr w:rsidR="00E050A2" w14:paraId="6068002F" w14:textId="77777777">
        <w:trPr>
          <w:cantSplit/>
          <w:trHeight w:val="340"/>
          <w:jc w:val="center"/>
        </w:trPr>
        <w:tc>
          <w:tcPr>
            <w:tcW w:w="2381" w:type="dxa"/>
            <w:shd w:val="clear" w:color="auto" w:fill="EEF1FA"/>
            <w:vAlign w:val="center"/>
          </w:tcPr>
          <w:p w14:paraId="6A37FCC1" w14:textId="77777777" w:rsidR="00E050A2" w:rsidRDefault="004F2FC6">
            <w:pPr>
              <w:bidi/>
              <w:spacing w:before="30" w:after="30"/>
            </w:pPr>
            <w:r>
              <w:rPr>
                <w:sz w:val="18"/>
                <w:szCs w:val="18"/>
                <w:rtl/>
              </w:rPr>
              <w:t>مقياس سمك الدهان DFT</w:t>
            </w:r>
          </w:p>
        </w:tc>
        <w:tc>
          <w:tcPr>
            <w:tcW w:w="2948" w:type="dxa"/>
            <w:shd w:val="clear" w:color="auto" w:fill="EEF1FA"/>
            <w:vAlign w:val="center"/>
          </w:tcPr>
          <w:p w14:paraId="00E86F41" w14:textId="77777777" w:rsidR="00E050A2" w:rsidRDefault="004F2FC6">
            <w:pPr>
              <w:bidi/>
              <w:spacing w:before="30" w:after="30"/>
            </w:pPr>
            <w:r>
              <w:rPr>
                <w:sz w:val="18"/>
                <w:szCs w:val="18"/>
                <w:rtl/>
              </w:rPr>
              <w:t>سماكة الدهانات</w:t>
            </w:r>
          </w:p>
        </w:tc>
        <w:tc>
          <w:tcPr>
            <w:tcW w:w="2041" w:type="dxa"/>
            <w:shd w:val="clear" w:color="auto" w:fill="EEF1FA"/>
            <w:vAlign w:val="center"/>
          </w:tcPr>
          <w:p w14:paraId="7000BCBE" w14:textId="77777777" w:rsidR="00E050A2" w:rsidRDefault="004F2FC6">
            <w:pPr>
              <w:bidi/>
              <w:spacing w:before="30" w:after="30"/>
            </w:pPr>
            <w:r>
              <w:rPr>
                <w:sz w:val="18"/>
                <w:szCs w:val="18"/>
                <w:rtl/>
              </w:rPr>
              <w:t>سنوي ومراجعة يومية بشريحة معيارية</w:t>
            </w:r>
          </w:p>
        </w:tc>
        <w:tc>
          <w:tcPr>
            <w:tcW w:w="2721" w:type="dxa"/>
            <w:shd w:val="clear" w:color="auto" w:fill="EEF1FA"/>
            <w:vAlign w:val="center"/>
          </w:tcPr>
          <w:p w14:paraId="6755C4B3" w14:textId="77777777" w:rsidR="00E050A2" w:rsidRDefault="004F2FC6">
            <w:pPr>
              <w:bidi/>
              <w:spacing w:before="30" w:after="30"/>
            </w:pPr>
            <w:r>
              <w:rPr>
                <w:sz w:val="18"/>
                <w:szCs w:val="18"/>
                <w:rtl/>
              </w:rPr>
              <w:t>شهادة معايرة</w:t>
            </w:r>
          </w:p>
        </w:tc>
      </w:tr>
    </w:tbl>
    <w:p w14:paraId="10DC0044" w14:textId="77777777" w:rsidR="00E050A2" w:rsidRDefault="00E050A2">
      <w:pPr>
        <w:bidi/>
        <w:spacing w:after="40"/>
      </w:pPr>
    </w:p>
    <w:p w14:paraId="6302E779" w14:textId="77777777" w:rsidR="00E050A2" w:rsidRDefault="004F2FC6">
      <w:pPr>
        <w:bidi/>
        <w:spacing w:after="80"/>
      </w:pPr>
      <w:r>
        <w:rPr>
          <w:color w:val="5B6475"/>
          <w:sz w:val="18"/>
          <w:szCs w:val="18"/>
          <w:rtl/>
        </w:rPr>
        <w:t>الدوريات قيم افتراضية Benchmark، وتسري المواصفات أو تعليمات المصنع عند اختلافها. أي جهاز بدون شهادة سارية يرفع من الخدمة وتراجع القياسات التي تمت به منذ آخر معايرة.</w:t>
      </w:r>
    </w:p>
    <w:p w14:paraId="017704B2" w14:textId="77777777" w:rsidR="00E050A2" w:rsidRDefault="004F2FC6">
      <w:pPr>
        <w:keepNext/>
        <w:pBdr>
          <w:bottom w:val="single" w:sz="8" w:space="1" w:color="2633FF"/>
        </w:pBdr>
        <w:bidi/>
        <w:spacing w:before="200" w:after="120"/>
        <w:outlineLvl w:val="0"/>
      </w:pPr>
      <w:r>
        <w:rPr>
          <w:b/>
          <w:bCs/>
          <w:color w:val="052976"/>
          <w:sz w:val="30"/>
          <w:szCs w:val="30"/>
          <w:rtl/>
        </w:rPr>
        <w:t>12. سجلات وتقارير الجودة بالموقع</w:t>
      </w:r>
    </w:p>
    <w:p w14:paraId="4DFBDE2E" w14:textId="77777777" w:rsidR="00E050A2" w:rsidRDefault="004F2FC6">
      <w:pPr>
        <w:keepNext/>
        <w:bidi/>
        <w:spacing w:after="120"/>
        <w:outlineLvl w:val="1"/>
      </w:pPr>
      <w:r>
        <w:rPr>
          <w:b/>
          <w:bCs/>
          <w:color w:val="052976"/>
          <w:sz w:val="25"/>
          <w:szCs w:val="25"/>
          <w:rtl/>
        </w:rPr>
        <w:t>12.1 السجلات</w:t>
      </w:r>
    </w:p>
    <w:tbl>
      <w:tblPr>
        <w:tblStyle w:val="TableGrid"/>
        <w:bidiVisual/>
        <w:tblW w:w="0" w:type="auto"/>
        <w:jc w:val="center"/>
        <w:tblLayout w:type="fixed"/>
        <w:tblLook w:val="04A0" w:firstRow="1" w:lastRow="0" w:firstColumn="1" w:lastColumn="0" w:noHBand="0" w:noVBand="1"/>
      </w:tblPr>
      <w:tblGrid>
        <w:gridCol w:w="4762"/>
        <w:gridCol w:w="2608"/>
        <w:gridCol w:w="2721"/>
      </w:tblGrid>
      <w:tr w:rsidR="00E050A2" w14:paraId="740D00CD" w14:textId="77777777">
        <w:trPr>
          <w:cantSplit/>
          <w:trHeight w:val="340"/>
          <w:tblHeader/>
          <w:jc w:val="center"/>
        </w:trPr>
        <w:tc>
          <w:tcPr>
            <w:tcW w:w="4762" w:type="dxa"/>
            <w:shd w:val="clear" w:color="auto" w:fill="052976"/>
            <w:vAlign w:val="center"/>
          </w:tcPr>
          <w:p w14:paraId="5287696C" w14:textId="77777777" w:rsidR="00E050A2" w:rsidRDefault="004F2FC6">
            <w:pPr>
              <w:bidi/>
              <w:spacing w:before="30" w:after="30"/>
              <w:jc w:val="center"/>
            </w:pPr>
            <w:r>
              <w:rPr>
                <w:b/>
                <w:bCs/>
                <w:color w:val="FFFFFF"/>
                <w:sz w:val="19"/>
                <w:szCs w:val="19"/>
                <w:rtl/>
              </w:rPr>
              <w:t>السجل</w:t>
            </w:r>
          </w:p>
        </w:tc>
        <w:tc>
          <w:tcPr>
            <w:tcW w:w="2608" w:type="dxa"/>
            <w:shd w:val="clear" w:color="auto" w:fill="052976"/>
            <w:vAlign w:val="center"/>
          </w:tcPr>
          <w:p w14:paraId="2FE429F4" w14:textId="77777777" w:rsidR="00E050A2" w:rsidRDefault="004F2FC6">
            <w:pPr>
              <w:bidi/>
              <w:spacing w:before="30" w:after="30"/>
              <w:jc w:val="center"/>
            </w:pPr>
            <w:r>
              <w:rPr>
                <w:b/>
                <w:bCs/>
                <w:color w:val="FFFFFF"/>
                <w:sz w:val="19"/>
                <w:szCs w:val="19"/>
                <w:rtl/>
              </w:rPr>
              <w:t>يعده</w:t>
            </w:r>
          </w:p>
        </w:tc>
        <w:tc>
          <w:tcPr>
            <w:tcW w:w="2721" w:type="dxa"/>
            <w:shd w:val="clear" w:color="auto" w:fill="052976"/>
            <w:vAlign w:val="center"/>
          </w:tcPr>
          <w:p w14:paraId="5F2A47AF" w14:textId="77777777" w:rsidR="00E050A2" w:rsidRDefault="004F2FC6">
            <w:pPr>
              <w:bidi/>
              <w:spacing w:before="30" w:after="30"/>
              <w:jc w:val="center"/>
            </w:pPr>
            <w:r>
              <w:rPr>
                <w:b/>
                <w:bCs/>
                <w:color w:val="FFFFFF"/>
                <w:sz w:val="19"/>
                <w:szCs w:val="19"/>
                <w:rtl/>
              </w:rPr>
              <w:t>التحديث</w:t>
            </w:r>
          </w:p>
        </w:tc>
      </w:tr>
      <w:tr w:rsidR="00E050A2" w14:paraId="4F3B197F" w14:textId="77777777">
        <w:trPr>
          <w:cantSplit/>
          <w:trHeight w:val="340"/>
          <w:jc w:val="center"/>
        </w:trPr>
        <w:tc>
          <w:tcPr>
            <w:tcW w:w="4762" w:type="dxa"/>
            <w:vAlign w:val="center"/>
          </w:tcPr>
          <w:p w14:paraId="31E4BED2" w14:textId="77777777" w:rsidR="00E050A2" w:rsidRDefault="004F2FC6">
            <w:pPr>
              <w:bidi/>
              <w:spacing w:before="30" w:after="30"/>
            </w:pPr>
            <w:r>
              <w:rPr>
                <w:sz w:val="18"/>
                <w:szCs w:val="18"/>
                <w:rtl/>
              </w:rPr>
              <w:t>سجل التقديمات Submittal Log</w:t>
            </w:r>
          </w:p>
        </w:tc>
        <w:tc>
          <w:tcPr>
            <w:tcW w:w="2608" w:type="dxa"/>
            <w:vAlign w:val="center"/>
          </w:tcPr>
          <w:p w14:paraId="2F794BFE" w14:textId="77777777" w:rsidR="00E050A2" w:rsidRDefault="004F2FC6">
            <w:pPr>
              <w:bidi/>
              <w:spacing w:before="30" w:after="30"/>
            </w:pPr>
            <w:r>
              <w:rPr>
                <w:sz w:val="18"/>
                <w:szCs w:val="18"/>
                <w:rtl/>
              </w:rPr>
              <w:t>المقاول، ويطابقه الاستشاري</w:t>
            </w:r>
          </w:p>
        </w:tc>
        <w:tc>
          <w:tcPr>
            <w:tcW w:w="2721" w:type="dxa"/>
            <w:vAlign w:val="center"/>
          </w:tcPr>
          <w:p w14:paraId="5B65109C" w14:textId="77777777" w:rsidR="00E050A2" w:rsidRDefault="004F2FC6">
            <w:pPr>
              <w:bidi/>
              <w:spacing w:before="30" w:after="30"/>
            </w:pPr>
            <w:r>
              <w:rPr>
                <w:sz w:val="18"/>
                <w:szCs w:val="18"/>
                <w:rtl/>
              </w:rPr>
              <w:t>أسبوعي</w:t>
            </w:r>
          </w:p>
        </w:tc>
      </w:tr>
      <w:tr w:rsidR="00E050A2" w14:paraId="184ADA73" w14:textId="77777777">
        <w:trPr>
          <w:cantSplit/>
          <w:trHeight w:val="340"/>
          <w:jc w:val="center"/>
        </w:trPr>
        <w:tc>
          <w:tcPr>
            <w:tcW w:w="4762" w:type="dxa"/>
            <w:shd w:val="clear" w:color="auto" w:fill="EEF1FA"/>
            <w:vAlign w:val="center"/>
          </w:tcPr>
          <w:p w14:paraId="294DFB66" w14:textId="77777777" w:rsidR="00E050A2" w:rsidRDefault="004F2FC6">
            <w:pPr>
              <w:bidi/>
              <w:spacing w:before="30" w:after="30"/>
            </w:pPr>
            <w:r>
              <w:rPr>
                <w:sz w:val="18"/>
                <w:szCs w:val="18"/>
                <w:rtl/>
              </w:rPr>
              <w:t>سجل IR</w:t>
            </w:r>
          </w:p>
        </w:tc>
        <w:tc>
          <w:tcPr>
            <w:tcW w:w="2608" w:type="dxa"/>
            <w:shd w:val="clear" w:color="auto" w:fill="EEF1FA"/>
            <w:vAlign w:val="center"/>
          </w:tcPr>
          <w:p w14:paraId="2FB23EDD" w14:textId="77777777" w:rsidR="00E050A2" w:rsidRDefault="004F2FC6">
            <w:pPr>
              <w:bidi/>
              <w:spacing w:before="30" w:after="30"/>
            </w:pPr>
            <w:r>
              <w:rPr>
                <w:sz w:val="18"/>
                <w:szCs w:val="18"/>
                <w:rtl/>
              </w:rPr>
              <w:t>المقاول والاستشاري</w:t>
            </w:r>
          </w:p>
        </w:tc>
        <w:tc>
          <w:tcPr>
            <w:tcW w:w="2721" w:type="dxa"/>
            <w:shd w:val="clear" w:color="auto" w:fill="EEF1FA"/>
            <w:vAlign w:val="center"/>
          </w:tcPr>
          <w:p w14:paraId="642270B6" w14:textId="77777777" w:rsidR="00E050A2" w:rsidRDefault="004F2FC6">
            <w:pPr>
              <w:bidi/>
              <w:spacing w:before="30" w:after="30"/>
            </w:pPr>
            <w:r>
              <w:rPr>
                <w:sz w:val="18"/>
                <w:szCs w:val="18"/>
                <w:rtl/>
              </w:rPr>
              <w:t>يومي</w:t>
            </w:r>
          </w:p>
        </w:tc>
      </w:tr>
      <w:tr w:rsidR="00E050A2" w14:paraId="20297061" w14:textId="77777777">
        <w:trPr>
          <w:cantSplit/>
          <w:trHeight w:val="340"/>
          <w:jc w:val="center"/>
        </w:trPr>
        <w:tc>
          <w:tcPr>
            <w:tcW w:w="4762" w:type="dxa"/>
            <w:vAlign w:val="center"/>
          </w:tcPr>
          <w:p w14:paraId="0AAB2993" w14:textId="77777777" w:rsidR="00E050A2" w:rsidRDefault="004F2FC6">
            <w:pPr>
              <w:bidi/>
              <w:spacing w:before="30" w:after="30"/>
            </w:pPr>
            <w:r>
              <w:rPr>
                <w:sz w:val="18"/>
                <w:szCs w:val="18"/>
                <w:rtl/>
              </w:rPr>
              <w:t>سجل MAR وMIR</w:t>
            </w:r>
          </w:p>
        </w:tc>
        <w:tc>
          <w:tcPr>
            <w:tcW w:w="2608" w:type="dxa"/>
            <w:vAlign w:val="center"/>
          </w:tcPr>
          <w:p w14:paraId="63669DEE" w14:textId="77777777" w:rsidR="00E050A2" w:rsidRDefault="004F2FC6">
            <w:pPr>
              <w:bidi/>
              <w:spacing w:before="30" w:after="30"/>
            </w:pPr>
            <w:r>
              <w:rPr>
                <w:sz w:val="18"/>
                <w:szCs w:val="18"/>
                <w:rtl/>
              </w:rPr>
              <w:t>المقاول</w:t>
            </w:r>
          </w:p>
        </w:tc>
        <w:tc>
          <w:tcPr>
            <w:tcW w:w="2721" w:type="dxa"/>
            <w:vAlign w:val="center"/>
          </w:tcPr>
          <w:p w14:paraId="72C58FC5" w14:textId="77777777" w:rsidR="00E050A2" w:rsidRDefault="004F2FC6">
            <w:pPr>
              <w:bidi/>
              <w:spacing w:before="30" w:after="30"/>
            </w:pPr>
            <w:r>
              <w:rPr>
                <w:sz w:val="18"/>
                <w:szCs w:val="18"/>
                <w:rtl/>
              </w:rPr>
              <w:t>عند كل طلب</w:t>
            </w:r>
          </w:p>
        </w:tc>
      </w:tr>
      <w:tr w:rsidR="00E050A2" w14:paraId="21DB0126" w14:textId="77777777">
        <w:trPr>
          <w:cantSplit/>
          <w:trHeight w:val="340"/>
          <w:jc w:val="center"/>
        </w:trPr>
        <w:tc>
          <w:tcPr>
            <w:tcW w:w="4762" w:type="dxa"/>
            <w:shd w:val="clear" w:color="auto" w:fill="EEF1FA"/>
            <w:vAlign w:val="center"/>
          </w:tcPr>
          <w:p w14:paraId="70C8FDCC" w14:textId="77777777" w:rsidR="00E050A2" w:rsidRDefault="004F2FC6">
            <w:pPr>
              <w:bidi/>
              <w:spacing w:before="30" w:after="30"/>
            </w:pPr>
            <w:r>
              <w:rPr>
                <w:sz w:val="18"/>
                <w:szCs w:val="18"/>
                <w:rtl/>
              </w:rPr>
              <w:t>سجل NCR وCAR</w:t>
            </w:r>
          </w:p>
        </w:tc>
        <w:tc>
          <w:tcPr>
            <w:tcW w:w="2608" w:type="dxa"/>
            <w:shd w:val="clear" w:color="auto" w:fill="EEF1FA"/>
            <w:vAlign w:val="center"/>
          </w:tcPr>
          <w:p w14:paraId="69BD5CAA" w14:textId="77777777" w:rsidR="00E050A2" w:rsidRDefault="004F2FC6">
            <w:pPr>
              <w:bidi/>
              <w:spacing w:before="30" w:after="30"/>
            </w:pPr>
            <w:r>
              <w:rPr>
                <w:sz w:val="18"/>
                <w:szCs w:val="18"/>
                <w:rtl/>
              </w:rPr>
              <w:t>الاستشاري</w:t>
            </w:r>
          </w:p>
        </w:tc>
        <w:tc>
          <w:tcPr>
            <w:tcW w:w="2721" w:type="dxa"/>
            <w:shd w:val="clear" w:color="auto" w:fill="EEF1FA"/>
            <w:vAlign w:val="center"/>
          </w:tcPr>
          <w:p w14:paraId="2098D2C8" w14:textId="77777777" w:rsidR="00E050A2" w:rsidRDefault="004F2FC6">
            <w:pPr>
              <w:bidi/>
              <w:spacing w:before="30" w:after="30"/>
            </w:pPr>
            <w:r>
              <w:rPr>
                <w:sz w:val="18"/>
                <w:szCs w:val="18"/>
                <w:rtl/>
              </w:rPr>
              <w:t>عند كل إصدار وإغلاق</w:t>
            </w:r>
          </w:p>
        </w:tc>
      </w:tr>
      <w:tr w:rsidR="00E050A2" w14:paraId="30BA99B3" w14:textId="77777777">
        <w:trPr>
          <w:cantSplit/>
          <w:trHeight w:val="340"/>
          <w:jc w:val="center"/>
        </w:trPr>
        <w:tc>
          <w:tcPr>
            <w:tcW w:w="4762" w:type="dxa"/>
            <w:vAlign w:val="center"/>
          </w:tcPr>
          <w:p w14:paraId="69C7D503" w14:textId="77777777" w:rsidR="00E050A2" w:rsidRDefault="004F2FC6">
            <w:pPr>
              <w:bidi/>
              <w:spacing w:before="30" w:after="30"/>
            </w:pPr>
            <w:r>
              <w:rPr>
                <w:sz w:val="18"/>
                <w:szCs w:val="18"/>
                <w:rtl/>
              </w:rPr>
              <w:t>سجل RFI وSI</w:t>
            </w:r>
          </w:p>
        </w:tc>
        <w:tc>
          <w:tcPr>
            <w:tcW w:w="2608" w:type="dxa"/>
            <w:vAlign w:val="center"/>
          </w:tcPr>
          <w:p w14:paraId="3243B57F" w14:textId="77777777" w:rsidR="00E050A2" w:rsidRDefault="004F2FC6">
            <w:pPr>
              <w:bidi/>
              <w:spacing w:before="30" w:after="30"/>
            </w:pPr>
            <w:r>
              <w:rPr>
                <w:sz w:val="18"/>
                <w:szCs w:val="18"/>
                <w:rtl/>
              </w:rPr>
              <w:t>المقاول والاستشاري</w:t>
            </w:r>
          </w:p>
        </w:tc>
        <w:tc>
          <w:tcPr>
            <w:tcW w:w="2721" w:type="dxa"/>
            <w:vAlign w:val="center"/>
          </w:tcPr>
          <w:p w14:paraId="6A96A812" w14:textId="77777777" w:rsidR="00E050A2" w:rsidRDefault="004F2FC6">
            <w:pPr>
              <w:bidi/>
              <w:spacing w:before="30" w:after="30"/>
            </w:pPr>
            <w:r>
              <w:rPr>
                <w:sz w:val="18"/>
                <w:szCs w:val="18"/>
                <w:rtl/>
              </w:rPr>
              <w:t>عند كل إصدار</w:t>
            </w:r>
          </w:p>
        </w:tc>
      </w:tr>
      <w:tr w:rsidR="00E050A2" w14:paraId="25963F97" w14:textId="77777777">
        <w:trPr>
          <w:cantSplit/>
          <w:trHeight w:val="340"/>
          <w:jc w:val="center"/>
        </w:trPr>
        <w:tc>
          <w:tcPr>
            <w:tcW w:w="4762" w:type="dxa"/>
            <w:shd w:val="clear" w:color="auto" w:fill="EEF1FA"/>
            <w:vAlign w:val="center"/>
          </w:tcPr>
          <w:p w14:paraId="01A735BB" w14:textId="77777777" w:rsidR="00E050A2" w:rsidRDefault="004F2FC6">
            <w:pPr>
              <w:bidi/>
              <w:spacing w:before="30" w:after="30"/>
            </w:pPr>
            <w:r>
              <w:rPr>
                <w:sz w:val="18"/>
                <w:szCs w:val="18"/>
                <w:rtl/>
              </w:rPr>
              <w:t>سجل العينات ونتائج الاختبارات</w:t>
            </w:r>
          </w:p>
        </w:tc>
        <w:tc>
          <w:tcPr>
            <w:tcW w:w="2608" w:type="dxa"/>
            <w:shd w:val="clear" w:color="auto" w:fill="EEF1FA"/>
            <w:vAlign w:val="center"/>
          </w:tcPr>
          <w:p w14:paraId="06C50846" w14:textId="77777777" w:rsidR="00E050A2" w:rsidRDefault="004F2FC6">
            <w:pPr>
              <w:bidi/>
              <w:spacing w:before="30" w:after="30"/>
            </w:pPr>
            <w:r>
              <w:rPr>
                <w:sz w:val="18"/>
                <w:szCs w:val="18"/>
                <w:rtl/>
              </w:rPr>
              <w:t>المقاول</w:t>
            </w:r>
          </w:p>
        </w:tc>
        <w:tc>
          <w:tcPr>
            <w:tcW w:w="2721" w:type="dxa"/>
            <w:shd w:val="clear" w:color="auto" w:fill="EEF1FA"/>
            <w:vAlign w:val="center"/>
          </w:tcPr>
          <w:p w14:paraId="4FDB27E4" w14:textId="77777777" w:rsidR="00E050A2" w:rsidRDefault="004F2FC6">
            <w:pPr>
              <w:bidi/>
              <w:spacing w:before="30" w:after="30"/>
            </w:pPr>
            <w:r>
              <w:rPr>
                <w:sz w:val="18"/>
                <w:szCs w:val="18"/>
                <w:rtl/>
              </w:rPr>
              <w:t>يومي</w:t>
            </w:r>
          </w:p>
        </w:tc>
      </w:tr>
      <w:tr w:rsidR="00E050A2" w14:paraId="4EDBA41D" w14:textId="77777777">
        <w:trPr>
          <w:cantSplit/>
          <w:trHeight w:val="340"/>
          <w:jc w:val="center"/>
        </w:trPr>
        <w:tc>
          <w:tcPr>
            <w:tcW w:w="4762" w:type="dxa"/>
            <w:vAlign w:val="center"/>
          </w:tcPr>
          <w:p w14:paraId="10125947" w14:textId="77777777" w:rsidR="00E050A2" w:rsidRDefault="004F2FC6">
            <w:pPr>
              <w:bidi/>
              <w:spacing w:before="30" w:after="30"/>
            </w:pPr>
            <w:r>
              <w:rPr>
                <w:sz w:val="18"/>
                <w:szCs w:val="18"/>
                <w:rtl/>
              </w:rPr>
              <w:t>سجل معايرة الأجهزة</w:t>
            </w:r>
          </w:p>
        </w:tc>
        <w:tc>
          <w:tcPr>
            <w:tcW w:w="2608" w:type="dxa"/>
            <w:vAlign w:val="center"/>
          </w:tcPr>
          <w:p w14:paraId="2AF7AEF8" w14:textId="77777777" w:rsidR="00E050A2" w:rsidRDefault="004F2FC6">
            <w:pPr>
              <w:bidi/>
              <w:spacing w:before="30" w:after="30"/>
            </w:pPr>
            <w:r>
              <w:rPr>
                <w:sz w:val="18"/>
                <w:szCs w:val="18"/>
                <w:rtl/>
              </w:rPr>
              <w:t>المقاول</w:t>
            </w:r>
          </w:p>
        </w:tc>
        <w:tc>
          <w:tcPr>
            <w:tcW w:w="2721" w:type="dxa"/>
            <w:vAlign w:val="center"/>
          </w:tcPr>
          <w:p w14:paraId="7B002014" w14:textId="77777777" w:rsidR="00E050A2" w:rsidRDefault="004F2FC6">
            <w:pPr>
              <w:bidi/>
              <w:spacing w:before="30" w:after="30"/>
            </w:pPr>
            <w:r>
              <w:rPr>
                <w:sz w:val="18"/>
                <w:szCs w:val="18"/>
                <w:rtl/>
              </w:rPr>
              <w:t>شهري</w:t>
            </w:r>
          </w:p>
        </w:tc>
      </w:tr>
      <w:tr w:rsidR="00E050A2" w14:paraId="680B40D2" w14:textId="77777777">
        <w:trPr>
          <w:cantSplit/>
          <w:trHeight w:val="340"/>
          <w:jc w:val="center"/>
        </w:trPr>
        <w:tc>
          <w:tcPr>
            <w:tcW w:w="4762" w:type="dxa"/>
            <w:shd w:val="clear" w:color="auto" w:fill="EEF1FA"/>
            <w:vAlign w:val="center"/>
          </w:tcPr>
          <w:p w14:paraId="5B33C852" w14:textId="77777777" w:rsidR="00E050A2" w:rsidRDefault="004F2FC6">
            <w:pPr>
              <w:bidi/>
              <w:spacing w:before="30" w:after="30"/>
            </w:pPr>
            <w:r>
              <w:rPr>
                <w:sz w:val="18"/>
                <w:szCs w:val="18"/>
                <w:rtl/>
              </w:rPr>
              <w:t>سجل المخططات السارية Drawing Register</w:t>
            </w:r>
          </w:p>
        </w:tc>
        <w:tc>
          <w:tcPr>
            <w:tcW w:w="2608" w:type="dxa"/>
            <w:shd w:val="clear" w:color="auto" w:fill="EEF1FA"/>
            <w:vAlign w:val="center"/>
          </w:tcPr>
          <w:p w14:paraId="6C98DF2F" w14:textId="77777777" w:rsidR="00E050A2" w:rsidRDefault="004F2FC6">
            <w:pPr>
              <w:bidi/>
              <w:spacing w:before="30" w:after="30"/>
            </w:pPr>
            <w:r>
              <w:rPr>
                <w:sz w:val="18"/>
                <w:szCs w:val="18"/>
                <w:rtl/>
              </w:rPr>
              <w:t>المقاول DCC</w:t>
            </w:r>
          </w:p>
        </w:tc>
        <w:tc>
          <w:tcPr>
            <w:tcW w:w="2721" w:type="dxa"/>
            <w:shd w:val="clear" w:color="auto" w:fill="EEF1FA"/>
            <w:vAlign w:val="center"/>
          </w:tcPr>
          <w:p w14:paraId="3FB6EF68" w14:textId="77777777" w:rsidR="00E050A2" w:rsidRDefault="004F2FC6">
            <w:pPr>
              <w:bidi/>
              <w:spacing w:before="30" w:after="30"/>
            </w:pPr>
            <w:r>
              <w:rPr>
                <w:sz w:val="18"/>
                <w:szCs w:val="18"/>
                <w:rtl/>
              </w:rPr>
              <w:t>عند كل إصدار</w:t>
            </w:r>
          </w:p>
        </w:tc>
      </w:tr>
      <w:tr w:rsidR="00E050A2" w14:paraId="059F7AA8" w14:textId="77777777">
        <w:trPr>
          <w:cantSplit/>
          <w:trHeight w:val="340"/>
          <w:jc w:val="center"/>
        </w:trPr>
        <w:tc>
          <w:tcPr>
            <w:tcW w:w="4762" w:type="dxa"/>
            <w:vAlign w:val="center"/>
          </w:tcPr>
          <w:p w14:paraId="12C2A28A" w14:textId="77777777" w:rsidR="00E050A2" w:rsidRDefault="004F2FC6">
            <w:pPr>
              <w:bidi/>
              <w:spacing w:before="30" w:after="30"/>
            </w:pPr>
            <w:r>
              <w:rPr>
                <w:sz w:val="18"/>
                <w:szCs w:val="18"/>
                <w:rtl/>
              </w:rPr>
              <w:t>سجل التدقيق والإجراءات</w:t>
            </w:r>
          </w:p>
        </w:tc>
        <w:tc>
          <w:tcPr>
            <w:tcW w:w="2608" w:type="dxa"/>
            <w:vAlign w:val="center"/>
          </w:tcPr>
          <w:p w14:paraId="4FE25156" w14:textId="77777777" w:rsidR="00E050A2" w:rsidRDefault="004F2FC6">
            <w:pPr>
              <w:bidi/>
              <w:spacing w:before="30" w:after="30"/>
            </w:pPr>
            <w:r>
              <w:rPr>
                <w:sz w:val="18"/>
                <w:szCs w:val="18"/>
                <w:rtl/>
              </w:rPr>
              <w:t>مدير الجودة</w:t>
            </w:r>
          </w:p>
        </w:tc>
        <w:tc>
          <w:tcPr>
            <w:tcW w:w="2721" w:type="dxa"/>
            <w:vAlign w:val="center"/>
          </w:tcPr>
          <w:p w14:paraId="38573BD7" w14:textId="77777777" w:rsidR="00E050A2" w:rsidRDefault="004F2FC6">
            <w:pPr>
              <w:bidi/>
              <w:spacing w:before="30" w:after="30"/>
            </w:pPr>
            <w:r>
              <w:rPr>
                <w:sz w:val="18"/>
                <w:szCs w:val="18"/>
                <w:rtl/>
              </w:rPr>
              <w:t>بعد كل تدقيق</w:t>
            </w:r>
          </w:p>
        </w:tc>
      </w:tr>
    </w:tbl>
    <w:p w14:paraId="52312073" w14:textId="77777777" w:rsidR="00E050A2" w:rsidRDefault="00E050A2">
      <w:pPr>
        <w:bidi/>
        <w:spacing w:after="40"/>
      </w:pPr>
    </w:p>
    <w:p w14:paraId="41B6B611" w14:textId="77777777" w:rsidR="00E050A2" w:rsidRDefault="004F2FC6">
      <w:pPr>
        <w:keepNext/>
        <w:bidi/>
        <w:spacing w:after="120"/>
        <w:outlineLvl w:val="1"/>
      </w:pPr>
      <w:r>
        <w:rPr>
          <w:b/>
          <w:bCs/>
          <w:color w:val="052976"/>
          <w:sz w:val="25"/>
          <w:szCs w:val="25"/>
          <w:rtl/>
        </w:rPr>
        <w:t>12.2 التقارير</w:t>
      </w:r>
    </w:p>
    <w:tbl>
      <w:tblPr>
        <w:tblStyle w:val="TableGrid"/>
        <w:bidiVisual/>
        <w:tblW w:w="0" w:type="auto"/>
        <w:jc w:val="center"/>
        <w:tblLayout w:type="fixed"/>
        <w:tblLook w:val="04A0" w:firstRow="1" w:lastRow="0" w:firstColumn="1" w:lastColumn="0" w:noHBand="0" w:noVBand="1"/>
      </w:tblPr>
      <w:tblGrid>
        <w:gridCol w:w="2041"/>
        <w:gridCol w:w="6009"/>
        <w:gridCol w:w="2041"/>
      </w:tblGrid>
      <w:tr w:rsidR="00E050A2" w14:paraId="4416330E" w14:textId="77777777">
        <w:trPr>
          <w:cantSplit/>
          <w:trHeight w:val="340"/>
          <w:tblHeader/>
          <w:jc w:val="center"/>
        </w:trPr>
        <w:tc>
          <w:tcPr>
            <w:tcW w:w="2041" w:type="dxa"/>
            <w:shd w:val="clear" w:color="auto" w:fill="052976"/>
            <w:vAlign w:val="center"/>
          </w:tcPr>
          <w:p w14:paraId="19737F4C" w14:textId="77777777" w:rsidR="00E050A2" w:rsidRDefault="004F2FC6">
            <w:pPr>
              <w:bidi/>
              <w:spacing w:before="30" w:after="30"/>
              <w:jc w:val="center"/>
            </w:pPr>
            <w:r>
              <w:rPr>
                <w:b/>
                <w:bCs/>
                <w:color w:val="FFFFFF"/>
                <w:sz w:val="19"/>
                <w:szCs w:val="19"/>
                <w:rtl/>
              </w:rPr>
              <w:t>التقرير</w:t>
            </w:r>
          </w:p>
        </w:tc>
        <w:tc>
          <w:tcPr>
            <w:tcW w:w="6009" w:type="dxa"/>
            <w:shd w:val="clear" w:color="auto" w:fill="052976"/>
            <w:vAlign w:val="center"/>
          </w:tcPr>
          <w:p w14:paraId="7EE74745" w14:textId="77777777" w:rsidR="00E050A2" w:rsidRDefault="004F2FC6">
            <w:pPr>
              <w:bidi/>
              <w:spacing w:before="30" w:after="30"/>
              <w:jc w:val="center"/>
            </w:pPr>
            <w:r>
              <w:rPr>
                <w:b/>
                <w:bCs/>
                <w:color w:val="FFFFFF"/>
                <w:sz w:val="19"/>
                <w:szCs w:val="19"/>
                <w:rtl/>
              </w:rPr>
              <w:t>المحتوى الأساسي</w:t>
            </w:r>
          </w:p>
        </w:tc>
        <w:tc>
          <w:tcPr>
            <w:tcW w:w="2041" w:type="dxa"/>
            <w:shd w:val="clear" w:color="auto" w:fill="052976"/>
            <w:vAlign w:val="center"/>
          </w:tcPr>
          <w:p w14:paraId="09A618E8" w14:textId="77777777" w:rsidR="00E050A2" w:rsidRDefault="004F2FC6">
            <w:pPr>
              <w:bidi/>
              <w:spacing w:before="30" w:after="30"/>
              <w:jc w:val="center"/>
            </w:pPr>
            <w:r>
              <w:rPr>
                <w:b/>
                <w:bCs/>
                <w:color w:val="FFFFFF"/>
                <w:sz w:val="19"/>
                <w:szCs w:val="19"/>
                <w:rtl/>
              </w:rPr>
              <w:t>التوقيت</w:t>
            </w:r>
          </w:p>
        </w:tc>
      </w:tr>
      <w:tr w:rsidR="00E050A2" w14:paraId="508D5E51" w14:textId="77777777">
        <w:trPr>
          <w:cantSplit/>
          <w:trHeight w:val="340"/>
          <w:jc w:val="center"/>
        </w:trPr>
        <w:tc>
          <w:tcPr>
            <w:tcW w:w="2041" w:type="dxa"/>
            <w:vAlign w:val="center"/>
          </w:tcPr>
          <w:p w14:paraId="22B17176" w14:textId="77777777" w:rsidR="00E050A2" w:rsidRDefault="004F2FC6">
            <w:pPr>
              <w:bidi/>
              <w:spacing w:before="30" w:after="30"/>
            </w:pPr>
            <w:r>
              <w:rPr>
                <w:sz w:val="18"/>
                <w:szCs w:val="18"/>
                <w:rtl/>
              </w:rPr>
              <w:t>اليومي</w:t>
            </w:r>
          </w:p>
        </w:tc>
        <w:tc>
          <w:tcPr>
            <w:tcW w:w="6009" w:type="dxa"/>
            <w:vAlign w:val="center"/>
          </w:tcPr>
          <w:p w14:paraId="0C5A7963" w14:textId="77777777" w:rsidR="00E050A2" w:rsidRDefault="004F2FC6">
            <w:pPr>
              <w:bidi/>
              <w:spacing w:before="30" w:after="30"/>
            </w:pPr>
            <w:r>
              <w:rPr>
                <w:sz w:val="18"/>
                <w:szCs w:val="18"/>
                <w:rtl/>
              </w:rPr>
              <w:t>الطقس، العمالة والمعدات، الأعمال المنفذة بالموقع، IR المقدمة ونتائجها، المواد الواردة، الاختبارات، الملاحظات والحوادث</w:t>
            </w:r>
          </w:p>
        </w:tc>
        <w:tc>
          <w:tcPr>
            <w:tcW w:w="2041" w:type="dxa"/>
            <w:vAlign w:val="center"/>
          </w:tcPr>
          <w:p w14:paraId="05EF8351" w14:textId="77777777" w:rsidR="00E050A2" w:rsidRDefault="004F2FC6">
            <w:pPr>
              <w:bidi/>
              <w:spacing w:before="30" w:after="30"/>
            </w:pPr>
            <w:r>
              <w:rPr>
                <w:sz w:val="18"/>
                <w:szCs w:val="18"/>
                <w:rtl/>
              </w:rPr>
              <w:t>قبل 10:00 صباح اليوم التالي</w:t>
            </w:r>
          </w:p>
        </w:tc>
      </w:tr>
      <w:tr w:rsidR="00E050A2" w14:paraId="40B3FC89" w14:textId="77777777">
        <w:trPr>
          <w:cantSplit/>
          <w:trHeight w:val="340"/>
          <w:jc w:val="center"/>
        </w:trPr>
        <w:tc>
          <w:tcPr>
            <w:tcW w:w="2041" w:type="dxa"/>
            <w:shd w:val="clear" w:color="auto" w:fill="EEF1FA"/>
            <w:vAlign w:val="center"/>
          </w:tcPr>
          <w:p w14:paraId="5A68237D" w14:textId="77777777" w:rsidR="00E050A2" w:rsidRDefault="004F2FC6">
            <w:pPr>
              <w:bidi/>
              <w:spacing w:before="30" w:after="30"/>
            </w:pPr>
            <w:r>
              <w:rPr>
                <w:sz w:val="18"/>
                <w:szCs w:val="18"/>
                <w:rtl/>
              </w:rPr>
              <w:t>الأسبوعي للجودة</w:t>
            </w:r>
          </w:p>
        </w:tc>
        <w:tc>
          <w:tcPr>
            <w:tcW w:w="6009" w:type="dxa"/>
            <w:shd w:val="clear" w:color="auto" w:fill="EEF1FA"/>
            <w:vAlign w:val="center"/>
          </w:tcPr>
          <w:p w14:paraId="682658FC" w14:textId="77777777" w:rsidR="00E050A2" w:rsidRDefault="004F2FC6">
            <w:pPr>
              <w:bidi/>
              <w:spacing w:before="30" w:after="30"/>
            </w:pPr>
            <w:r>
              <w:rPr>
                <w:sz w:val="18"/>
                <w:szCs w:val="18"/>
                <w:rtl/>
              </w:rPr>
              <w:t>إحصاء IR والقبول من أول مرة، NCR المفتوحة والمغلقة، التقديمات المعلقة، الاختبارات الفاشلة، خطة الأسبوع القادم من نقاط H</w:t>
            </w:r>
          </w:p>
        </w:tc>
        <w:tc>
          <w:tcPr>
            <w:tcW w:w="2041" w:type="dxa"/>
            <w:shd w:val="clear" w:color="auto" w:fill="EEF1FA"/>
            <w:vAlign w:val="center"/>
          </w:tcPr>
          <w:p w14:paraId="2230AEF0" w14:textId="77777777" w:rsidR="00E050A2" w:rsidRDefault="004F2FC6">
            <w:pPr>
              <w:bidi/>
              <w:spacing w:before="30" w:after="30"/>
            </w:pPr>
            <w:r>
              <w:rPr>
                <w:sz w:val="18"/>
                <w:szCs w:val="18"/>
                <w:rtl/>
              </w:rPr>
              <w:t>كل خميس</w:t>
            </w:r>
          </w:p>
        </w:tc>
      </w:tr>
      <w:tr w:rsidR="00E050A2" w14:paraId="4E8C14C1" w14:textId="77777777">
        <w:trPr>
          <w:cantSplit/>
          <w:trHeight w:val="340"/>
          <w:jc w:val="center"/>
        </w:trPr>
        <w:tc>
          <w:tcPr>
            <w:tcW w:w="2041" w:type="dxa"/>
            <w:vAlign w:val="center"/>
          </w:tcPr>
          <w:p w14:paraId="53EBFB52" w14:textId="77777777" w:rsidR="00E050A2" w:rsidRDefault="004F2FC6">
            <w:pPr>
              <w:bidi/>
              <w:spacing w:before="30" w:after="30"/>
            </w:pPr>
            <w:r>
              <w:rPr>
                <w:sz w:val="18"/>
                <w:szCs w:val="18"/>
                <w:rtl/>
              </w:rPr>
              <w:t>الشهري للجودة</w:t>
            </w:r>
          </w:p>
        </w:tc>
        <w:tc>
          <w:tcPr>
            <w:tcW w:w="6009" w:type="dxa"/>
            <w:vAlign w:val="center"/>
          </w:tcPr>
          <w:p w14:paraId="1F1553AE" w14:textId="77777777" w:rsidR="00E050A2" w:rsidRDefault="004F2FC6">
            <w:pPr>
              <w:bidi/>
              <w:spacing w:before="30" w:after="30"/>
            </w:pPr>
            <w:r>
              <w:rPr>
                <w:sz w:val="18"/>
                <w:szCs w:val="18"/>
                <w:rtl/>
              </w:rPr>
              <w:t>مؤشرات البند 16 واتجاهها، تحليل NCR حسب السبب والتخصص، نتائج التدقيق، المعايرة، التدريب، الإجراءات المطلوبة من الإدارة</w:t>
            </w:r>
          </w:p>
        </w:tc>
        <w:tc>
          <w:tcPr>
            <w:tcW w:w="2041" w:type="dxa"/>
            <w:vAlign w:val="center"/>
          </w:tcPr>
          <w:p w14:paraId="1037FA5A" w14:textId="77777777" w:rsidR="00E050A2" w:rsidRDefault="004F2FC6">
            <w:pPr>
              <w:bidi/>
              <w:spacing w:before="30" w:after="30"/>
            </w:pPr>
            <w:r>
              <w:rPr>
                <w:sz w:val="18"/>
                <w:szCs w:val="18"/>
                <w:rtl/>
              </w:rPr>
              <w:t>خلال 5 أيام من نهاية الشهر</w:t>
            </w:r>
          </w:p>
        </w:tc>
      </w:tr>
    </w:tbl>
    <w:p w14:paraId="6F050395" w14:textId="77777777" w:rsidR="00E050A2" w:rsidRDefault="00E050A2">
      <w:pPr>
        <w:bidi/>
        <w:spacing w:after="40"/>
      </w:pPr>
    </w:p>
    <w:p w14:paraId="2E67524E" w14:textId="77777777" w:rsidR="00E050A2" w:rsidRDefault="004F2FC6">
      <w:pPr>
        <w:keepNext/>
        <w:pBdr>
          <w:bottom w:val="single" w:sz="8" w:space="1" w:color="2633FF"/>
        </w:pBdr>
        <w:bidi/>
        <w:spacing w:before="200" w:after="120"/>
        <w:outlineLvl w:val="0"/>
      </w:pPr>
      <w:r>
        <w:rPr>
          <w:b/>
          <w:bCs/>
          <w:color w:val="052976"/>
          <w:sz w:val="30"/>
          <w:szCs w:val="30"/>
          <w:rtl/>
        </w:rPr>
        <w:t>13. التنسيق مع السلامة والصحة المهنية HSE</w:t>
      </w:r>
    </w:p>
    <w:p w14:paraId="4CCD58D2" w14:textId="77777777" w:rsidR="00E050A2" w:rsidRDefault="004F2FC6">
      <w:pPr>
        <w:bidi/>
        <w:spacing w:after="40"/>
      </w:pPr>
      <w:r>
        <w:rPr>
          <w:sz w:val="21"/>
          <w:szCs w:val="21"/>
          <w:rtl/>
        </w:rPr>
        <w:t>13.1  تدار السلامة بخطة HSE مستقلة معتمدة، وتربط هذه الخطة بها في نقاط التداخل فقط.</w:t>
      </w:r>
    </w:p>
    <w:p w14:paraId="7CD54BFF" w14:textId="77777777" w:rsidR="00E050A2" w:rsidRDefault="004F2FC6">
      <w:pPr>
        <w:bidi/>
        <w:spacing w:after="40"/>
      </w:pPr>
      <w:r>
        <w:rPr>
          <w:sz w:val="21"/>
          <w:szCs w:val="21"/>
          <w:rtl/>
        </w:rPr>
        <w:t>13.2  يشترط لقبول IR في الأعمال على ارتفاع أو في الحفر أو الأماكن المغلقة وجود تصريح عمل ساري ووسائل وصول آمنة للفحص.</w:t>
      </w:r>
    </w:p>
    <w:p w14:paraId="1DD1826E" w14:textId="77777777" w:rsidR="00E050A2" w:rsidRDefault="004F2FC6">
      <w:pPr>
        <w:bidi/>
        <w:spacing w:after="40"/>
      </w:pPr>
      <w:r>
        <w:rPr>
          <w:sz w:val="21"/>
          <w:szCs w:val="21"/>
          <w:rtl/>
        </w:rPr>
        <w:t>13.3  يعتبر وجود سقالات أو شدات غير مستلمة من مهندس السلامة سببا لرفض الفحص حتى تصحيحها.</w:t>
      </w:r>
    </w:p>
    <w:p w14:paraId="09857521" w14:textId="77777777" w:rsidR="00E050A2" w:rsidRDefault="004F2FC6">
      <w:pPr>
        <w:bidi/>
        <w:spacing w:after="40"/>
      </w:pPr>
      <w:r>
        <w:rPr>
          <w:sz w:val="21"/>
          <w:szCs w:val="21"/>
          <w:rtl/>
        </w:rPr>
        <w:t>13.4  لكل من مهندس الجودة ومهندس السلامة صلاحية إيقاف العمل عند وجود خطر، ويوثق الإيقاف في التقرير اليومي.</w:t>
      </w:r>
    </w:p>
    <w:p w14:paraId="5FEB2B2F" w14:textId="77777777" w:rsidR="00E050A2" w:rsidRDefault="004F2FC6">
      <w:pPr>
        <w:bidi/>
        <w:spacing w:after="40"/>
      </w:pPr>
      <w:r>
        <w:rPr>
          <w:sz w:val="21"/>
          <w:szCs w:val="21"/>
          <w:rtl/>
        </w:rPr>
        <w:t>13.5  تسجل الحوادث بنموذج تقرير حادث وتحلل أسبابها بنفس منهج تحليل السبب الجذري في البند 10.4.</w:t>
      </w:r>
    </w:p>
    <w:p w14:paraId="5BE48CC1" w14:textId="77777777" w:rsidR="00E050A2" w:rsidRDefault="004F2FC6">
      <w:pPr>
        <w:keepNext/>
        <w:pBdr>
          <w:bottom w:val="single" w:sz="8" w:space="1" w:color="2633FF"/>
        </w:pBdr>
        <w:bidi/>
        <w:spacing w:before="200" w:after="120"/>
        <w:outlineLvl w:val="0"/>
      </w:pPr>
      <w:r>
        <w:rPr>
          <w:b/>
          <w:bCs/>
          <w:color w:val="052976"/>
          <w:sz w:val="30"/>
          <w:szCs w:val="30"/>
          <w:rtl/>
        </w:rPr>
        <w:t>14. التدقيق ومراجعة الإدارة</w:t>
      </w:r>
    </w:p>
    <w:p w14:paraId="69F8AA6B" w14:textId="77777777" w:rsidR="00E050A2" w:rsidRDefault="004F2FC6">
      <w:pPr>
        <w:keepNext/>
        <w:bidi/>
        <w:spacing w:after="120"/>
        <w:outlineLvl w:val="1"/>
      </w:pPr>
      <w:r>
        <w:rPr>
          <w:b/>
          <w:bCs/>
          <w:color w:val="052976"/>
          <w:sz w:val="25"/>
          <w:szCs w:val="25"/>
          <w:rtl/>
        </w:rPr>
        <w:t>14.1 التدقيق</w:t>
      </w:r>
    </w:p>
    <w:tbl>
      <w:tblPr>
        <w:tblStyle w:val="TableGrid"/>
        <w:bidiVisual/>
        <w:tblW w:w="0" w:type="auto"/>
        <w:jc w:val="center"/>
        <w:tblLayout w:type="fixed"/>
        <w:tblLook w:val="04A0" w:firstRow="1" w:lastRow="0" w:firstColumn="1" w:lastColumn="0" w:noHBand="0" w:noVBand="1"/>
      </w:tblPr>
      <w:tblGrid>
        <w:gridCol w:w="2268"/>
        <w:gridCol w:w="2154"/>
        <w:gridCol w:w="2041"/>
        <w:gridCol w:w="3628"/>
      </w:tblGrid>
      <w:tr w:rsidR="00E050A2" w14:paraId="0C749C54" w14:textId="77777777">
        <w:trPr>
          <w:cantSplit/>
          <w:trHeight w:val="340"/>
          <w:tblHeader/>
          <w:jc w:val="center"/>
        </w:trPr>
        <w:tc>
          <w:tcPr>
            <w:tcW w:w="2268" w:type="dxa"/>
            <w:shd w:val="clear" w:color="auto" w:fill="052976"/>
            <w:vAlign w:val="center"/>
          </w:tcPr>
          <w:p w14:paraId="03AEB0B4" w14:textId="77777777" w:rsidR="00E050A2" w:rsidRDefault="004F2FC6">
            <w:pPr>
              <w:bidi/>
              <w:spacing w:before="30" w:after="30"/>
              <w:jc w:val="center"/>
            </w:pPr>
            <w:r>
              <w:rPr>
                <w:b/>
                <w:bCs/>
                <w:color w:val="FFFFFF"/>
                <w:sz w:val="19"/>
                <w:szCs w:val="19"/>
                <w:rtl/>
              </w:rPr>
              <w:t>النوع</w:t>
            </w:r>
          </w:p>
        </w:tc>
        <w:tc>
          <w:tcPr>
            <w:tcW w:w="2154" w:type="dxa"/>
            <w:shd w:val="clear" w:color="auto" w:fill="052976"/>
            <w:vAlign w:val="center"/>
          </w:tcPr>
          <w:p w14:paraId="5FBD9718" w14:textId="77777777" w:rsidR="00E050A2" w:rsidRDefault="004F2FC6">
            <w:pPr>
              <w:bidi/>
              <w:spacing w:before="30" w:after="30"/>
              <w:jc w:val="center"/>
            </w:pPr>
            <w:r>
              <w:rPr>
                <w:b/>
                <w:bCs/>
                <w:color w:val="FFFFFF"/>
                <w:sz w:val="19"/>
                <w:szCs w:val="19"/>
                <w:rtl/>
              </w:rPr>
              <w:t>المنفذ</w:t>
            </w:r>
          </w:p>
        </w:tc>
        <w:tc>
          <w:tcPr>
            <w:tcW w:w="2041" w:type="dxa"/>
            <w:shd w:val="clear" w:color="auto" w:fill="052976"/>
            <w:vAlign w:val="center"/>
          </w:tcPr>
          <w:p w14:paraId="075A6C48" w14:textId="77777777" w:rsidR="00E050A2" w:rsidRDefault="004F2FC6">
            <w:pPr>
              <w:bidi/>
              <w:spacing w:before="30" w:after="30"/>
              <w:jc w:val="center"/>
            </w:pPr>
            <w:r>
              <w:rPr>
                <w:b/>
                <w:bCs/>
                <w:color w:val="FFFFFF"/>
                <w:sz w:val="19"/>
                <w:szCs w:val="19"/>
                <w:rtl/>
              </w:rPr>
              <w:t>الدورية</w:t>
            </w:r>
          </w:p>
        </w:tc>
        <w:tc>
          <w:tcPr>
            <w:tcW w:w="3628" w:type="dxa"/>
            <w:shd w:val="clear" w:color="auto" w:fill="052976"/>
            <w:vAlign w:val="center"/>
          </w:tcPr>
          <w:p w14:paraId="32F8C399" w14:textId="77777777" w:rsidR="00E050A2" w:rsidRDefault="004F2FC6">
            <w:pPr>
              <w:bidi/>
              <w:spacing w:before="30" w:after="30"/>
              <w:jc w:val="center"/>
            </w:pPr>
            <w:r>
              <w:rPr>
                <w:b/>
                <w:bCs/>
                <w:color w:val="FFFFFF"/>
                <w:sz w:val="19"/>
                <w:szCs w:val="19"/>
                <w:rtl/>
              </w:rPr>
              <w:t>المخرجات</w:t>
            </w:r>
          </w:p>
        </w:tc>
      </w:tr>
      <w:tr w:rsidR="00E050A2" w14:paraId="262BE772" w14:textId="77777777">
        <w:trPr>
          <w:cantSplit/>
          <w:trHeight w:val="340"/>
          <w:jc w:val="center"/>
        </w:trPr>
        <w:tc>
          <w:tcPr>
            <w:tcW w:w="2268" w:type="dxa"/>
            <w:vAlign w:val="center"/>
          </w:tcPr>
          <w:p w14:paraId="709DEA86" w14:textId="77777777" w:rsidR="00E050A2" w:rsidRDefault="004F2FC6">
            <w:pPr>
              <w:bidi/>
              <w:spacing w:before="30" w:after="30"/>
            </w:pPr>
            <w:r>
              <w:rPr>
                <w:sz w:val="18"/>
                <w:szCs w:val="18"/>
                <w:rtl/>
              </w:rPr>
              <w:t>تدقيق داخلي على نظام المقاول</w:t>
            </w:r>
          </w:p>
        </w:tc>
        <w:tc>
          <w:tcPr>
            <w:tcW w:w="2154" w:type="dxa"/>
            <w:vAlign w:val="center"/>
          </w:tcPr>
          <w:p w14:paraId="753B16BB" w14:textId="77777777" w:rsidR="00E050A2" w:rsidRDefault="004F2FC6">
            <w:pPr>
              <w:bidi/>
              <w:spacing w:before="30" w:after="30"/>
            </w:pPr>
            <w:r>
              <w:rPr>
                <w:sz w:val="18"/>
                <w:szCs w:val="18"/>
                <w:rtl/>
              </w:rPr>
              <w:t>مدير الجودة لدى المقاول</w:t>
            </w:r>
          </w:p>
        </w:tc>
        <w:tc>
          <w:tcPr>
            <w:tcW w:w="2041" w:type="dxa"/>
            <w:vAlign w:val="center"/>
          </w:tcPr>
          <w:p w14:paraId="76E3EE1B" w14:textId="77777777" w:rsidR="00E050A2" w:rsidRDefault="004F2FC6">
            <w:pPr>
              <w:bidi/>
              <w:spacing w:before="30" w:after="30"/>
            </w:pPr>
            <w:r>
              <w:rPr>
                <w:sz w:val="18"/>
                <w:szCs w:val="18"/>
                <w:rtl/>
              </w:rPr>
              <w:t>ربع سنوي</w:t>
            </w:r>
          </w:p>
        </w:tc>
        <w:tc>
          <w:tcPr>
            <w:tcW w:w="3628" w:type="dxa"/>
            <w:vAlign w:val="center"/>
          </w:tcPr>
          <w:p w14:paraId="21326A7C" w14:textId="77777777" w:rsidR="00E050A2" w:rsidRDefault="004F2FC6">
            <w:pPr>
              <w:bidi/>
              <w:spacing w:before="30" w:after="30"/>
            </w:pPr>
            <w:r>
              <w:rPr>
                <w:sz w:val="18"/>
                <w:szCs w:val="18"/>
                <w:rtl/>
              </w:rPr>
              <w:t>تقرير تدقيق وCAR</w:t>
            </w:r>
          </w:p>
        </w:tc>
      </w:tr>
      <w:tr w:rsidR="00E050A2" w14:paraId="222C26FD" w14:textId="77777777">
        <w:trPr>
          <w:cantSplit/>
          <w:trHeight w:val="340"/>
          <w:jc w:val="center"/>
        </w:trPr>
        <w:tc>
          <w:tcPr>
            <w:tcW w:w="2268" w:type="dxa"/>
            <w:shd w:val="clear" w:color="auto" w:fill="EEF1FA"/>
            <w:vAlign w:val="center"/>
          </w:tcPr>
          <w:p w14:paraId="7D5AD66E" w14:textId="77777777" w:rsidR="00E050A2" w:rsidRDefault="004F2FC6">
            <w:pPr>
              <w:bidi/>
              <w:spacing w:before="30" w:after="30"/>
            </w:pPr>
            <w:r>
              <w:rPr>
                <w:sz w:val="18"/>
                <w:szCs w:val="18"/>
                <w:rtl/>
              </w:rPr>
              <w:t>تدقيق الاستشاري على المقاول</w:t>
            </w:r>
          </w:p>
        </w:tc>
        <w:tc>
          <w:tcPr>
            <w:tcW w:w="2154" w:type="dxa"/>
            <w:shd w:val="clear" w:color="auto" w:fill="EEF1FA"/>
            <w:vAlign w:val="center"/>
          </w:tcPr>
          <w:p w14:paraId="20E127E2" w14:textId="77777777" w:rsidR="00E050A2" w:rsidRDefault="004F2FC6">
            <w:pPr>
              <w:bidi/>
              <w:spacing w:before="30" w:after="30"/>
            </w:pPr>
            <w:r>
              <w:rPr>
                <w:sz w:val="18"/>
                <w:szCs w:val="18"/>
                <w:rtl/>
              </w:rPr>
              <w:t>الاستشاري ACE</w:t>
            </w:r>
          </w:p>
        </w:tc>
        <w:tc>
          <w:tcPr>
            <w:tcW w:w="2041" w:type="dxa"/>
            <w:shd w:val="clear" w:color="auto" w:fill="EEF1FA"/>
            <w:vAlign w:val="center"/>
          </w:tcPr>
          <w:p w14:paraId="78C3CE8F" w14:textId="77777777" w:rsidR="00E050A2" w:rsidRDefault="004F2FC6">
            <w:pPr>
              <w:bidi/>
              <w:spacing w:before="30" w:after="30"/>
            </w:pPr>
            <w:r>
              <w:rPr>
                <w:sz w:val="18"/>
                <w:szCs w:val="18"/>
                <w:rtl/>
              </w:rPr>
              <w:t>كل 4 أشهر أو عند تكرار NCR</w:t>
            </w:r>
          </w:p>
        </w:tc>
        <w:tc>
          <w:tcPr>
            <w:tcW w:w="3628" w:type="dxa"/>
            <w:shd w:val="clear" w:color="auto" w:fill="EEF1FA"/>
            <w:vAlign w:val="center"/>
          </w:tcPr>
          <w:p w14:paraId="0AD82C67" w14:textId="77777777" w:rsidR="00E050A2" w:rsidRDefault="004F2FC6">
            <w:pPr>
              <w:bidi/>
              <w:spacing w:before="30" w:after="30"/>
            </w:pPr>
            <w:r>
              <w:rPr>
                <w:sz w:val="18"/>
                <w:szCs w:val="18"/>
                <w:rtl/>
              </w:rPr>
              <w:t>تقرير وCAR بمهلة 14 يوما</w:t>
            </w:r>
          </w:p>
        </w:tc>
      </w:tr>
      <w:tr w:rsidR="00E050A2" w14:paraId="16AEF4E8" w14:textId="77777777">
        <w:trPr>
          <w:cantSplit/>
          <w:trHeight w:val="340"/>
          <w:jc w:val="center"/>
        </w:trPr>
        <w:tc>
          <w:tcPr>
            <w:tcW w:w="2268" w:type="dxa"/>
            <w:vAlign w:val="center"/>
          </w:tcPr>
          <w:p w14:paraId="12E07AE6" w14:textId="77777777" w:rsidR="00E050A2" w:rsidRDefault="004F2FC6">
            <w:pPr>
              <w:bidi/>
              <w:spacing w:before="30" w:after="30"/>
            </w:pPr>
            <w:r>
              <w:rPr>
                <w:sz w:val="18"/>
                <w:szCs w:val="18"/>
                <w:rtl/>
              </w:rPr>
              <w:t>تدقيق مقاولي الباطن والموردين</w:t>
            </w:r>
          </w:p>
        </w:tc>
        <w:tc>
          <w:tcPr>
            <w:tcW w:w="2154" w:type="dxa"/>
            <w:vAlign w:val="center"/>
          </w:tcPr>
          <w:p w14:paraId="48D78BDE" w14:textId="77777777" w:rsidR="00E050A2" w:rsidRDefault="004F2FC6">
            <w:pPr>
              <w:bidi/>
              <w:spacing w:before="30" w:after="30"/>
            </w:pPr>
            <w:r>
              <w:rPr>
                <w:sz w:val="18"/>
                <w:szCs w:val="18"/>
                <w:rtl/>
              </w:rPr>
              <w:t>المقاول بحضور الاستشاري</w:t>
            </w:r>
          </w:p>
        </w:tc>
        <w:tc>
          <w:tcPr>
            <w:tcW w:w="2041" w:type="dxa"/>
            <w:vAlign w:val="center"/>
          </w:tcPr>
          <w:p w14:paraId="101D93FA" w14:textId="77777777" w:rsidR="00E050A2" w:rsidRDefault="004F2FC6">
            <w:pPr>
              <w:bidi/>
              <w:spacing w:before="30" w:after="30"/>
            </w:pPr>
            <w:r>
              <w:rPr>
                <w:sz w:val="18"/>
                <w:szCs w:val="18"/>
                <w:rtl/>
              </w:rPr>
              <w:t>قبل التعاقد وعند الحاجة</w:t>
            </w:r>
          </w:p>
        </w:tc>
        <w:tc>
          <w:tcPr>
            <w:tcW w:w="3628" w:type="dxa"/>
            <w:vAlign w:val="center"/>
          </w:tcPr>
          <w:p w14:paraId="59C28681" w14:textId="77777777" w:rsidR="00E050A2" w:rsidRDefault="004F2FC6">
            <w:pPr>
              <w:bidi/>
              <w:spacing w:before="30" w:after="30"/>
            </w:pPr>
            <w:r>
              <w:rPr>
                <w:sz w:val="18"/>
                <w:szCs w:val="18"/>
                <w:rtl/>
              </w:rPr>
              <w:t>قبول أو رفض المورد</w:t>
            </w:r>
          </w:p>
        </w:tc>
      </w:tr>
      <w:tr w:rsidR="00E050A2" w14:paraId="56B0E26D" w14:textId="77777777">
        <w:trPr>
          <w:cantSplit/>
          <w:trHeight w:val="340"/>
          <w:jc w:val="center"/>
        </w:trPr>
        <w:tc>
          <w:tcPr>
            <w:tcW w:w="2268" w:type="dxa"/>
            <w:shd w:val="clear" w:color="auto" w:fill="EEF1FA"/>
            <w:vAlign w:val="center"/>
          </w:tcPr>
          <w:p w14:paraId="50F62D4A" w14:textId="77777777" w:rsidR="00E050A2" w:rsidRDefault="004F2FC6">
            <w:pPr>
              <w:bidi/>
              <w:spacing w:before="30" w:after="30"/>
            </w:pPr>
            <w:r>
              <w:rPr>
                <w:sz w:val="18"/>
                <w:szCs w:val="18"/>
                <w:rtl/>
              </w:rPr>
              <w:t>تدقيق المختبر</w:t>
            </w:r>
          </w:p>
        </w:tc>
        <w:tc>
          <w:tcPr>
            <w:tcW w:w="2154" w:type="dxa"/>
            <w:shd w:val="clear" w:color="auto" w:fill="EEF1FA"/>
            <w:vAlign w:val="center"/>
          </w:tcPr>
          <w:p w14:paraId="0F3454E4" w14:textId="77777777" w:rsidR="00E050A2" w:rsidRDefault="004F2FC6">
            <w:pPr>
              <w:bidi/>
              <w:spacing w:before="30" w:after="30"/>
            </w:pPr>
            <w:r>
              <w:rPr>
                <w:sz w:val="18"/>
                <w:szCs w:val="18"/>
                <w:rtl/>
              </w:rPr>
              <w:t>الاستشاري</w:t>
            </w:r>
          </w:p>
        </w:tc>
        <w:tc>
          <w:tcPr>
            <w:tcW w:w="2041" w:type="dxa"/>
            <w:shd w:val="clear" w:color="auto" w:fill="EEF1FA"/>
            <w:vAlign w:val="center"/>
          </w:tcPr>
          <w:p w14:paraId="65A95C9B" w14:textId="77777777" w:rsidR="00E050A2" w:rsidRDefault="004F2FC6">
            <w:pPr>
              <w:bidi/>
              <w:spacing w:before="30" w:after="30"/>
            </w:pPr>
            <w:r>
              <w:rPr>
                <w:sz w:val="18"/>
                <w:szCs w:val="18"/>
                <w:rtl/>
              </w:rPr>
              <w:t>عند الاعتماد ونصف سنوي</w:t>
            </w:r>
          </w:p>
        </w:tc>
        <w:tc>
          <w:tcPr>
            <w:tcW w:w="3628" w:type="dxa"/>
            <w:shd w:val="clear" w:color="auto" w:fill="EEF1FA"/>
            <w:vAlign w:val="center"/>
          </w:tcPr>
          <w:p w14:paraId="2D52A5D7" w14:textId="77777777" w:rsidR="00E050A2" w:rsidRDefault="004F2FC6">
            <w:pPr>
              <w:bidi/>
              <w:spacing w:before="30" w:after="30"/>
            </w:pPr>
            <w:r>
              <w:rPr>
                <w:sz w:val="18"/>
                <w:szCs w:val="18"/>
                <w:rtl/>
              </w:rPr>
              <w:t>تقرير زيارة</w:t>
            </w:r>
          </w:p>
        </w:tc>
      </w:tr>
    </w:tbl>
    <w:p w14:paraId="5AEB47B6" w14:textId="77777777" w:rsidR="00E050A2" w:rsidRDefault="00E050A2">
      <w:pPr>
        <w:bidi/>
        <w:spacing w:after="40"/>
      </w:pPr>
    </w:p>
    <w:p w14:paraId="0F2B0256" w14:textId="77777777" w:rsidR="00E050A2" w:rsidRDefault="004F2FC6">
      <w:pPr>
        <w:keepNext/>
        <w:bidi/>
        <w:spacing w:after="120"/>
        <w:outlineLvl w:val="1"/>
      </w:pPr>
      <w:r>
        <w:rPr>
          <w:b/>
          <w:bCs/>
          <w:color w:val="052976"/>
          <w:sz w:val="25"/>
          <w:szCs w:val="25"/>
          <w:rtl/>
        </w:rPr>
        <w:t>14.2 مراجعة الإدارة</w:t>
      </w:r>
    </w:p>
    <w:p w14:paraId="00056255" w14:textId="77777777" w:rsidR="00E050A2" w:rsidRDefault="004F2FC6">
      <w:pPr>
        <w:bidi/>
        <w:spacing w:after="80"/>
      </w:pPr>
      <w:r>
        <w:rPr>
          <w:sz w:val="21"/>
          <w:szCs w:val="21"/>
          <w:rtl/>
        </w:rPr>
        <w:t>تعقد مراجعة إدارة شهرية بحضور مدير المشاريع لدى الاستشاري ومدير المشروع ومدير الجودة لدى المقاول وممثل المالك، وتشمل مدخلاتها: مؤشرات الأداء، حالة NCR وCAR، نتائج التدقيق، شكاوى المالك، كفاية الموارد، المخاطر والفرص، وفاعلية الإجراءات السابقة. توثق القرارات في محضر مرقم بمسؤول وتاريخ لكل إجراء.</w:t>
      </w:r>
    </w:p>
    <w:p w14:paraId="6999F61F" w14:textId="77777777" w:rsidR="00E050A2" w:rsidRDefault="004F2FC6">
      <w:pPr>
        <w:keepNext/>
        <w:pBdr>
          <w:bottom w:val="single" w:sz="8" w:space="1" w:color="2633FF"/>
        </w:pBdr>
        <w:bidi/>
        <w:spacing w:before="200" w:after="120"/>
        <w:outlineLvl w:val="0"/>
      </w:pPr>
      <w:r>
        <w:rPr>
          <w:b/>
          <w:bCs/>
          <w:color w:val="052976"/>
          <w:sz w:val="30"/>
          <w:szCs w:val="30"/>
          <w:rtl/>
        </w:rPr>
        <w:t>15. التسليم وتسليم سجلات الجودة</w:t>
      </w:r>
    </w:p>
    <w:p w14:paraId="5283F9A6" w14:textId="77777777" w:rsidR="00E050A2" w:rsidRDefault="004F2FC6">
      <w:pPr>
        <w:keepNext/>
        <w:bidi/>
        <w:spacing w:after="120"/>
        <w:outlineLvl w:val="1"/>
      </w:pPr>
      <w:r>
        <w:rPr>
          <w:b/>
          <w:bCs/>
          <w:color w:val="052976"/>
          <w:sz w:val="25"/>
          <w:szCs w:val="25"/>
          <w:rtl/>
        </w:rPr>
        <w:t>15.1 مراحل التسليم</w:t>
      </w:r>
    </w:p>
    <w:p w14:paraId="2C0D3CB5" w14:textId="77777777" w:rsidR="00E050A2" w:rsidRDefault="004F2FC6">
      <w:pPr>
        <w:bidi/>
        <w:spacing w:after="40"/>
      </w:pPr>
      <w:r>
        <w:rPr>
          <w:sz w:val="21"/>
          <w:szCs w:val="21"/>
          <w:rtl/>
        </w:rPr>
        <w:t>15.1.1  فحص ذاتي من المقاول لكل منطقة، ثم فحص مشترك وإعداد قائمة ملاحظات Punch List مرقمة بالمنطقة والتخصص.</w:t>
      </w:r>
    </w:p>
    <w:p w14:paraId="12DEB8B5" w14:textId="77777777" w:rsidR="00E050A2" w:rsidRDefault="004F2FC6">
      <w:pPr>
        <w:bidi/>
        <w:spacing w:after="40"/>
      </w:pPr>
      <w:r>
        <w:rPr>
          <w:sz w:val="21"/>
          <w:szCs w:val="21"/>
          <w:rtl/>
        </w:rPr>
        <w:t>15.1.2  إغلاق ملاحظات Punch List واختبارات التشغيل والاختبارات المتكاملة للأنظمة Testing and Commissioning بحضور الاستشاري.</w:t>
      </w:r>
    </w:p>
    <w:p w14:paraId="0560C023" w14:textId="77777777" w:rsidR="00E050A2" w:rsidRDefault="004F2FC6">
      <w:pPr>
        <w:bidi/>
        <w:spacing w:after="40"/>
      </w:pPr>
      <w:r>
        <w:rPr>
          <w:sz w:val="21"/>
          <w:szCs w:val="21"/>
          <w:rtl/>
        </w:rPr>
        <w:t>15.1.3  الاستلام الابتدائي بمحضر موقع من لجنة الأطراف الثلاثة، ويرفق به بيان الملاحظات غير المانعة والمبالغ المعلقة لها.</w:t>
      </w:r>
    </w:p>
    <w:p w14:paraId="6BB7C405" w14:textId="77777777" w:rsidR="00E050A2" w:rsidRDefault="004F2FC6">
      <w:pPr>
        <w:bidi/>
        <w:spacing w:after="40"/>
      </w:pPr>
      <w:r>
        <w:rPr>
          <w:sz w:val="21"/>
          <w:szCs w:val="21"/>
          <w:rtl/>
        </w:rPr>
        <w:t>15.1.4  فترة الضمان، ثم فحص ما قبل الاستلام النهائي، والاستلام النهائي بعد إصلاح جميع العيوب.</w:t>
      </w:r>
    </w:p>
    <w:p w14:paraId="03E7F4B2" w14:textId="77777777" w:rsidR="00E050A2" w:rsidRDefault="004F2FC6">
      <w:pPr>
        <w:keepNext/>
        <w:bidi/>
        <w:spacing w:after="120"/>
        <w:outlineLvl w:val="1"/>
      </w:pPr>
      <w:r>
        <w:rPr>
          <w:b/>
          <w:bCs/>
          <w:color w:val="052976"/>
          <w:sz w:val="25"/>
          <w:szCs w:val="25"/>
          <w:rtl/>
        </w:rPr>
        <w:t>15.2 بنود الاستلام من خطة ITP (تخصص HAND)</w:t>
      </w:r>
    </w:p>
    <w:tbl>
      <w:tblPr>
        <w:tblStyle w:val="TableGrid"/>
        <w:bidiVisual/>
        <w:tblW w:w="0" w:type="auto"/>
        <w:jc w:val="center"/>
        <w:tblLayout w:type="fixed"/>
        <w:tblLook w:val="04A0" w:firstRow="1" w:lastRow="0" w:firstColumn="1" w:lastColumn="0" w:noHBand="0" w:noVBand="1"/>
      </w:tblPr>
      <w:tblGrid>
        <w:gridCol w:w="4195"/>
        <w:gridCol w:w="907"/>
        <w:gridCol w:w="737"/>
        <w:gridCol w:w="737"/>
        <w:gridCol w:w="737"/>
        <w:gridCol w:w="2778"/>
      </w:tblGrid>
      <w:tr w:rsidR="00E050A2" w14:paraId="40937FDD" w14:textId="77777777">
        <w:trPr>
          <w:cantSplit/>
          <w:trHeight w:val="340"/>
          <w:tblHeader/>
          <w:jc w:val="center"/>
        </w:trPr>
        <w:tc>
          <w:tcPr>
            <w:tcW w:w="4195" w:type="dxa"/>
            <w:shd w:val="clear" w:color="auto" w:fill="052976"/>
            <w:vAlign w:val="center"/>
          </w:tcPr>
          <w:p w14:paraId="74A31452" w14:textId="77777777" w:rsidR="00E050A2" w:rsidRDefault="004F2FC6">
            <w:pPr>
              <w:bidi/>
              <w:spacing w:before="30" w:after="30"/>
              <w:jc w:val="center"/>
            </w:pPr>
            <w:r>
              <w:rPr>
                <w:b/>
                <w:bCs/>
                <w:color w:val="FFFFFF"/>
                <w:sz w:val="19"/>
                <w:szCs w:val="19"/>
                <w:rtl/>
              </w:rPr>
              <w:t>موضوع الاستلام</w:t>
            </w:r>
          </w:p>
        </w:tc>
        <w:tc>
          <w:tcPr>
            <w:tcW w:w="907" w:type="dxa"/>
            <w:shd w:val="clear" w:color="auto" w:fill="052976"/>
            <w:vAlign w:val="center"/>
          </w:tcPr>
          <w:p w14:paraId="2F4F8ED1" w14:textId="77777777" w:rsidR="00E050A2" w:rsidRDefault="004F2FC6">
            <w:pPr>
              <w:bidi/>
              <w:spacing w:before="30" w:after="30"/>
              <w:jc w:val="center"/>
            </w:pPr>
            <w:r>
              <w:rPr>
                <w:b/>
                <w:bCs/>
                <w:color w:val="FFFFFF"/>
                <w:sz w:val="19"/>
                <w:szCs w:val="19"/>
                <w:rtl/>
              </w:rPr>
              <w:t>البنود</w:t>
            </w:r>
          </w:p>
        </w:tc>
        <w:tc>
          <w:tcPr>
            <w:tcW w:w="737" w:type="dxa"/>
            <w:shd w:val="clear" w:color="auto" w:fill="052976"/>
            <w:vAlign w:val="center"/>
          </w:tcPr>
          <w:p w14:paraId="1A26B9AD" w14:textId="77777777" w:rsidR="00E050A2" w:rsidRDefault="004F2FC6">
            <w:pPr>
              <w:bidi/>
              <w:spacing w:before="30" w:after="30"/>
              <w:jc w:val="center"/>
            </w:pPr>
            <w:r>
              <w:rPr>
                <w:b/>
                <w:bCs/>
                <w:color w:val="FFFFFF"/>
                <w:sz w:val="19"/>
                <w:szCs w:val="19"/>
                <w:rtl/>
              </w:rPr>
              <w:t>H</w:t>
            </w:r>
          </w:p>
        </w:tc>
        <w:tc>
          <w:tcPr>
            <w:tcW w:w="737" w:type="dxa"/>
            <w:shd w:val="clear" w:color="auto" w:fill="052976"/>
            <w:vAlign w:val="center"/>
          </w:tcPr>
          <w:p w14:paraId="5AADDBD7" w14:textId="77777777" w:rsidR="00E050A2" w:rsidRDefault="004F2FC6">
            <w:pPr>
              <w:bidi/>
              <w:spacing w:before="30" w:after="30"/>
              <w:jc w:val="center"/>
            </w:pPr>
            <w:r>
              <w:rPr>
                <w:b/>
                <w:bCs/>
                <w:color w:val="FFFFFF"/>
                <w:sz w:val="19"/>
                <w:szCs w:val="19"/>
                <w:rtl/>
              </w:rPr>
              <w:t>W</w:t>
            </w:r>
          </w:p>
        </w:tc>
        <w:tc>
          <w:tcPr>
            <w:tcW w:w="737" w:type="dxa"/>
            <w:shd w:val="clear" w:color="auto" w:fill="052976"/>
            <w:vAlign w:val="center"/>
          </w:tcPr>
          <w:p w14:paraId="5AD7B792" w14:textId="77777777" w:rsidR="00E050A2" w:rsidRDefault="004F2FC6">
            <w:pPr>
              <w:bidi/>
              <w:spacing w:before="30" w:after="30"/>
              <w:jc w:val="center"/>
            </w:pPr>
            <w:r>
              <w:rPr>
                <w:b/>
                <w:bCs/>
                <w:color w:val="FFFFFF"/>
                <w:sz w:val="19"/>
                <w:szCs w:val="19"/>
                <w:rtl/>
              </w:rPr>
              <w:t>R</w:t>
            </w:r>
          </w:p>
        </w:tc>
        <w:tc>
          <w:tcPr>
            <w:tcW w:w="2778" w:type="dxa"/>
            <w:shd w:val="clear" w:color="auto" w:fill="052976"/>
            <w:vAlign w:val="center"/>
          </w:tcPr>
          <w:p w14:paraId="20AA4E88" w14:textId="77777777" w:rsidR="00E050A2" w:rsidRDefault="004F2FC6">
            <w:pPr>
              <w:bidi/>
              <w:spacing w:before="30" w:after="30"/>
              <w:jc w:val="center"/>
            </w:pPr>
            <w:r>
              <w:rPr>
                <w:b/>
                <w:bCs/>
                <w:color w:val="FFFFFF"/>
                <w:sz w:val="19"/>
                <w:szCs w:val="19"/>
                <w:rtl/>
              </w:rPr>
              <w:t>المرجع</w:t>
            </w:r>
          </w:p>
        </w:tc>
      </w:tr>
      <w:tr w:rsidR="00E050A2" w14:paraId="66C9A9C8" w14:textId="77777777">
        <w:trPr>
          <w:cantSplit/>
          <w:trHeight w:val="340"/>
          <w:jc w:val="center"/>
        </w:trPr>
        <w:tc>
          <w:tcPr>
            <w:tcW w:w="4195" w:type="dxa"/>
            <w:vAlign w:val="center"/>
          </w:tcPr>
          <w:p w14:paraId="759D0D8F" w14:textId="77777777" w:rsidR="00E050A2" w:rsidRDefault="004F2FC6">
            <w:pPr>
              <w:bidi/>
              <w:spacing w:before="30" w:after="30"/>
            </w:pPr>
            <w:r>
              <w:rPr>
                <w:sz w:val="18"/>
                <w:szCs w:val="18"/>
                <w:rtl/>
              </w:rPr>
              <w:t>إجراءات التسليم الابتدائي للمشروع</w:t>
            </w:r>
          </w:p>
        </w:tc>
        <w:tc>
          <w:tcPr>
            <w:tcW w:w="907" w:type="dxa"/>
            <w:vAlign w:val="center"/>
          </w:tcPr>
          <w:p w14:paraId="251E23B5" w14:textId="77777777" w:rsidR="00E050A2" w:rsidRDefault="004F2FC6">
            <w:pPr>
              <w:bidi/>
              <w:spacing w:before="30" w:after="30"/>
              <w:jc w:val="center"/>
            </w:pPr>
            <w:r>
              <w:rPr>
                <w:sz w:val="18"/>
                <w:szCs w:val="18"/>
                <w:rtl/>
              </w:rPr>
              <w:t>27</w:t>
            </w:r>
          </w:p>
        </w:tc>
        <w:tc>
          <w:tcPr>
            <w:tcW w:w="737" w:type="dxa"/>
            <w:vAlign w:val="center"/>
          </w:tcPr>
          <w:p w14:paraId="104C9ADE" w14:textId="77777777" w:rsidR="00E050A2" w:rsidRDefault="004F2FC6">
            <w:pPr>
              <w:bidi/>
              <w:spacing w:before="30" w:after="30"/>
              <w:jc w:val="center"/>
            </w:pPr>
            <w:r>
              <w:rPr>
                <w:sz w:val="18"/>
                <w:szCs w:val="18"/>
                <w:rtl/>
              </w:rPr>
              <w:t>5</w:t>
            </w:r>
          </w:p>
        </w:tc>
        <w:tc>
          <w:tcPr>
            <w:tcW w:w="737" w:type="dxa"/>
            <w:vAlign w:val="center"/>
          </w:tcPr>
          <w:p w14:paraId="65DDEE65" w14:textId="77777777" w:rsidR="00E050A2" w:rsidRDefault="004F2FC6">
            <w:pPr>
              <w:bidi/>
              <w:spacing w:before="30" w:after="30"/>
              <w:jc w:val="center"/>
            </w:pPr>
            <w:r>
              <w:rPr>
                <w:sz w:val="18"/>
                <w:szCs w:val="18"/>
                <w:rtl/>
              </w:rPr>
              <w:t>3</w:t>
            </w:r>
          </w:p>
        </w:tc>
        <w:tc>
          <w:tcPr>
            <w:tcW w:w="737" w:type="dxa"/>
            <w:vAlign w:val="center"/>
          </w:tcPr>
          <w:p w14:paraId="0E0F77EE" w14:textId="77777777" w:rsidR="00E050A2" w:rsidRDefault="004F2FC6">
            <w:pPr>
              <w:bidi/>
              <w:spacing w:before="30" w:after="30"/>
              <w:jc w:val="center"/>
            </w:pPr>
            <w:r>
              <w:rPr>
                <w:sz w:val="18"/>
                <w:szCs w:val="18"/>
                <w:rtl/>
              </w:rPr>
              <w:t>19</w:t>
            </w:r>
          </w:p>
        </w:tc>
        <w:tc>
          <w:tcPr>
            <w:tcW w:w="2778" w:type="dxa"/>
            <w:vAlign w:val="center"/>
          </w:tcPr>
          <w:p w14:paraId="027893C5" w14:textId="77777777" w:rsidR="00E050A2" w:rsidRDefault="004F2FC6">
            <w:pPr>
              <w:bidi/>
              <w:spacing w:before="30" w:after="30"/>
              <w:jc w:val="center"/>
            </w:pPr>
            <w:r>
              <w:rPr>
                <w:sz w:val="18"/>
                <w:szCs w:val="18"/>
                <w:rtl/>
              </w:rPr>
              <w:t>ص 293 وغيرها</w:t>
            </w:r>
          </w:p>
        </w:tc>
      </w:tr>
      <w:tr w:rsidR="00E050A2" w14:paraId="39F5BF97" w14:textId="77777777">
        <w:trPr>
          <w:cantSplit/>
          <w:trHeight w:val="340"/>
          <w:jc w:val="center"/>
        </w:trPr>
        <w:tc>
          <w:tcPr>
            <w:tcW w:w="4195" w:type="dxa"/>
            <w:shd w:val="clear" w:color="auto" w:fill="EEF1FA"/>
            <w:vAlign w:val="center"/>
          </w:tcPr>
          <w:p w14:paraId="618346DB" w14:textId="77777777" w:rsidR="00E050A2" w:rsidRDefault="004F2FC6">
            <w:pPr>
              <w:bidi/>
              <w:spacing w:before="30" w:after="30"/>
            </w:pPr>
            <w:r>
              <w:rPr>
                <w:sz w:val="18"/>
                <w:szCs w:val="18"/>
                <w:rtl/>
              </w:rPr>
              <w:t>الاستلام الابتدائي: الأعمال المعمارية</w:t>
            </w:r>
          </w:p>
        </w:tc>
        <w:tc>
          <w:tcPr>
            <w:tcW w:w="907" w:type="dxa"/>
            <w:shd w:val="clear" w:color="auto" w:fill="EEF1FA"/>
            <w:vAlign w:val="center"/>
          </w:tcPr>
          <w:p w14:paraId="0442314E" w14:textId="77777777" w:rsidR="00E050A2" w:rsidRDefault="004F2FC6">
            <w:pPr>
              <w:bidi/>
              <w:spacing w:before="30" w:after="30"/>
              <w:jc w:val="center"/>
            </w:pPr>
            <w:r>
              <w:rPr>
                <w:sz w:val="18"/>
                <w:szCs w:val="18"/>
                <w:rtl/>
              </w:rPr>
              <w:t>35</w:t>
            </w:r>
          </w:p>
        </w:tc>
        <w:tc>
          <w:tcPr>
            <w:tcW w:w="737" w:type="dxa"/>
            <w:shd w:val="clear" w:color="auto" w:fill="EEF1FA"/>
            <w:vAlign w:val="center"/>
          </w:tcPr>
          <w:p w14:paraId="7A6A2678" w14:textId="77777777" w:rsidR="00E050A2" w:rsidRDefault="004F2FC6">
            <w:pPr>
              <w:bidi/>
              <w:spacing w:before="30" w:after="30"/>
              <w:jc w:val="center"/>
            </w:pPr>
            <w:r>
              <w:rPr>
                <w:sz w:val="18"/>
                <w:szCs w:val="18"/>
                <w:rtl/>
              </w:rPr>
              <w:t>4</w:t>
            </w:r>
          </w:p>
        </w:tc>
        <w:tc>
          <w:tcPr>
            <w:tcW w:w="737" w:type="dxa"/>
            <w:shd w:val="clear" w:color="auto" w:fill="EEF1FA"/>
            <w:vAlign w:val="center"/>
          </w:tcPr>
          <w:p w14:paraId="5552BF15" w14:textId="77777777" w:rsidR="00E050A2" w:rsidRDefault="004F2FC6">
            <w:pPr>
              <w:bidi/>
              <w:spacing w:before="30" w:after="30"/>
              <w:jc w:val="center"/>
            </w:pPr>
            <w:r>
              <w:rPr>
                <w:sz w:val="18"/>
                <w:szCs w:val="18"/>
                <w:rtl/>
              </w:rPr>
              <w:t>26</w:t>
            </w:r>
          </w:p>
        </w:tc>
        <w:tc>
          <w:tcPr>
            <w:tcW w:w="737" w:type="dxa"/>
            <w:shd w:val="clear" w:color="auto" w:fill="EEF1FA"/>
            <w:vAlign w:val="center"/>
          </w:tcPr>
          <w:p w14:paraId="62795B46" w14:textId="77777777" w:rsidR="00E050A2" w:rsidRDefault="004F2FC6">
            <w:pPr>
              <w:bidi/>
              <w:spacing w:before="30" w:after="30"/>
              <w:jc w:val="center"/>
            </w:pPr>
            <w:r>
              <w:rPr>
                <w:sz w:val="18"/>
                <w:szCs w:val="18"/>
                <w:rtl/>
              </w:rPr>
              <w:t>5</w:t>
            </w:r>
          </w:p>
        </w:tc>
        <w:tc>
          <w:tcPr>
            <w:tcW w:w="2778" w:type="dxa"/>
            <w:shd w:val="clear" w:color="auto" w:fill="EEF1FA"/>
            <w:vAlign w:val="center"/>
          </w:tcPr>
          <w:p w14:paraId="64AF73AE" w14:textId="77777777" w:rsidR="00E050A2" w:rsidRDefault="004F2FC6">
            <w:pPr>
              <w:bidi/>
              <w:spacing w:before="30" w:after="30"/>
              <w:jc w:val="center"/>
            </w:pPr>
            <w:r>
              <w:rPr>
                <w:sz w:val="18"/>
                <w:szCs w:val="18"/>
                <w:rtl/>
              </w:rPr>
              <w:t>ص 294 وغيرها</w:t>
            </w:r>
          </w:p>
        </w:tc>
      </w:tr>
      <w:tr w:rsidR="00E050A2" w14:paraId="1EDC6586" w14:textId="77777777">
        <w:trPr>
          <w:cantSplit/>
          <w:trHeight w:val="340"/>
          <w:jc w:val="center"/>
        </w:trPr>
        <w:tc>
          <w:tcPr>
            <w:tcW w:w="4195" w:type="dxa"/>
            <w:vAlign w:val="center"/>
          </w:tcPr>
          <w:p w14:paraId="23C3D47B" w14:textId="77777777" w:rsidR="00E050A2" w:rsidRDefault="004F2FC6">
            <w:pPr>
              <w:bidi/>
              <w:spacing w:before="30" w:after="30"/>
            </w:pPr>
            <w:r>
              <w:rPr>
                <w:sz w:val="18"/>
                <w:szCs w:val="18"/>
                <w:rtl/>
              </w:rPr>
              <w:t>الاستلام الابتدائي: الأعمال الميكانيكية والتكييف</w:t>
            </w:r>
          </w:p>
        </w:tc>
        <w:tc>
          <w:tcPr>
            <w:tcW w:w="907" w:type="dxa"/>
            <w:vAlign w:val="center"/>
          </w:tcPr>
          <w:p w14:paraId="2ABB373F" w14:textId="77777777" w:rsidR="00E050A2" w:rsidRDefault="004F2FC6">
            <w:pPr>
              <w:bidi/>
              <w:spacing w:before="30" w:after="30"/>
              <w:jc w:val="center"/>
            </w:pPr>
            <w:r>
              <w:rPr>
                <w:sz w:val="18"/>
                <w:szCs w:val="18"/>
                <w:rtl/>
              </w:rPr>
              <w:t>23</w:t>
            </w:r>
          </w:p>
        </w:tc>
        <w:tc>
          <w:tcPr>
            <w:tcW w:w="737" w:type="dxa"/>
            <w:vAlign w:val="center"/>
          </w:tcPr>
          <w:p w14:paraId="6B432714" w14:textId="77777777" w:rsidR="00E050A2" w:rsidRDefault="004F2FC6">
            <w:pPr>
              <w:bidi/>
              <w:spacing w:before="30" w:after="30"/>
              <w:jc w:val="center"/>
            </w:pPr>
            <w:r>
              <w:rPr>
                <w:sz w:val="18"/>
                <w:szCs w:val="18"/>
                <w:rtl/>
              </w:rPr>
              <w:t>3</w:t>
            </w:r>
          </w:p>
        </w:tc>
        <w:tc>
          <w:tcPr>
            <w:tcW w:w="737" w:type="dxa"/>
            <w:vAlign w:val="center"/>
          </w:tcPr>
          <w:p w14:paraId="0A3F1724" w14:textId="77777777" w:rsidR="00E050A2" w:rsidRDefault="004F2FC6">
            <w:pPr>
              <w:bidi/>
              <w:spacing w:before="30" w:after="30"/>
              <w:jc w:val="center"/>
            </w:pPr>
            <w:r>
              <w:rPr>
                <w:sz w:val="18"/>
                <w:szCs w:val="18"/>
                <w:rtl/>
              </w:rPr>
              <w:t>11</w:t>
            </w:r>
          </w:p>
        </w:tc>
        <w:tc>
          <w:tcPr>
            <w:tcW w:w="737" w:type="dxa"/>
            <w:vAlign w:val="center"/>
          </w:tcPr>
          <w:p w14:paraId="316770B5" w14:textId="77777777" w:rsidR="00E050A2" w:rsidRDefault="004F2FC6">
            <w:pPr>
              <w:bidi/>
              <w:spacing w:before="30" w:after="30"/>
              <w:jc w:val="center"/>
            </w:pPr>
            <w:r>
              <w:rPr>
                <w:sz w:val="18"/>
                <w:szCs w:val="18"/>
                <w:rtl/>
              </w:rPr>
              <w:t>9</w:t>
            </w:r>
          </w:p>
        </w:tc>
        <w:tc>
          <w:tcPr>
            <w:tcW w:w="2778" w:type="dxa"/>
            <w:vAlign w:val="center"/>
          </w:tcPr>
          <w:p w14:paraId="685BA52C" w14:textId="77777777" w:rsidR="00E050A2" w:rsidRDefault="004F2FC6">
            <w:pPr>
              <w:bidi/>
              <w:spacing w:before="30" w:after="30"/>
              <w:jc w:val="center"/>
            </w:pPr>
            <w:r>
              <w:rPr>
                <w:sz w:val="18"/>
                <w:szCs w:val="18"/>
                <w:rtl/>
              </w:rPr>
              <w:t>ص 296 وغيرها</w:t>
            </w:r>
          </w:p>
        </w:tc>
      </w:tr>
      <w:tr w:rsidR="00E050A2" w14:paraId="158100B6" w14:textId="77777777">
        <w:trPr>
          <w:cantSplit/>
          <w:trHeight w:val="340"/>
          <w:jc w:val="center"/>
        </w:trPr>
        <w:tc>
          <w:tcPr>
            <w:tcW w:w="4195" w:type="dxa"/>
            <w:shd w:val="clear" w:color="auto" w:fill="EEF1FA"/>
            <w:vAlign w:val="center"/>
          </w:tcPr>
          <w:p w14:paraId="082F85AC" w14:textId="77777777" w:rsidR="00E050A2" w:rsidRDefault="004F2FC6">
            <w:pPr>
              <w:bidi/>
              <w:spacing w:before="30" w:after="30"/>
            </w:pPr>
            <w:r>
              <w:rPr>
                <w:sz w:val="18"/>
                <w:szCs w:val="18"/>
                <w:rtl/>
              </w:rPr>
              <w:t>الاستلام الابتدائي: شبكة الحريق والمضخات</w:t>
            </w:r>
          </w:p>
        </w:tc>
        <w:tc>
          <w:tcPr>
            <w:tcW w:w="907" w:type="dxa"/>
            <w:shd w:val="clear" w:color="auto" w:fill="EEF1FA"/>
            <w:vAlign w:val="center"/>
          </w:tcPr>
          <w:p w14:paraId="2227CF9C" w14:textId="77777777" w:rsidR="00E050A2" w:rsidRDefault="004F2FC6">
            <w:pPr>
              <w:bidi/>
              <w:spacing w:before="30" w:after="30"/>
              <w:jc w:val="center"/>
            </w:pPr>
            <w:r>
              <w:rPr>
                <w:sz w:val="18"/>
                <w:szCs w:val="18"/>
                <w:rtl/>
              </w:rPr>
              <w:t>16</w:t>
            </w:r>
          </w:p>
        </w:tc>
        <w:tc>
          <w:tcPr>
            <w:tcW w:w="737" w:type="dxa"/>
            <w:shd w:val="clear" w:color="auto" w:fill="EEF1FA"/>
            <w:vAlign w:val="center"/>
          </w:tcPr>
          <w:p w14:paraId="6C544905" w14:textId="77777777" w:rsidR="00E050A2" w:rsidRDefault="004F2FC6">
            <w:pPr>
              <w:bidi/>
              <w:spacing w:before="30" w:after="30"/>
              <w:jc w:val="center"/>
            </w:pPr>
            <w:r>
              <w:rPr>
                <w:sz w:val="18"/>
                <w:szCs w:val="18"/>
                <w:rtl/>
              </w:rPr>
              <w:t>3</w:t>
            </w:r>
          </w:p>
        </w:tc>
        <w:tc>
          <w:tcPr>
            <w:tcW w:w="737" w:type="dxa"/>
            <w:shd w:val="clear" w:color="auto" w:fill="EEF1FA"/>
            <w:vAlign w:val="center"/>
          </w:tcPr>
          <w:p w14:paraId="78822B3E" w14:textId="77777777" w:rsidR="00E050A2" w:rsidRDefault="004F2FC6">
            <w:pPr>
              <w:bidi/>
              <w:spacing w:before="30" w:after="30"/>
              <w:jc w:val="center"/>
            </w:pPr>
            <w:r>
              <w:rPr>
                <w:sz w:val="18"/>
                <w:szCs w:val="18"/>
                <w:rtl/>
              </w:rPr>
              <w:t>9</w:t>
            </w:r>
          </w:p>
        </w:tc>
        <w:tc>
          <w:tcPr>
            <w:tcW w:w="737" w:type="dxa"/>
            <w:shd w:val="clear" w:color="auto" w:fill="EEF1FA"/>
            <w:vAlign w:val="center"/>
          </w:tcPr>
          <w:p w14:paraId="34C1CF0D" w14:textId="77777777" w:rsidR="00E050A2" w:rsidRDefault="004F2FC6">
            <w:pPr>
              <w:bidi/>
              <w:spacing w:before="30" w:after="30"/>
              <w:jc w:val="center"/>
            </w:pPr>
            <w:r>
              <w:rPr>
                <w:sz w:val="18"/>
                <w:szCs w:val="18"/>
                <w:rtl/>
              </w:rPr>
              <w:t>4</w:t>
            </w:r>
          </w:p>
        </w:tc>
        <w:tc>
          <w:tcPr>
            <w:tcW w:w="2778" w:type="dxa"/>
            <w:shd w:val="clear" w:color="auto" w:fill="EEF1FA"/>
            <w:vAlign w:val="center"/>
          </w:tcPr>
          <w:p w14:paraId="0A31045C" w14:textId="77777777" w:rsidR="00E050A2" w:rsidRDefault="004F2FC6">
            <w:pPr>
              <w:bidi/>
              <w:spacing w:before="30" w:after="30"/>
              <w:jc w:val="center"/>
            </w:pPr>
            <w:r>
              <w:rPr>
                <w:sz w:val="18"/>
                <w:szCs w:val="18"/>
                <w:rtl/>
              </w:rPr>
              <w:t>ص 298</w:t>
            </w:r>
          </w:p>
        </w:tc>
      </w:tr>
      <w:tr w:rsidR="00E050A2" w14:paraId="0EC6710D" w14:textId="77777777">
        <w:trPr>
          <w:cantSplit/>
          <w:trHeight w:val="340"/>
          <w:jc w:val="center"/>
        </w:trPr>
        <w:tc>
          <w:tcPr>
            <w:tcW w:w="4195" w:type="dxa"/>
            <w:vAlign w:val="center"/>
          </w:tcPr>
          <w:p w14:paraId="1104FDF1" w14:textId="77777777" w:rsidR="00E050A2" w:rsidRDefault="004F2FC6">
            <w:pPr>
              <w:bidi/>
              <w:spacing w:before="30" w:after="30"/>
            </w:pPr>
            <w:r>
              <w:rPr>
                <w:sz w:val="18"/>
                <w:szCs w:val="18"/>
                <w:rtl/>
              </w:rPr>
              <w:t>الاستلام الابتدائي: الأعمال الصحية</w:t>
            </w:r>
          </w:p>
        </w:tc>
        <w:tc>
          <w:tcPr>
            <w:tcW w:w="907" w:type="dxa"/>
            <w:vAlign w:val="center"/>
          </w:tcPr>
          <w:p w14:paraId="078EC665" w14:textId="77777777" w:rsidR="00E050A2" w:rsidRDefault="004F2FC6">
            <w:pPr>
              <w:bidi/>
              <w:spacing w:before="30" w:after="30"/>
              <w:jc w:val="center"/>
            </w:pPr>
            <w:r>
              <w:rPr>
                <w:sz w:val="18"/>
                <w:szCs w:val="18"/>
                <w:rtl/>
              </w:rPr>
              <w:t>18</w:t>
            </w:r>
          </w:p>
        </w:tc>
        <w:tc>
          <w:tcPr>
            <w:tcW w:w="737" w:type="dxa"/>
            <w:vAlign w:val="center"/>
          </w:tcPr>
          <w:p w14:paraId="0B5DBAE1" w14:textId="77777777" w:rsidR="00E050A2" w:rsidRDefault="004F2FC6">
            <w:pPr>
              <w:bidi/>
              <w:spacing w:before="30" w:after="30"/>
              <w:jc w:val="center"/>
            </w:pPr>
            <w:r>
              <w:rPr>
                <w:sz w:val="18"/>
                <w:szCs w:val="18"/>
                <w:rtl/>
              </w:rPr>
              <w:t>1</w:t>
            </w:r>
          </w:p>
        </w:tc>
        <w:tc>
          <w:tcPr>
            <w:tcW w:w="737" w:type="dxa"/>
            <w:vAlign w:val="center"/>
          </w:tcPr>
          <w:p w14:paraId="25D70755" w14:textId="77777777" w:rsidR="00E050A2" w:rsidRDefault="004F2FC6">
            <w:pPr>
              <w:bidi/>
              <w:spacing w:before="30" w:after="30"/>
              <w:jc w:val="center"/>
            </w:pPr>
            <w:r>
              <w:rPr>
                <w:sz w:val="18"/>
                <w:szCs w:val="18"/>
                <w:rtl/>
              </w:rPr>
              <w:t>14</w:t>
            </w:r>
          </w:p>
        </w:tc>
        <w:tc>
          <w:tcPr>
            <w:tcW w:w="737" w:type="dxa"/>
            <w:vAlign w:val="center"/>
          </w:tcPr>
          <w:p w14:paraId="45410731" w14:textId="77777777" w:rsidR="00E050A2" w:rsidRDefault="004F2FC6">
            <w:pPr>
              <w:bidi/>
              <w:spacing w:before="30" w:after="30"/>
              <w:jc w:val="center"/>
            </w:pPr>
            <w:r>
              <w:rPr>
                <w:sz w:val="18"/>
                <w:szCs w:val="18"/>
                <w:rtl/>
              </w:rPr>
              <w:t>3</w:t>
            </w:r>
          </w:p>
        </w:tc>
        <w:tc>
          <w:tcPr>
            <w:tcW w:w="2778" w:type="dxa"/>
            <w:vAlign w:val="center"/>
          </w:tcPr>
          <w:p w14:paraId="6ABDCF4B" w14:textId="77777777" w:rsidR="00E050A2" w:rsidRDefault="004F2FC6">
            <w:pPr>
              <w:bidi/>
              <w:spacing w:before="30" w:after="30"/>
              <w:jc w:val="center"/>
            </w:pPr>
            <w:r>
              <w:rPr>
                <w:sz w:val="18"/>
                <w:szCs w:val="18"/>
                <w:rtl/>
              </w:rPr>
              <w:t>ص 298 وغيرها</w:t>
            </w:r>
          </w:p>
        </w:tc>
      </w:tr>
      <w:tr w:rsidR="00E050A2" w14:paraId="50892298" w14:textId="77777777">
        <w:trPr>
          <w:cantSplit/>
          <w:trHeight w:val="340"/>
          <w:jc w:val="center"/>
        </w:trPr>
        <w:tc>
          <w:tcPr>
            <w:tcW w:w="4195" w:type="dxa"/>
            <w:shd w:val="clear" w:color="auto" w:fill="EEF1FA"/>
            <w:vAlign w:val="center"/>
          </w:tcPr>
          <w:p w14:paraId="6DEBBC69" w14:textId="77777777" w:rsidR="00E050A2" w:rsidRDefault="004F2FC6">
            <w:pPr>
              <w:bidi/>
              <w:spacing w:before="30" w:after="30"/>
            </w:pPr>
            <w:r>
              <w:rPr>
                <w:sz w:val="18"/>
                <w:szCs w:val="18"/>
                <w:rtl/>
              </w:rPr>
              <w:t>الاستلام الابتدائي: الأعمال الكهربائية</w:t>
            </w:r>
          </w:p>
        </w:tc>
        <w:tc>
          <w:tcPr>
            <w:tcW w:w="907" w:type="dxa"/>
            <w:shd w:val="clear" w:color="auto" w:fill="EEF1FA"/>
            <w:vAlign w:val="center"/>
          </w:tcPr>
          <w:p w14:paraId="07A80D4C" w14:textId="77777777" w:rsidR="00E050A2" w:rsidRDefault="004F2FC6">
            <w:pPr>
              <w:bidi/>
              <w:spacing w:before="30" w:after="30"/>
              <w:jc w:val="center"/>
            </w:pPr>
            <w:r>
              <w:rPr>
                <w:sz w:val="18"/>
                <w:szCs w:val="18"/>
                <w:rtl/>
              </w:rPr>
              <w:t>46</w:t>
            </w:r>
          </w:p>
        </w:tc>
        <w:tc>
          <w:tcPr>
            <w:tcW w:w="737" w:type="dxa"/>
            <w:shd w:val="clear" w:color="auto" w:fill="EEF1FA"/>
            <w:vAlign w:val="center"/>
          </w:tcPr>
          <w:p w14:paraId="5512C78B" w14:textId="77777777" w:rsidR="00E050A2" w:rsidRDefault="004F2FC6">
            <w:pPr>
              <w:bidi/>
              <w:spacing w:before="30" w:after="30"/>
              <w:jc w:val="center"/>
            </w:pPr>
            <w:r>
              <w:rPr>
                <w:sz w:val="18"/>
                <w:szCs w:val="18"/>
                <w:rtl/>
              </w:rPr>
              <w:t>12</w:t>
            </w:r>
          </w:p>
        </w:tc>
        <w:tc>
          <w:tcPr>
            <w:tcW w:w="737" w:type="dxa"/>
            <w:shd w:val="clear" w:color="auto" w:fill="EEF1FA"/>
            <w:vAlign w:val="center"/>
          </w:tcPr>
          <w:p w14:paraId="4C7DFC68" w14:textId="77777777" w:rsidR="00E050A2" w:rsidRDefault="004F2FC6">
            <w:pPr>
              <w:bidi/>
              <w:spacing w:before="30" w:after="30"/>
              <w:jc w:val="center"/>
            </w:pPr>
            <w:r>
              <w:rPr>
                <w:sz w:val="18"/>
                <w:szCs w:val="18"/>
                <w:rtl/>
              </w:rPr>
              <w:t>28</w:t>
            </w:r>
          </w:p>
        </w:tc>
        <w:tc>
          <w:tcPr>
            <w:tcW w:w="737" w:type="dxa"/>
            <w:shd w:val="clear" w:color="auto" w:fill="EEF1FA"/>
            <w:vAlign w:val="center"/>
          </w:tcPr>
          <w:p w14:paraId="1849049D" w14:textId="77777777" w:rsidR="00E050A2" w:rsidRDefault="004F2FC6">
            <w:pPr>
              <w:bidi/>
              <w:spacing w:before="30" w:after="30"/>
              <w:jc w:val="center"/>
            </w:pPr>
            <w:r>
              <w:rPr>
                <w:sz w:val="18"/>
                <w:szCs w:val="18"/>
                <w:rtl/>
              </w:rPr>
              <w:t>6</w:t>
            </w:r>
          </w:p>
        </w:tc>
        <w:tc>
          <w:tcPr>
            <w:tcW w:w="2778" w:type="dxa"/>
            <w:shd w:val="clear" w:color="auto" w:fill="EEF1FA"/>
            <w:vAlign w:val="center"/>
          </w:tcPr>
          <w:p w14:paraId="4442C4EA" w14:textId="77777777" w:rsidR="00E050A2" w:rsidRDefault="004F2FC6">
            <w:pPr>
              <w:bidi/>
              <w:spacing w:before="30" w:after="30"/>
              <w:jc w:val="center"/>
            </w:pPr>
            <w:r>
              <w:rPr>
                <w:sz w:val="18"/>
                <w:szCs w:val="18"/>
                <w:rtl/>
              </w:rPr>
              <w:t>ص 299 وغيرها</w:t>
            </w:r>
          </w:p>
        </w:tc>
      </w:tr>
      <w:tr w:rsidR="00E050A2" w14:paraId="1C44725D" w14:textId="77777777">
        <w:trPr>
          <w:cantSplit/>
          <w:trHeight w:val="340"/>
          <w:jc w:val="center"/>
        </w:trPr>
        <w:tc>
          <w:tcPr>
            <w:tcW w:w="4195" w:type="dxa"/>
            <w:vAlign w:val="center"/>
          </w:tcPr>
          <w:p w14:paraId="3800F60A" w14:textId="77777777" w:rsidR="00E050A2" w:rsidRDefault="004F2FC6">
            <w:pPr>
              <w:bidi/>
              <w:spacing w:before="30" w:after="30"/>
            </w:pPr>
            <w:r>
              <w:rPr>
                <w:sz w:val="18"/>
                <w:szCs w:val="18"/>
                <w:rtl/>
              </w:rPr>
              <w:t>الاستلام الابتدائي: نظام إنذار الحريق</w:t>
            </w:r>
          </w:p>
        </w:tc>
        <w:tc>
          <w:tcPr>
            <w:tcW w:w="907" w:type="dxa"/>
            <w:vAlign w:val="center"/>
          </w:tcPr>
          <w:p w14:paraId="17EBA8CA" w14:textId="77777777" w:rsidR="00E050A2" w:rsidRDefault="004F2FC6">
            <w:pPr>
              <w:bidi/>
              <w:spacing w:before="30" w:after="30"/>
              <w:jc w:val="center"/>
            </w:pPr>
            <w:r>
              <w:rPr>
                <w:sz w:val="18"/>
                <w:szCs w:val="18"/>
                <w:rtl/>
              </w:rPr>
              <w:t>20</w:t>
            </w:r>
          </w:p>
        </w:tc>
        <w:tc>
          <w:tcPr>
            <w:tcW w:w="737" w:type="dxa"/>
            <w:vAlign w:val="center"/>
          </w:tcPr>
          <w:p w14:paraId="46B707FA" w14:textId="77777777" w:rsidR="00E050A2" w:rsidRDefault="004F2FC6">
            <w:pPr>
              <w:bidi/>
              <w:spacing w:before="30" w:after="30"/>
              <w:jc w:val="center"/>
            </w:pPr>
            <w:r>
              <w:rPr>
                <w:sz w:val="18"/>
                <w:szCs w:val="18"/>
                <w:rtl/>
              </w:rPr>
              <w:t>7</w:t>
            </w:r>
          </w:p>
        </w:tc>
        <w:tc>
          <w:tcPr>
            <w:tcW w:w="737" w:type="dxa"/>
            <w:vAlign w:val="center"/>
          </w:tcPr>
          <w:p w14:paraId="76B9DD4E" w14:textId="77777777" w:rsidR="00E050A2" w:rsidRDefault="004F2FC6">
            <w:pPr>
              <w:bidi/>
              <w:spacing w:before="30" w:after="30"/>
              <w:jc w:val="center"/>
            </w:pPr>
            <w:r>
              <w:rPr>
                <w:sz w:val="18"/>
                <w:szCs w:val="18"/>
                <w:rtl/>
              </w:rPr>
              <w:t>10</w:t>
            </w:r>
          </w:p>
        </w:tc>
        <w:tc>
          <w:tcPr>
            <w:tcW w:w="737" w:type="dxa"/>
            <w:vAlign w:val="center"/>
          </w:tcPr>
          <w:p w14:paraId="536BF138" w14:textId="77777777" w:rsidR="00E050A2" w:rsidRDefault="004F2FC6">
            <w:pPr>
              <w:bidi/>
              <w:spacing w:before="30" w:after="30"/>
              <w:jc w:val="center"/>
            </w:pPr>
            <w:r>
              <w:rPr>
                <w:sz w:val="18"/>
                <w:szCs w:val="18"/>
                <w:rtl/>
              </w:rPr>
              <w:t>3</w:t>
            </w:r>
          </w:p>
        </w:tc>
        <w:tc>
          <w:tcPr>
            <w:tcW w:w="2778" w:type="dxa"/>
            <w:vAlign w:val="center"/>
          </w:tcPr>
          <w:p w14:paraId="6F11E328" w14:textId="77777777" w:rsidR="00E050A2" w:rsidRDefault="004F2FC6">
            <w:pPr>
              <w:bidi/>
              <w:spacing w:before="30" w:after="30"/>
              <w:jc w:val="center"/>
            </w:pPr>
            <w:r>
              <w:rPr>
                <w:sz w:val="18"/>
                <w:szCs w:val="18"/>
                <w:rtl/>
              </w:rPr>
              <w:t>ص 302</w:t>
            </w:r>
          </w:p>
        </w:tc>
      </w:tr>
      <w:tr w:rsidR="00E050A2" w14:paraId="0C02C0D0" w14:textId="77777777">
        <w:trPr>
          <w:cantSplit/>
          <w:trHeight w:val="340"/>
          <w:jc w:val="center"/>
        </w:trPr>
        <w:tc>
          <w:tcPr>
            <w:tcW w:w="4195" w:type="dxa"/>
            <w:shd w:val="clear" w:color="auto" w:fill="EEF1FA"/>
            <w:vAlign w:val="center"/>
          </w:tcPr>
          <w:p w14:paraId="08E424F1" w14:textId="77777777" w:rsidR="00E050A2" w:rsidRDefault="004F2FC6">
            <w:pPr>
              <w:bidi/>
              <w:spacing w:before="30" w:after="30"/>
            </w:pPr>
            <w:r>
              <w:rPr>
                <w:sz w:val="18"/>
                <w:szCs w:val="18"/>
                <w:rtl/>
              </w:rPr>
              <w:t>الاستلام الابتدائي: النظام الصوتي</w:t>
            </w:r>
          </w:p>
        </w:tc>
        <w:tc>
          <w:tcPr>
            <w:tcW w:w="907" w:type="dxa"/>
            <w:shd w:val="clear" w:color="auto" w:fill="EEF1FA"/>
            <w:vAlign w:val="center"/>
          </w:tcPr>
          <w:p w14:paraId="3369EC25" w14:textId="77777777" w:rsidR="00E050A2" w:rsidRDefault="004F2FC6">
            <w:pPr>
              <w:bidi/>
              <w:spacing w:before="30" w:after="30"/>
              <w:jc w:val="center"/>
            </w:pPr>
            <w:r>
              <w:rPr>
                <w:sz w:val="18"/>
                <w:szCs w:val="18"/>
                <w:rtl/>
              </w:rPr>
              <w:t>3</w:t>
            </w:r>
          </w:p>
        </w:tc>
        <w:tc>
          <w:tcPr>
            <w:tcW w:w="737" w:type="dxa"/>
            <w:shd w:val="clear" w:color="auto" w:fill="EEF1FA"/>
            <w:vAlign w:val="center"/>
          </w:tcPr>
          <w:p w14:paraId="019522EF" w14:textId="77777777" w:rsidR="00E050A2" w:rsidRDefault="004F2FC6">
            <w:pPr>
              <w:bidi/>
              <w:spacing w:before="30" w:after="30"/>
              <w:jc w:val="center"/>
            </w:pPr>
            <w:r>
              <w:rPr>
                <w:sz w:val="18"/>
                <w:szCs w:val="18"/>
                <w:rtl/>
              </w:rPr>
              <w:t>1</w:t>
            </w:r>
          </w:p>
        </w:tc>
        <w:tc>
          <w:tcPr>
            <w:tcW w:w="737" w:type="dxa"/>
            <w:shd w:val="clear" w:color="auto" w:fill="EEF1FA"/>
            <w:vAlign w:val="center"/>
          </w:tcPr>
          <w:p w14:paraId="5169D5FB" w14:textId="77777777" w:rsidR="00E050A2" w:rsidRDefault="004F2FC6">
            <w:pPr>
              <w:bidi/>
              <w:spacing w:before="30" w:after="30"/>
              <w:jc w:val="center"/>
            </w:pPr>
            <w:r>
              <w:rPr>
                <w:sz w:val="18"/>
                <w:szCs w:val="18"/>
                <w:rtl/>
              </w:rPr>
              <w:t>1</w:t>
            </w:r>
          </w:p>
        </w:tc>
        <w:tc>
          <w:tcPr>
            <w:tcW w:w="737" w:type="dxa"/>
            <w:shd w:val="clear" w:color="auto" w:fill="EEF1FA"/>
            <w:vAlign w:val="center"/>
          </w:tcPr>
          <w:p w14:paraId="6442F000" w14:textId="77777777" w:rsidR="00E050A2" w:rsidRDefault="004F2FC6">
            <w:pPr>
              <w:bidi/>
              <w:spacing w:before="30" w:after="30"/>
              <w:jc w:val="center"/>
            </w:pPr>
            <w:r>
              <w:rPr>
                <w:sz w:val="18"/>
                <w:szCs w:val="18"/>
                <w:rtl/>
              </w:rPr>
              <w:t>1</w:t>
            </w:r>
          </w:p>
        </w:tc>
        <w:tc>
          <w:tcPr>
            <w:tcW w:w="2778" w:type="dxa"/>
            <w:shd w:val="clear" w:color="auto" w:fill="EEF1FA"/>
            <w:vAlign w:val="center"/>
          </w:tcPr>
          <w:p w14:paraId="76FE11EE" w14:textId="77777777" w:rsidR="00E050A2" w:rsidRDefault="004F2FC6">
            <w:pPr>
              <w:bidi/>
              <w:spacing w:before="30" w:after="30"/>
              <w:jc w:val="center"/>
            </w:pPr>
            <w:r>
              <w:rPr>
                <w:sz w:val="18"/>
                <w:szCs w:val="18"/>
                <w:rtl/>
              </w:rPr>
              <w:t>ص 302 وغيرها</w:t>
            </w:r>
          </w:p>
        </w:tc>
      </w:tr>
      <w:tr w:rsidR="00E050A2" w14:paraId="4E38AEFC" w14:textId="77777777">
        <w:trPr>
          <w:cantSplit/>
          <w:trHeight w:val="340"/>
          <w:jc w:val="center"/>
        </w:trPr>
        <w:tc>
          <w:tcPr>
            <w:tcW w:w="4195" w:type="dxa"/>
            <w:vAlign w:val="center"/>
          </w:tcPr>
          <w:p w14:paraId="60ABAE06" w14:textId="77777777" w:rsidR="00E050A2" w:rsidRDefault="004F2FC6">
            <w:pPr>
              <w:bidi/>
              <w:spacing w:before="30" w:after="30"/>
            </w:pPr>
            <w:r>
              <w:rPr>
                <w:sz w:val="18"/>
                <w:szCs w:val="18"/>
                <w:rtl/>
              </w:rPr>
              <w:t>الاستلام الابتدائي: أعمال الزراعة</w:t>
            </w:r>
          </w:p>
        </w:tc>
        <w:tc>
          <w:tcPr>
            <w:tcW w:w="907" w:type="dxa"/>
            <w:vAlign w:val="center"/>
          </w:tcPr>
          <w:p w14:paraId="353FFA71" w14:textId="77777777" w:rsidR="00E050A2" w:rsidRDefault="004F2FC6">
            <w:pPr>
              <w:bidi/>
              <w:spacing w:before="30" w:after="30"/>
              <w:jc w:val="center"/>
            </w:pPr>
            <w:r>
              <w:rPr>
                <w:sz w:val="18"/>
                <w:szCs w:val="18"/>
                <w:rtl/>
              </w:rPr>
              <w:t>10</w:t>
            </w:r>
          </w:p>
        </w:tc>
        <w:tc>
          <w:tcPr>
            <w:tcW w:w="737" w:type="dxa"/>
            <w:vAlign w:val="center"/>
          </w:tcPr>
          <w:p w14:paraId="727787DB" w14:textId="77777777" w:rsidR="00E050A2" w:rsidRDefault="004F2FC6">
            <w:pPr>
              <w:bidi/>
              <w:spacing w:before="30" w:after="30"/>
              <w:jc w:val="center"/>
            </w:pPr>
            <w:r>
              <w:rPr>
                <w:sz w:val="18"/>
                <w:szCs w:val="18"/>
                <w:rtl/>
              </w:rPr>
              <w:t>0</w:t>
            </w:r>
          </w:p>
        </w:tc>
        <w:tc>
          <w:tcPr>
            <w:tcW w:w="737" w:type="dxa"/>
            <w:vAlign w:val="center"/>
          </w:tcPr>
          <w:p w14:paraId="6EA3CF59" w14:textId="77777777" w:rsidR="00E050A2" w:rsidRDefault="004F2FC6">
            <w:pPr>
              <w:bidi/>
              <w:spacing w:before="30" w:after="30"/>
              <w:jc w:val="center"/>
            </w:pPr>
            <w:r>
              <w:rPr>
                <w:sz w:val="18"/>
                <w:szCs w:val="18"/>
                <w:rtl/>
              </w:rPr>
              <w:t>8</w:t>
            </w:r>
          </w:p>
        </w:tc>
        <w:tc>
          <w:tcPr>
            <w:tcW w:w="737" w:type="dxa"/>
            <w:vAlign w:val="center"/>
          </w:tcPr>
          <w:p w14:paraId="1D566DAA" w14:textId="77777777" w:rsidR="00E050A2" w:rsidRDefault="004F2FC6">
            <w:pPr>
              <w:bidi/>
              <w:spacing w:before="30" w:after="30"/>
              <w:jc w:val="center"/>
            </w:pPr>
            <w:r>
              <w:rPr>
                <w:sz w:val="18"/>
                <w:szCs w:val="18"/>
                <w:rtl/>
              </w:rPr>
              <w:t>2</w:t>
            </w:r>
          </w:p>
        </w:tc>
        <w:tc>
          <w:tcPr>
            <w:tcW w:w="2778" w:type="dxa"/>
            <w:vAlign w:val="center"/>
          </w:tcPr>
          <w:p w14:paraId="17B9CEA1" w14:textId="77777777" w:rsidR="00E050A2" w:rsidRDefault="004F2FC6">
            <w:pPr>
              <w:bidi/>
              <w:spacing w:before="30" w:after="30"/>
              <w:jc w:val="center"/>
            </w:pPr>
            <w:r>
              <w:rPr>
                <w:sz w:val="18"/>
                <w:szCs w:val="18"/>
                <w:rtl/>
              </w:rPr>
              <w:t>ص 303</w:t>
            </w:r>
          </w:p>
        </w:tc>
      </w:tr>
      <w:tr w:rsidR="00E050A2" w14:paraId="70A39983" w14:textId="77777777">
        <w:trPr>
          <w:cantSplit/>
          <w:trHeight w:val="340"/>
          <w:jc w:val="center"/>
        </w:trPr>
        <w:tc>
          <w:tcPr>
            <w:tcW w:w="4195" w:type="dxa"/>
            <w:shd w:val="clear" w:color="auto" w:fill="EEF1FA"/>
            <w:vAlign w:val="center"/>
          </w:tcPr>
          <w:p w14:paraId="6F9DD1BC" w14:textId="77777777" w:rsidR="00E050A2" w:rsidRDefault="004F2FC6">
            <w:pPr>
              <w:bidi/>
              <w:spacing w:before="30" w:after="30"/>
            </w:pPr>
            <w:r>
              <w:rPr>
                <w:sz w:val="18"/>
                <w:szCs w:val="18"/>
                <w:rtl/>
              </w:rPr>
              <w:t>محضر الاستلام الابتدائي</w:t>
            </w:r>
          </w:p>
        </w:tc>
        <w:tc>
          <w:tcPr>
            <w:tcW w:w="907" w:type="dxa"/>
            <w:shd w:val="clear" w:color="auto" w:fill="EEF1FA"/>
            <w:vAlign w:val="center"/>
          </w:tcPr>
          <w:p w14:paraId="1484117C" w14:textId="77777777" w:rsidR="00E050A2" w:rsidRDefault="004F2FC6">
            <w:pPr>
              <w:bidi/>
              <w:spacing w:before="30" w:after="30"/>
              <w:jc w:val="center"/>
            </w:pPr>
            <w:r>
              <w:rPr>
                <w:sz w:val="18"/>
                <w:szCs w:val="18"/>
                <w:rtl/>
              </w:rPr>
              <w:t>4</w:t>
            </w:r>
          </w:p>
        </w:tc>
        <w:tc>
          <w:tcPr>
            <w:tcW w:w="737" w:type="dxa"/>
            <w:shd w:val="clear" w:color="auto" w:fill="EEF1FA"/>
            <w:vAlign w:val="center"/>
          </w:tcPr>
          <w:p w14:paraId="299F8303" w14:textId="77777777" w:rsidR="00E050A2" w:rsidRDefault="004F2FC6">
            <w:pPr>
              <w:bidi/>
              <w:spacing w:before="30" w:after="30"/>
              <w:jc w:val="center"/>
            </w:pPr>
            <w:r>
              <w:rPr>
                <w:sz w:val="18"/>
                <w:szCs w:val="18"/>
                <w:rtl/>
              </w:rPr>
              <w:t>0</w:t>
            </w:r>
          </w:p>
        </w:tc>
        <w:tc>
          <w:tcPr>
            <w:tcW w:w="737" w:type="dxa"/>
            <w:shd w:val="clear" w:color="auto" w:fill="EEF1FA"/>
            <w:vAlign w:val="center"/>
          </w:tcPr>
          <w:p w14:paraId="6771D012" w14:textId="77777777" w:rsidR="00E050A2" w:rsidRDefault="004F2FC6">
            <w:pPr>
              <w:bidi/>
              <w:spacing w:before="30" w:after="30"/>
              <w:jc w:val="center"/>
            </w:pPr>
            <w:r>
              <w:rPr>
                <w:sz w:val="18"/>
                <w:szCs w:val="18"/>
                <w:rtl/>
              </w:rPr>
              <w:t>0</w:t>
            </w:r>
          </w:p>
        </w:tc>
        <w:tc>
          <w:tcPr>
            <w:tcW w:w="737" w:type="dxa"/>
            <w:shd w:val="clear" w:color="auto" w:fill="EEF1FA"/>
            <w:vAlign w:val="center"/>
          </w:tcPr>
          <w:p w14:paraId="14483568" w14:textId="77777777" w:rsidR="00E050A2" w:rsidRDefault="004F2FC6">
            <w:pPr>
              <w:bidi/>
              <w:spacing w:before="30" w:after="30"/>
              <w:jc w:val="center"/>
            </w:pPr>
            <w:r>
              <w:rPr>
                <w:sz w:val="18"/>
                <w:szCs w:val="18"/>
                <w:rtl/>
              </w:rPr>
              <w:t>4</w:t>
            </w:r>
          </w:p>
        </w:tc>
        <w:tc>
          <w:tcPr>
            <w:tcW w:w="2778" w:type="dxa"/>
            <w:shd w:val="clear" w:color="auto" w:fill="EEF1FA"/>
            <w:vAlign w:val="center"/>
          </w:tcPr>
          <w:p w14:paraId="31359BB7" w14:textId="77777777" w:rsidR="00E050A2" w:rsidRDefault="004F2FC6">
            <w:pPr>
              <w:bidi/>
              <w:spacing w:before="30" w:after="30"/>
              <w:jc w:val="center"/>
            </w:pPr>
            <w:r>
              <w:rPr>
                <w:sz w:val="18"/>
                <w:szCs w:val="18"/>
                <w:rtl/>
              </w:rPr>
              <w:t>ص 304</w:t>
            </w:r>
          </w:p>
        </w:tc>
      </w:tr>
      <w:tr w:rsidR="00E050A2" w14:paraId="47F07E88" w14:textId="77777777">
        <w:trPr>
          <w:cantSplit/>
          <w:trHeight w:val="340"/>
          <w:jc w:val="center"/>
        </w:trPr>
        <w:tc>
          <w:tcPr>
            <w:tcW w:w="4195" w:type="dxa"/>
            <w:vAlign w:val="center"/>
          </w:tcPr>
          <w:p w14:paraId="4F453538" w14:textId="77777777" w:rsidR="00E050A2" w:rsidRDefault="004F2FC6">
            <w:pPr>
              <w:bidi/>
              <w:spacing w:before="30" w:after="30"/>
            </w:pPr>
            <w:r>
              <w:rPr>
                <w:sz w:val="18"/>
                <w:szCs w:val="18"/>
                <w:rtl/>
              </w:rPr>
              <w:t>محضر الاستلام النهائي</w:t>
            </w:r>
          </w:p>
        </w:tc>
        <w:tc>
          <w:tcPr>
            <w:tcW w:w="907" w:type="dxa"/>
            <w:vAlign w:val="center"/>
          </w:tcPr>
          <w:p w14:paraId="2D177E49" w14:textId="77777777" w:rsidR="00E050A2" w:rsidRDefault="004F2FC6">
            <w:pPr>
              <w:bidi/>
              <w:spacing w:before="30" w:after="30"/>
              <w:jc w:val="center"/>
            </w:pPr>
            <w:r>
              <w:rPr>
                <w:sz w:val="18"/>
                <w:szCs w:val="18"/>
                <w:rtl/>
              </w:rPr>
              <w:t>1</w:t>
            </w:r>
          </w:p>
        </w:tc>
        <w:tc>
          <w:tcPr>
            <w:tcW w:w="737" w:type="dxa"/>
            <w:vAlign w:val="center"/>
          </w:tcPr>
          <w:p w14:paraId="7954814B" w14:textId="77777777" w:rsidR="00E050A2" w:rsidRDefault="004F2FC6">
            <w:pPr>
              <w:bidi/>
              <w:spacing w:before="30" w:after="30"/>
              <w:jc w:val="center"/>
            </w:pPr>
            <w:r>
              <w:rPr>
                <w:sz w:val="18"/>
                <w:szCs w:val="18"/>
                <w:rtl/>
              </w:rPr>
              <w:t>0</w:t>
            </w:r>
          </w:p>
        </w:tc>
        <w:tc>
          <w:tcPr>
            <w:tcW w:w="737" w:type="dxa"/>
            <w:vAlign w:val="center"/>
          </w:tcPr>
          <w:p w14:paraId="39F12517" w14:textId="77777777" w:rsidR="00E050A2" w:rsidRDefault="004F2FC6">
            <w:pPr>
              <w:bidi/>
              <w:spacing w:before="30" w:after="30"/>
              <w:jc w:val="center"/>
            </w:pPr>
            <w:r>
              <w:rPr>
                <w:sz w:val="18"/>
                <w:szCs w:val="18"/>
                <w:rtl/>
              </w:rPr>
              <w:t>0</w:t>
            </w:r>
          </w:p>
        </w:tc>
        <w:tc>
          <w:tcPr>
            <w:tcW w:w="737" w:type="dxa"/>
            <w:vAlign w:val="center"/>
          </w:tcPr>
          <w:p w14:paraId="7328AD28" w14:textId="77777777" w:rsidR="00E050A2" w:rsidRDefault="004F2FC6">
            <w:pPr>
              <w:bidi/>
              <w:spacing w:before="30" w:after="30"/>
              <w:jc w:val="center"/>
            </w:pPr>
            <w:r>
              <w:rPr>
                <w:sz w:val="18"/>
                <w:szCs w:val="18"/>
                <w:rtl/>
              </w:rPr>
              <w:t>1</w:t>
            </w:r>
          </w:p>
        </w:tc>
        <w:tc>
          <w:tcPr>
            <w:tcW w:w="2778" w:type="dxa"/>
            <w:vAlign w:val="center"/>
          </w:tcPr>
          <w:p w14:paraId="7A87D482" w14:textId="77777777" w:rsidR="00E050A2" w:rsidRDefault="004F2FC6">
            <w:pPr>
              <w:bidi/>
              <w:spacing w:before="30" w:after="30"/>
              <w:jc w:val="center"/>
            </w:pPr>
            <w:r>
              <w:rPr>
                <w:sz w:val="18"/>
                <w:szCs w:val="18"/>
                <w:rtl/>
              </w:rPr>
              <w:t>ص 307</w:t>
            </w:r>
          </w:p>
        </w:tc>
      </w:tr>
      <w:tr w:rsidR="00E050A2" w14:paraId="53E43772" w14:textId="77777777">
        <w:trPr>
          <w:cantSplit/>
          <w:trHeight w:val="340"/>
          <w:jc w:val="center"/>
        </w:trPr>
        <w:tc>
          <w:tcPr>
            <w:tcW w:w="4195" w:type="dxa"/>
            <w:shd w:val="clear" w:color="auto" w:fill="EEF1FA"/>
            <w:vAlign w:val="center"/>
          </w:tcPr>
          <w:p w14:paraId="7032F242" w14:textId="77777777" w:rsidR="00E050A2" w:rsidRDefault="004F2FC6">
            <w:pPr>
              <w:bidi/>
              <w:spacing w:before="30" w:after="30"/>
            </w:pPr>
            <w:r>
              <w:rPr>
                <w:sz w:val="18"/>
                <w:szCs w:val="18"/>
                <w:rtl/>
              </w:rPr>
              <w:t>إجراءات الاستلام النهائي للمشروع</w:t>
            </w:r>
          </w:p>
        </w:tc>
        <w:tc>
          <w:tcPr>
            <w:tcW w:w="907" w:type="dxa"/>
            <w:shd w:val="clear" w:color="auto" w:fill="EEF1FA"/>
            <w:vAlign w:val="center"/>
          </w:tcPr>
          <w:p w14:paraId="6D84B96C" w14:textId="77777777" w:rsidR="00E050A2" w:rsidRDefault="004F2FC6">
            <w:pPr>
              <w:bidi/>
              <w:spacing w:before="30" w:after="30"/>
              <w:jc w:val="center"/>
            </w:pPr>
            <w:r>
              <w:rPr>
                <w:sz w:val="18"/>
                <w:szCs w:val="18"/>
                <w:rtl/>
              </w:rPr>
              <w:t>11</w:t>
            </w:r>
          </w:p>
        </w:tc>
        <w:tc>
          <w:tcPr>
            <w:tcW w:w="737" w:type="dxa"/>
            <w:shd w:val="clear" w:color="auto" w:fill="EEF1FA"/>
            <w:vAlign w:val="center"/>
          </w:tcPr>
          <w:p w14:paraId="17CA505C" w14:textId="77777777" w:rsidR="00E050A2" w:rsidRDefault="004F2FC6">
            <w:pPr>
              <w:bidi/>
              <w:spacing w:before="30" w:after="30"/>
              <w:jc w:val="center"/>
            </w:pPr>
            <w:r>
              <w:rPr>
                <w:sz w:val="18"/>
                <w:szCs w:val="18"/>
                <w:rtl/>
              </w:rPr>
              <w:t>4</w:t>
            </w:r>
          </w:p>
        </w:tc>
        <w:tc>
          <w:tcPr>
            <w:tcW w:w="737" w:type="dxa"/>
            <w:shd w:val="clear" w:color="auto" w:fill="EEF1FA"/>
            <w:vAlign w:val="center"/>
          </w:tcPr>
          <w:p w14:paraId="47799118" w14:textId="77777777" w:rsidR="00E050A2" w:rsidRDefault="004F2FC6">
            <w:pPr>
              <w:bidi/>
              <w:spacing w:before="30" w:after="30"/>
              <w:jc w:val="center"/>
            </w:pPr>
            <w:r>
              <w:rPr>
                <w:sz w:val="18"/>
                <w:szCs w:val="18"/>
                <w:rtl/>
              </w:rPr>
              <w:t>0</w:t>
            </w:r>
          </w:p>
        </w:tc>
        <w:tc>
          <w:tcPr>
            <w:tcW w:w="737" w:type="dxa"/>
            <w:shd w:val="clear" w:color="auto" w:fill="EEF1FA"/>
            <w:vAlign w:val="center"/>
          </w:tcPr>
          <w:p w14:paraId="1DC01DFD" w14:textId="77777777" w:rsidR="00E050A2" w:rsidRDefault="004F2FC6">
            <w:pPr>
              <w:bidi/>
              <w:spacing w:before="30" w:after="30"/>
              <w:jc w:val="center"/>
            </w:pPr>
            <w:r>
              <w:rPr>
                <w:sz w:val="18"/>
                <w:szCs w:val="18"/>
                <w:rtl/>
              </w:rPr>
              <w:t>7</w:t>
            </w:r>
          </w:p>
        </w:tc>
        <w:tc>
          <w:tcPr>
            <w:tcW w:w="2778" w:type="dxa"/>
            <w:shd w:val="clear" w:color="auto" w:fill="EEF1FA"/>
            <w:vAlign w:val="center"/>
          </w:tcPr>
          <w:p w14:paraId="6E4B2556" w14:textId="77777777" w:rsidR="00E050A2" w:rsidRDefault="004F2FC6">
            <w:pPr>
              <w:bidi/>
              <w:spacing w:before="30" w:after="30"/>
              <w:jc w:val="center"/>
            </w:pPr>
            <w:r>
              <w:rPr>
                <w:sz w:val="18"/>
                <w:szCs w:val="18"/>
                <w:rtl/>
              </w:rPr>
              <w:t>ص 305</w:t>
            </w:r>
          </w:p>
        </w:tc>
      </w:tr>
      <w:tr w:rsidR="00E050A2" w14:paraId="414C6E33" w14:textId="77777777">
        <w:trPr>
          <w:cantSplit/>
          <w:trHeight w:val="340"/>
          <w:jc w:val="center"/>
        </w:trPr>
        <w:tc>
          <w:tcPr>
            <w:tcW w:w="4195" w:type="dxa"/>
            <w:vAlign w:val="center"/>
          </w:tcPr>
          <w:p w14:paraId="752FFD22" w14:textId="77777777" w:rsidR="00E050A2" w:rsidRDefault="004F2FC6">
            <w:pPr>
              <w:bidi/>
              <w:spacing w:before="30" w:after="30"/>
            </w:pPr>
            <w:r>
              <w:rPr>
                <w:sz w:val="18"/>
                <w:szCs w:val="18"/>
                <w:rtl/>
              </w:rPr>
              <w:t>عيوب تراجع قبل الاستلام النهائي</w:t>
            </w:r>
          </w:p>
        </w:tc>
        <w:tc>
          <w:tcPr>
            <w:tcW w:w="907" w:type="dxa"/>
            <w:vAlign w:val="center"/>
          </w:tcPr>
          <w:p w14:paraId="4D0EF0B2" w14:textId="77777777" w:rsidR="00E050A2" w:rsidRDefault="004F2FC6">
            <w:pPr>
              <w:bidi/>
              <w:spacing w:before="30" w:after="30"/>
              <w:jc w:val="center"/>
            </w:pPr>
            <w:r>
              <w:rPr>
                <w:sz w:val="18"/>
                <w:szCs w:val="18"/>
                <w:rtl/>
              </w:rPr>
              <w:t>10</w:t>
            </w:r>
          </w:p>
        </w:tc>
        <w:tc>
          <w:tcPr>
            <w:tcW w:w="737" w:type="dxa"/>
            <w:vAlign w:val="center"/>
          </w:tcPr>
          <w:p w14:paraId="5134B381" w14:textId="77777777" w:rsidR="00E050A2" w:rsidRDefault="004F2FC6">
            <w:pPr>
              <w:bidi/>
              <w:spacing w:before="30" w:after="30"/>
              <w:jc w:val="center"/>
            </w:pPr>
            <w:r>
              <w:rPr>
                <w:sz w:val="18"/>
                <w:szCs w:val="18"/>
                <w:rtl/>
              </w:rPr>
              <w:t>6</w:t>
            </w:r>
          </w:p>
        </w:tc>
        <w:tc>
          <w:tcPr>
            <w:tcW w:w="737" w:type="dxa"/>
            <w:vAlign w:val="center"/>
          </w:tcPr>
          <w:p w14:paraId="6DD749B5" w14:textId="77777777" w:rsidR="00E050A2" w:rsidRDefault="004F2FC6">
            <w:pPr>
              <w:bidi/>
              <w:spacing w:before="30" w:after="30"/>
              <w:jc w:val="center"/>
            </w:pPr>
            <w:r>
              <w:rPr>
                <w:sz w:val="18"/>
                <w:szCs w:val="18"/>
                <w:rtl/>
              </w:rPr>
              <w:t>4</w:t>
            </w:r>
          </w:p>
        </w:tc>
        <w:tc>
          <w:tcPr>
            <w:tcW w:w="737" w:type="dxa"/>
            <w:vAlign w:val="center"/>
          </w:tcPr>
          <w:p w14:paraId="77338988" w14:textId="77777777" w:rsidR="00E050A2" w:rsidRDefault="004F2FC6">
            <w:pPr>
              <w:bidi/>
              <w:spacing w:before="30" w:after="30"/>
              <w:jc w:val="center"/>
            </w:pPr>
            <w:r>
              <w:rPr>
                <w:sz w:val="18"/>
                <w:szCs w:val="18"/>
                <w:rtl/>
              </w:rPr>
              <w:t>0</w:t>
            </w:r>
          </w:p>
        </w:tc>
        <w:tc>
          <w:tcPr>
            <w:tcW w:w="2778" w:type="dxa"/>
            <w:vAlign w:val="center"/>
          </w:tcPr>
          <w:p w14:paraId="0F300C16" w14:textId="77777777" w:rsidR="00E050A2" w:rsidRDefault="004F2FC6">
            <w:pPr>
              <w:bidi/>
              <w:spacing w:before="30" w:after="30"/>
              <w:jc w:val="center"/>
            </w:pPr>
            <w:r>
              <w:rPr>
                <w:sz w:val="18"/>
                <w:szCs w:val="18"/>
                <w:rtl/>
              </w:rPr>
              <w:t>ص 306</w:t>
            </w:r>
          </w:p>
        </w:tc>
      </w:tr>
      <w:tr w:rsidR="00E050A2" w14:paraId="0875D137" w14:textId="77777777">
        <w:trPr>
          <w:cantSplit/>
          <w:trHeight w:val="340"/>
          <w:jc w:val="center"/>
        </w:trPr>
        <w:tc>
          <w:tcPr>
            <w:tcW w:w="4195" w:type="dxa"/>
            <w:shd w:val="clear" w:color="auto" w:fill="EEF1FA"/>
            <w:vAlign w:val="center"/>
          </w:tcPr>
          <w:p w14:paraId="2C2C7BF0" w14:textId="77777777" w:rsidR="00E050A2" w:rsidRDefault="004F2FC6">
            <w:pPr>
              <w:bidi/>
              <w:spacing w:before="30" w:after="30"/>
            </w:pPr>
            <w:r>
              <w:rPr>
                <w:b/>
                <w:bCs/>
                <w:sz w:val="18"/>
                <w:szCs w:val="18"/>
                <w:rtl/>
              </w:rPr>
              <w:t>الإجمالي</w:t>
            </w:r>
          </w:p>
        </w:tc>
        <w:tc>
          <w:tcPr>
            <w:tcW w:w="907" w:type="dxa"/>
            <w:shd w:val="clear" w:color="auto" w:fill="EEF1FA"/>
            <w:vAlign w:val="center"/>
          </w:tcPr>
          <w:p w14:paraId="419B5EC2" w14:textId="77777777" w:rsidR="00E050A2" w:rsidRDefault="004F2FC6">
            <w:pPr>
              <w:bidi/>
              <w:spacing w:before="30" w:after="30"/>
              <w:jc w:val="center"/>
            </w:pPr>
            <w:r>
              <w:rPr>
                <w:b/>
                <w:bCs/>
                <w:sz w:val="18"/>
                <w:szCs w:val="18"/>
                <w:rtl/>
              </w:rPr>
              <w:t>224</w:t>
            </w:r>
          </w:p>
        </w:tc>
        <w:tc>
          <w:tcPr>
            <w:tcW w:w="737" w:type="dxa"/>
            <w:shd w:val="clear" w:color="auto" w:fill="EEF1FA"/>
            <w:vAlign w:val="center"/>
          </w:tcPr>
          <w:p w14:paraId="008F17A4" w14:textId="77777777" w:rsidR="00E050A2" w:rsidRDefault="004F2FC6">
            <w:pPr>
              <w:bidi/>
              <w:spacing w:before="30" w:after="30"/>
              <w:jc w:val="center"/>
            </w:pPr>
            <w:r>
              <w:rPr>
                <w:b/>
                <w:bCs/>
                <w:sz w:val="18"/>
                <w:szCs w:val="18"/>
                <w:rtl/>
              </w:rPr>
              <w:t>46</w:t>
            </w:r>
          </w:p>
        </w:tc>
        <w:tc>
          <w:tcPr>
            <w:tcW w:w="737" w:type="dxa"/>
            <w:shd w:val="clear" w:color="auto" w:fill="EEF1FA"/>
            <w:vAlign w:val="center"/>
          </w:tcPr>
          <w:p w14:paraId="0C8A95EB" w14:textId="77777777" w:rsidR="00E050A2" w:rsidRDefault="004F2FC6">
            <w:pPr>
              <w:bidi/>
              <w:spacing w:before="30" w:after="30"/>
              <w:jc w:val="center"/>
            </w:pPr>
            <w:r>
              <w:rPr>
                <w:b/>
                <w:bCs/>
                <w:sz w:val="18"/>
                <w:szCs w:val="18"/>
                <w:rtl/>
              </w:rPr>
              <w:t>114</w:t>
            </w:r>
          </w:p>
        </w:tc>
        <w:tc>
          <w:tcPr>
            <w:tcW w:w="737" w:type="dxa"/>
            <w:shd w:val="clear" w:color="auto" w:fill="EEF1FA"/>
            <w:vAlign w:val="center"/>
          </w:tcPr>
          <w:p w14:paraId="3BA619B6" w14:textId="77777777" w:rsidR="00E050A2" w:rsidRDefault="004F2FC6">
            <w:pPr>
              <w:bidi/>
              <w:spacing w:before="30" w:after="30"/>
              <w:jc w:val="center"/>
            </w:pPr>
            <w:r>
              <w:rPr>
                <w:b/>
                <w:bCs/>
                <w:sz w:val="18"/>
                <w:szCs w:val="18"/>
                <w:rtl/>
              </w:rPr>
              <w:t>64</w:t>
            </w:r>
          </w:p>
        </w:tc>
        <w:tc>
          <w:tcPr>
            <w:tcW w:w="2778" w:type="dxa"/>
            <w:shd w:val="clear" w:color="auto" w:fill="EEF1FA"/>
            <w:vAlign w:val="center"/>
          </w:tcPr>
          <w:p w14:paraId="6E352914" w14:textId="77777777" w:rsidR="00E050A2" w:rsidRDefault="004F2FC6">
            <w:pPr>
              <w:bidi/>
              <w:spacing w:before="30" w:after="30"/>
            </w:pPr>
            <w:r>
              <w:rPr>
                <w:b/>
                <w:bCs/>
                <w:sz w:val="18"/>
                <w:szCs w:val="18"/>
                <w:rtl/>
              </w:rPr>
              <w:t>ورقة ITP_Matrix، تخصص HAND</w:t>
            </w:r>
          </w:p>
        </w:tc>
      </w:tr>
    </w:tbl>
    <w:p w14:paraId="2AE7E2A7" w14:textId="77777777" w:rsidR="00E050A2" w:rsidRDefault="00E050A2">
      <w:pPr>
        <w:bidi/>
        <w:spacing w:after="40"/>
      </w:pPr>
    </w:p>
    <w:p w14:paraId="1CEEF8F0" w14:textId="77777777" w:rsidR="00E050A2" w:rsidRDefault="004F2FC6">
      <w:pPr>
        <w:keepNext/>
        <w:bidi/>
        <w:spacing w:after="120"/>
        <w:outlineLvl w:val="1"/>
      </w:pPr>
      <w:r>
        <w:rPr>
          <w:b/>
          <w:bCs/>
          <w:color w:val="052976"/>
          <w:sz w:val="25"/>
          <w:szCs w:val="25"/>
          <w:rtl/>
        </w:rPr>
        <w:t>15.3 ملف تسليم سجلات الجودة</w:t>
      </w:r>
    </w:p>
    <w:tbl>
      <w:tblPr>
        <w:tblStyle w:val="TableGrid"/>
        <w:bidiVisual/>
        <w:tblW w:w="0" w:type="auto"/>
        <w:jc w:val="center"/>
        <w:tblLayout w:type="fixed"/>
        <w:tblLook w:val="04A0" w:firstRow="1" w:lastRow="0" w:firstColumn="1" w:lastColumn="0" w:noHBand="0" w:noVBand="1"/>
      </w:tblPr>
      <w:tblGrid>
        <w:gridCol w:w="6690"/>
        <w:gridCol w:w="3402"/>
      </w:tblGrid>
      <w:tr w:rsidR="00E050A2" w14:paraId="66711BE1" w14:textId="77777777">
        <w:trPr>
          <w:cantSplit/>
          <w:trHeight w:val="340"/>
          <w:tblHeader/>
          <w:jc w:val="center"/>
        </w:trPr>
        <w:tc>
          <w:tcPr>
            <w:tcW w:w="6690" w:type="dxa"/>
            <w:shd w:val="clear" w:color="auto" w:fill="052976"/>
            <w:vAlign w:val="center"/>
          </w:tcPr>
          <w:p w14:paraId="16D0C19E" w14:textId="77777777" w:rsidR="00E050A2" w:rsidRDefault="004F2FC6">
            <w:pPr>
              <w:bidi/>
              <w:spacing w:before="30" w:after="30"/>
              <w:jc w:val="center"/>
            </w:pPr>
            <w:r>
              <w:rPr>
                <w:b/>
                <w:bCs/>
                <w:color w:val="FFFFFF"/>
                <w:sz w:val="19"/>
                <w:szCs w:val="19"/>
                <w:rtl/>
              </w:rPr>
              <w:t>المستند</w:t>
            </w:r>
          </w:p>
        </w:tc>
        <w:tc>
          <w:tcPr>
            <w:tcW w:w="3402" w:type="dxa"/>
            <w:shd w:val="clear" w:color="auto" w:fill="052976"/>
            <w:vAlign w:val="center"/>
          </w:tcPr>
          <w:p w14:paraId="61A0873D" w14:textId="77777777" w:rsidR="00E050A2" w:rsidRDefault="004F2FC6">
            <w:pPr>
              <w:bidi/>
              <w:spacing w:before="30" w:after="30"/>
              <w:jc w:val="center"/>
            </w:pPr>
            <w:r>
              <w:rPr>
                <w:b/>
                <w:bCs/>
                <w:color w:val="FFFFFF"/>
                <w:sz w:val="19"/>
                <w:szCs w:val="19"/>
                <w:rtl/>
              </w:rPr>
              <w:t>الشكل</w:t>
            </w:r>
          </w:p>
        </w:tc>
      </w:tr>
      <w:tr w:rsidR="00E050A2" w14:paraId="4F895BB2" w14:textId="77777777">
        <w:trPr>
          <w:cantSplit/>
          <w:trHeight w:val="340"/>
          <w:jc w:val="center"/>
        </w:trPr>
        <w:tc>
          <w:tcPr>
            <w:tcW w:w="6690" w:type="dxa"/>
            <w:vAlign w:val="center"/>
          </w:tcPr>
          <w:p w14:paraId="1C477616" w14:textId="77777777" w:rsidR="00E050A2" w:rsidRDefault="004F2FC6">
            <w:pPr>
              <w:bidi/>
              <w:spacing w:before="30" w:after="30"/>
            </w:pPr>
            <w:r>
              <w:rPr>
                <w:sz w:val="18"/>
                <w:szCs w:val="18"/>
                <w:rtl/>
              </w:rPr>
              <w:t>مخططات As built معتمدة لكل التخصصات</w:t>
            </w:r>
          </w:p>
        </w:tc>
        <w:tc>
          <w:tcPr>
            <w:tcW w:w="3402" w:type="dxa"/>
            <w:vAlign w:val="center"/>
          </w:tcPr>
          <w:p w14:paraId="7C89DA51" w14:textId="77777777" w:rsidR="00E050A2" w:rsidRDefault="004F2FC6">
            <w:pPr>
              <w:bidi/>
              <w:spacing w:before="30" w:after="30"/>
            </w:pPr>
            <w:r>
              <w:rPr>
                <w:sz w:val="18"/>
                <w:szCs w:val="18"/>
                <w:rtl/>
              </w:rPr>
              <w:t>ورقي موقع + DWG + PDF</w:t>
            </w:r>
          </w:p>
        </w:tc>
      </w:tr>
      <w:tr w:rsidR="00E050A2" w14:paraId="599A102B" w14:textId="77777777">
        <w:trPr>
          <w:cantSplit/>
          <w:trHeight w:val="340"/>
          <w:jc w:val="center"/>
        </w:trPr>
        <w:tc>
          <w:tcPr>
            <w:tcW w:w="6690" w:type="dxa"/>
            <w:shd w:val="clear" w:color="auto" w:fill="EEF1FA"/>
            <w:vAlign w:val="center"/>
          </w:tcPr>
          <w:p w14:paraId="638FA8AF" w14:textId="77777777" w:rsidR="00E050A2" w:rsidRDefault="004F2FC6">
            <w:pPr>
              <w:bidi/>
              <w:spacing w:before="30" w:after="30"/>
            </w:pPr>
            <w:r>
              <w:rPr>
                <w:sz w:val="18"/>
                <w:szCs w:val="18"/>
                <w:rtl/>
              </w:rPr>
              <w:t>أدلة التشغيل والصيانة O&amp;M Manuals</w:t>
            </w:r>
          </w:p>
        </w:tc>
        <w:tc>
          <w:tcPr>
            <w:tcW w:w="3402" w:type="dxa"/>
            <w:shd w:val="clear" w:color="auto" w:fill="EEF1FA"/>
            <w:vAlign w:val="center"/>
          </w:tcPr>
          <w:p w14:paraId="1947266E" w14:textId="77777777" w:rsidR="00E050A2" w:rsidRDefault="004F2FC6">
            <w:pPr>
              <w:bidi/>
              <w:spacing w:before="30" w:after="30"/>
            </w:pPr>
            <w:r>
              <w:rPr>
                <w:sz w:val="18"/>
                <w:szCs w:val="18"/>
                <w:rtl/>
              </w:rPr>
              <w:t>ورقي + PDF</w:t>
            </w:r>
          </w:p>
        </w:tc>
      </w:tr>
      <w:tr w:rsidR="00E050A2" w14:paraId="4005017B" w14:textId="77777777">
        <w:trPr>
          <w:cantSplit/>
          <w:trHeight w:val="340"/>
          <w:jc w:val="center"/>
        </w:trPr>
        <w:tc>
          <w:tcPr>
            <w:tcW w:w="6690" w:type="dxa"/>
            <w:vAlign w:val="center"/>
          </w:tcPr>
          <w:p w14:paraId="066B2308" w14:textId="77777777" w:rsidR="00E050A2" w:rsidRDefault="004F2FC6">
            <w:pPr>
              <w:bidi/>
              <w:spacing w:before="30" w:after="30"/>
            </w:pPr>
            <w:r>
              <w:rPr>
                <w:sz w:val="18"/>
                <w:szCs w:val="18"/>
                <w:rtl/>
              </w:rPr>
              <w:t>الضمانات وشهادات المصنعين والموردين</w:t>
            </w:r>
          </w:p>
        </w:tc>
        <w:tc>
          <w:tcPr>
            <w:tcW w:w="3402" w:type="dxa"/>
            <w:vAlign w:val="center"/>
          </w:tcPr>
          <w:p w14:paraId="572BA27A" w14:textId="77777777" w:rsidR="00E050A2" w:rsidRDefault="004F2FC6">
            <w:pPr>
              <w:bidi/>
              <w:spacing w:before="30" w:after="30"/>
            </w:pPr>
            <w:r>
              <w:rPr>
                <w:sz w:val="18"/>
                <w:szCs w:val="18"/>
                <w:rtl/>
              </w:rPr>
              <w:t>أصول موقعة</w:t>
            </w:r>
          </w:p>
        </w:tc>
      </w:tr>
      <w:tr w:rsidR="00E050A2" w14:paraId="273B6ECD" w14:textId="77777777">
        <w:trPr>
          <w:cantSplit/>
          <w:trHeight w:val="340"/>
          <w:jc w:val="center"/>
        </w:trPr>
        <w:tc>
          <w:tcPr>
            <w:tcW w:w="6690" w:type="dxa"/>
            <w:shd w:val="clear" w:color="auto" w:fill="EEF1FA"/>
            <w:vAlign w:val="center"/>
          </w:tcPr>
          <w:p w14:paraId="1B169963" w14:textId="77777777" w:rsidR="00E050A2" w:rsidRDefault="004F2FC6">
            <w:pPr>
              <w:bidi/>
              <w:spacing w:before="30" w:after="30"/>
            </w:pPr>
            <w:r>
              <w:rPr>
                <w:sz w:val="18"/>
                <w:szCs w:val="18"/>
                <w:rtl/>
              </w:rPr>
              <w:t>نتائج الاختبارات وشهادات التشغيل والاختبارات المتكاملة</w:t>
            </w:r>
          </w:p>
        </w:tc>
        <w:tc>
          <w:tcPr>
            <w:tcW w:w="3402" w:type="dxa"/>
            <w:shd w:val="clear" w:color="auto" w:fill="EEF1FA"/>
            <w:vAlign w:val="center"/>
          </w:tcPr>
          <w:p w14:paraId="4D072C4D" w14:textId="77777777" w:rsidR="00E050A2" w:rsidRDefault="004F2FC6">
            <w:pPr>
              <w:bidi/>
              <w:spacing w:before="30" w:after="30"/>
            </w:pPr>
            <w:r>
              <w:rPr>
                <w:sz w:val="18"/>
                <w:szCs w:val="18"/>
                <w:rtl/>
              </w:rPr>
              <w:t>PDF مفهرس</w:t>
            </w:r>
          </w:p>
        </w:tc>
      </w:tr>
      <w:tr w:rsidR="00E050A2" w14:paraId="493F4337" w14:textId="77777777">
        <w:trPr>
          <w:cantSplit/>
          <w:trHeight w:val="340"/>
          <w:jc w:val="center"/>
        </w:trPr>
        <w:tc>
          <w:tcPr>
            <w:tcW w:w="6690" w:type="dxa"/>
            <w:vAlign w:val="center"/>
          </w:tcPr>
          <w:p w14:paraId="2E16665F" w14:textId="77777777" w:rsidR="00E050A2" w:rsidRDefault="004F2FC6">
            <w:pPr>
              <w:bidi/>
              <w:spacing w:before="30" w:after="30"/>
            </w:pPr>
            <w:r>
              <w:rPr>
                <w:sz w:val="18"/>
                <w:szCs w:val="18"/>
                <w:rtl/>
              </w:rPr>
              <w:t>سجلات IR وMIR وNCR مغلقة بالكامل</w:t>
            </w:r>
          </w:p>
        </w:tc>
        <w:tc>
          <w:tcPr>
            <w:tcW w:w="3402" w:type="dxa"/>
            <w:vAlign w:val="center"/>
          </w:tcPr>
          <w:p w14:paraId="2C621152" w14:textId="77777777" w:rsidR="00E050A2" w:rsidRDefault="004F2FC6">
            <w:pPr>
              <w:bidi/>
              <w:spacing w:before="30" w:after="30"/>
            </w:pPr>
            <w:r>
              <w:rPr>
                <w:sz w:val="18"/>
                <w:szCs w:val="18"/>
                <w:rtl/>
              </w:rPr>
              <w:t>Excel + PDF</w:t>
            </w:r>
          </w:p>
        </w:tc>
      </w:tr>
      <w:tr w:rsidR="00E050A2" w14:paraId="6DBE8272" w14:textId="77777777">
        <w:trPr>
          <w:cantSplit/>
          <w:trHeight w:val="340"/>
          <w:jc w:val="center"/>
        </w:trPr>
        <w:tc>
          <w:tcPr>
            <w:tcW w:w="6690" w:type="dxa"/>
            <w:shd w:val="clear" w:color="auto" w:fill="EEF1FA"/>
            <w:vAlign w:val="center"/>
          </w:tcPr>
          <w:p w14:paraId="1B027950" w14:textId="77777777" w:rsidR="00E050A2" w:rsidRDefault="004F2FC6">
            <w:pPr>
              <w:bidi/>
              <w:spacing w:before="30" w:after="30"/>
            </w:pPr>
            <w:r>
              <w:rPr>
                <w:sz w:val="18"/>
                <w:szCs w:val="18"/>
                <w:rtl/>
              </w:rPr>
              <w:t>شهادات معايرة الأجهزة المستخدمة في الاختبارات</w:t>
            </w:r>
          </w:p>
        </w:tc>
        <w:tc>
          <w:tcPr>
            <w:tcW w:w="3402" w:type="dxa"/>
            <w:shd w:val="clear" w:color="auto" w:fill="EEF1FA"/>
            <w:vAlign w:val="center"/>
          </w:tcPr>
          <w:p w14:paraId="48F4ADDB" w14:textId="77777777" w:rsidR="00E050A2" w:rsidRDefault="004F2FC6">
            <w:pPr>
              <w:bidi/>
              <w:spacing w:before="30" w:after="30"/>
            </w:pPr>
            <w:r>
              <w:rPr>
                <w:sz w:val="18"/>
                <w:szCs w:val="18"/>
                <w:rtl/>
              </w:rPr>
              <w:t>PDF</w:t>
            </w:r>
          </w:p>
        </w:tc>
      </w:tr>
      <w:tr w:rsidR="00E050A2" w14:paraId="64A75C52" w14:textId="77777777">
        <w:trPr>
          <w:cantSplit/>
          <w:trHeight w:val="340"/>
          <w:jc w:val="center"/>
        </w:trPr>
        <w:tc>
          <w:tcPr>
            <w:tcW w:w="6690" w:type="dxa"/>
            <w:vAlign w:val="center"/>
          </w:tcPr>
          <w:p w14:paraId="409F5217" w14:textId="77777777" w:rsidR="00E050A2" w:rsidRDefault="004F2FC6">
            <w:pPr>
              <w:bidi/>
              <w:spacing w:before="30" w:after="30"/>
            </w:pPr>
            <w:r>
              <w:rPr>
                <w:sz w:val="18"/>
                <w:szCs w:val="18"/>
                <w:rtl/>
              </w:rPr>
              <w:t>سجل تدريب فريق المالك على الأنظمة</w:t>
            </w:r>
          </w:p>
        </w:tc>
        <w:tc>
          <w:tcPr>
            <w:tcW w:w="3402" w:type="dxa"/>
            <w:vAlign w:val="center"/>
          </w:tcPr>
          <w:p w14:paraId="3B1D0DCE" w14:textId="77777777" w:rsidR="00E050A2" w:rsidRDefault="004F2FC6">
            <w:pPr>
              <w:bidi/>
              <w:spacing w:before="30" w:after="30"/>
            </w:pPr>
            <w:r>
              <w:rPr>
                <w:sz w:val="18"/>
                <w:szCs w:val="18"/>
                <w:rtl/>
              </w:rPr>
              <w:t>محاضر موقعة</w:t>
            </w:r>
          </w:p>
        </w:tc>
      </w:tr>
      <w:tr w:rsidR="00E050A2" w14:paraId="3FE35231" w14:textId="77777777">
        <w:trPr>
          <w:cantSplit/>
          <w:trHeight w:val="340"/>
          <w:jc w:val="center"/>
        </w:trPr>
        <w:tc>
          <w:tcPr>
            <w:tcW w:w="6690" w:type="dxa"/>
            <w:shd w:val="clear" w:color="auto" w:fill="EEF1FA"/>
            <w:vAlign w:val="center"/>
          </w:tcPr>
          <w:p w14:paraId="038D9062" w14:textId="77777777" w:rsidR="00E050A2" w:rsidRDefault="004F2FC6">
            <w:pPr>
              <w:bidi/>
              <w:spacing w:before="30" w:after="30"/>
            </w:pPr>
            <w:r>
              <w:rPr>
                <w:sz w:val="18"/>
                <w:szCs w:val="18"/>
                <w:rtl/>
              </w:rPr>
              <w:t>قائمة قطع الغيار والمفاتيح المسلمة</w:t>
            </w:r>
          </w:p>
        </w:tc>
        <w:tc>
          <w:tcPr>
            <w:tcW w:w="3402" w:type="dxa"/>
            <w:shd w:val="clear" w:color="auto" w:fill="EEF1FA"/>
            <w:vAlign w:val="center"/>
          </w:tcPr>
          <w:p w14:paraId="68E8A3DD" w14:textId="77777777" w:rsidR="00E050A2" w:rsidRDefault="004F2FC6">
            <w:pPr>
              <w:bidi/>
              <w:spacing w:before="30" w:after="30"/>
            </w:pPr>
            <w:r>
              <w:rPr>
                <w:sz w:val="18"/>
                <w:szCs w:val="18"/>
                <w:rtl/>
              </w:rPr>
              <w:t>محضر تسليم</w:t>
            </w:r>
          </w:p>
        </w:tc>
      </w:tr>
      <w:tr w:rsidR="00E050A2" w14:paraId="7150C61E" w14:textId="77777777">
        <w:trPr>
          <w:cantSplit/>
          <w:trHeight w:val="340"/>
          <w:jc w:val="center"/>
        </w:trPr>
        <w:tc>
          <w:tcPr>
            <w:tcW w:w="6690" w:type="dxa"/>
            <w:vAlign w:val="center"/>
          </w:tcPr>
          <w:p w14:paraId="0ED4F3C7" w14:textId="77777777" w:rsidR="00E050A2" w:rsidRDefault="004F2FC6">
            <w:pPr>
              <w:bidi/>
              <w:spacing w:before="30" w:after="30"/>
            </w:pPr>
            <w:r>
              <w:rPr>
                <w:sz w:val="18"/>
                <w:szCs w:val="18"/>
                <w:rtl/>
              </w:rPr>
              <w:t>شهادات الجهات الحكومية (الدفاع المدني، الكهرباء، المياه)</w:t>
            </w:r>
          </w:p>
        </w:tc>
        <w:tc>
          <w:tcPr>
            <w:tcW w:w="3402" w:type="dxa"/>
            <w:vAlign w:val="center"/>
          </w:tcPr>
          <w:p w14:paraId="1A98C1D5" w14:textId="77777777" w:rsidR="00E050A2" w:rsidRDefault="004F2FC6">
            <w:pPr>
              <w:bidi/>
              <w:spacing w:before="30" w:after="30"/>
            </w:pPr>
            <w:r>
              <w:rPr>
                <w:sz w:val="18"/>
                <w:szCs w:val="18"/>
                <w:rtl/>
              </w:rPr>
              <w:t>أصول</w:t>
            </w:r>
          </w:p>
        </w:tc>
      </w:tr>
    </w:tbl>
    <w:p w14:paraId="42CD6083" w14:textId="77777777" w:rsidR="00E050A2" w:rsidRDefault="00E050A2">
      <w:pPr>
        <w:bidi/>
        <w:spacing w:after="40"/>
      </w:pPr>
    </w:p>
    <w:p w14:paraId="5BFC65EB" w14:textId="77777777" w:rsidR="00E050A2" w:rsidRDefault="004F2FC6">
      <w:pPr>
        <w:keepNext/>
        <w:pBdr>
          <w:bottom w:val="single" w:sz="8" w:space="1" w:color="2633FF"/>
        </w:pBdr>
        <w:bidi/>
        <w:spacing w:before="200" w:after="120"/>
        <w:outlineLvl w:val="0"/>
      </w:pPr>
      <w:r>
        <w:rPr>
          <w:b/>
          <w:bCs/>
          <w:color w:val="052976"/>
          <w:sz w:val="30"/>
          <w:szCs w:val="30"/>
          <w:rtl/>
        </w:rPr>
        <w:t>16. مؤشرات الأداء KPIs</w:t>
      </w:r>
    </w:p>
    <w:p w14:paraId="7CDECA86" w14:textId="77777777" w:rsidR="00E050A2" w:rsidRDefault="004F2FC6">
      <w:pPr>
        <w:bidi/>
        <w:spacing w:after="80"/>
      </w:pPr>
      <w:r>
        <w:rPr>
          <w:sz w:val="21"/>
          <w:szCs w:val="21"/>
          <w:rtl/>
        </w:rPr>
        <w:t>تحسب المؤشرات آليا في ورقة KPIs بالملف المرافق من سجلات IR وNCR والتقديمات والاختبارات. القيم المستهدفة افتراضية وتعدل في خلايا الإدخال.</w:t>
      </w:r>
    </w:p>
    <w:tbl>
      <w:tblPr>
        <w:tblStyle w:val="TableGrid"/>
        <w:bidiVisual/>
        <w:tblW w:w="0" w:type="auto"/>
        <w:jc w:val="center"/>
        <w:tblLayout w:type="fixed"/>
        <w:tblLook w:val="04A0" w:firstRow="1" w:lastRow="0" w:firstColumn="1" w:lastColumn="0" w:noHBand="0" w:noVBand="1"/>
      </w:tblPr>
      <w:tblGrid>
        <w:gridCol w:w="2154"/>
        <w:gridCol w:w="4535"/>
        <w:gridCol w:w="1361"/>
        <w:gridCol w:w="2041"/>
      </w:tblGrid>
      <w:tr w:rsidR="00E050A2" w14:paraId="2C8CBBD1" w14:textId="77777777">
        <w:trPr>
          <w:cantSplit/>
          <w:trHeight w:val="340"/>
          <w:tblHeader/>
          <w:jc w:val="center"/>
        </w:trPr>
        <w:tc>
          <w:tcPr>
            <w:tcW w:w="2154" w:type="dxa"/>
            <w:shd w:val="clear" w:color="auto" w:fill="052976"/>
            <w:vAlign w:val="center"/>
          </w:tcPr>
          <w:p w14:paraId="0A0C74F0" w14:textId="77777777" w:rsidR="00E050A2" w:rsidRDefault="004F2FC6">
            <w:pPr>
              <w:bidi/>
              <w:spacing w:before="30" w:after="30"/>
              <w:jc w:val="center"/>
            </w:pPr>
            <w:r>
              <w:rPr>
                <w:b/>
                <w:bCs/>
                <w:color w:val="FFFFFF"/>
                <w:sz w:val="19"/>
                <w:szCs w:val="19"/>
                <w:rtl/>
              </w:rPr>
              <w:t>المؤشر</w:t>
            </w:r>
          </w:p>
        </w:tc>
        <w:tc>
          <w:tcPr>
            <w:tcW w:w="4535" w:type="dxa"/>
            <w:shd w:val="clear" w:color="auto" w:fill="052976"/>
            <w:vAlign w:val="center"/>
          </w:tcPr>
          <w:p w14:paraId="1AEED137" w14:textId="77777777" w:rsidR="00E050A2" w:rsidRDefault="004F2FC6">
            <w:pPr>
              <w:bidi/>
              <w:spacing w:before="30" w:after="30"/>
              <w:jc w:val="center"/>
            </w:pPr>
            <w:r>
              <w:rPr>
                <w:b/>
                <w:bCs/>
                <w:color w:val="FFFFFF"/>
                <w:sz w:val="19"/>
                <w:szCs w:val="19"/>
                <w:rtl/>
              </w:rPr>
              <w:t>طريقة الحساب</w:t>
            </w:r>
          </w:p>
        </w:tc>
        <w:tc>
          <w:tcPr>
            <w:tcW w:w="1361" w:type="dxa"/>
            <w:shd w:val="clear" w:color="auto" w:fill="052976"/>
            <w:vAlign w:val="center"/>
          </w:tcPr>
          <w:p w14:paraId="56DCDD08" w14:textId="77777777" w:rsidR="00E050A2" w:rsidRDefault="004F2FC6">
            <w:pPr>
              <w:bidi/>
              <w:spacing w:before="30" w:after="30"/>
              <w:jc w:val="center"/>
            </w:pPr>
            <w:r>
              <w:rPr>
                <w:b/>
                <w:bCs/>
                <w:color w:val="FFFFFF"/>
                <w:sz w:val="19"/>
                <w:szCs w:val="19"/>
                <w:rtl/>
              </w:rPr>
              <w:t>المستهدف</w:t>
            </w:r>
          </w:p>
        </w:tc>
        <w:tc>
          <w:tcPr>
            <w:tcW w:w="2041" w:type="dxa"/>
            <w:shd w:val="clear" w:color="auto" w:fill="052976"/>
            <w:vAlign w:val="center"/>
          </w:tcPr>
          <w:p w14:paraId="721862A1" w14:textId="77777777" w:rsidR="00E050A2" w:rsidRDefault="004F2FC6">
            <w:pPr>
              <w:bidi/>
              <w:spacing w:before="30" w:after="30"/>
              <w:jc w:val="center"/>
            </w:pPr>
            <w:r>
              <w:rPr>
                <w:b/>
                <w:bCs/>
                <w:color w:val="FFFFFF"/>
                <w:sz w:val="19"/>
                <w:szCs w:val="19"/>
                <w:rtl/>
              </w:rPr>
              <w:t>المصدر</w:t>
            </w:r>
          </w:p>
        </w:tc>
      </w:tr>
      <w:tr w:rsidR="00E050A2" w14:paraId="154F4113" w14:textId="77777777">
        <w:trPr>
          <w:cantSplit/>
          <w:trHeight w:val="340"/>
          <w:jc w:val="center"/>
        </w:trPr>
        <w:tc>
          <w:tcPr>
            <w:tcW w:w="2154" w:type="dxa"/>
            <w:vAlign w:val="center"/>
          </w:tcPr>
          <w:p w14:paraId="2E0E082F" w14:textId="77777777" w:rsidR="00E050A2" w:rsidRDefault="004F2FC6">
            <w:pPr>
              <w:bidi/>
              <w:spacing w:before="30" w:after="30"/>
            </w:pPr>
            <w:r>
              <w:rPr>
                <w:sz w:val="18"/>
                <w:szCs w:val="18"/>
                <w:rtl/>
              </w:rPr>
              <w:t>نسبة القبول من أول مرة IR</w:t>
            </w:r>
          </w:p>
        </w:tc>
        <w:tc>
          <w:tcPr>
            <w:tcW w:w="4535" w:type="dxa"/>
            <w:vAlign w:val="center"/>
          </w:tcPr>
          <w:p w14:paraId="6B5CC2F2" w14:textId="77777777" w:rsidR="00E050A2" w:rsidRDefault="004F2FC6">
            <w:pPr>
              <w:bidi/>
              <w:spacing w:before="30" w:after="30"/>
            </w:pPr>
            <w:r>
              <w:rPr>
                <w:sz w:val="18"/>
                <w:szCs w:val="18"/>
                <w:rtl/>
              </w:rPr>
              <w:t>عدد IR بالإصدار R0 المقبولة أو المقبولة بملاحظات ÷ عدد IR بالإصدار R0 التي صدرت لها نتيجة × 100</w:t>
            </w:r>
          </w:p>
        </w:tc>
        <w:tc>
          <w:tcPr>
            <w:tcW w:w="1361" w:type="dxa"/>
            <w:vAlign w:val="center"/>
          </w:tcPr>
          <w:p w14:paraId="60AFAFE1" w14:textId="77777777" w:rsidR="00E050A2" w:rsidRDefault="004F2FC6">
            <w:pPr>
              <w:bidi/>
              <w:spacing w:before="30" w:after="30"/>
            </w:pPr>
            <w:r>
              <w:rPr>
                <w:sz w:val="18"/>
                <w:szCs w:val="18"/>
                <w:rtl/>
              </w:rPr>
              <w:t>≥ 90%</w:t>
            </w:r>
          </w:p>
        </w:tc>
        <w:tc>
          <w:tcPr>
            <w:tcW w:w="2041" w:type="dxa"/>
            <w:vAlign w:val="center"/>
          </w:tcPr>
          <w:p w14:paraId="4EFB2F37" w14:textId="77777777" w:rsidR="00E050A2" w:rsidRDefault="004F2FC6">
            <w:pPr>
              <w:bidi/>
              <w:spacing w:before="30" w:after="30"/>
            </w:pPr>
            <w:r>
              <w:rPr>
                <w:sz w:val="18"/>
                <w:szCs w:val="18"/>
                <w:rtl/>
              </w:rPr>
              <w:t>IR_Log</w:t>
            </w:r>
          </w:p>
        </w:tc>
      </w:tr>
      <w:tr w:rsidR="00E050A2" w14:paraId="267B5081" w14:textId="77777777">
        <w:trPr>
          <w:cantSplit/>
          <w:trHeight w:val="340"/>
          <w:jc w:val="center"/>
        </w:trPr>
        <w:tc>
          <w:tcPr>
            <w:tcW w:w="2154" w:type="dxa"/>
            <w:shd w:val="clear" w:color="auto" w:fill="EEF1FA"/>
            <w:vAlign w:val="center"/>
          </w:tcPr>
          <w:p w14:paraId="1C80458E" w14:textId="77777777" w:rsidR="00E050A2" w:rsidRDefault="004F2FC6">
            <w:pPr>
              <w:bidi/>
              <w:spacing w:before="30" w:after="30"/>
            </w:pPr>
            <w:r>
              <w:rPr>
                <w:sz w:val="18"/>
                <w:szCs w:val="18"/>
                <w:rtl/>
              </w:rPr>
              <w:t>الالتزام بمهلة الإخطار</w:t>
            </w:r>
          </w:p>
        </w:tc>
        <w:tc>
          <w:tcPr>
            <w:tcW w:w="4535" w:type="dxa"/>
            <w:shd w:val="clear" w:color="auto" w:fill="EEF1FA"/>
            <w:vAlign w:val="center"/>
          </w:tcPr>
          <w:p w14:paraId="7FF90F48" w14:textId="77777777" w:rsidR="00E050A2" w:rsidRDefault="004F2FC6">
            <w:pPr>
              <w:bidi/>
              <w:spacing w:before="30" w:after="30"/>
            </w:pPr>
            <w:r>
              <w:rPr>
                <w:sz w:val="18"/>
                <w:szCs w:val="18"/>
                <w:rtl/>
              </w:rPr>
              <w:t>عدد IR بفارق 24 ساعة أو أكثر بين التقديم والفحص ÷ عدد IR المسجل لها وقت تقديم ووقت فحص × 100</w:t>
            </w:r>
          </w:p>
        </w:tc>
        <w:tc>
          <w:tcPr>
            <w:tcW w:w="1361" w:type="dxa"/>
            <w:shd w:val="clear" w:color="auto" w:fill="EEF1FA"/>
            <w:vAlign w:val="center"/>
          </w:tcPr>
          <w:p w14:paraId="10CC2DED" w14:textId="77777777" w:rsidR="00E050A2" w:rsidRDefault="004F2FC6">
            <w:pPr>
              <w:bidi/>
              <w:spacing w:before="30" w:after="30"/>
            </w:pPr>
            <w:r>
              <w:rPr>
                <w:sz w:val="18"/>
                <w:szCs w:val="18"/>
                <w:rtl/>
              </w:rPr>
              <w:t>≥ 95%</w:t>
            </w:r>
          </w:p>
        </w:tc>
        <w:tc>
          <w:tcPr>
            <w:tcW w:w="2041" w:type="dxa"/>
            <w:shd w:val="clear" w:color="auto" w:fill="EEF1FA"/>
            <w:vAlign w:val="center"/>
          </w:tcPr>
          <w:p w14:paraId="040A9ED0" w14:textId="77777777" w:rsidR="00E050A2" w:rsidRDefault="004F2FC6">
            <w:pPr>
              <w:bidi/>
              <w:spacing w:before="30" w:after="30"/>
            </w:pPr>
            <w:r>
              <w:rPr>
                <w:sz w:val="18"/>
                <w:szCs w:val="18"/>
                <w:rtl/>
              </w:rPr>
              <w:t>IR_Log</w:t>
            </w:r>
          </w:p>
        </w:tc>
      </w:tr>
      <w:tr w:rsidR="00E050A2" w14:paraId="401833F3" w14:textId="77777777">
        <w:trPr>
          <w:cantSplit/>
          <w:trHeight w:val="340"/>
          <w:jc w:val="center"/>
        </w:trPr>
        <w:tc>
          <w:tcPr>
            <w:tcW w:w="2154" w:type="dxa"/>
            <w:vAlign w:val="center"/>
          </w:tcPr>
          <w:p w14:paraId="63CC2E84" w14:textId="77777777" w:rsidR="00E050A2" w:rsidRDefault="004F2FC6">
            <w:pPr>
              <w:bidi/>
              <w:spacing w:before="30" w:after="30"/>
            </w:pPr>
            <w:r>
              <w:rPr>
                <w:sz w:val="18"/>
                <w:szCs w:val="18"/>
                <w:rtl/>
              </w:rPr>
              <w:t>متوسط زمن إغلاق NCR</w:t>
            </w:r>
          </w:p>
        </w:tc>
        <w:tc>
          <w:tcPr>
            <w:tcW w:w="4535" w:type="dxa"/>
            <w:vAlign w:val="center"/>
          </w:tcPr>
          <w:p w14:paraId="2B216D00" w14:textId="77777777" w:rsidR="00E050A2" w:rsidRDefault="004F2FC6">
            <w:pPr>
              <w:bidi/>
              <w:spacing w:before="30" w:after="30"/>
            </w:pPr>
            <w:r>
              <w:rPr>
                <w:sz w:val="18"/>
                <w:szCs w:val="18"/>
                <w:rtl/>
              </w:rPr>
              <w:t>مجموع (تاريخ الإغلاق ناقص تاريخ الإصدار) للحالات المغلقة ÷ عددها، بالأيام</w:t>
            </w:r>
          </w:p>
        </w:tc>
        <w:tc>
          <w:tcPr>
            <w:tcW w:w="1361" w:type="dxa"/>
            <w:vAlign w:val="center"/>
          </w:tcPr>
          <w:p w14:paraId="3C5F53D2" w14:textId="77777777" w:rsidR="00E050A2" w:rsidRDefault="004F2FC6">
            <w:pPr>
              <w:bidi/>
              <w:spacing w:before="30" w:after="30"/>
            </w:pPr>
            <w:r>
              <w:rPr>
                <w:sz w:val="18"/>
                <w:szCs w:val="18"/>
                <w:rtl/>
              </w:rPr>
              <w:t>≤ 14 يوما</w:t>
            </w:r>
          </w:p>
        </w:tc>
        <w:tc>
          <w:tcPr>
            <w:tcW w:w="2041" w:type="dxa"/>
            <w:vAlign w:val="center"/>
          </w:tcPr>
          <w:p w14:paraId="301F6952" w14:textId="77777777" w:rsidR="00E050A2" w:rsidRDefault="004F2FC6">
            <w:pPr>
              <w:bidi/>
              <w:spacing w:before="30" w:after="30"/>
            </w:pPr>
            <w:r>
              <w:rPr>
                <w:sz w:val="18"/>
                <w:szCs w:val="18"/>
                <w:rtl/>
              </w:rPr>
              <w:t>NCR_Log</w:t>
            </w:r>
          </w:p>
        </w:tc>
      </w:tr>
      <w:tr w:rsidR="00E050A2" w14:paraId="27A1B5C5" w14:textId="77777777">
        <w:trPr>
          <w:cantSplit/>
          <w:trHeight w:val="340"/>
          <w:jc w:val="center"/>
        </w:trPr>
        <w:tc>
          <w:tcPr>
            <w:tcW w:w="2154" w:type="dxa"/>
            <w:shd w:val="clear" w:color="auto" w:fill="EEF1FA"/>
            <w:vAlign w:val="center"/>
          </w:tcPr>
          <w:p w14:paraId="7B8DBDDA" w14:textId="77777777" w:rsidR="00E050A2" w:rsidRDefault="004F2FC6">
            <w:pPr>
              <w:bidi/>
              <w:spacing w:before="30" w:after="30"/>
            </w:pPr>
            <w:r>
              <w:rPr>
                <w:sz w:val="18"/>
                <w:szCs w:val="18"/>
                <w:rtl/>
              </w:rPr>
              <w:t>NCR المتأخرة</w:t>
            </w:r>
          </w:p>
        </w:tc>
        <w:tc>
          <w:tcPr>
            <w:tcW w:w="4535" w:type="dxa"/>
            <w:shd w:val="clear" w:color="auto" w:fill="EEF1FA"/>
            <w:vAlign w:val="center"/>
          </w:tcPr>
          <w:p w14:paraId="07B94677" w14:textId="77777777" w:rsidR="00E050A2" w:rsidRDefault="004F2FC6">
            <w:pPr>
              <w:bidi/>
              <w:spacing w:before="30" w:after="30"/>
            </w:pPr>
            <w:r>
              <w:rPr>
                <w:sz w:val="18"/>
                <w:szCs w:val="18"/>
                <w:rtl/>
              </w:rPr>
              <w:t>عدد NCR المفتوحة التي تجاوزت تاريخ الإغلاق المستهدف</w:t>
            </w:r>
          </w:p>
        </w:tc>
        <w:tc>
          <w:tcPr>
            <w:tcW w:w="1361" w:type="dxa"/>
            <w:shd w:val="clear" w:color="auto" w:fill="EEF1FA"/>
            <w:vAlign w:val="center"/>
          </w:tcPr>
          <w:p w14:paraId="69D0F6DB" w14:textId="77777777" w:rsidR="00E050A2" w:rsidRDefault="004F2FC6">
            <w:pPr>
              <w:bidi/>
              <w:spacing w:before="30" w:after="30"/>
            </w:pPr>
            <w:r>
              <w:rPr>
                <w:sz w:val="18"/>
                <w:szCs w:val="18"/>
                <w:rtl/>
              </w:rPr>
              <w:t>0</w:t>
            </w:r>
          </w:p>
        </w:tc>
        <w:tc>
          <w:tcPr>
            <w:tcW w:w="2041" w:type="dxa"/>
            <w:shd w:val="clear" w:color="auto" w:fill="EEF1FA"/>
            <w:vAlign w:val="center"/>
          </w:tcPr>
          <w:p w14:paraId="109B0F2C" w14:textId="77777777" w:rsidR="00E050A2" w:rsidRDefault="004F2FC6">
            <w:pPr>
              <w:bidi/>
              <w:spacing w:before="30" w:after="30"/>
            </w:pPr>
            <w:r>
              <w:rPr>
                <w:sz w:val="18"/>
                <w:szCs w:val="18"/>
                <w:rtl/>
              </w:rPr>
              <w:t>NCR_Log</w:t>
            </w:r>
          </w:p>
        </w:tc>
      </w:tr>
      <w:tr w:rsidR="00E050A2" w14:paraId="7548178B" w14:textId="77777777">
        <w:trPr>
          <w:cantSplit/>
          <w:trHeight w:val="340"/>
          <w:jc w:val="center"/>
        </w:trPr>
        <w:tc>
          <w:tcPr>
            <w:tcW w:w="2154" w:type="dxa"/>
            <w:vAlign w:val="center"/>
          </w:tcPr>
          <w:p w14:paraId="01C7158C" w14:textId="77777777" w:rsidR="00E050A2" w:rsidRDefault="004F2FC6">
            <w:pPr>
              <w:bidi/>
              <w:spacing w:before="30" w:after="30"/>
            </w:pPr>
            <w:r>
              <w:rPr>
                <w:sz w:val="18"/>
                <w:szCs w:val="18"/>
                <w:rtl/>
              </w:rPr>
              <w:t>زمن دورة التقديمات</w:t>
            </w:r>
          </w:p>
        </w:tc>
        <w:tc>
          <w:tcPr>
            <w:tcW w:w="4535" w:type="dxa"/>
            <w:vAlign w:val="center"/>
          </w:tcPr>
          <w:p w14:paraId="4D923A34" w14:textId="77777777" w:rsidR="00E050A2" w:rsidRDefault="004F2FC6">
            <w:pPr>
              <w:bidi/>
              <w:spacing w:before="30" w:after="30"/>
            </w:pPr>
            <w:r>
              <w:rPr>
                <w:sz w:val="18"/>
                <w:szCs w:val="18"/>
                <w:rtl/>
              </w:rPr>
              <w:t>مجموع (تاريخ الرد ناقص تاريخ التقديم) ÷ عدد التقديمات التي صدر لها رد، بالأيام</w:t>
            </w:r>
          </w:p>
        </w:tc>
        <w:tc>
          <w:tcPr>
            <w:tcW w:w="1361" w:type="dxa"/>
            <w:vAlign w:val="center"/>
          </w:tcPr>
          <w:p w14:paraId="7DCFCC62" w14:textId="77777777" w:rsidR="00E050A2" w:rsidRDefault="004F2FC6">
            <w:pPr>
              <w:bidi/>
              <w:spacing w:before="30" w:after="30"/>
            </w:pPr>
            <w:r>
              <w:rPr>
                <w:sz w:val="18"/>
                <w:szCs w:val="18"/>
                <w:rtl/>
              </w:rPr>
              <w:t>≤ 14 يوما</w:t>
            </w:r>
          </w:p>
        </w:tc>
        <w:tc>
          <w:tcPr>
            <w:tcW w:w="2041" w:type="dxa"/>
            <w:vAlign w:val="center"/>
          </w:tcPr>
          <w:p w14:paraId="27E0C73C" w14:textId="77777777" w:rsidR="00E050A2" w:rsidRDefault="004F2FC6">
            <w:pPr>
              <w:bidi/>
              <w:spacing w:before="30" w:after="30"/>
            </w:pPr>
            <w:r>
              <w:rPr>
                <w:sz w:val="18"/>
                <w:szCs w:val="18"/>
                <w:rtl/>
              </w:rPr>
              <w:t>Submittal_Log</w:t>
            </w:r>
          </w:p>
        </w:tc>
      </w:tr>
      <w:tr w:rsidR="00E050A2" w14:paraId="03DD6BE8" w14:textId="77777777">
        <w:trPr>
          <w:cantSplit/>
          <w:trHeight w:val="340"/>
          <w:jc w:val="center"/>
        </w:trPr>
        <w:tc>
          <w:tcPr>
            <w:tcW w:w="2154" w:type="dxa"/>
            <w:shd w:val="clear" w:color="auto" w:fill="EEF1FA"/>
            <w:vAlign w:val="center"/>
          </w:tcPr>
          <w:p w14:paraId="69BC2C06" w14:textId="77777777" w:rsidR="00E050A2" w:rsidRDefault="004F2FC6">
            <w:pPr>
              <w:bidi/>
              <w:spacing w:before="30" w:after="30"/>
            </w:pPr>
            <w:r>
              <w:rPr>
                <w:sz w:val="18"/>
                <w:szCs w:val="18"/>
                <w:rtl/>
              </w:rPr>
              <w:t>اعتماد التقديمات من أول مرة</w:t>
            </w:r>
          </w:p>
        </w:tc>
        <w:tc>
          <w:tcPr>
            <w:tcW w:w="4535" w:type="dxa"/>
            <w:shd w:val="clear" w:color="auto" w:fill="EEF1FA"/>
            <w:vAlign w:val="center"/>
          </w:tcPr>
          <w:p w14:paraId="72F1DE2F" w14:textId="77777777" w:rsidR="00E050A2" w:rsidRDefault="004F2FC6">
            <w:pPr>
              <w:bidi/>
              <w:spacing w:before="30" w:after="30"/>
            </w:pPr>
            <w:r>
              <w:rPr>
                <w:sz w:val="18"/>
                <w:szCs w:val="18"/>
                <w:rtl/>
              </w:rPr>
              <w:t>عدد التقديمات R0 بالكود A أو B ÷ عدد التقديمات R0 التي صدر لها رد × 100</w:t>
            </w:r>
          </w:p>
        </w:tc>
        <w:tc>
          <w:tcPr>
            <w:tcW w:w="1361" w:type="dxa"/>
            <w:shd w:val="clear" w:color="auto" w:fill="EEF1FA"/>
            <w:vAlign w:val="center"/>
          </w:tcPr>
          <w:p w14:paraId="43E5A284" w14:textId="77777777" w:rsidR="00E050A2" w:rsidRDefault="004F2FC6">
            <w:pPr>
              <w:bidi/>
              <w:spacing w:before="30" w:after="30"/>
            </w:pPr>
            <w:r>
              <w:rPr>
                <w:sz w:val="18"/>
                <w:szCs w:val="18"/>
                <w:rtl/>
              </w:rPr>
              <w:t>≥ 80%</w:t>
            </w:r>
          </w:p>
        </w:tc>
        <w:tc>
          <w:tcPr>
            <w:tcW w:w="2041" w:type="dxa"/>
            <w:shd w:val="clear" w:color="auto" w:fill="EEF1FA"/>
            <w:vAlign w:val="center"/>
          </w:tcPr>
          <w:p w14:paraId="5B987C17" w14:textId="77777777" w:rsidR="00E050A2" w:rsidRDefault="004F2FC6">
            <w:pPr>
              <w:bidi/>
              <w:spacing w:before="30" w:after="30"/>
            </w:pPr>
            <w:r>
              <w:rPr>
                <w:sz w:val="18"/>
                <w:szCs w:val="18"/>
                <w:rtl/>
              </w:rPr>
              <w:t>Submittal_Log</w:t>
            </w:r>
          </w:p>
        </w:tc>
      </w:tr>
      <w:tr w:rsidR="00E050A2" w14:paraId="03160FB1" w14:textId="77777777">
        <w:trPr>
          <w:cantSplit/>
          <w:trHeight w:val="340"/>
          <w:jc w:val="center"/>
        </w:trPr>
        <w:tc>
          <w:tcPr>
            <w:tcW w:w="2154" w:type="dxa"/>
            <w:vAlign w:val="center"/>
          </w:tcPr>
          <w:p w14:paraId="608145D2" w14:textId="77777777" w:rsidR="00E050A2" w:rsidRDefault="004F2FC6">
            <w:pPr>
              <w:bidi/>
              <w:spacing w:before="30" w:after="30"/>
            </w:pPr>
            <w:r>
              <w:rPr>
                <w:sz w:val="18"/>
                <w:szCs w:val="18"/>
                <w:rtl/>
              </w:rPr>
              <w:t>نسبة فشل الاختبارات</w:t>
            </w:r>
          </w:p>
        </w:tc>
        <w:tc>
          <w:tcPr>
            <w:tcW w:w="4535" w:type="dxa"/>
            <w:vAlign w:val="center"/>
          </w:tcPr>
          <w:p w14:paraId="5A607F60" w14:textId="77777777" w:rsidR="00E050A2" w:rsidRDefault="004F2FC6">
            <w:pPr>
              <w:bidi/>
              <w:spacing w:before="30" w:after="30"/>
            </w:pPr>
            <w:r>
              <w:rPr>
                <w:sz w:val="18"/>
                <w:szCs w:val="18"/>
                <w:rtl/>
              </w:rPr>
              <w:t>عدد الاختبارات بنتيجة فشل ÷ إجمالي الاختبارات التي صدرت نتيجتها × 100</w:t>
            </w:r>
          </w:p>
        </w:tc>
        <w:tc>
          <w:tcPr>
            <w:tcW w:w="1361" w:type="dxa"/>
            <w:vAlign w:val="center"/>
          </w:tcPr>
          <w:p w14:paraId="430369E8" w14:textId="77777777" w:rsidR="00E050A2" w:rsidRDefault="004F2FC6">
            <w:pPr>
              <w:bidi/>
              <w:spacing w:before="30" w:after="30"/>
            </w:pPr>
            <w:r>
              <w:rPr>
                <w:sz w:val="18"/>
                <w:szCs w:val="18"/>
                <w:rtl/>
              </w:rPr>
              <w:t>≤ 3%</w:t>
            </w:r>
          </w:p>
        </w:tc>
        <w:tc>
          <w:tcPr>
            <w:tcW w:w="2041" w:type="dxa"/>
            <w:vAlign w:val="center"/>
          </w:tcPr>
          <w:p w14:paraId="7502AF90" w14:textId="77777777" w:rsidR="00E050A2" w:rsidRDefault="004F2FC6">
            <w:pPr>
              <w:bidi/>
              <w:spacing w:before="30" w:after="30"/>
            </w:pPr>
            <w:r>
              <w:rPr>
                <w:sz w:val="18"/>
                <w:szCs w:val="18"/>
                <w:rtl/>
              </w:rPr>
              <w:t>Test_Log</w:t>
            </w:r>
          </w:p>
        </w:tc>
      </w:tr>
    </w:tbl>
    <w:p w14:paraId="0064ADD4" w14:textId="77777777" w:rsidR="00E050A2" w:rsidRDefault="00E050A2">
      <w:pPr>
        <w:bidi/>
        <w:spacing w:after="40"/>
      </w:pPr>
    </w:p>
    <w:p w14:paraId="316D5E28" w14:textId="77777777" w:rsidR="00E050A2" w:rsidRDefault="004F2FC6">
      <w:pPr>
        <w:keepNext/>
        <w:pBdr>
          <w:bottom w:val="single" w:sz="8" w:space="1" w:color="2633FF"/>
        </w:pBdr>
        <w:bidi/>
        <w:spacing w:before="200" w:after="120"/>
        <w:outlineLvl w:val="0"/>
      </w:pPr>
      <w:r>
        <w:rPr>
          <w:b/>
          <w:bCs/>
          <w:color w:val="052976"/>
          <w:sz w:val="30"/>
          <w:szCs w:val="30"/>
          <w:rtl/>
        </w:rPr>
        <w:t>17. الملاحق: النماذج وحقولها</w:t>
      </w:r>
    </w:p>
    <w:p w14:paraId="4BC20196" w14:textId="77777777" w:rsidR="00E050A2" w:rsidRDefault="004F2FC6">
      <w:pPr>
        <w:bidi/>
        <w:spacing w:after="80"/>
      </w:pPr>
      <w:r>
        <w:rPr>
          <w:sz w:val="21"/>
          <w:szCs w:val="21"/>
          <w:rtl/>
        </w:rPr>
        <w:t>تصدر النماذج التالية بترويسة الاستشاري وترقيم البند 5، وتعبأ إلكترونيا أو ورقيا. الحقول المذكورة هي الحد الأدنى.</w:t>
      </w:r>
    </w:p>
    <w:p w14:paraId="6CC3B7FF" w14:textId="77777777" w:rsidR="00E050A2" w:rsidRDefault="004F2FC6">
      <w:pPr>
        <w:keepNext/>
        <w:bidi/>
        <w:spacing w:after="120"/>
        <w:outlineLvl w:val="1"/>
      </w:pPr>
      <w:r>
        <w:rPr>
          <w:b/>
          <w:bCs/>
          <w:color w:val="052976"/>
          <w:sz w:val="25"/>
          <w:szCs w:val="25"/>
          <w:rtl/>
        </w:rPr>
        <w:t>17.1 طلب فحص واستلام IR، رمز النموذج PRJ-CON-IR</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10613694" w14:textId="77777777">
        <w:trPr>
          <w:cantSplit/>
          <w:trHeight w:val="340"/>
          <w:tblHeader/>
          <w:jc w:val="center"/>
        </w:trPr>
        <w:tc>
          <w:tcPr>
            <w:tcW w:w="680" w:type="dxa"/>
            <w:shd w:val="clear" w:color="auto" w:fill="052976"/>
            <w:vAlign w:val="center"/>
          </w:tcPr>
          <w:p w14:paraId="2B76B00B"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034C59F6"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2323DC2E"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31C291D4" w14:textId="77777777" w:rsidR="00E050A2" w:rsidRDefault="004F2FC6">
            <w:pPr>
              <w:bidi/>
              <w:spacing w:before="30" w:after="30"/>
              <w:jc w:val="center"/>
            </w:pPr>
            <w:r>
              <w:rPr>
                <w:b/>
                <w:bCs/>
                <w:color w:val="FFFFFF"/>
                <w:sz w:val="19"/>
                <w:szCs w:val="19"/>
                <w:rtl/>
              </w:rPr>
              <w:t>الحقل</w:t>
            </w:r>
          </w:p>
        </w:tc>
      </w:tr>
      <w:tr w:rsidR="00E050A2" w14:paraId="41D23336" w14:textId="77777777">
        <w:trPr>
          <w:cantSplit/>
          <w:trHeight w:val="340"/>
          <w:jc w:val="center"/>
        </w:trPr>
        <w:tc>
          <w:tcPr>
            <w:tcW w:w="680" w:type="dxa"/>
            <w:vAlign w:val="center"/>
          </w:tcPr>
          <w:p w14:paraId="7C7786F5" w14:textId="77777777" w:rsidR="00E050A2" w:rsidRDefault="004F2FC6">
            <w:pPr>
              <w:bidi/>
              <w:spacing w:before="30" w:after="30"/>
              <w:jc w:val="center"/>
            </w:pPr>
            <w:r>
              <w:rPr>
                <w:sz w:val="18"/>
                <w:szCs w:val="18"/>
                <w:rtl/>
              </w:rPr>
              <w:t>1</w:t>
            </w:r>
          </w:p>
        </w:tc>
        <w:tc>
          <w:tcPr>
            <w:tcW w:w="4365" w:type="dxa"/>
            <w:vAlign w:val="center"/>
          </w:tcPr>
          <w:p w14:paraId="108151E1" w14:textId="77777777" w:rsidR="00E050A2" w:rsidRDefault="004F2FC6">
            <w:pPr>
              <w:bidi/>
              <w:spacing w:before="30" w:after="30"/>
            </w:pPr>
            <w:r>
              <w:rPr>
                <w:sz w:val="18"/>
                <w:szCs w:val="18"/>
                <w:rtl/>
              </w:rPr>
              <w:t>رقم IR والإصدار</w:t>
            </w:r>
          </w:p>
        </w:tc>
        <w:tc>
          <w:tcPr>
            <w:tcW w:w="680" w:type="dxa"/>
            <w:vAlign w:val="center"/>
          </w:tcPr>
          <w:p w14:paraId="4C2ED55E" w14:textId="77777777" w:rsidR="00E050A2" w:rsidRDefault="004F2FC6">
            <w:pPr>
              <w:bidi/>
              <w:spacing w:before="30" w:after="30"/>
              <w:jc w:val="center"/>
            </w:pPr>
            <w:r>
              <w:rPr>
                <w:sz w:val="18"/>
                <w:szCs w:val="18"/>
                <w:rtl/>
              </w:rPr>
              <w:t>9</w:t>
            </w:r>
          </w:p>
        </w:tc>
        <w:tc>
          <w:tcPr>
            <w:tcW w:w="4365" w:type="dxa"/>
            <w:vAlign w:val="center"/>
          </w:tcPr>
          <w:p w14:paraId="3BBC4C91" w14:textId="77777777" w:rsidR="00E050A2" w:rsidRDefault="004F2FC6">
            <w:pPr>
              <w:bidi/>
              <w:spacing w:before="30" w:after="30"/>
            </w:pPr>
            <w:r>
              <w:rPr>
                <w:sz w:val="18"/>
                <w:szCs w:val="18"/>
                <w:rtl/>
              </w:rPr>
              <w:t>التاريخ والوقت المطلوب للفحص</w:t>
            </w:r>
          </w:p>
        </w:tc>
      </w:tr>
      <w:tr w:rsidR="00E050A2" w14:paraId="54AD37EA" w14:textId="77777777">
        <w:trPr>
          <w:cantSplit/>
          <w:trHeight w:val="340"/>
          <w:jc w:val="center"/>
        </w:trPr>
        <w:tc>
          <w:tcPr>
            <w:tcW w:w="680" w:type="dxa"/>
            <w:vAlign w:val="center"/>
          </w:tcPr>
          <w:p w14:paraId="380384F8" w14:textId="77777777" w:rsidR="00E050A2" w:rsidRDefault="004F2FC6">
            <w:pPr>
              <w:bidi/>
              <w:spacing w:before="30" w:after="30"/>
              <w:jc w:val="center"/>
            </w:pPr>
            <w:r>
              <w:rPr>
                <w:sz w:val="18"/>
                <w:szCs w:val="18"/>
                <w:rtl/>
              </w:rPr>
              <w:t>2</w:t>
            </w:r>
          </w:p>
        </w:tc>
        <w:tc>
          <w:tcPr>
            <w:tcW w:w="4365" w:type="dxa"/>
            <w:vAlign w:val="center"/>
          </w:tcPr>
          <w:p w14:paraId="7A10FC93" w14:textId="77777777" w:rsidR="00E050A2" w:rsidRDefault="004F2FC6">
            <w:pPr>
              <w:bidi/>
              <w:spacing w:before="30" w:after="30"/>
            </w:pPr>
            <w:r>
              <w:rPr>
                <w:sz w:val="18"/>
                <w:szCs w:val="18"/>
                <w:rtl/>
              </w:rPr>
              <w:t>التاريخ ووقت التقديم</w:t>
            </w:r>
          </w:p>
        </w:tc>
        <w:tc>
          <w:tcPr>
            <w:tcW w:w="680" w:type="dxa"/>
            <w:vAlign w:val="center"/>
          </w:tcPr>
          <w:p w14:paraId="78B6957A" w14:textId="77777777" w:rsidR="00E050A2" w:rsidRDefault="004F2FC6">
            <w:pPr>
              <w:bidi/>
              <w:spacing w:before="30" w:after="30"/>
              <w:jc w:val="center"/>
            </w:pPr>
            <w:r>
              <w:rPr>
                <w:sz w:val="18"/>
                <w:szCs w:val="18"/>
                <w:rtl/>
              </w:rPr>
              <w:t>10</w:t>
            </w:r>
          </w:p>
        </w:tc>
        <w:tc>
          <w:tcPr>
            <w:tcW w:w="4365" w:type="dxa"/>
            <w:vAlign w:val="center"/>
          </w:tcPr>
          <w:p w14:paraId="0F914FC0" w14:textId="77777777" w:rsidR="00E050A2" w:rsidRDefault="004F2FC6">
            <w:pPr>
              <w:bidi/>
              <w:spacing w:before="30" w:after="30"/>
            </w:pPr>
            <w:r>
              <w:rPr>
                <w:sz w:val="18"/>
                <w:szCs w:val="18"/>
                <w:rtl/>
              </w:rPr>
              <w:t>قائمة الفحص الذاتي المرفقة</w:t>
            </w:r>
          </w:p>
        </w:tc>
      </w:tr>
      <w:tr w:rsidR="00E050A2" w14:paraId="55E5442E" w14:textId="77777777">
        <w:trPr>
          <w:cantSplit/>
          <w:trHeight w:val="340"/>
          <w:jc w:val="center"/>
        </w:trPr>
        <w:tc>
          <w:tcPr>
            <w:tcW w:w="680" w:type="dxa"/>
            <w:vAlign w:val="center"/>
          </w:tcPr>
          <w:p w14:paraId="1446EA92" w14:textId="77777777" w:rsidR="00E050A2" w:rsidRDefault="004F2FC6">
            <w:pPr>
              <w:bidi/>
              <w:spacing w:before="30" w:after="30"/>
              <w:jc w:val="center"/>
            </w:pPr>
            <w:r>
              <w:rPr>
                <w:sz w:val="18"/>
                <w:szCs w:val="18"/>
                <w:rtl/>
              </w:rPr>
              <w:t>3</w:t>
            </w:r>
          </w:p>
        </w:tc>
        <w:tc>
          <w:tcPr>
            <w:tcW w:w="4365" w:type="dxa"/>
            <w:vAlign w:val="center"/>
          </w:tcPr>
          <w:p w14:paraId="7FA19F5A" w14:textId="77777777" w:rsidR="00E050A2" w:rsidRDefault="004F2FC6">
            <w:pPr>
              <w:bidi/>
              <w:spacing w:before="30" w:after="30"/>
            </w:pPr>
            <w:r>
              <w:rPr>
                <w:sz w:val="18"/>
                <w:szCs w:val="18"/>
                <w:rtl/>
              </w:rPr>
              <w:t>التخصص</w:t>
            </w:r>
          </w:p>
        </w:tc>
        <w:tc>
          <w:tcPr>
            <w:tcW w:w="680" w:type="dxa"/>
            <w:vAlign w:val="center"/>
          </w:tcPr>
          <w:p w14:paraId="766B485D" w14:textId="77777777" w:rsidR="00E050A2" w:rsidRDefault="004F2FC6">
            <w:pPr>
              <w:bidi/>
              <w:spacing w:before="30" w:after="30"/>
              <w:jc w:val="center"/>
            </w:pPr>
            <w:r>
              <w:rPr>
                <w:sz w:val="18"/>
                <w:szCs w:val="18"/>
                <w:rtl/>
              </w:rPr>
              <w:t>11</w:t>
            </w:r>
          </w:p>
        </w:tc>
        <w:tc>
          <w:tcPr>
            <w:tcW w:w="4365" w:type="dxa"/>
            <w:vAlign w:val="center"/>
          </w:tcPr>
          <w:p w14:paraId="0CC3FD9E" w14:textId="77777777" w:rsidR="00E050A2" w:rsidRDefault="004F2FC6">
            <w:pPr>
              <w:bidi/>
              <w:spacing w:before="30" w:after="30"/>
            </w:pPr>
            <w:r>
              <w:rPr>
                <w:sz w:val="18"/>
                <w:szCs w:val="18"/>
                <w:rtl/>
              </w:rPr>
              <w:t>توقيع مهندس الجودة لدى المقاول</w:t>
            </w:r>
          </w:p>
        </w:tc>
      </w:tr>
      <w:tr w:rsidR="00E050A2" w14:paraId="5CC5FC7D" w14:textId="77777777">
        <w:trPr>
          <w:cantSplit/>
          <w:trHeight w:val="340"/>
          <w:jc w:val="center"/>
        </w:trPr>
        <w:tc>
          <w:tcPr>
            <w:tcW w:w="680" w:type="dxa"/>
            <w:vAlign w:val="center"/>
          </w:tcPr>
          <w:p w14:paraId="577571E0" w14:textId="77777777" w:rsidR="00E050A2" w:rsidRDefault="004F2FC6">
            <w:pPr>
              <w:bidi/>
              <w:spacing w:before="30" w:after="30"/>
              <w:jc w:val="center"/>
            </w:pPr>
            <w:r>
              <w:rPr>
                <w:sz w:val="18"/>
                <w:szCs w:val="18"/>
                <w:rtl/>
              </w:rPr>
              <w:t>4</w:t>
            </w:r>
          </w:p>
        </w:tc>
        <w:tc>
          <w:tcPr>
            <w:tcW w:w="4365" w:type="dxa"/>
            <w:vAlign w:val="center"/>
          </w:tcPr>
          <w:p w14:paraId="4F9E7E0F" w14:textId="77777777" w:rsidR="00E050A2" w:rsidRDefault="004F2FC6">
            <w:pPr>
              <w:bidi/>
              <w:spacing w:before="30" w:after="30"/>
            </w:pPr>
            <w:r>
              <w:rPr>
                <w:sz w:val="18"/>
                <w:szCs w:val="18"/>
                <w:rtl/>
              </w:rPr>
              <w:t>النشاط وموضوع الفحص</w:t>
            </w:r>
          </w:p>
        </w:tc>
        <w:tc>
          <w:tcPr>
            <w:tcW w:w="680" w:type="dxa"/>
            <w:vAlign w:val="center"/>
          </w:tcPr>
          <w:p w14:paraId="0E56DD91" w14:textId="77777777" w:rsidR="00E050A2" w:rsidRDefault="004F2FC6">
            <w:pPr>
              <w:bidi/>
              <w:spacing w:before="30" w:after="30"/>
              <w:jc w:val="center"/>
            </w:pPr>
            <w:r>
              <w:rPr>
                <w:sz w:val="18"/>
                <w:szCs w:val="18"/>
                <w:rtl/>
              </w:rPr>
              <w:t>12</w:t>
            </w:r>
          </w:p>
        </w:tc>
        <w:tc>
          <w:tcPr>
            <w:tcW w:w="4365" w:type="dxa"/>
            <w:vAlign w:val="center"/>
          </w:tcPr>
          <w:p w14:paraId="357ECE88" w14:textId="77777777" w:rsidR="00E050A2" w:rsidRDefault="004F2FC6">
            <w:pPr>
              <w:bidi/>
              <w:spacing w:before="30" w:after="30"/>
            </w:pPr>
            <w:r>
              <w:rPr>
                <w:sz w:val="18"/>
                <w:szCs w:val="18"/>
                <w:rtl/>
              </w:rPr>
              <w:t>نتيجة الفحص: مقبول، مقبول بملاحظات، مرفوض</w:t>
            </w:r>
          </w:p>
        </w:tc>
      </w:tr>
      <w:tr w:rsidR="00E050A2" w14:paraId="168FCB66" w14:textId="77777777">
        <w:trPr>
          <w:cantSplit/>
          <w:trHeight w:val="340"/>
          <w:jc w:val="center"/>
        </w:trPr>
        <w:tc>
          <w:tcPr>
            <w:tcW w:w="680" w:type="dxa"/>
            <w:vAlign w:val="center"/>
          </w:tcPr>
          <w:p w14:paraId="32743362" w14:textId="77777777" w:rsidR="00E050A2" w:rsidRDefault="004F2FC6">
            <w:pPr>
              <w:bidi/>
              <w:spacing w:before="30" w:after="30"/>
              <w:jc w:val="center"/>
            </w:pPr>
            <w:r>
              <w:rPr>
                <w:sz w:val="18"/>
                <w:szCs w:val="18"/>
                <w:rtl/>
              </w:rPr>
              <w:t>5</w:t>
            </w:r>
          </w:p>
        </w:tc>
        <w:tc>
          <w:tcPr>
            <w:tcW w:w="4365" w:type="dxa"/>
            <w:vAlign w:val="center"/>
          </w:tcPr>
          <w:p w14:paraId="2EE406A0" w14:textId="77777777" w:rsidR="00E050A2" w:rsidRDefault="004F2FC6">
            <w:pPr>
              <w:bidi/>
              <w:spacing w:before="30" w:after="30"/>
            </w:pPr>
            <w:r>
              <w:rPr>
                <w:sz w:val="18"/>
                <w:szCs w:val="18"/>
                <w:rtl/>
              </w:rPr>
              <w:t>الموقع (المبنى، الدور، المحور، المنسوب)</w:t>
            </w:r>
          </w:p>
        </w:tc>
        <w:tc>
          <w:tcPr>
            <w:tcW w:w="680" w:type="dxa"/>
            <w:vAlign w:val="center"/>
          </w:tcPr>
          <w:p w14:paraId="7CDF01A9" w14:textId="77777777" w:rsidR="00E050A2" w:rsidRDefault="004F2FC6">
            <w:pPr>
              <w:bidi/>
              <w:spacing w:before="30" w:after="30"/>
              <w:jc w:val="center"/>
            </w:pPr>
            <w:r>
              <w:rPr>
                <w:sz w:val="18"/>
                <w:szCs w:val="18"/>
                <w:rtl/>
              </w:rPr>
              <w:t>13</w:t>
            </w:r>
          </w:p>
        </w:tc>
        <w:tc>
          <w:tcPr>
            <w:tcW w:w="4365" w:type="dxa"/>
            <w:vAlign w:val="center"/>
          </w:tcPr>
          <w:p w14:paraId="124FB2EC" w14:textId="77777777" w:rsidR="00E050A2" w:rsidRDefault="004F2FC6">
            <w:pPr>
              <w:bidi/>
              <w:spacing w:before="30" w:after="30"/>
            </w:pPr>
            <w:r>
              <w:rPr>
                <w:sz w:val="18"/>
                <w:szCs w:val="18"/>
                <w:rtl/>
              </w:rPr>
              <w:t>ملاحظات الاستشاري</w:t>
            </w:r>
          </w:p>
        </w:tc>
      </w:tr>
      <w:tr w:rsidR="00E050A2" w14:paraId="58E461C9" w14:textId="77777777">
        <w:trPr>
          <w:cantSplit/>
          <w:trHeight w:val="340"/>
          <w:jc w:val="center"/>
        </w:trPr>
        <w:tc>
          <w:tcPr>
            <w:tcW w:w="680" w:type="dxa"/>
            <w:vAlign w:val="center"/>
          </w:tcPr>
          <w:p w14:paraId="257ABC5B" w14:textId="77777777" w:rsidR="00E050A2" w:rsidRDefault="004F2FC6">
            <w:pPr>
              <w:bidi/>
              <w:spacing w:before="30" w:after="30"/>
              <w:jc w:val="center"/>
            </w:pPr>
            <w:r>
              <w:rPr>
                <w:sz w:val="18"/>
                <w:szCs w:val="18"/>
                <w:rtl/>
              </w:rPr>
              <w:t>6</w:t>
            </w:r>
          </w:p>
        </w:tc>
        <w:tc>
          <w:tcPr>
            <w:tcW w:w="4365" w:type="dxa"/>
            <w:vAlign w:val="center"/>
          </w:tcPr>
          <w:p w14:paraId="7098C0A7" w14:textId="77777777" w:rsidR="00E050A2" w:rsidRDefault="004F2FC6">
            <w:pPr>
              <w:bidi/>
              <w:spacing w:before="30" w:after="30"/>
            </w:pPr>
            <w:r>
              <w:rPr>
                <w:sz w:val="18"/>
                <w:szCs w:val="18"/>
                <w:rtl/>
              </w:rPr>
              <w:t>نوع النقطة H أو W</w:t>
            </w:r>
          </w:p>
        </w:tc>
        <w:tc>
          <w:tcPr>
            <w:tcW w:w="680" w:type="dxa"/>
            <w:vAlign w:val="center"/>
          </w:tcPr>
          <w:p w14:paraId="2F23BF74" w14:textId="77777777" w:rsidR="00E050A2" w:rsidRDefault="004F2FC6">
            <w:pPr>
              <w:bidi/>
              <w:spacing w:before="30" w:after="30"/>
              <w:jc w:val="center"/>
            </w:pPr>
            <w:r>
              <w:rPr>
                <w:sz w:val="18"/>
                <w:szCs w:val="18"/>
                <w:rtl/>
              </w:rPr>
              <w:t>14</w:t>
            </w:r>
          </w:p>
        </w:tc>
        <w:tc>
          <w:tcPr>
            <w:tcW w:w="4365" w:type="dxa"/>
            <w:vAlign w:val="center"/>
          </w:tcPr>
          <w:p w14:paraId="0974977E" w14:textId="77777777" w:rsidR="00E050A2" w:rsidRDefault="004F2FC6">
            <w:pPr>
              <w:bidi/>
              <w:spacing w:before="30" w:after="30"/>
            </w:pPr>
            <w:r>
              <w:rPr>
                <w:sz w:val="18"/>
                <w:szCs w:val="18"/>
                <w:rtl/>
              </w:rPr>
              <w:t>رقم IR السابق عند إعادة الفحص</w:t>
            </w:r>
          </w:p>
        </w:tc>
      </w:tr>
      <w:tr w:rsidR="00E050A2" w14:paraId="61AE6F4F" w14:textId="77777777">
        <w:trPr>
          <w:cantSplit/>
          <w:trHeight w:val="340"/>
          <w:jc w:val="center"/>
        </w:trPr>
        <w:tc>
          <w:tcPr>
            <w:tcW w:w="680" w:type="dxa"/>
            <w:vAlign w:val="center"/>
          </w:tcPr>
          <w:p w14:paraId="4C8851E2" w14:textId="77777777" w:rsidR="00E050A2" w:rsidRDefault="004F2FC6">
            <w:pPr>
              <w:bidi/>
              <w:spacing w:before="30" w:after="30"/>
              <w:jc w:val="center"/>
            </w:pPr>
            <w:r>
              <w:rPr>
                <w:sz w:val="18"/>
                <w:szCs w:val="18"/>
                <w:rtl/>
              </w:rPr>
              <w:t>7</w:t>
            </w:r>
          </w:p>
        </w:tc>
        <w:tc>
          <w:tcPr>
            <w:tcW w:w="4365" w:type="dxa"/>
            <w:vAlign w:val="center"/>
          </w:tcPr>
          <w:p w14:paraId="24BA1A3A" w14:textId="77777777" w:rsidR="00E050A2" w:rsidRDefault="004F2FC6">
            <w:pPr>
              <w:bidi/>
              <w:spacing w:before="30" w:after="30"/>
            </w:pPr>
            <w:r>
              <w:rPr>
                <w:sz w:val="18"/>
                <w:szCs w:val="18"/>
                <w:rtl/>
              </w:rPr>
              <w:t>المخططات المرجعية ورقم الإصدار</w:t>
            </w:r>
          </w:p>
        </w:tc>
        <w:tc>
          <w:tcPr>
            <w:tcW w:w="680" w:type="dxa"/>
            <w:vAlign w:val="center"/>
          </w:tcPr>
          <w:p w14:paraId="128CF5B8" w14:textId="77777777" w:rsidR="00E050A2" w:rsidRDefault="004F2FC6">
            <w:pPr>
              <w:bidi/>
              <w:spacing w:before="30" w:after="30"/>
              <w:jc w:val="center"/>
            </w:pPr>
            <w:r>
              <w:rPr>
                <w:sz w:val="18"/>
                <w:szCs w:val="18"/>
                <w:rtl/>
              </w:rPr>
              <w:t>15</w:t>
            </w:r>
          </w:p>
        </w:tc>
        <w:tc>
          <w:tcPr>
            <w:tcW w:w="4365" w:type="dxa"/>
            <w:vAlign w:val="center"/>
          </w:tcPr>
          <w:p w14:paraId="44BB54BB" w14:textId="77777777" w:rsidR="00E050A2" w:rsidRDefault="004F2FC6">
            <w:pPr>
              <w:bidi/>
              <w:spacing w:before="30" w:after="30"/>
            </w:pPr>
            <w:r>
              <w:rPr>
                <w:sz w:val="18"/>
                <w:szCs w:val="18"/>
                <w:rtl/>
              </w:rPr>
              <w:t>توقيع مهندس الإشراف والتاريخ</w:t>
            </w:r>
          </w:p>
        </w:tc>
      </w:tr>
      <w:tr w:rsidR="00E050A2" w14:paraId="6F7544BC" w14:textId="77777777">
        <w:trPr>
          <w:cantSplit/>
          <w:trHeight w:val="340"/>
          <w:jc w:val="center"/>
        </w:trPr>
        <w:tc>
          <w:tcPr>
            <w:tcW w:w="680" w:type="dxa"/>
            <w:vAlign w:val="center"/>
          </w:tcPr>
          <w:p w14:paraId="7BF120AF" w14:textId="77777777" w:rsidR="00E050A2" w:rsidRDefault="004F2FC6">
            <w:pPr>
              <w:bidi/>
              <w:spacing w:before="30" w:after="30"/>
              <w:jc w:val="center"/>
            </w:pPr>
            <w:r>
              <w:rPr>
                <w:sz w:val="18"/>
                <w:szCs w:val="18"/>
                <w:rtl/>
              </w:rPr>
              <w:t>8</w:t>
            </w:r>
          </w:p>
        </w:tc>
        <w:tc>
          <w:tcPr>
            <w:tcW w:w="4365" w:type="dxa"/>
            <w:vAlign w:val="center"/>
          </w:tcPr>
          <w:p w14:paraId="6C7FC47F" w14:textId="77777777" w:rsidR="00E050A2" w:rsidRDefault="004F2FC6">
            <w:pPr>
              <w:bidi/>
              <w:spacing w:before="30" w:after="30"/>
            </w:pPr>
            <w:r>
              <w:rPr>
                <w:sz w:val="18"/>
                <w:szCs w:val="18"/>
                <w:rtl/>
              </w:rPr>
              <w:t>رقم اعتماد المواد MAR</w:t>
            </w:r>
          </w:p>
        </w:tc>
        <w:tc>
          <w:tcPr>
            <w:tcW w:w="680" w:type="dxa"/>
            <w:vAlign w:val="center"/>
          </w:tcPr>
          <w:p w14:paraId="7CA21DC4" w14:textId="77777777" w:rsidR="00E050A2" w:rsidRDefault="00E050A2">
            <w:pPr>
              <w:bidi/>
              <w:spacing w:before="30" w:after="30"/>
              <w:jc w:val="center"/>
            </w:pPr>
          </w:p>
        </w:tc>
        <w:tc>
          <w:tcPr>
            <w:tcW w:w="4365" w:type="dxa"/>
            <w:vAlign w:val="center"/>
          </w:tcPr>
          <w:p w14:paraId="725CDC1D" w14:textId="77777777" w:rsidR="00E050A2" w:rsidRDefault="00E050A2">
            <w:pPr>
              <w:bidi/>
              <w:spacing w:before="30" w:after="30"/>
            </w:pPr>
          </w:p>
        </w:tc>
      </w:tr>
    </w:tbl>
    <w:p w14:paraId="00DAD869" w14:textId="77777777" w:rsidR="00E050A2" w:rsidRDefault="00E050A2">
      <w:pPr>
        <w:bidi/>
        <w:spacing w:after="40"/>
      </w:pPr>
    </w:p>
    <w:p w14:paraId="66ACEE36" w14:textId="77777777" w:rsidR="00E050A2" w:rsidRDefault="004F2FC6">
      <w:pPr>
        <w:keepNext/>
        <w:bidi/>
        <w:spacing w:after="120"/>
        <w:outlineLvl w:val="1"/>
      </w:pPr>
      <w:r>
        <w:rPr>
          <w:b/>
          <w:bCs/>
          <w:color w:val="052976"/>
          <w:sz w:val="25"/>
          <w:szCs w:val="25"/>
          <w:rtl/>
        </w:rPr>
        <w:t>17.2 طلب فحص مادة MIR، رمز النموذج PRJ-CON-MIR</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0E5EF5F1" w14:textId="77777777">
        <w:trPr>
          <w:cantSplit/>
          <w:trHeight w:val="340"/>
          <w:tblHeader/>
          <w:jc w:val="center"/>
        </w:trPr>
        <w:tc>
          <w:tcPr>
            <w:tcW w:w="680" w:type="dxa"/>
            <w:shd w:val="clear" w:color="auto" w:fill="052976"/>
            <w:vAlign w:val="center"/>
          </w:tcPr>
          <w:p w14:paraId="133B850F"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6D6C3D8E"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6C8257C3"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5F6DB253" w14:textId="77777777" w:rsidR="00E050A2" w:rsidRDefault="004F2FC6">
            <w:pPr>
              <w:bidi/>
              <w:spacing w:before="30" w:after="30"/>
              <w:jc w:val="center"/>
            </w:pPr>
            <w:r>
              <w:rPr>
                <w:b/>
                <w:bCs/>
                <w:color w:val="FFFFFF"/>
                <w:sz w:val="19"/>
                <w:szCs w:val="19"/>
                <w:rtl/>
              </w:rPr>
              <w:t>الحقل</w:t>
            </w:r>
          </w:p>
        </w:tc>
      </w:tr>
      <w:tr w:rsidR="00E050A2" w14:paraId="03C2747C" w14:textId="77777777">
        <w:trPr>
          <w:cantSplit/>
          <w:trHeight w:val="340"/>
          <w:jc w:val="center"/>
        </w:trPr>
        <w:tc>
          <w:tcPr>
            <w:tcW w:w="680" w:type="dxa"/>
            <w:vAlign w:val="center"/>
          </w:tcPr>
          <w:p w14:paraId="6C0DE595" w14:textId="77777777" w:rsidR="00E050A2" w:rsidRDefault="004F2FC6">
            <w:pPr>
              <w:bidi/>
              <w:spacing w:before="30" w:after="30"/>
              <w:jc w:val="center"/>
            </w:pPr>
            <w:r>
              <w:rPr>
                <w:sz w:val="18"/>
                <w:szCs w:val="18"/>
                <w:rtl/>
              </w:rPr>
              <w:t>1</w:t>
            </w:r>
          </w:p>
        </w:tc>
        <w:tc>
          <w:tcPr>
            <w:tcW w:w="4365" w:type="dxa"/>
            <w:vAlign w:val="center"/>
          </w:tcPr>
          <w:p w14:paraId="6C2D6675" w14:textId="77777777" w:rsidR="00E050A2" w:rsidRDefault="004F2FC6">
            <w:pPr>
              <w:bidi/>
              <w:spacing w:before="30" w:after="30"/>
            </w:pPr>
            <w:r>
              <w:rPr>
                <w:sz w:val="18"/>
                <w:szCs w:val="18"/>
                <w:rtl/>
              </w:rPr>
              <w:t>رقم MIR</w:t>
            </w:r>
          </w:p>
        </w:tc>
        <w:tc>
          <w:tcPr>
            <w:tcW w:w="680" w:type="dxa"/>
            <w:vAlign w:val="center"/>
          </w:tcPr>
          <w:p w14:paraId="24C094E9" w14:textId="77777777" w:rsidR="00E050A2" w:rsidRDefault="004F2FC6">
            <w:pPr>
              <w:bidi/>
              <w:spacing w:before="30" w:after="30"/>
              <w:jc w:val="center"/>
            </w:pPr>
            <w:r>
              <w:rPr>
                <w:sz w:val="18"/>
                <w:szCs w:val="18"/>
                <w:rtl/>
              </w:rPr>
              <w:t>9</w:t>
            </w:r>
          </w:p>
        </w:tc>
        <w:tc>
          <w:tcPr>
            <w:tcW w:w="4365" w:type="dxa"/>
            <w:vAlign w:val="center"/>
          </w:tcPr>
          <w:p w14:paraId="0B1D729C" w14:textId="77777777" w:rsidR="00E050A2" w:rsidRDefault="004F2FC6">
            <w:pPr>
              <w:bidi/>
              <w:spacing w:before="30" w:after="30"/>
            </w:pPr>
            <w:r>
              <w:rPr>
                <w:sz w:val="18"/>
                <w:szCs w:val="18"/>
                <w:rtl/>
              </w:rPr>
              <w:t>الشهادات المرفقة</w:t>
            </w:r>
          </w:p>
        </w:tc>
      </w:tr>
      <w:tr w:rsidR="00E050A2" w14:paraId="155AEF68" w14:textId="77777777">
        <w:trPr>
          <w:cantSplit/>
          <w:trHeight w:val="340"/>
          <w:jc w:val="center"/>
        </w:trPr>
        <w:tc>
          <w:tcPr>
            <w:tcW w:w="680" w:type="dxa"/>
            <w:vAlign w:val="center"/>
          </w:tcPr>
          <w:p w14:paraId="55FB7A29" w14:textId="77777777" w:rsidR="00E050A2" w:rsidRDefault="004F2FC6">
            <w:pPr>
              <w:bidi/>
              <w:spacing w:before="30" w:after="30"/>
              <w:jc w:val="center"/>
            </w:pPr>
            <w:r>
              <w:rPr>
                <w:sz w:val="18"/>
                <w:szCs w:val="18"/>
                <w:rtl/>
              </w:rPr>
              <w:t>2</w:t>
            </w:r>
          </w:p>
        </w:tc>
        <w:tc>
          <w:tcPr>
            <w:tcW w:w="4365" w:type="dxa"/>
            <w:vAlign w:val="center"/>
          </w:tcPr>
          <w:p w14:paraId="2B8A4AD1" w14:textId="77777777" w:rsidR="00E050A2" w:rsidRDefault="004F2FC6">
            <w:pPr>
              <w:bidi/>
              <w:spacing w:before="30" w:after="30"/>
            </w:pPr>
            <w:r>
              <w:rPr>
                <w:sz w:val="18"/>
                <w:szCs w:val="18"/>
                <w:rtl/>
              </w:rPr>
              <w:t>تاريخ الوصول</w:t>
            </w:r>
          </w:p>
        </w:tc>
        <w:tc>
          <w:tcPr>
            <w:tcW w:w="680" w:type="dxa"/>
            <w:vAlign w:val="center"/>
          </w:tcPr>
          <w:p w14:paraId="7364F82F" w14:textId="77777777" w:rsidR="00E050A2" w:rsidRDefault="004F2FC6">
            <w:pPr>
              <w:bidi/>
              <w:spacing w:before="30" w:after="30"/>
              <w:jc w:val="center"/>
            </w:pPr>
            <w:r>
              <w:rPr>
                <w:sz w:val="18"/>
                <w:szCs w:val="18"/>
                <w:rtl/>
              </w:rPr>
              <w:t>10</w:t>
            </w:r>
          </w:p>
        </w:tc>
        <w:tc>
          <w:tcPr>
            <w:tcW w:w="4365" w:type="dxa"/>
            <w:vAlign w:val="center"/>
          </w:tcPr>
          <w:p w14:paraId="03920F20" w14:textId="77777777" w:rsidR="00E050A2" w:rsidRDefault="004F2FC6">
            <w:pPr>
              <w:bidi/>
              <w:spacing w:before="30" w:after="30"/>
            </w:pPr>
            <w:r>
              <w:rPr>
                <w:sz w:val="18"/>
                <w:szCs w:val="18"/>
                <w:rtl/>
              </w:rPr>
              <w:t>مطابقة العينة المعتمدة</w:t>
            </w:r>
          </w:p>
        </w:tc>
      </w:tr>
      <w:tr w:rsidR="00E050A2" w14:paraId="65A3C671" w14:textId="77777777">
        <w:trPr>
          <w:cantSplit/>
          <w:trHeight w:val="340"/>
          <w:jc w:val="center"/>
        </w:trPr>
        <w:tc>
          <w:tcPr>
            <w:tcW w:w="680" w:type="dxa"/>
            <w:vAlign w:val="center"/>
          </w:tcPr>
          <w:p w14:paraId="5C9F25C5" w14:textId="77777777" w:rsidR="00E050A2" w:rsidRDefault="004F2FC6">
            <w:pPr>
              <w:bidi/>
              <w:spacing w:before="30" w:after="30"/>
              <w:jc w:val="center"/>
            </w:pPr>
            <w:r>
              <w:rPr>
                <w:sz w:val="18"/>
                <w:szCs w:val="18"/>
                <w:rtl/>
              </w:rPr>
              <w:t>3</w:t>
            </w:r>
          </w:p>
        </w:tc>
        <w:tc>
          <w:tcPr>
            <w:tcW w:w="4365" w:type="dxa"/>
            <w:vAlign w:val="center"/>
          </w:tcPr>
          <w:p w14:paraId="6078F139" w14:textId="77777777" w:rsidR="00E050A2" w:rsidRDefault="004F2FC6">
            <w:pPr>
              <w:bidi/>
              <w:spacing w:before="30" w:after="30"/>
            </w:pPr>
            <w:r>
              <w:rPr>
                <w:sz w:val="18"/>
                <w:szCs w:val="18"/>
                <w:rtl/>
              </w:rPr>
              <w:t>اسم المادة والوصف</w:t>
            </w:r>
          </w:p>
        </w:tc>
        <w:tc>
          <w:tcPr>
            <w:tcW w:w="680" w:type="dxa"/>
            <w:vAlign w:val="center"/>
          </w:tcPr>
          <w:p w14:paraId="1ACAFED0" w14:textId="77777777" w:rsidR="00E050A2" w:rsidRDefault="004F2FC6">
            <w:pPr>
              <w:bidi/>
              <w:spacing w:before="30" w:after="30"/>
              <w:jc w:val="center"/>
            </w:pPr>
            <w:r>
              <w:rPr>
                <w:sz w:val="18"/>
                <w:szCs w:val="18"/>
                <w:rtl/>
              </w:rPr>
              <w:t>11</w:t>
            </w:r>
          </w:p>
        </w:tc>
        <w:tc>
          <w:tcPr>
            <w:tcW w:w="4365" w:type="dxa"/>
            <w:vAlign w:val="center"/>
          </w:tcPr>
          <w:p w14:paraId="789E22A3" w14:textId="77777777" w:rsidR="00E050A2" w:rsidRDefault="004F2FC6">
            <w:pPr>
              <w:bidi/>
              <w:spacing w:before="30" w:after="30"/>
            </w:pPr>
            <w:r>
              <w:rPr>
                <w:sz w:val="18"/>
                <w:szCs w:val="18"/>
                <w:rtl/>
              </w:rPr>
              <w:t>الحالة الظاهرية</w:t>
            </w:r>
          </w:p>
        </w:tc>
      </w:tr>
      <w:tr w:rsidR="00E050A2" w14:paraId="52387004" w14:textId="77777777">
        <w:trPr>
          <w:cantSplit/>
          <w:trHeight w:val="340"/>
          <w:jc w:val="center"/>
        </w:trPr>
        <w:tc>
          <w:tcPr>
            <w:tcW w:w="680" w:type="dxa"/>
            <w:vAlign w:val="center"/>
          </w:tcPr>
          <w:p w14:paraId="5700C75F" w14:textId="77777777" w:rsidR="00E050A2" w:rsidRDefault="004F2FC6">
            <w:pPr>
              <w:bidi/>
              <w:spacing w:before="30" w:after="30"/>
              <w:jc w:val="center"/>
            </w:pPr>
            <w:r>
              <w:rPr>
                <w:sz w:val="18"/>
                <w:szCs w:val="18"/>
                <w:rtl/>
              </w:rPr>
              <w:t>4</w:t>
            </w:r>
          </w:p>
        </w:tc>
        <w:tc>
          <w:tcPr>
            <w:tcW w:w="4365" w:type="dxa"/>
            <w:vAlign w:val="center"/>
          </w:tcPr>
          <w:p w14:paraId="53ED7E0C" w14:textId="77777777" w:rsidR="00E050A2" w:rsidRDefault="004F2FC6">
            <w:pPr>
              <w:bidi/>
              <w:spacing w:before="30" w:after="30"/>
            </w:pPr>
            <w:r>
              <w:rPr>
                <w:sz w:val="18"/>
                <w:szCs w:val="18"/>
                <w:rtl/>
              </w:rPr>
              <w:t>المورد والمصنع وبلد المنشأ</w:t>
            </w:r>
          </w:p>
        </w:tc>
        <w:tc>
          <w:tcPr>
            <w:tcW w:w="680" w:type="dxa"/>
            <w:vAlign w:val="center"/>
          </w:tcPr>
          <w:p w14:paraId="590979D6" w14:textId="77777777" w:rsidR="00E050A2" w:rsidRDefault="004F2FC6">
            <w:pPr>
              <w:bidi/>
              <w:spacing w:before="30" w:after="30"/>
              <w:jc w:val="center"/>
            </w:pPr>
            <w:r>
              <w:rPr>
                <w:sz w:val="18"/>
                <w:szCs w:val="18"/>
                <w:rtl/>
              </w:rPr>
              <w:t>12</w:t>
            </w:r>
          </w:p>
        </w:tc>
        <w:tc>
          <w:tcPr>
            <w:tcW w:w="4365" w:type="dxa"/>
            <w:vAlign w:val="center"/>
          </w:tcPr>
          <w:p w14:paraId="5B93DAA9" w14:textId="77777777" w:rsidR="00E050A2" w:rsidRDefault="004F2FC6">
            <w:pPr>
              <w:bidi/>
              <w:spacing w:before="30" w:after="30"/>
            </w:pPr>
            <w:r>
              <w:rPr>
                <w:sz w:val="18"/>
                <w:szCs w:val="18"/>
                <w:rtl/>
              </w:rPr>
              <w:t>مكان وطريقة التخزين</w:t>
            </w:r>
          </w:p>
        </w:tc>
      </w:tr>
      <w:tr w:rsidR="00E050A2" w14:paraId="31BEBA98" w14:textId="77777777">
        <w:trPr>
          <w:cantSplit/>
          <w:trHeight w:val="340"/>
          <w:jc w:val="center"/>
        </w:trPr>
        <w:tc>
          <w:tcPr>
            <w:tcW w:w="680" w:type="dxa"/>
            <w:vAlign w:val="center"/>
          </w:tcPr>
          <w:p w14:paraId="5A2E3580" w14:textId="77777777" w:rsidR="00E050A2" w:rsidRDefault="004F2FC6">
            <w:pPr>
              <w:bidi/>
              <w:spacing w:before="30" w:after="30"/>
              <w:jc w:val="center"/>
            </w:pPr>
            <w:r>
              <w:rPr>
                <w:sz w:val="18"/>
                <w:szCs w:val="18"/>
                <w:rtl/>
              </w:rPr>
              <w:t>5</w:t>
            </w:r>
          </w:p>
        </w:tc>
        <w:tc>
          <w:tcPr>
            <w:tcW w:w="4365" w:type="dxa"/>
            <w:vAlign w:val="center"/>
          </w:tcPr>
          <w:p w14:paraId="39C7467E" w14:textId="77777777" w:rsidR="00E050A2" w:rsidRDefault="004F2FC6">
            <w:pPr>
              <w:bidi/>
              <w:spacing w:before="30" w:after="30"/>
            </w:pPr>
            <w:r>
              <w:rPr>
                <w:sz w:val="18"/>
                <w:szCs w:val="18"/>
                <w:rtl/>
              </w:rPr>
              <w:t>رقم الاعتماد MAR</w:t>
            </w:r>
          </w:p>
        </w:tc>
        <w:tc>
          <w:tcPr>
            <w:tcW w:w="680" w:type="dxa"/>
            <w:vAlign w:val="center"/>
          </w:tcPr>
          <w:p w14:paraId="2CE82531" w14:textId="77777777" w:rsidR="00E050A2" w:rsidRDefault="004F2FC6">
            <w:pPr>
              <w:bidi/>
              <w:spacing w:before="30" w:after="30"/>
              <w:jc w:val="center"/>
            </w:pPr>
            <w:r>
              <w:rPr>
                <w:sz w:val="18"/>
                <w:szCs w:val="18"/>
                <w:rtl/>
              </w:rPr>
              <w:t>13</w:t>
            </w:r>
          </w:p>
        </w:tc>
        <w:tc>
          <w:tcPr>
            <w:tcW w:w="4365" w:type="dxa"/>
            <w:vAlign w:val="center"/>
          </w:tcPr>
          <w:p w14:paraId="60E7A556" w14:textId="77777777" w:rsidR="00E050A2" w:rsidRDefault="004F2FC6">
            <w:pPr>
              <w:bidi/>
              <w:spacing w:before="30" w:after="30"/>
            </w:pPr>
            <w:r>
              <w:rPr>
                <w:sz w:val="18"/>
                <w:szCs w:val="18"/>
                <w:rtl/>
              </w:rPr>
              <w:t>العينات المأخوذة للاختبار</w:t>
            </w:r>
          </w:p>
        </w:tc>
      </w:tr>
      <w:tr w:rsidR="00E050A2" w14:paraId="54B62FD2" w14:textId="77777777">
        <w:trPr>
          <w:cantSplit/>
          <w:trHeight w:val="340"/>
          <w:jc w:val="center"/>
        </w:trPr>
        <w:tc>
          <w:tcPr>
            <w:tcW w:w="680" w:type="dxa"/>
            <w:vAlign w:val="center"/>
          </w:tcPr>
          <w:p w14:paraId="7D0937B3" w14:textId="77777777" w:rsidR="00E050A2" w:rsidRDefault="004F2FC6">
            <w:pPr>
              <w:bidi/>
              <w:spacing w:before="30" w:after="30"/>
              <w:jc w:val="center"/>
            </w:pPr>
            <w:r>
              <w:rPr>
                <w:sz w:val="18"/>
                <w:szCs w:val="18"/>
                <w:rtl/>
              </w:rPr>
              <w:t>6</w:t>
            </w:r>
          </w:p>
        </w:tc>
        <w:tc>
          <w:tcPr>
            <w:tcW w:w="4365" w:type="dxa"/>
            <w:vAlign w:val="center"/>
          </w:tcPr>
          <w:p w14:paraId="65AAD01A" w14:textId="77777777" w:rsidR="00E050A2" w:rsidRDefault="004F2FC6">
            <w:pPr>
              <w:bidi/>
              <w:spacing w:before="30" w:after="30"/>
            </w:pPr>
            <w:r>
              <w:rPr>
                <w:sz w:val="18"/>
                <w:szCs w:val="18"/>
                <w:rtl/>
              </w:rPr>
              <w:t>الكمية والوحدة</w:t>
            </w:r>
          </w:p>
        </w:tc>
        <w:tc>
          <w:tcPr>
            <w:tcW w:w="680" w:type="dxa"/>
            <w:vAlign w:val="center"/>
          </w:tcPr>
          <w:p w14:paraId="64FE5BDF" w14:textId="77777777" w:rsidR="00E050A2" w:rsidRDefault="004F2FC6">
            <w:pPr>
              <w:bidi/>
              <w:spacing w:before="30" w:after="30"/>
              <w:jc w:val="center"/>
            </w:pPr>
            <w:r>
              <w:rPr>
                <w:sz w:val="18"/>
                <w:szCs w:val="18"/>
                <w:rtl/>
              </w:rPr>
              <w:t>14</w:t>
            </w:r>
          </w:p>
        </w:tc>
        <w:tc>
          <w:tcPr>
            <w:tcW w:w="4365" w:type="dxa"/>
            <w:vAlign w:val="center"/>
          </w:tcPr>
          <w:p w14:paraId="0D175F78" w14:textId="77777777" w:rsidR="00E050A2" w:rsidRDefault="004F2FC6">
            <w:pPr>
              <w:bidi/>
              <w:spacing w:before="30" w:after="30"/>
            </w:pPr>
            <w:r>
              <w:rPr>
                <w:sz w:val="18"/>
                <w:szCs w:val="18"/>
                <w:rtl/>
              </w:rPr>
              <w:t>النتيجة: مقبول، مقبول بملاحظات، مرفوض</w:t>
            </w:r>
          </w:p>
        </w:tc>
      </w:tr>
      <w:tr w:rsidR="00E050A2" w14:paraId="23541A5E" w14:textId="77777777">
        <w:trPr>
          <w:cantSplit/>
          <w:trHeight w:val="340"/>
          <w:jc w:val="center"/>
        </w:trPr>
        <w:tc>
          <w:tcPr>
            <w:tcW w:w="680" w:type="dxa"/>
            <w:vAlign w:val="center"/>
          </w:tcPr>
          <w:p w14:paraId="6C557217" w14:textId="77777777" w:rsidR="00E050A2" w:rsidRDefault="004F2FC6">
            <w:pPr>
              <w:bidi/>
              <w:spacing w:before="30" w:after="30"/>
              <w:jc w:val="center"/>
            </w:pPr>
            <w:r>
              <w:rPr>
                <w:sz w:val="18"/>
                <w:szCs w:val="18"/>
                <w:rtl/>
              </w:rPr>
              <w:t>7</w:t>
            </w:r>
          </w:p>
        </w:tc>
        <w:tc>
          <w:tcPr>
            <w:tcW w:w="4365" w:type="dxa"/>
            <w:vAlign w:val="center"/>
          </w:tcPr>
          <w:p w14:paraId="2506BE4A" w14:textId="77777777" w:rsidR="00E050A2" w:rsidRDefault="004F2FC6">
            <w:pPr>
              <w:bidi/>
              <w:spacing w:before="30" w:after="30"/>
            </w:pPr>
            <w:r>
              <w:rPr>
                <w:sz w:val="18"/>
                <w:szCs w:val="18"/>
                <w:rtl/>
              </w:rPr>
              <w:t>رقم سند التوريد</w:t>
            </w:r>
          </w:p>
        </w:tc>
        <w:tc>
          <w:tcPr>
            <w:tcW w:w="680" w:type="dxa"/>
            <w:vAlign w:val="center"/>
          </w:tcPr>
          <w:p w14:paraId="0EBEDFF2" w14:textId="77777777" w:rsidR="00E050A2" w:rsidRDefault="004F2FC6">
            <w:pPr>
              <w:bidi/>
              <w:spacing w:before="30" w:after="30"/>
              <w:jc w:val="center"/>
            </w:pPr>
            <w:r>
              <w:rPr>
                <w:sz w:val="18"/>
                <w:szCs w:val="18"/>
                <w:rtl/>
              </w:rPr>
              <w:t>15</w:t>
            </w:r>
          </w:p>
        </w:tc>
        <w:tc>
          <w:tcPr>
            <w:tcW w:w="4365" w:type="dxa"/>
            <w:vAlign w:val="center"/>
          </w:tcPr>
          <w:p w14:paraId="4BA21032" w14:textId="77777777" w:rsidR="00E050A2" w:rsidRDefault="004F2FC6">
            <w:pPr>
              <w:bidi/>
              <w:spacing w:before="30" w:after="30"/>
            </w:pPr>
            <w:r>
              <w:rPr>
                <w:sz w:val="18"/>
                <w:szCs w:val="18"/>
                <w:rtl/>
              </w:rPr>
              <w:t>التوقيعات</w:t>
            </w:r>
          </w:p>
        </w:tc>
      </w:tr>
      <w:tr w:rsidR="00E050A2" w14:paraId="46E69300" w14:textId="77777777">
        <w:trPr>
          <w:cantSplit/>
          <w:trHeight w:val="340"/>
          <w:jc w:val="center"/>
        </w:trPr>
        <w:tc>
          <w:tcPr>
            <w:tcW w:w="680" w:type="dxa"/>
            <w:vAlign w:val="center"/>
          </w:tcPr>
          <w:p w14:paraId="6C845792" w14:textId="77777777" w:rsidR="00E050A2" w:rsidRDefault="004F2FC6">
            <w:pPr>
              <w:bidi/>
              <w:spacing w:before="30" w:after="30"/>
              <w:jc w:val="center"/>
            </w:pPr>
            <w:r>
              <w:rPr>
                <w:sz w:val="18"/>
                <w:szCs w:val="18"/>
                <w:rtl/>
              </w:rPr>
              <w:t>8</w:t>
            </w:r>
          </w:p>
        </w:tc>
        <w:tc>
          <w:tcPr>
            <w:tcW w:w="4365" w:type="dxa"/>
            <w:vAlign w:val="center"/>
          </w:tcPr>
          <w:p w14:paraId="2C206A8F" w14:textId="77777777" w:rsidR="00E050A2" w:rsidRDefault="004F2FC6">
            <w:pPr>
              <w:bidi/>
              <w:spacing w:before="30" w:after="30"/>
            </w:pPr>
            <w:r>
              <w:rPr>
                <w:sz w:val="18"/>
                <w:szCs w:val="18"/>
                <w:rtl/>
              </w:rPr>
              <w:t>رقم الدفعة وتاريخ الإنتاج والصلاحية</w:t>
            </w:r>
          </w:p>
        </w:tc>
        <w:tc>
          <w:tcPr>
            <w:tcW w:w="680" w:type="dxa"/>
            <w:vAlign w:val="center"/>
          </w:tcPr>
          <w:p w14:paraId="72A4C6CA" w14:textId="77777777" w:rsidR="00E050A2" w:rsidRDefault="00E050A2">
            <w:pPr>
              <w:bidi/>
              <w:spacing w:before="30" w:after="30"/>
              <w:jc w:val="center"/>
            </w:pPr>
          </w:p>
        </w:tc>
        <w:tc>
          <w:tcPr>
            <w:tcW w:w="4365" w:type="dxa"/>
            <w:vAlign w:val="center"/>
          </w:tcPr>
          <w:p w14:paraId="366B213B" w14:textId="77777777" w:rsidR="00E050A2" w:rsidRDefault="00E050A2">
            <w:pPr>
              <w:bidi/>
              <w:spacing w:before="30" w:after="30"/>
            </w:pPr>
          </w:p>
        </w:tc>
      </w:tr>
    </w:tbl>
    <w:p w14:paraId="16A2342E" w14:textId="77777777" w:rsidR="00E050A2" w:rsidRDefault="00E050A2">
      <w:pPr>
        <w:bidi/>
        <w:spacing w:after="40"/>
      </w:pPr>
    </w:p>
    <w:p w14:paraId="67B87FA2" w14:textId="77777777" w:rsidR="00E050A2" w:rsidRDefault="004F2FC6">
      <w:pPr>
        <w:keepNext/>
        <w:bidi/>
        <w:spacing w:after="120"/>
        <w:outlineLvl w:val="1"/>
      </w:pPr>
      <w:r>
        <w:rPr>
          <w:b/>
          <w:bCs/>
          <w:color w:val="052976"/>
          <w:sz w:val="25"/>
          <w:szCs w:val="25"/>
          <w:rtl/>
        </w:rPr>
        <w:t>17.3 تقرير عدم مطابقة NCR، رمز النموذج PRJ-ACE-NCR</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795A3323" w14:textId="77777777">
        <w:trPr>
          <w:cantSplit/>
          <w:trHeight w:val="340"/>
          <w:tblHeader/>
          <w:jc w:val="center"/>
        </w:trPr>
        <w:tc>
          <w:tcPr>
            <w:tcW w:w="680" w:type="dxa"/>
            <w:shd w:val="clear" w:color="auto" w:fill="052976"/>
            <w:vAlign w:val="center"/>
          </w:tcPr>
          <w:p w14:paraId="2C054929"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61D48588"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311391DE"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56CFB4DC" w14:textId="77777777" w:rsidR="00E050A2" w:rsidRDefault="004F2FC6">
            <w:pPr>
              <w:bidi/>
              <w:spacing w:before="30" w:after="30"/>
              <w:jc w:val="center"/>
            </w:pPr>
            <w:r>
              <w:rPr>
                <w:b/>
                <w:bCs/>
                <w:color w:val="FFFFFF"/>
                <w:sz w:val="19"/>
                <w:szCs w:val="19"/>
                <w:rtl/>
              </w:rPr>
              <w:t>الحقل</w:t>
            </w:r>
          </w:p>
        </w:tc>
      </w:tr>
      <w:tr w:rsidR="00E050A2" w14:paraId="20361903" w14:textId="77777777">
        <w:trPr>
          <w:cantSplit/>
          <w:trHeight w:val="340"/>
          <w:jc w:val="center"/>
        </w:trPr>
        <w:tc>
          <w:tcPr>
            <w:tcW w:w="680" w:type="dxa"/>
            <w:vAlign w:val="center"/>
          </w:tcPr>
          <w:p w14:paraId="1468B00B" w14:textId="77777777" w:rsidR="00E050A2" w:rsidRDefault="004F2FC6">
            <w:pPr>
              <w:bidi/>
              <w:spacing w:before="30" w:after="30"/>
              <w:jc w:val="center"/>
            </w:pPr>
            <w:r>
              <w:rPr>
                <w:sz w:val="18"/>
                <w:szCs w:val="18"/>
                <w:rtl/>
              </w:rPr>
              <w:t>1</w:t>
            </w:r>
          </w:p>
        </w:tc>
        <w:tc>
          <w:tcPr>
            <w:tcW w:w="4365" w:type="dxa"/>
            <w:vAlign w:val="center"/>
          </w:tcPr>
          <w:p w14:paraId="0F363FE2" w14:textId="77777777" w:rsidR="00E050A2" w:rsidRDefault="004F2FC6">
            <w:pPr>
              <w:bidi/>
              <w:spacing w:before="30" w:after="30"/>
            </w:pPr>
            <w:r>
              <w:rPr>
                <w:sz w:val="18"/>
                <w:szCs w:val="18"/>
                <w:rtl/>
              </w:rPr>
              <w:t>رقم NCR</w:t>
            </w:r>
          </w:p>
        </w:tc>
        <w:tc>
          <w:tcPr>
            <w:tcW w:w="680" w:type="dxa"/>
            <w:vAlign w:val="center"/>
          </w:tcPr>
          <w:p w14:paraId="2F3D892F" w14:textId="77777777" w:rsidR="00E050A2" w:rsidRDefault="004F2FC6">
            <w:pPr>
              <w:bidi/>
              <w:spacing w:before="30" w:after="30"/>
              <w:jc w:val="center"/>
            </w:pPr>
            <w:r>
              <w:rPr>
                <w:sz w:val="18"/>
                <w:szCs w:val="18"/>
                <w:rtl/>
              </w:rPr>
              <w:t>9</w:t>
            </w:r>
          </w:p>
        </w:tc>
        <w:tc>
          <w:tcPr>
            <w:tcW w:w="4365" w:type="dxa"/>
            <w:vAlign w:val="center"/>
          </w:tcPr>
          <w:p w14:paraId="66C49FDF" w14:textId="77777777" w:rsidR="00E050A2" w:rsidRDefault="004F2FC6">
            <w:pPr>
              <w:bidi/>
              <w:spacing w:before="30" w:after="30"/>
            </w:pPr>
            <w:r>
              <w:rPr>
                <w:sz w:val="18"/>
                <w:szCs w:val="18"/>
                <w:rtl/>
              </w:rPr>
              <w:t>تحليل السبب الجذري وفئته</w:t>
            </w:r>
          </w:p>
        </w:tc>
      </w:tr>
      <w:tr w:rsidR="00E050A2" w14:paraId="50CB2B66" w14:textId="77777777">
        <w:trPr>
          <w:cantSplit/>
          <w:trHeight w:val="340"/>
          <w:jc w:val="center"/>
        </w:trPr>
        <w:tc>
          <w:tcPr>
            <w:tcW w:w="680" w:type="dxa"/>
            <w:vAlign w:val="center"/>
          </w:tcPr>
          <w:p w14:paraId="566A4A40" w14:textId="77777777" w:rsidR="00E050A2" w:rsidRDefault="004F2FC6">
            <w:pPr>
              <w:bidi/>
              <w:spacing w:before="30" w:after="30"/>
              <w:jc w:val="center"/>
            </w:pPr>
            <w:r>
              <w:rPr>
                <w:sz w:val="18"/>
                <w:szCs w:val="18"/>
                <w:rtl/>
              </w:rPr>
              <w:t>2</w:t>
            </w:r>
          </w:p>
        </w:tc>
        <w:tc>
          <w:tcPr>
            <w:tcW w:w="4365" w:type="dxa"/>
            <w:vAlign w:val="center"/>
          </w:tcPr>
          <w:p w14:paraId="46AF6200" w14:textId="77777777" w:rsidR="00E050A2" w:rsidRDefault="004F2FC6">
            <w:pPr>
              <w:bidi/>
              <w:spacing w:before="30" w:after="30"/>
            </w:pPr>
            <w:r>
              <w:rPr>
                <w:sz w:val="18"/>
                <w:szCs w:val="18"/>
                <w:rtl/>
              </w:rPr>
              <w:t>تاريخ الإصدار</w:t>
            </w:r>
          </w:p>
        </w:tc>
        <w:tc>
          <w:tcPr>
            <w:tcW w:w="680" w:type="dxa"/>
            <w:vAlign w:val="center"/>
          </w:tcPr>
          <w:p w14:paraId="514F714A" w14:textId="77777777" w:rsidR="00E050A2" w:rsidRDefault="004F2FC6">
            <w:pPr>
              <w:bidi/>
              <w:spacing w:before="30" w:after="30"/>
              <w:jc w:val="center"/>
            </w:pPr>
            <w:r>
              <w:rPr>
                <w:sz w:val="18"/>
                <w:szCs w:val="18"/>
                <w:rtl/>
              </w:rPr>
              <w:t>10</w:t>
            </w:r>
          </w:p>
        </w:tc>
        <w:tc>
          <w:tcPr>
            <w:tcW w:w="4365" w:type="dxa"/>
            <w:vAlign w:val="center"/>
          </w:tcPr>
          <w:p w14:paraId="6FBA152C" w14:textId="77777777" w:rsidR="00E050A2" w:rsidRDefault="004F2FC6">
            <w:pPr>
              <w:bidi/>
              <w:spacing w:before="30" w:after="30"/>
            </w:pPr>
            <w:r>
              <w:rPr>
                <w:sz w:val="18"/>
                <w:szCs w:val="18"/>
                <w:rtl/>
              </w:rPr>
              <w:t>المعالجة المقترحة</w:t>
            </w:r>
          </w:p>
        </w:tc>
      </w:tr>
      <w:tr w:rsidR="00E050A2" w14:paraId="733FE706" w14:textId="77777777">
        <w:trPr>
          <w:cantSplit/>
          <w:trHeight w:val="340"/>
          <w:jc w:val="center"/>
        </w:trPr>
        <w:tc>
          <w:tcPr>
            <w:tcW w:w="680" w:type="dxa"/>
            <w:vAlign w:val="center"/>
          </w:tcPr>
          <w:p w14:paraId="1D4CCFFC" w14:textId="77777777" w:rsidR="00E050A2" w:rsidRDefault="004F2FC6">
            <w:pPr>
              <w:bidi/>
              <w:spacing w:before="30" w:after="30"/>
              <w:jc w:val="center"/>
            </w:pPr>
            <w:r>
              <w:rPr>
                <w:sz w:val="18"/>
                <w:szCs w:val="18"/>
                <w:rtl/>
              </w:rPr>
              <w:t>3</w:t>
            </w:r>
          </w:p>
        </w:tc>
        <w:tc>
          <w:tcPr>
            <w:tcW w:w="4365" w:type="dxa"/>
            <w:vAlign w:val="center"/>
          </w:tcPr>
          <w:p w14:paraId="26D3A78D" w14:textId="77777777" w:rsidR="00E050A2" w:rsidRDefault="004F2FC6">
            <w:pPr>
              <w:bidi/>
              <w:spacing w:before="30" w:after="30"/>
            </w:pPr>
            <w:r>
              <w:rPr>
                <w:sz w:val="18"/>
                <w:szCs w:val="18"/>
                <w:rtl/>
              </w:rPr>
              <w:t>التخصص والموقع</w:t>
            </w:r>
          </w:p>
        </w:tc>
        <w:tc>
          <w:tcPr>
            <w:tcW w:w="680" w:type="dxa"/>
            <w:vAlign w:val="center"/>
          </w:tcPr>
          <w:p w14:paraId="20CF9E1F" w14:textId="77777777" w:rsidR="00E050A2" w:rsidRDefault="004F2FC6">
            <w:pPr>
              <w:bidi/>
              <w:spacing w:before="30" w:after="30"/>
              <w:jc w:val="center"/>
            </w:pPr>
            <w:r>
              <w:rPr>
                <w:sz w:val="18"/>
                <w:szCs w:val="18"/>
                <w:rtl/>
              </w:rPr>
              <w:t>11</w:t>
            </w:r>
          </w:p>
        </w:tc>
        <w:tc>
          <w:tcPr>
            <w:tcW w:w="4365" w:type="dxa"/>
            <w:vAlign w:val="center"/>
          </w:tcPr>
          <w:p w14:paraId="57F1D331" w14:textId="77777777" w:rsidR="00E050A2" w:rsidRDefault="004F2FC6">
            <w:pPr>
              <w:bidi/>
              <w:spacing w:before="30" w:after="30"/>
            </w:pPr>
            <w:r>
              <w:rPr>
                <w:sz w:val="18"/>
                <w:szCs w:val="18"/>
                <w:rtl/>
              </w:rPr>
              <w:t>الإجراء التصحيحي والوقائي</w:t>
            </w:r>
          </w:p>
        </w:tc>
      </w:tr>
      <w:tr w:rsidR="00E050A2" w14:paraId="179938AB" w14:textId="77777777">
        <w:trPr>
          <w:cantSplit/>
          <w:trHeight w:val="340"/>
          <w:jc w:val="center"/>
        </w:trPr>
        <w:tc>
          <w:tcPr>
            <w:tcW w:w="680" w:type="dxa"/>
            <w:vAlign w:val="center"/>
          </w:tcPr>
          <w:p w14:paraId="758EC46B" w14:textId="77777777" w:rsidR="00E050A2" w:rsidRDefault="004F2FC6">
            <w:pPr>
              <w:bidi/>
              <w:spacing w:before="30" w:after="30"/>
              <w:jc w:val="center"/>
            </w:pPr>
            <w:r>
              <w:rPr>
                <w:sz w:val="18"/>
                <w:szCs w:val="18"/>
                <w:rtl/>
              </w:rPr>
              <w:t>4</w:t>
            </w:r>
          </w:p>
        </w:tc>
        <w:tc>
          <w:tcPr>
            <w:tcW w:w="4365" w:type="dxa"/>
            <w:vAlign w:val="center"/>
          </w:tcPr>
          <w:p w14:paraId="011224CD" w14:textId="77777777" w:rsidR="00E050A2" w:rsidRDefault="004F2FC6">
            <w:pPr>
              <w:bidi/>
              <w:spacing w:before="30" w:after="30"/>
            </w:pPr>
            <w:r>
              <w:rPr>
                <w:sz w:val="18"/>
                <w:szCs w:val="18"/>
                <w:rtl/>
              </w:rPr>
              <w:t>التصنيف: جوهري أو ثانوي</w:t>
            </w:r>
          </w:p>
        </w:tc>
        <w:tc>
          <w:tcPr>
            <w:tcW w:w="680" w:type="dxa"/>
            <w:vAlign w:val="center"/>
          </w:tcPr>
          <w:p w14:paraId="301A7D8D" w14:textId="77777777" w:rsidR="00E050A2" w:rsidRDefault="004F2FC6">
            <w:pPr>
              <w:bidi/>
              <w:spacing w:before="30" w:after="30"/>
              <w:jc w:val="center"/>
            </w:pPr>
            <w:r>
              <w:rPr>
                <w:sz w:val="18"/>
                <w:szCs w:val="18"/>
                <w:rtl/>
              </w:rPr>
              <w:t>12</w:t>
            </w:r>
          </w:p>
        </w:tc>
        <w:tc>
          <w:tcPr>
            <w:tcW w:w="4365" w:type="dxa"/>
            <w:vAlign w:val="center"/>
          </w:tcPr>
          <w:p w14:paraId="034F6318" w14:textId="77777777" w:rsidR="00E050A2" w:rsidRDefault="004F2FC6">
            <w:pPr>
              <w:bidi/>
              <w:spacing w:before="30" w:after="30"/>
            </w:pPr>
            <w:r>
              <w:rPr>
                <w:sz w:val="18"/>
                <w:szCs w:val="18"/>
                <w:rtl/>
              </w:rPr>
              <w:t>المسؤول وتاريخ الإغلاق المستهدف</w:t>
            </w:r>
          </w:p>
        </w:tc>
      </w:tr>
      <w:tr w:rsidR="00E050A2" w14:paraId="111B8D23" w14:textId="77777777">
        <w:trPr>
          <w:cantSplit/>
          <w:trHeight w:val="340"/>
          <w:jc w:val="center"/>
        </w:trPr>
        <w:tc>
          <w:tcPr>
            <w:tcW w:w="680" w:type="dxa"/>
            <w:vAlign w:val="center"/>
          </w:tcPr>
          <w:p w14:paraId="6C1FC902" w14:textId="77777777" w:rsidR="00E050A2" w:rsidRDefault="004F2FC6">
            <w:pPr>
              <w:bidi/>
              <w:spacing w:before="30" w:after="30"/>
              <w:jc w:val="center"/>
            </w:pPr>
            <w:r>
              <w:rPr>
                <w:sz w:val="18"/>
                <w:szCs w:val="18"/>
                <w:rtl/>
              </w:rPr>
              <w:t>5</w:t>
            </w:r>
          </w:p>
        </w:tc>
        <w:tc>
          <w:tcPr>
            <w:tcW w:w="4365" w:type="dxa"/>
            <w:vAlign w:val="center"/>
          </w:tcPr>
          <w:p w14:paraId="1A6F3280" w14:textId="77777777" w:rsidR="00E050A2" w:rsidRDefault="004F2FC6">
            <w:pPr>
              <w:bidi/>
              <w:spacing w:before="30" w:after="30"/>
            </w:pPr>
            <w:r>
              <w:rPr>
                <w:sz w:val="18"/>
                <w:szCs w:val="18"/>
                <w:rtl/>
              </w:rPr>
              <w:t>مصدر الاكتشاف (IR، اختبار، تدقيق)</w:t>
            </w:r>
          </w:p>
        </w:tc>
        <w:tc>
          <w:tcPr>
            <w:tcW w:w="680" w:type="dxa"/>
            <w:vAlign w:val="center"/>
          </w:tcPr>
          <w:p w14:paraId="36F10F6C" w14:textId="77777777" w:rsidR="00E050A2" w:rsidRDefault="004F2FC6">
            <w:pPr>
              <w:bidi/>
              <w:spacing w:before="30" w:after="30"/>
              <w:jc w:val="center"/>
            </w:pPr>
            <w:r>
              <w:rPr>
                <w:sz w:val="18"/>
                <w:szCs w:val="18"/>
                <w:rtl/>
              </w:rPr>
              <w:t>13</w:t>
            </w:r>
          </w:p>
        </w:tc>
        <w:tc>
          <w:tcPr>
            <w:tcW w:w="4365" w:type="dxa"/>
            <w:vAlign w:val="center"/>
          </w:tcPr>
          <w:p w14:paraId="58E9818B" w14:textId="77777777" w:rsidR="00E050A2" w:rsidRDefault="004F2FC6">
            <w:pPr>
              <w:bidi/>
              <w:spacing w:before="30" w:after="30"/>
            </w:pPr>
            <w:r>
              <w:rPr>
                <w:sz w:val="18"/>
                <w:szCs w:val="18"/>
                <w:rtl/>
              </w:rPr>
              <w:t>اعتماد المعالجة</w:t>
            </w:r>
          </w:p>
        </w:tc>
      </w:tr>
      <w:tr w:rsidR="00E050A2" w14:paraId="42396160" w14:textId="77777777">
        <w:trPr>
          <w:cantSplit/>
          <w:trHeight w:val="340"/>
          <w:jc w:val="center"/>
        </w:trPr>
        <w:tc>
          <w:tcPr>
            <w:tcW w:w="680" w:type="dxa"/>
            <w:vAlign w:val="center"/>
          </w:tcPr>
          <w:p w14:paraId="690230CF" w14:textId="77777777" w:rsidR="00E050A2" w:rsidRDefault="004F2FC6">
            <w:pPr>
              <w:bidi/>
              <w:spacing w:before="30" w:after="30"/>
              <w:jc w:val="center"/>
            </w:pPr>
            <w:r>
              <w:rPr>
                <w:sz w:val="18"/>
                <w:szCs w:val="18"/>
                <w:rtl/>
              </w:rPr>
              <w:t>6</w:t>
            </w:r>
          </w:p>
        </w:tc>
        <w:tc>
          <w:tcPr>
            <w:tcW w:w="4365" w:type="dxa"/>
            <w:vAlign w:val="center"/>
          </w:tcPr>
          <w:p w14:paraId="14175EC7" w14:textId="77777777" w:rsidR="00E050A2" w:rsidRDefault="004F2FC6">
            <w:pPr>
              <w:bidi/>
              <w:spacing w:before="30" w:after="30"/>
            </w:pPr>
            <w:r>
              <w:rPr>
                <w:sz w:val="18"/>
                <w:szCs w:val="18"/>
                <w:rtl/>
              </w:rPr>
              <w:t>وصف عدم المطابقة والصور</w:t>
            </w:r>
          </w:p>
        </w:tc>
        <w:tc>
          <w:tcPr>
            <w:tcW w:w="680" w:type="dxa"/>
            <w:vAlign w:val="center"/>
          </w:tcPr>
          <w:p w14:paraId="5F9BA925" w14:textId="77777777" w:rsidR="00E050A2" w:rsidRDefault="004F2FC6">
            <w:pPr>
              <w:bidi/>
              <w:spacing w:before="30" w:after="30"/>
              <w:jc w:val="center"/>
            </w:pPr>
            <w:r>
              <w:rPr>
                <w:sz w:val="18"/>
                <w:szCs w:val="18"/>
                <w:rtl/>
              </w:rPr>
              <w:t>14</w:t>
            </w:r>
          </w:p>
        </w:tc>
        <w:tc>
          <w:tcPr>
            <w:tcW w:w="4365" w:type="dxa"/>
            <w:vAlign w:val="center"/>
          </w:tcPr>
          <w:p w14:paraId="71B4DAC3" w14:textId="77777777" w:rsidR="00E050A2" w:rsidRDefault="004F2FC6">
            <w:pPr>
              <w:bidi/>
              <w:spacing w:before="30" w:after="30"/>
            </w:pPr>
            <w:r>
              <w:rPr>
                <w:sz w:val="18"/>
                <w:szCs w:val="18"/>
                <w:rtl/>
              </w:rPr>
              <w:t>التحقق والإغلاق وتاريخه</w:t>
            </w:r>
          </w:p>
        </w:tc>
      </w:tr>
      <w:tr w:rsidR="00E050A2" w14:paraId="755419FE" w14:textId="77777777">
        <w:trPr>
          <w:cantSplit/>
          <w:trHeight w:val="340"/>
          <w:jc w:val="center"/>
        </w:trPr>
        <w:tc>
          <w:tcPr>
            <w:tcW w:w="680" w:type="dxa"/>
            <w:vAlign w:val="center"/>
          </w:tcPr>
          <w:p w14:paraId="2E598781" w14:textId="77777777" w:rsidR="00E050A2" w:rsidRDefault="004F2FC6">
            <w:pPr>
              <w:bidi/>
              <w:spacing w:before="30" w:after="30"/>
              <w:jc w:val="center"/>
            </w:pPr>
            <w:r>
              <w:rPr>
                <w:sz w:val="18"/>
                <w:szCs w:val="18"/>
                <w:rtl/>
              </w:rPr>
              <w:t>7</w:t>
            </w:r>
          </w:p>
        </w:tc>
        <w:tc>
          <w:tcPr>
            <w:tcW w:w="4365" w:type="dxa"/>
            <w:vAlign w:val="center"/>
          </w:tcPr>
          <w:p w14:paraId="3BB01B5B" w14:textId="77777777" w:rsidR="00E050A2" w:rsidRDefault="004F2FC6">
            <w:pPr>
              <w:bidi/>
              <w:spacing w:before="30" w:after="30"/>
            </w:pPr>
            <w:r>
              <w:rPr>
                <w:sz w:val="18"/>
                <w:szCs w:val="18"/>
                <w:rtl/>
              </w:rPr>
              <w:t>المتطلب المخالف ومرجعه</w:t>
            </w:r>
          </w:p>
        </w:tc>
        <w:tc>
          <w:tcPr>
            <w:tcW w:w="680" w:type="dxa"/>
            <w:vAlign w:val="center"/>
          </w:tcPr>
          <w:p w14:paraId="6E165470" w14:textId="77777777" w:rsidR="00E050A2" w:rsidRDefault="004F2FC6">
            <w:pPr>
              <w:bidi/>
              <w:spacing w:before="30" w:after="30"/>
              <w:jc w:val="center"/>
            </w:pPr>
            <w:r>
              <w:rPr>
                <w:sz w:val="18"/>
                <w:szCs w:val="18"/>
                <w:rtl/>
              </w:rPr>
              <w:t>15</w:t>
            </w:r>
          </w:p>
        </w:tc>
        <w:tc>
          <w:tcPr>
            <w:tcW w:w="4365" w:type="dxa"/>
            <w:vAlign w:val="center"/>
          </w:tcPr>
          <w:p w14:paraId="69B2397B" w14:textId="77777777" w:rsidR="00E050A2" w:rsidRDefault="004F2FC6">
            <w:pPr>
              <w:bidi/>
              <w:spacing w:before="30" w:after="30"/>
            </w:pPr>
            <w:r>
              <w:rPr>
                <w:sz w:val="18"/>
                <w:szCs w:val="18"/>
                <w:rtl/>
              </w:rPr>
              <w:t>التحقق من الفاعلية بعد 30 يوما</w:t>
            </w:r>
          </w:p>
        </w:tc>
      </w:tr>
      <w:tr w:rsidR="00E050A2" w14:paraId="7FC9C2A6" w14:textId="77777777">
        <w:trPr>
          <w:cantSplit/>
          <w:trHeight w:val="340"/>
          <w:jc w:val="center"/>
        </w:trPr>
        <w:tc>
          <w:tcPr>
            <w:tcW w:w="680" w:type="dxa"/>
            <w:vAlign w:val="center"/>
          </w:tcPr>
          <w:p w14:paraId="36761E35" w14:textId="77777777" w:rsidR="00E050A2" w:rsidRDefault="004F2FC6">
            <w:pPr>
              <w:bidi/>
              <w:spacing w:before="30" w:after="30"/>
              <w:jc w:val="center"/>
            </w:pPr>
            <w:r>
              <w:rPr>
                <w:sz w:val="18"/>
                <w:szCs w:val="18"/>
                <w:rtl/>
              </w:rPr>
              <w:t>8</w:t>
            </w:r>
          </w:p>
        </w:tc>
        <w:tc>
          <w:tcPr>
            <w:tcW w:w="4365" w:type="dxa"/>
            <w:vAlign w:val="center"/>
          </w:tcPr>
          <w:p w14:paraId="6C71B7AF" w14:textId="77777777" w:rsidR="00E050A2" w:rsidRDefault="004F2FC6">
            <w:pPr>
              <w:bidi/>
              <w:spacing w:before="30" w:after="30"/>
            </w:pPr>
            <w:r>
              <w:rPr>
                <w:sz w:val="18"/>
                <w:szCs w:val="18"/>
                <w:rtl/>
              </w:rPr>
              <w:t>إيقاف العمل: نعم أو لا</w:t>
            </w:r>
          </w:p>
        </w:tc>
        <w:tc>
          <w:tcPr>
            <w:tcW w:w="680" w:type="dxa"/>
            <w:vAlign w:val="center"/>
          </w:tcPr>
          <w:p w14:paraId="61A0AC02" w14:textId="77777777" w:rsidR="00E050A2" w:rsidRDefault="00E050A2">
            <w:pPr>
              <w:bidi/>
              <w:spacing w:before="30" w:after="30"/>
              <w:jc w:val="center"/>
            </w:pPr>
          </w:p>
        </w:tc>
        <w:tc>
          <w:tcPr>
            <w:tcW w:w="4365" w:type="dxa"/>
            <w:vAlign w:val="center"/>
          </w:tcPr>
          <w:p w14:paraId="6BF3B73E" w14:textId="77777777" w:rsidR="00E050A2" w:rsidRDefault="00E050A2">
            <w:pPr>
              <w:bidi/>
              <w:spacing w:before="30" w:after="30"/>
            </w:pPr>
          </w:p>
        </w:tc>
      </w:tr>
    </w:tbl>
    <w:p w14:paraId="7A3D67B1" w14:textId="77777777" w:rsidR="00E050A2" w:rsidRDefault="00E050A2">
      <w:pPr>
        <w:bidi/>
        <w:spacing w:after="40"/>
      </w:pPr>
    </w:p>
    <w:p w14:paraId="20BFE837" w14:textId="77777777" w:rsidR="00E050A2" w:rsidRDefault="004F2FC6">
      <w:pPr>
        <w:keepNext/>
        <w:bidi/>
        <w:spacing w:after="120"/>
        <w:outlineLvl w:val="1"/>
      </w:pPr>
      <w:r>
        <w:rPr>
          <w:b/>
          <w:bCs/>
          <w:color w:val="052976"/>
          <w:sz w:val="25"/>
          <w:szCs w:val="25"/>
          <w:rtl/>
        </w:rPr>
        <w:t>17.4 طلب استيضاح فني RFI، رمز النموذج PRJ-CON-RFI</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5CBC882E" w14:textId="77777777">
        <w:trPr>
          <w:cantSplit/>
          <w:trHeight w:val="340"/>
          <w:tblHeader/>
          <w:jc w:val="center"/>
        </w:trPr>
        <w:tc>
          <w:tcPr>
            <w:tcW w:w="680" w:type="dxa"/>
            <w:shd w:val="clear" w:color="auto" w:fill="052976"/>
            <w:vAlign w:val="center"/>
          </w:tcPr>
          <w:p w14:paraId="7D3C43A5"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0BFBFD97"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5D3C4C04"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6D3D1E33" w14:textId="77777777" w:rsidR="00E050A2" w:rsidRDefault="004F2FC6">
            <w:pPr>
              <w:bidi/>
              <w:spacing w:before="30" w:after="30"/>
              <w:jc w:val="center"/>
            </w:pPr>
            <w:r>
              <w:rPr>
                <w:b/>
                <w:bCs/>
                <w:color w:val="FFFFFF"/>
                <w:sz w:val="19"/>
                <w:szCs w:val="19"/>
                <w:rtl/>
              </w:rPr>
              <w:t>الحقل</w:t>
            </w:r>
          </w:p>
        </w:tc>
      </w:tr>
      <w:tr w:rsidR="00E050A2" w14:paraId="5CEFACAD" w14:textId="77777777">
        <w:trPr>
          <w:cantSplit/>
          <w:trHeight w:val="340"/>
          <w:jc w:val="center"/>
        </w:trPr>
        <w:tc>
          <w:tcPr>
            <w:tcW w:w="680" w:type="dxa"/>
            <w:vAlign w:val="center"/>
          </w:tcPr>
          <w:p w14:paraId="47C13E14" w14:textId="77777777" w:rsidR="00E050A2" w:rsidRDefault="004F2FC6">
            <w:pPr>
              <w:bidi/>
              <w:spacing w:before="30" w:after="30"/>
              <w:jc w:val="center"/>
            </w:pPr>
            <w:r>
              <w:rPr>
                <w:sz w:val="18"/>
                <w:szCs w:val="18"/>
                <w:rtl/>
              </w:rPr>
              <w:t>1</w:t>
            </w:r>
          </w:p>
        </w:tc>
        <w:tc>
          <w:tcPr>
            <w:tcW w:w="4365" w:type="dxa"/>
            <w:vAlign w:val="center"/>
          </w:tcPr>
          <w:p w14:paraId="5B775849" w14:textId="77777777" w:rsidR="00E050A2" w:rsidRDefault="004F2FC6">
            <w:pPr>
              <w:bidi/>
              <w:spacing w:before="30" w:after="30"/>
            </w:pPr>
            <w:r>
              <w:rPr>
                <w:sz w:val="18"/>
                <w:szCs w:val="18"/>
                <w:rtl/>
              </w:rPr>
              <w:t>رقم RFI والإصدار</w:t>
            </w:r>
          </w:p>
        </w:tc>
        <w:tc>
          <w:tcPr>
            <w:tcW w:w="680" w:type="dxa"/>
            <w:vAlign w:val="center"/>
          </w:tcPr>
          <w:p w14:paraId="0C82CC41" w14:textId="77777777" w:rsidR="00E050A2" w:rsidRDefault="004F2FC6">
            <w:pPr>
              <w:bidi/>
              <w:spacing w:before="30" w:after="30"/>
              <w:jc w:val="center"/>
            </w:pPr>
            <w:r>
              <w:rPr>
                <w:sz w:val="18"/>
                <w:szCs w:val="18"/>
                <w:rtl/>
              </w:rPr>
              <w:t>7</w:t>
            </w:r>
          </w:p>
        </w:tc>
        <w:tc>
          <w:tcPr>
            <w:tcW w:w="4365" w:type="dxa"/>
            <w:vAlign w:val="center"/>
          </w:tcPr>
          <w:p w14:paraId="10E28407" w14:textId="77777777" w:rsidR="00E050A2" w:rsidRDefault="004F2FC6">
            <w:pPr>
              <w:bidi/>
              <w:spacing w:before="30" w:after="30"/>
            </w:pPr>
            <w:r>
              <w:rPr>
                <w:sz w:val="18"/>
                <w:szCs w:val="18"/>
                <w:rtl/>
              </w:rPr>
              <w:t>الحل المقترح من المقاول</w:t>
            </w:r>
          </w:p>
        </w:tc>
      </w:tr>
      <w:tr w:rsidR="00E050A2" w14:paraId="4702F690" w14:textId="77777777">
        <w:trPr>
          <w:cantSplit/>
          <w:trHeight w:val="340"/>
          <w:jc w:val="center"/>
        </w:trPr>
        <w:tc>
          <w:tcPr>
            <w:tcW w:w="680" w:type="dxa"/>
            <w:vAlign w:val="center"/>
          </w:tcPr>
          <w:p w14:paraId="71C04229" w14:textId="77777777" w:rsidR="00E050A2" w:rsidRDefault="004F2FC6">
            <w:pPr>
              <w:bidi/>
              <w:spacing w:before="30" w:after="30"/>
              <w:jc w:val="center"/>
            </w:pPr>
            <w:r>
              <w:rPr>
                <w:sz w:val="18"/>
                <w:szCs w:val="18"/>
                <w:rtl/>
              </w:rPr>
              <w:t>2</w:t>
            </w:r>
          </w:p>
        </w:tc>
        <w:tc>
          <w:tcPr>
            <w:tcW w:w="4365" w:type="dxa"/>
            <w:vAlign w:val="center"/>
          </w:tcPr>
          <w:p w14:paraId="77B70C83" w14:textId="77777777" w:rsidR="00E050A2" w:rsidRDefault="004F2FC6">
            <w:pPr>
              <w:bidi/>
              <w:spacing w:before="30" w:after="30"/>
            </w:pPr>
            <w:r>
              <w:rPr>
                <w:sz w:val="18"/>
                <w:szCs w:val="18"/>
                <w:rtl/>
              </w:rPr>
              <w:t>التاريخ</w:t>
            </w:r>
          </w:p>
        </w:tc>
        <w:tc>
          <w:tcPr>
            <w:tcW w:w="680" w:type="dxa"/>
            <w:vAlign w:val="center"/>
          </w:tcPr>
          <w:p w14:paraId="4467F3E7" w14:textId="77777777" w:rsidR="00E050A2" w:rsidRDefault="004F2FC6">
            <w:pPr>
              <w:bidi/>
              <w:spacing w:before="30" w:after="30"/>
              <w:jc w:val="center"/>
            </w:pPr>
            <w:r>
              <w:rPr>
                <w:sz w:val="18"/>
                <w:szCs w:val="18"/>
                <w:rtl/>
              </w:rPr>
              <w:t>8</w:t>
            </w:r>
          </w:p>
        </w:tc>
        <w:tc>
          <w:tcPr>
            <w:tcW w:w="4365" w:type="dxa"/>
            <w:vAlign w:val="center"/>
          </w:tcPr>
          <w:p w14:paraId="6304B790" w14:textId="77777777" w:rsidR="00E050A2" w:rsidRDefault="004F2FC6">
            <w:pPr>
              <w:bidi/>
              <w:spacing w:before="30" w:after="30"/>
            </w:pPr>
            <w:r>
              <w:rPr>
                <w:sz w:val="18"/>
                <w:szCs w:val="18"/>
                <w:rtl/>
              </w:rPr>
              <w:t>الأثر المتوقع على التكلفة والمدة</w:t>
            </w:r>
          </w:p>
        </w:tc>
      </w:tr>
      <w:tr w:rsidR="00E050A2" w14:paraId="3D493A5D" w14:textId="77777777">
        <w:trPr>
          <w:cantSplit/>
          <w:trHeight w:val="340"/>
          <w:jc w:val="center"/>
        </w:trPr>
        <w:tc>
          <w:tcPr>
            <w:tcW w:w="680" w:type="dxa"/>
            <w:vAlign w:val="center"/>
          </w:tcPr>
          <w:p w14:paraId="57B9D7B0" w14:textId="77777777" w:rsidR="00E050A2" w:rsidRDefault="004F2FC6">
            <w:pPr>
              <w:bidi/>
              <w:spacing w:before="30" w:after="30"/>
              <w:jc w:val="center"/>
            </w:pPr>
            <w:r>
              <w:rPr>
                <w:sz w:val="18"/>
                <w:szCs w:val="18"/>
                <w:rtl/>
              </w:rPr>
              <w:t>3</w:t>
            </w:r>
          </w:p>
        </w:tc>
        <w:tc>
          <w:tcPr>
            <w:tcW w:w="4365" w:type="dxa"/>
            <w:vAlign w:val="center"/>
          </w:tcPr>
          <w:p w14:paraId="0F9471ED" w14:textId="77777777" w:rsidR="00E050A2" w:rsidRDefault="004F2FC6">
            <w:pPr>
              <w:bidi/>
              <w:spacing w:before="30" w:after="30"/>
            </w:pPr>
            <w:r>
              <w:rPr>
                <w:sz w:val="18"/>
                <w:szCs w:val="18"/>
                <w:rtl/>
              </w:rPr>
              <w:t>التخصص</w:t>
            </w:r>
          </w:p>
        </w:tc>
        <w:tc>
          <w:tcPr>
            <w:tcW w:w="680" w:type="dxa"/>
            <w:vAlign w:val="center"/>
          </w:tcPr>
          <w:p w14:paraId="4CE355A8" w14:textId="77777777" w:rsidR="00E050A2" w:rsidRDefault="004F2FC6">
            <w:pPr>
              <w:bidi/>
              <w:spacing w:before="30" w:after="30"/>
              <w:jc w:val="center"/>
            </w:pPr>
            <w:r>
              <w:rPr>
                <w:sz w:val="18"/>
                <w:szCs w:val="18"/>
                <w:rtl/>
              </w:rPr>
              <w:t>9</w:t>
            </w:r>
          </w:p>
        </w:tc>
        <w:tc>
          <w:tcPr>
            <w:tcW w:w="4365" w:type="dxa"/>
            <w:vAlign w:val="center"/>
          </w:tcPr>
          <w:p w14:paraId="4859EF96" w14:textId="77777777" w:rsidR="00E050A2" w:rsidRDefault="004F2FC6">
            <w:pPr>
              <w:bidi/>
              <w:spacing w:before="30" w:after="30"/>
            </w:pPr>
            <w:r>
              <w:rPr>
                <w:sz w:val="18"/>
                <w:szCs w:val="18"/>
                <w:rtl/>
              </w:rPr>
              <w:t>تاريخ الرد المطلوب</w:t>
            </w:r>
          </w:p>
        </w:tc>
      </w:tr>
      <w:tr w:rsidR="00E050A2" w14:paraId="79342CEE" w14:textId="77777777">
        <w:trPr>
          <w:cantSplit/>
          <w:trHeight w:val="340"/>
          <w:jc w:val="center"/>
        </w:trPr>
        <w:tc>
          <w:tcPr>
            <w:tcW w:w="680" w:type="dxa"/>
            <w:vAlign w:val="center"/>
          </w:tcPr>
          <w:p w14:paraId="3D50D8B4" w14:textId="77777777" w:rsidR="00E050A2" w:rsidRDefault="004F2FC6">
            <w:pPr>
              <w:bidi/>
              <w:spacing w:before="30" w:after="30"/>
              <w:jc w:val="center"/>
            </w:pPr>
            <w:r>
              <w:rPr>
                <w:sz w:val="18"/>
                <w:szCs w:val="18"/>
                <w:rtl/>
              </w:rPr>
              <w:t>4</w:t>
            </w:r>
          </w:p>
        </w:tc>
        <w:tc>
          <w:tcPr>
            <w:tcW w:w="4365" w:type="dxa"/>
            <w:vAlign w:val="center"/>
          </w:tcPr>
          <w:p w14:paraId="61963FD7" w14:textId="77777777" w:rsidR="00E050A2" w:rsidRDefault="004F2FC6">
            <w:pPr>
              <w:bidi/>
              <w:spacing w:before="30" w:after="30"/>
            </w:pPr>
            <w:r>
              <w:rPr>
                <w:sz w:val="18"/>
                <w:szCs w:val="18"/>
                <w:rtl/>
              </w:rPr>
              <w:t>الموضوع</w:t>
            </w:r>
          </w:p>
        </w:tc>
        <w:tc>
          <w:tcPr>
            <w:tcW w:w="680" w:type="dxa"/>
            <w:vAlign w:val="center"/>
          </w:tcPr>
          <w:p w14:paraId="5C1BFBC3" w14:textId="77777777" w:rsidR="00E050A2" w:rsidRDefault="004F2FC6">
            <w:pPr>
              <w:bidi/>
              <w:spacing w:before="30" w:after="30"/>
              <w:jc w:val="center"/>
            </w:pPr>
            <w:r>
              <w:rPr>
                <w:sz w:val="18"/>
                <w:szCs w:val="18"/>
                <w:rtl/>
              </w:rPr>
              <w:t>10</w:t>
            </w:r>
          </w:p>
        </w:tc>
        <w:tc>
          <w:tcPr>
            <w:tcW w:w="4365" w:type="dxa"/>
            <w:vAlign w:val="center"/>
          </w:tcPr>
          <w:p w14:paraId="38964DD1" w14:textId="77777777" w:rsidR="00E050A2" w:rsidRDefault="004F2FC6">
            <w:pPr>
              <w:bidi/>
              <w:spacing w:before="30" w:after="30"/>
            </w:pPr>
            <w:r>
              <w:rPr>
                <w:sz w:val="18"/>
                <w:szCs w:val="18"/>
                <w:rtl/>
              </w:rPr>
              <w:t>رد الاستشاري</w:t>
            </w:r>
          </w:p>
        </w:tc>
      </w:tr>
      <w:tr w:rsidR="00E050A2" w14:paraId="75B0BB76" w14:textId="77777777">
        <w:trPr>
          <w:cantSplit/>
          <w:trHeight w:val="340"/>
          <w:jc w:val="center"/>
        </w:trPr>
        <w:tc>
          <w:tcPr>
            <w:tcW w:w="680" w:type="dxa"/>
            <w:vAlign w:val="center"/>
          </w:tcPr>
          <w:p w14:paraId="61AC96C7" w14:textId="77777777" w:rsidR="00E050A2" w:rsidRDefault="004F2FC6">
            <w:pPr>
              <w:bidi/>
              <w:spacing w:before="30" w:after="30"/>
              <w:jc w:val="center"/>
            </w:pPr>
            <w:r>
              <w:rPr>
                <w:sz w:val="18"/>
                <w:szCs w:val="18"/>
                <w:rtl/>
              </w:rPr>
              <w:t>5</w:t>
            </w:r>
          </w:p>
        </w:tc>
        <w:tc>
          <w:tcPr>
            <w:tcW w:w="4365" w:type="dxa"/>
            <w:vAlign w:val="center"/>
          </w:tcPr>
          <w:p w14:paraId="352134EC" w14:textId="77777777" w:rsidR="00E050A2" w:rsidRDefault="004F2FC6">
            <w:pPr>
              <w:bidi/>
              <w:spacing w:before="30" w:after="30"/>
            </w:pPr>
            <w:r>
              <w:rPr>
                <w:sz w:val="18"/>
                <w:szCs w:val="18"/>
                <w:rtl/>
              </w:rPr>
              <w:t>المستند أو المخطط المرجعي</w:t>
            </w:r>
          </w:p>
        </w:tc>
        <w:tc>
          <w:tcPr>
            <w:tcW w:w="680" w:type="dxa"/>
            <w:vAlign w:val="center"/>
          </w:tcPr>
          <w:p w14:paraId="55F81966" w14:textId="77777777" w:rsidR="00E050A2" w:rsidRDefault="004F2FC6">
            <w:pPr>
              <w:bidi/>
              <w:spacing w:before="30" w:after="30"/>
              <w:jc w:val="center"/>
            </w:pPr>
            <w:r>
              <w:rPr>
                <w:sz w:val="18"/>
                <w:szCs w:val="18"/>
                <w:rtl/>
              </w:rPr>
              <w:t>11</w:t>
            </w:r>
          </w:p>
        </w:tc>
        <w:tc>
          <w:tcPr>
            <w:tcW w:w="4365" w:type="dxa"/>
            <w:vAlign w:val="center"/>
          </w:tcPr>
          <w:p w14:paraId="29F34BD4" w14:textId="77777777" w:rsidR="00E050A2" w:rsidRDefault="004F2FC6">
            <w:pPr>
              <w:bidi/>
              <w:spacing w:before="30" w:after="30"/>
            </w:pPr>
            <w:r>
              <w:rPr>
                <w:sz w:val="18"/>
                <w:szCs w:val="18"/>
                <w:rtl/>
              </w:rPr>
              <w:t>الحاجة لتعليمات موقع أو أمر تغيير</w:t>
            </w:r>
          </w:p>
        </w:tc>
      </w:tr>
      <w:tr w:rsidR="00E050A2" w14:paraId="4ED286E6" w14:textId="77777777">
        <w:trPr>
          <w:cantSplit/>
          <w:trHeight w:val="340"/>
          <w:jc w:val="center"/>
        </w:trPr>
        <w:tc>
          <w:tcPr>
            <w:tcW w:w="680" w:type="dxa"/>
            <w:vAlign w:val="center"/>
          </w:tcPr>
          <w:p w14:paraId="18148798" w14:textId="77777777" w:rsidR="00E050A2" w:rsidRDefault="004F2FC6">
            <w:pPr>
              <w:bidi/>
              <w:spacing w:before="30" w:after="30"/>
              <w:jc w:val="center"/>
            </w:pPr>
            <w:r>
              <w:rPr>
                <w:sz w:val="18"/>
                <w:szCs w:val="18"/>
                <w:rtl/>
              </w:rPr>
              <w:t>6</w:t>
            </w:r>
          </w:p>
        </w:tc>
        <w:tc>
          <w:tcPr>
            <w:tcW w:w="4365" w:type="dxa"/>
            <w:vAlign w:val="center"/>
          </w:tcPr>
          <w:p w14:paraId="66A29115" w14:textId="77777777" w:rsidR="00E050A2" w:rsidRDefault="004F2FC6">
            <w:pPr>
              <w:bidi/>
              <w:spacing w:before="30" w:after="30"/>
            </w:pPr>
            <w:r>
              <w:rPr>
                <w:sz w:val="18"/>
                <w:szCs w:val="18"/>
                <w:rtl/>
              </w:rPr>
              <w:t>وصف الاستيضاح والكروكي</w:t>
            </w:r>
          </w:p>
        </w:tc>
        <w:tc>
          <w:tcPr>
            <w:tcW w:w="680" w:type="dxa"/>
            <w:vAlign w:val="center"/>
          </w:tcPr>
          <w:p w14:paraId="05A4BBAF" w14:textId="77777777" w:rsidR="00E050A2" w:rsidRDefault="004F2FC6">
            <w:pPr>
              <w:bidi/>
              <w:spacing w:before="30" w:after="30"/>
              <w:jc w:val="center"/>
            </w:pPr>
            <w:r>
              <w:rPr>
                <w:sz w:val="18"/>
                <w:szCs w:val="18"/>
                <w:rtl/>
              </w:rPr>
              <w:t>12</w:t>
            </w:r>
          </w:p>
        </w:tc>
        <w:tc>
          <w:tcPr>
            <w:tcW w:w="4365" w:type="dxa"/>
            <w:vAlign w:val="center"/>
          </w:tcPr>
          <w:p w14:paraId="1BC0CF04" w14:textId="77777777" w:rsidR="00E050A2" w:rsidRDefault="004F2FC6">
            <w:pPr>
              <w:bidi/>
              <w:spacing w:before="30" w:after="30"/>
            </w:pPr>
            <w:r>
              <w:rPr>
                <w:sz w:val="18"/>
                <w:szCs w:val="18"/>
                <w:rtl/>
              </w:rPr>
              <w:t>توقيع الاستشاري والتاريخ</w:t>
            </w:r>
          </w:p>
        </w:tc>
      </w:tr>
    </w:tbl>
    <w:p w14:paraId="7D8DF31A" w14:textId="77777777" w:rsidR="00E050A2" w:rsidRDefault="00E050A2">
      <w:pPr>
        <w:bidi/>
        <w:spacing w:after="40"/>
      </w:pPr>
    </w:p>
    <w:p w14:paraId="49B42C93" w14:textId="77777777" w:rsidR="00E050A2" w:rsidRDefault="004F2FC6">
      <w:pPr>
        <w:keepNext/>
        <w:bidi/>
        <w:spacing w:after="120"/>
        <w:outlineLvl w:val="1"/>
      </w:pPr>
      <w:r>
        <w:rPr>
          <w:b/>
          <w:bCs/>
          <w:color w:val="052976"/>
          <w:sz w:val="25"/>
          <w:szCs w:val="25"/>
          <w:rtl/>
        </w:rPr>
        <w:t>17.5 التقرير اليومي، رمز النموذج PRJ-CON-DR</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2DA29E84" w14:textId="77777777">
        <w:trPr>
          <w:cantSplit/>
          <w:trHeight w:val="340"/>
          <w:tblHeader/>
          <w:jc w:val="center"/>
        </w:trPr>
        <w:tc>
          <w:tcPr>
            <w:tcW w:w="680" w:type="dxa"/>
            <w:shd w:val="clear" w:color="auto" w:fill="052976"/>
            <w:vAlign w:val="center"/>
          </w:tcPr>
          <w:p w14:paraId="201ECE42"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58DB7F0F"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77A64E6B"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421B5542" w14:textId="77777777" w:rsidR="00E050A2" w:rsidRDefault="004F2FC6">
            <w:pPr>
              <w:bidi/>
              <w:spacing w:before="30" w:after="30"/>
              <w:jc w:val="center"/>
            </w:pPr>
            <w:r>
              <w:rPr>
                <w:b/>
                <w:bCs/>
                <w:color w:val="FFFFFF"/>
                <w:sz w:val="19"/>
                <w:szCs w:val="19"/>
                <w:rtl/>
              </w:rPr>
              <w:t>الحقل</w:t>
            </w:r>
          </w:p>
        </w:tc>
      </w:tr>
      <w:tr w:rsidR="00E050A2" w14:paraId="6AFF6CF1" w14:textId="77777777">
        <w:trPr>
          <w:cantSplit/>
          <w:trHeight w:val="340"/>
          <w:jc w:val="center"/>
        </w:trPr>
        <w:tc>
          <w:tcPr>
            <w:tcW w:w="680" w:type="dxa"/>
            <w:vAlign w:val="center"/>
          </w:tcPr>
          <w:p w14:paraId="52A80A1D" w14:textId="77777777" w:rsidR="00E050A2" w:rsidRDefault="004F2FC6">
            <w:pPr>
              <w:bidi/>
              <w:spacing w:before="30" w:after="30"/>
              <w:jc w:val="center"/>
            </w:pPr>
            <w:r>
              <w:rPr>
                <w:sz w:val="18"/>
                <w:szCs w:val="18"/>
                <w:rtl/>
              </w:rPr>
              <w:t>1</w:t>
            </w:r>
          </w:p>
        </w:tc>
        <w:tc>
          <w:tcPr>
            <w:tcW w:w="4365" w:type="dxa"/>
            <w:vAlign w:val="center"/>
          </w:tcPr>
          <w:p w14:paraId="1398E469" w14:textId="77777777" w:rsidR="00E050A2" w:rsidRDefault="004F2FC6">
            <w:pPr>
              <w:bidi/>
              <w:spacing w:before="30" w:after="30"/>
            </w:pPr>
            <w:r>
              <w:rPr>
                <w:sz w:val="18"/>
                <w:szCs w:val="18"/>
                <w:rtl/>
              </w:rPr>
              <w:t>التاريخ ورقم التقرير</w:t>
            </w:r>
          </w:p>
        </w:tc>
        <w:tc>
          <w:tcPr>
            <w:tcW w:w="680" w:type="dxa"/>
            <w:vAlign w:val="center"/>
          </w:tcPr>
          <w:p w14:paraId="6B7F5CDE" w14:textId="77777777" w:rsidR="00E050A2" w:rsidRDefault="004F2FC6">
            <w:pPr>
              <w:bidi/>
              <w:spacing w:before="30" w:after="30"/>
              <w:jc w:val="center"/>
            </w:pPr>
            <w:r>
              <w:rPr>
                <w:sz w:val="18"/>
                <w:szCs w:val="18"/>
                <w:rtl/>
              </w:rPr>
              <w:t>8</w:t>
            </w:r>
          </w:p>
        </w:tc>
        <w:tc>
          <w:tcPr>
            <w:tcW w:w="4365" w:type="dxa"/>
            <w:vAlign w:val="center"/>
          </w:tcPr>
          <w:p w14:paraId="101AB0DB" w14:textId="77777777" w:rsidR="00E050A2" w:rsidRDefault="004F2FC6">
            <w:pPr>
              <w:bidi/>
              <w:spacing w:before="30" w:after="30"/>
            </w:pPr>
            <w:r>
              <w:rPr>
                <w:sz w:val="18"/>
                <w:szCs w:val="18"/>
                <w:rtl/>
              </w:rPr>
              <w:t>الاختبارات وأخذ العينات</w:t>
            </w:r>
          </w:p>
        </w:tc>
      </w:tr>
      <w:tr w:rsidR="00E050A2" w14:paraId="566610A9" w14:textId="77777777">
        <w:trPr>
          <w:cantSplit/>
          <w:trHeight w:val="340"/>
          <w:jc w:val="center"/>
        </w:trPr>
        <w:tc>
          <w:tcPr>
            <w:tcW w:w="680" w:type="dxa"/>
            <w:vAlign w:val="center"/>
          </w:tcPr>
          <w:p w14:paraId="640339E8" w14:textId="77777777" w:rsidR="00E050A2" w:rsidRDefault="004F2FC6">
            <w:pPr>
              <w:bidi/>
              <w:spacing w:before="30" w:after="30"/>
              <w:jc w:val="center"/>
            </w:pPr>
            <w:r>
              <w:rPr>
                <w:sz w:val="18"/>
                <w:szCs w:val="18"/>
                <w:rtl/>
              </w:rPr>
              <w:t>2</w:t>
            </w:r>
          </w:p>
        </w:tc>
        <w:tc>
          <w:tcPr>
            <w:tcW w:w="4365" w:type="dxa"/>
            <w:vAlign w:val="center"/>
          </w:tcPr>
          <w:p w14:paraId="6AD169E5" w14:textId="77777777" w:rsidR="00E050A2" w:rsidRDefault="004F2FC6">
            <w:pPr>
              <w:bidi/>
              <w:spacing w:before="30" w:after="30"/>
            </w:pPr>
            <w:r>
              <w:rPr>
                <w:sz w:val="18"/>
                <w:szCs w:val="18"/>
                <w:rtl/>
              </w:rPr>
              <w:t>حالة الطقس ودرجة الحرارة</w:t>
            </w:r>
          </w:p>
        </w:tc>
        <w:tc>
          <w:tcPr>
            <w:tcW w:w="680" w:type="dxa"/>
            <w:vAlign w:val="center"/>
          </w:tcPr>
          <w:p w14:paraId="7ED8769D" w14:textId="77777777" w:rsidR="00E050A2" w:rsidRDefault="004F2FC6">
            <w:pPr>
              <w:bidi/>
              <w:spacing w:before="30" w:after="30"/>
              <w:jc w:val="center"/>
            </w:pPr>
            <w:r>
              <w:rPr>
                <w:sz w:val="18"/>
                <w:szCs w:val="18"/>
                <w:rtl/>
              </w:rPr>
              <w:t>9</w:t>
            </w:r>
          </w:p>
        </w:tc>
        <w:tc>
          <w:tcPr>
            <w:tcW w:w="4365" w:type="dxa"/>
            <w:vAlign w:val="center"/>
          </w:tcPr>
          <w:p w14:paraId="514B7220" w14:textId="77777777" w:rsidR="00E050A2" w:rsidRDefault="004F2FC6">
            <w:pPr>
              <w:bidi/>
              <w:spacing w:before="30" w:after="30"/>
            </w:pPr>
            <w:r>
              <w:rPr>
                <w:sz w:val="18"/>
                <w:szCs w:val="18"/>
                <w:rtl/>
              </w:rPr>
              <w:t>التشوينات</w:t>
            </w:r>
          </w:p>
        </w:tc>
      </w:tr>
      <w:tr w:rsidR="00E050A2" w14:paraId="0D79D8AE" w14:textId="77777777">
        <w:trPr>
          <w:cantSplit/>
          <w:trHeight w:val="340"/>
          <w:jc w:val="center"/>
        </w:trPr>
        <w:tc>
          <w:tcPr>
            <w:tcW w:w="680" w:type="dxa"/>
            <w:vAlign w:val="center"/>
          </w:tcPr>
          <w:p w14:paraId="249A17D6" w14:textId="77777777" w:rsidR="00E050A2" w:rsidRDefault="004F2FC6">
            <w:pPr>
              <w:bidi/>
              <w:spacing w:before="30" w:after="30"/>
              <w:jc w:val="center"/>
            </w:pPr>
            <w:r>
              <w:rPr>
                <w:sz w:val="18"/>
                <w:szCs w:val="18"/>
                <w:rtl/>
              </w:rPr>
              <w:t>3</w:t>
            </w:r>
          </w:p>
        </w:tc>
        <w:tc>
          <w:tcPr>
            <w:tcW w:w="4365" w:type="dxa"/>
            <w:vAlign w:val="center"/>
          </w:tcPr>
          <w:p w14:paraId="46912A8F" w14:textId="77777777" w:rsidR="00E050A2" w:rsidRDefault="004F2FC6">
            <w:pPr>
              <w:bidi/>
              <w:spacing w:before="30" w:after="30"/>
            </w:pPr>
            <w:r>
              <w:rPr>
                <w:sz w:val="18"/>
                <w:szCs w:val="18"/>
                <w:rtl/>
              </w:rPr>
              <w:t>العمالة حسب المهنة</w:t>
            </w:r>
          </w:p>
        </w:tc>
        <w:tc>
          <w:tcPr>
            <w:tcW w:w="680" w:type="dxa"/>
            <w:vAlign w:val="center"/>
          </w:tcPr>
          <w:p w14:paraId="4A1A842B" w14:textId="77777777" w:rsidR="00E050A2" w:rsidRDefault="004F2FC6">
            <w:pPr>
              <w:bidi/>
              <w:spacing w:before="30" w:after="30"/>
              <w:jc w:val="center"/>
            </w:pPr>
            <w:r>
              <w:rPr>
                <w:sz w:val="18"/>
                <w:szCs w:val="18"/>
                <w:rtl/>
              </w:rPr>
              <w:t>10</w:t>
            </w:r>
          </w:p>
        </w:tc>
        <w:tc>
          <w:tcPr>
            <w:tcW w:w="4365" w:type="dxa"/>
            <w:vAlign w:val="center"/>
          </w:tcPr>
          <w:p w14:paraId="764D45C0" w14:textId="77777777" w:rsidR="00E050A2" w:rsidRDefault="004F2FC6">
            <w:pPr>
              <w:bidi/>
              <w:spacing w:before="30" w:after="30"/>
            </w:pPr>
            <w:r>
              <w:rPr>
                <w:sz w:val="18"/>
                <w:szCs w:val="18"/>
                <w:rtl/>
              </w:rPr>
              <w:t>الزيارات والاجتماعات</w:t>
            </w:r>
          </w:p>
        </w:tc>
      </w:tr>
      <w:tr w:rsidR="00E050A2" w14:paraId="6D4CD67B" w14:textId="77777777">
        <w:trPr>
          <w:cantSplit/>
          <w:trHeight w:val="340"/>
          <w:jc w:val="center"/>
        </w:trPr>
        <w:tc>
          <w:tcPr>
            <w:tcW w:w="680" w:type="dxa"/>
            <w:vAlign w:val="center"/>
          </w:tcPr>
          <w:p w14:paraId="167A3D7E" w14:textId="77777777" w:rsidR="00E050A2" w:rsidRDefault="004F2FC6">
            <w:pPr>
              <w:bidi/>
              <w:spacing w:before="30" w:after="30"/>
              <w:jc w:val="center"/>
            </w:pPr>
            <w:r>
              <w:rPr>
                <w:sz w:val="18"/>
                <w:szCs w:val="18"/>
                <w:rtl/>
              </w:rPr>
              <w:t>4</w:t>
            </w:r>
          </w:p>
        </w:tc>
        <w:tc>
          <w:tcPr>
            <w:tcW w:w="4365" w:type="dxa"/>
            <w:vAlign w:val="center"/>
          </w:tcPr>
          <w:p w14:paraId="6A95B9AD" w14:textId="77777777" w:rsidR="00E050A2" w:rsidRDefault="004F2FC6">
            <w:pPr>
              <w:bidi/>
              <w:spacing w:before="30" w:after="30"/>
            </w:pPr>
            <w:r>
              <w:rPr>
                <w:sz w:val="18"/>
                <w:szCs w:val="18"/>
                <w:rtl/>
              </w:rPr>
              <w:t>المعدات العاملة والمتعطلة</w:t>
            </w:r>
          </w:p>
        </w:tc>
        <w:tc>
          <w:tcPr>
            <w:tcW w:w="680" w:type="dxa"/>
            <w:vAlign w:val="center"/>
          </w:tcPr>
          <w:p w14:paraId="0D0116D0" w14:textId="77777777" w:rsidR="00E050A2" w:rsidRDefault="004F2FC6">
            <w:pPr>
              <w:bidi/>
              <w:spacing w:before="30" w:after="30"/>
              <w:jc w:val="center"/>
            </w:pPr>
            <w:r>
              <w:rPr>
                <w:sz w:val="18"/>
                <w:szCs w:val="18"/>
                <w:rtl/>
              </w:rPr>
              <w:t>11</w:t>
            </w:r>
          </w:p>
        </w:tc>
        <w:tc>
          <w:tcPr>
            <w:tcW w:w="4365" w:type="dxa"/>
            <w:vAlign w:val="center"/>
          </w:tcPr>
          <w:p w14:paraId="7DD4F1CA" w14:textId="77777777" w:rsidR="00E050A2" w:rsidRDefault="004F2FC6">
            <w:pPr>
              <w:bidi/>
              <w:spacing w:before="30" w:after="30"/>
            </w:pPr>
            <w:r>
              <w:rPr>
                <w:sz w:val="18"/>
                <w:szCs w:val="18"/>
                <w:rtl/>
              </w:rPr>
              <w:t>الحوادث وملاحظات السلامة</w:t>
            </w:r>
          </w:p>
        </w:tc>
      </w:tr>
      <w:tr w:rsidR="00E050A2" w14:paraId="6EC7D093" w14:textId="77777777">
        <w:trPr>
          <w:cantSplit/>
          <w:trHeight w:val="340"/>
          <w:jc w:val="center"/>
        </w:trPr>
        <w:tc>
          <w:tcPr>
            <w:tcW w:w="680" w:type="dxa"/>
            <w:vAlign w:val="center"/>
          </w:tcPr>
          <w:p w14:paraId="37CD0F84" w14:textId="77777777" w:rsidR="00E050A2" w:rsidRDefault="004F2FC6">
            <w:pPr>
              <w:bidi/>
              <w:spacing w:before="30" w:after="30"/>
              <w:jc w:val="center"/>
            </w:pPr>
            <w:r>
              <w:rPr>
                <w:sz w:val="18"/>
                <w:szCs w:val="18"/>
                <w:rtl/>
              </w:rPr>
              <w:t>5</w:t>
            </w:r>
          </w:p>
        </w:tc>
        <w:tc>
          <w:tcPr>
            <w:tcW w:w="4365" w:type="dxa"/>
            <w:vAlign w:val="center"/>
          </w:tcPr>
          <w:p w14:paraId="50D904E8" w14:textId="77777777" w:rsidR="00E050A2" w:rsidRDefault="004F2FC6">
            <w:pPr>
              <w:bidi/>
              <w:spacing w:before="30" w:after="30"/>
            </w:pPr>
            <w:r>
              <w:rPr>
                <w:sz w:val="18"/>
                <w:szCs w:val="18"/>
                <w:rtl/>
              </w:rPr>
              <w:t>الأعمال المنفذة بالموقع والكمية</w:t>
            </w:r>
          </w:p>
        </w:tc>
        <w:tc>
          <w:tcPr>
            <w:tcW w:w="680" w:type="dxa"/>
            <w:vAlign w:val="center"/>
          </w:tcPr>
          <w:p w14:paraId="309E1CD6" w14:textId="77777777" w:rsidR="00E050A2" w:rsidRDefault="004F2FC6">
            <w:pPr>
              <w:bidi/>
              <w:spacing w:before="30" w:after="30"/>
              <w:jc w:val="center"/>
            </w:pPr>
            <w:r>
              <w:rPr>
                <w:sz w:val="18"/>
                <w:szCs w:val="18"/>
                <w:rtl/>
              </w:rPr>
              <w:t>12</w:t>
            </w:r>
          </w:p>
        </w:tc>
        <w:tc>
          <w:tcPr>
            <w:tcW w:w="4365" w:type="dxa"/>
            <w:vAlign w:val="center"/>
          </w:tcPr>
          <w:p w14:paraId="3CC50E71" w14:textId="77777777" w:rsidR="00E050A2" w:rsidRDefault="004F2FC6">
            <w:pPr>
              <w:bidi/>
              <w:spacing w:before="30" w:after="30"/>
            </w:pPr>
            <w:r>
              <w:rPr>
                <w:sz w:val="18"/>
                <w:szCs w:val="18"/>
                <w:rtl/>
              </w:rPr>
              <w:t>المعوقات</w:t>
            </w:r>
          </w:p>
        </w:tc>
      </w:tr>
      <w:tr w:rsidR="00E050A2" w14:paraId="197F9B74" w14:textId="77777777">
        <w:trPr>
          <w:cantSplit/>
          <w:trHeight w:val="340"/>
          <w:jc w:val="center"/>
        </w:trPr>
        <w:tc>
          <w:tcPr>
            <w:tcW w:w="680" w:type="dxa"/>
            <w:vAlign w:val="center"/>
          </w:tcPr>
          <w:p w14:paraId="02999B35" w14:textId="77777777" w:rsidR="00E050A2" w:rsidRDefault="004F2FC6">
            <w:pPr>
              <w:bidi/>
              <w:spacing w:before="30" w:after="30"/>
              <w:jc w:val="center"/>
            </w:pPr>
            <w:r>
              <w:rPr>
                <w:sz w:val="18"/>
                <w:szCs w:val="18"/>
                <w:rtl/>
              </w:rPr>
              <w:t>6</w:t>
            </w:r>
          </w:p>
        </w:tc>
        <w:tc>
          <w:tcPr>
            <w:tcW w:w="4365" w:type="dxa"/>
            <w:vAlign w:val="center"/>
          </w:tcPr>
          <w:p w14:paraId="59E3E0D9" w14:textId="77777777" w:rsidR="00E050A2" w:rsidRDefault="004F2FC6">
            <w:pPr>
              <w:bidi/>
              <w:spacing w:before="30" w:after="30"/>
            </w:pPr>
            <w:r>
              <w:rPr>
                <w:sz w:val="18"/>
                <w:szCs w:val="18"/>
                <w:rtl/>
              </w:rPr>
              <w:t>IR المقدمة ونتائجها</w:t>
            </w:r>
          </w:p>
        </w:tc>
        <w:tc>
          <w:tcPr>
            <w:tcW w:w="680" w:type="dxa"/>
            <w:vAlign w:val="center"/>
          </w:tcPr>
          <w:p w14:paraId="1635BF33" w14:textId="77777777" w:rsidR="00E050A2" w:rsidRDefault="004F2FC6">
            <w:pPr>
              <w:bidi/>
              <w:spacing w:before="30" w:after="30"/>
              <w:jc w:val="center"/>
            </w:pPr>
            <w:r>
              <w:rPr>
                <w:sz w:val="18"/>
                <w:szCs w:val="18"/>
                <w:rtl/>
              </w:rPr>
              <w:t>13</w:t>
            </w:r>
          </w:p>
        </w:tc>
        <w:tc>
          <w:tcPr>
            <w:tcW w:w="4365" w:type="dxa"/>
            <w:vAlign w:val="center"/>
          </w:tcPr>
          <w:p w14:paraId="26F4D441" w14:textId="77777777" w:rsidR="00E050A2" w:rsidRDefault="004F2FC6">
            <w:pPr>
              <w:bidi/>
              <w:spacing w:before="30" w:after="30"/>
            </w:pPr>
            <w:r>
              <w:rPr>
                <w:sz w:val="18"/>
                <w:szCs w:val="18"/>
                <w:rtl/>
              </w:rPr>
              <w:t>توقيع المقاول والاستشاري</w:t>
            </w:r>
          </w:p>
        </w:tc>
      </w:tr>
      <w:tr w:rsidR="00E050A2" w14:paraId="4B800F65" w14:textId="77777777">
        <w:trPr>
          <w:cantSplit/>
          <w:trHeight w:val="340"/>
          <w:jc w:val="center"/>
        </w:trPr>
        <w:tc>
          <w:tcPr>
            <w:tcW w:w="680" w:type="dxa"/>
            <w:vAlign w:val="center"/>
          </w:tcPr>
          <w:p w14:paraId="4F7B82D0" w14:textId="77777777" w:rsidR="00E050A2" w:rsidRDefault="004F2FC6">
            <w:pPr>
              <w:bidi/>
              <w:spacing w:before="30" w:after="30"/>
              <w:jc w:val="center"/>
            </w:pPr>
            <w:r>
              <w:rPr>
                <w:sz w:val="18"/>
                <w:szCs w:val="18"/>
                <w:rtl/>
              </w:rPr>
              <w:t>7</w:t>
            </w:r>
          </w:p>
        </w:tc>
        <w:tc>
          <w:tcPr>
            <w:tcW w:w="4365" w:type="dxa"/>
            <w:vAlign w:val="center"/>
          </w:tcPr>
          <w:p w14:paraId="50563EF4" w14:textId="77777777" w:rsidR="00E050A2" w:rsidRDefault="004F2FC6">
            <w:pPr>
              <w:bidi/>
              <w:spacing w:before="30" w:after="30"/>
            </w:pPr>
            <w:r>
              <w:rPr>
                <w:sz w:val="18"/>
                <w:szCs w:val="18"/>
                <w:rtl/>
              </w:rPr>
              <w:t>المواد الواردة وMIR</w:t>
            </w:r>
          </w:p>
        </w:tc>
        <w:tc>
          <w:tcPr>
            <w:tcW w:w="680" w:type="dxa"/>
            <w:vAlign w:val="center"/>
          </w:tcPr>
          <w:p w14:paraId="17B9E4DE" w14:textId="77777777" w:rsidR="00E050A2" w:rsidRDefault="00E050A2">
            <w:pPr>
              <w:bidi/>
              <w:spacing w:before="30" w:after="30"/>
              <w:jc w:val="center"/>
            </w:pPr>
          </w:p>
        </w:tc>
        <w:tc>
          <w:tcPr>
            <w:tcW w:w="4365" w:type="dxa"/>
            <w:vAlign w:val="center"/>
          </w:tcPr>
          <w:p w14:paraId="518DE466" w14:textId="77777777" w:rsidR="00E050A2" w:rsidRDefault="00E050A2">
            <w:pPr>
              <w:bidi/>
              <w:spacing w:before="30" w:after="30"/>
            </w:pPr>
          </w:p>
        </w:tc>
      </w:tr>
    </w:tbl>
    <w:p w14:paraId="0ADB7694" w14:textId="77777777" w:rsidR="00E050A2" w:rsidRDefault="00E050A2">
      <w:pPr>
        <w:bidi/>
        <w:spacing w:after="40"/>
      </w:pPr>
    </w:p>
    <w:p w14:paraId="2060B9EC" w14:textId="77777777" w:rsidR="00E050A2" w:rsidRDefault="004F2FC6">
      <w:pPr>
        <w:keepNext/>
        <w:bidi/>
        <w:spacing w:after="120"/>
        <w:outlineLvl w:val="1"/>
      </w:pPr>
      <w:r>
        <w:rPr>
          <w:b/>
          <w:bCs/>
          <w:color w:val="052976"/>
          <w:sz w:val="25"/>
          <w:szCs w:val="25"/>
          <w:rtl/>
        </w:rPr>
        <w:t>17.6 قائمة الملاحظات Punch List، رمز النموذج PRJ-ACE-PL</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0928DAEC" w14:textId="77777777">
        <w:trPr>
          <w:cantSplit/>
          <w:trHeight w:val="340"/>
          <w:tblHeader/>
          <w:jc w:val="center"/>
        </w:trPr>
        <w:tc>
          <w:tcPr>
            <w:tcW w:w="680" w:type="dxa"/>
            <w:shd w:val="clear" w:color="auto" w:fill="052976"/>
            <w:vAlign w:val="center"/>
          </w:tcPr>
          <w:p w14:paraId="39C96861"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7EB61C50"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2B69296B"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7C66A730" w14:textId="77777777" w:rsidR="00E050A2" w:rsidRDefault="004F2FC6">
            <w:pPr>
              <w:bidi/>
              <w:spacing w:before="30" w:after="30"/>
              <w:jc w:val="center"/>
            </w:pPr>
            <w:r>
              <w:rPr>
                <w:b/>
                <w:bCs/>
                <w:color w:val="FFFFFF"/>
                <w:sz w:val="19"/>
                <w:szCs w:val="19"/>
                <w:rtl/>
              </w:rPr>
              <w:t>الحقل</w:t>
            </w:r>
          </w:p>
        </w:tc>
      </w:tr>
      <w:tr w:rsidR="00E050A2" w14:paraId="510D79C4" w14:textId="77777777">
        <w:trPr>
          <w:cantSplit/>
          <w:trHeight w:val="340"/>
          <w:jc w:val="center"/>
        </w:trPr>
        <w:tc>
          <w:tcPr>
            <w:tcW w:w="680" w:type="dxa"/>
            <w:vAlign w:val="center"/>
          </w:tcPr>
          <w:p w14:paraId="7F633439" w14:textId="77777777" w:rsidR="00E050A2" w:rsidRDefault="004F2FC6">
            <w:pPr>
              <w:bidi/>
              <w:spacing w:before="30" w:after="30"/>
              <w:jc w:val="center"/>
            </w:pPr>
            <w:r>
              <w:rPr>
                <w:sz w:val="18"/>
                <w:szCs w:val="18"/>
                <w:rtl/>
              </w:rPr>
              <w:t>1</w:t>
            </w:r>
          </w:p>
        </w:tc>
        <w:tc>
          <w:tcPr>
            <w:tcW w:w="4365" w:type="dxa"/>
            <w:vAlign w:val="center"/>
          </w:tcPr>
          <w:p w14:paraId="1BD75A28" w14:textId="77777777" w:rsidR="00E050A2" w:rsidRDefault="004F2FC6">
            <w:pPr>
              <w:bidi/>
              <w:spacing w:before="30" w:after="30"/>
            </w:pPr>
            <w:r>
              <w:rPr>
                <w:sz w:val="18"/>
                <w:szCs w:val="18"/>
                <w:rtl/>
              </w:rPr>
              <w:t>رقم القائمة</w:t>
            </w:r>
          </w:p>
        </w:tc>
        <w:tc>
          <w:tcPr>
            <w:tcW w:w="680" w:type="dxa"/>
            <w:vAlign w:val="center"/>
          </w:tcPr>
          <w:p w14:paraId="2FAA764A" w14:textId="77777777" w:rsidR="00E050A2" w:rsidRDefault="004F2FC6">
            <w:pPr>
              <w:bidi/>
              <w:spacing w:before="30" w:after="30"/>
              <w:jc w:val="center"/>
            </w:pPr>
            <w:r>
              <w:rPr>
                <w:sz w:val="18"/>
                <w:szCs w:val="18"/>
                <w:rtl/>
              </w:rPr>
              <w:t>6</w:t>
            </w:r>
          </w:p>
        </w:tc>
        <w:tc>
          <w:tcPr>
            <w:tcW w:w="4365" w:type="dxa"/>
            <w:vAlign w:val="center"/>
          </w:tcPr>
          <w:p w14:paraId="3988D2D8" w14:textId="77777777" w:rsidR="00E050A2" w:rsidRDefault="004F2FC6">
            <w:pPr>
              <w:bidi/>
              <w:spacing w:before="30" w:after="30"/>
            </w:pPr>
            <w:r>
              <w:rPr>
                <w:sz w:val="18"/>
                <w:szCs w:val="18"/>
                <w:rtl/>
              </w:rPr>
              <w:t>التصنيف: مانعة أو غير مانعة للاستلام</w:t>
            </w:r>
          </w:p>
        </w:tc>
      </w:tr>
      <w:tr w:rsidR="00E050A2" w14:paraId="35B7D0CF" w14:textId="77777777">
        <w:trPr>
          <w:cantSplit/>
          <w:trHeight w:val="340"/>
          <w:jc w:val="center"/>
        </w:trPr>
        <w:tc>
          <w:tcPr>
            <w:tcW w:w="680" w:type="dxa"/>
            <w:vAlign w:val="center"/>
          </w:tcPr>
          <w:p w14:paraId="0D05311E" w14:textId="77777777" w:rsidR="00E050A2" w:rsidRDefault="004F2FC6">
            <w:pPr>
              <w:bidi/>
              <w:spacing w:before="30" w:after="30"/>
              <w:jc w:val="center"/>
            </w:pPr>
            <w:r>
              <w:rPr>
                <w:sz w:val="18"/>
                <w:szCs w:val="18"/>
                <w:rtl/>
              </w:rPr>
              <w:t>2</w:t>
            </w:r>
          </w:p>
        </w:tc>
        <w:tc>
          <w:tcPr>
            <w:tcW w:w="4365" w:type="dxa"/>
            <w:vAlign w:val="center"/>
          </w:tcPr>
          <w:p w14:paraId="1B3A085E" w14:textId="77777777" w:rsidR="00E050A2" w:rsidRDefault="004F2FC6">
            <w:pPr>
              <w:bidi/>
              <w:spacing w:before="30" w:after="30"/>
            </w:pPr>
            <w:r>
              <w:rPr>
                <w:sz w:val="18"/>
                <w:szCs w:val="18"/>
                <w:rtl/>
              </w:rPr>
              <w:t>المبنى والمنطقة والدور والفراغ</w:t>
            </w:r>
          </w:p>
        </w:tc>
        <w:tc>
          <w:tcPr>
            <w:tcW w:w="680" w:type="dxa"/>
            <w:vAlign w:val="center"/>
          </w:tcPr>
          <w:p w14:paraId="1C5FC808" w14:textId="77777777" w:rsidR="00E050A2" w:rsidRDefault="004F2FC6">
            <w:pPr>
              <w:bidi/>
              <w:spacing w:before="30" w:after="30"/>
              <w:jc w:val="center"/>
            </w:pPr>
            <w:r>
              <w:rPr>
                <w:sz w:val="18"/>
                <w:szCs w:val="18"/>
                <w:rtl/>
              </w:rPr>
              <w:t>7</w:t>
            </w:r>
          </w:p>
        </w:tc>
        <w:tc>
          <w:tcPr>
            <w:tcW w:w="4365" w:type="dxa"/>
            <w:vAlign w:val="center"/>
          </w:tcPr>
          <w:p w14:paraId="21899221" w14:textId="77777777" w:rsidR="00E050A2" w:rsidRDefault="004F2FC6">
            <w:pPr>
              <w:bidi/>
              <w:spacing w:before="30" w:after="30"/>
            </w:pPr>
            <w:r>
              <w:rPr>
                <w:sz w:val="18"/>
                <w:szCs w:val="18"/>
                <w:rtl/>
              </w:rPr>
              <w:t>المسؤول</w:t>
            </w:r>
          </w:p>
        </w:tc>
      </w:tr>
      <w:tr w:rsidR="00E050A2" w14:paraId="50E9178A" w14:textId="77777777">
        <w:trPr>
          <w:cantSplit/>
          <w:trHeight w:val="340"/>
          <w:jc w:val="center"/>
        </w:trPr>
        <w:tc>
          <w:tcPr>
            <w:tcW w:w="680" w:type="dxa"/>
            <w:vAlign w:val="center"/>
          </w:tcPr>
          <w:p w14:paraId="67D2605A" w14:textId="77777777" w:rsidR="00E050A2" w:rsidRDefault="004F2FC6">
            <w:pPr>
              <w:bidi/>
              <w:spacing w:before="30" w:after="30"/>
              <w:jc w:val="center"/>
            </w:pPr>
            <w:r>
              <w:rPr>
                <w:sz w:val="18"/>
                <w:szCs w:val="18"/>
                <w:rtl/>
              </w:rPr>
              <w:t>3</w:t>
            </w:r>
          </w:p>
        </w:tc>
        <w:tc>
          <w:tcPr>
            <w:tcW w:w="4365" w:type="dxa"/>
            <w:vAlign w:val="center"/>
          </w:tcPr>
          <w:p w14:paraId="0CC73DA8" w14:textId="77777777" w:rsidR="00E050A2" w:rsidRDefault="004F2FC6">
            <w:pPr>
              <w:bidi/>
              <w:spacing w:before="30" w:after="30"/>
            </w:pPr>
            <w:r>
              <w:rPr>
                <w:sz w:val="18"/>
                <w:szCs w:val="18"/>
                <w:rtl/>
              </w:rPr>
              <w:t>رقم الملاحظة</w:t>
            </w:r>
          </w:p>
        </w:tc>
        <w:tc>
          <w:tcPr>
            <w:tcW w:w="680" w:type="dxa"/>
            <w:vAlign w:val="center"/>
          </w:tcPr>
          <w:p w14:paraId="52950B28" w14:textId="77777777" w:rsidR="00E050A2" w:rsidRDefault="004F2FC6">
            <w:pPr>
              <w:bidi/>
              <w:spacing w:before="30" w:after="30"/>
              <w:jc w:val="center"/>
            </w:pPr>
            <w:r>
              <w:rPr>
                <w:sz w:val="18"/>
                <w:szCs w:val="18"/>
                <w:rtl/>
              </w:rPr>
              <w:t>8</w:t>
            </w:r>
          </w:p>
        </w:tc>
        <w:tc>
          <w:tcPr>
            <w:tcW w:w="4365" w:type="dxa"/>
            <w:vAlign w:val="center"/>
          </w:tcPr>
          <w:p w14:paraId="3AD9CF0E" w14:textId="77777777" w:rsidR="00E050A2" w:rsidRDefault="004F2FC6">
            <w:pPr>
              <w:bidi/>
              <w:spacing w:before="30" w:after="30"/>
            </w:pPr>
            <w:r>
              <w:rPr>
                <w:sz w:val="18"/>
                <w:szCs w:val="18"/>
                <w:rtl/>
              </w:rPr>
              <w:t>تاريخ الإغلاق المستهدف</w:t>
            </w:r>
          </w:p>
        </w:tc>
      </w:tr>
      <w:tr w:rsidR="00E050A2" w14:paraId="2471EF75" w14:textId="77777777">
        <w:trPr>
          <w:cantSplit/>
          <w:trHeight w:val="340"/>
          <w:jc w:val="center"/>
        </w:trPr>
        <w:tc>
          <w:tcPr>
            <w:tcW w:w="680" w:type="dxa"/>
            <w:vAlign w:val="center"/>
          </w:tcPr>
          <w:p w14:paraId="1938DF9A" w14:textId="77777777" w:rsidR="00E050A2" w:rsidRDefault="004F2FC6">
            <w:pPr>
              <w:bidi/>
              <w:spacing w:before="30" w:after="30"/>
              <w:jc w:val="center"/>
            </w:pPr>
            <w:r>
              <w:rPr>
                <w:sz w:val="18"/>
                <w:szCs w:val="18"/>
                <w:rtl/>
              </w:rPr>
              <w:t>4</w:t>
            </w:r>
          </w:p>
        </w:tc>
        <w:tc>
          <w:tcPr>
            <w:tcW w:w="4365" w:type="dxa"/>
            <w:vAlign w:val="center"/>
          </w:tcPr>
          <w:p w14:paraId="35E6E1F3" w14:textId="77777777" w:rsidR="00E050A2" w:rsidRDefault="004F2FC6">
            <w:pPr>
              <w:bidi/>
              <w:spacing w:before="30" w:after="30"/>
            </w:pPr>
            <w:r>
              <w:rPr>
                <w:sz w:val="18"/>
                <w:szCs w:val="18"/>
                <w:rtl/>
              </w:rPr>
              <w:t>التخصص</w:t>
            </w:r>
          </w:p>
        </w:tc>
        <w:tc>
          <w:tcPr>
            <w:tcW w:w="680" w:type="dxa"/>
            <w:vAlign w:val="center"/>
          </w:tcPr>
          <w:p w14:paraId="7576FA4C" w14:textId="77777777" w:rsidR="00E050A2" w:rsidRDefault="004F2FC6">
            <w:pPr>
              <w:bidi/>
              <w:spacing w:before="30" w:after="30"/>
              <w:jc w:val="center"/>
            </w:pPr>
            <w:r>
              <w:rPr>
                <w:sz w:val="18"/>
                <w:szCs w:val="18"/>
                <w:rtl/>
              </w:rPr>
              <w:t>9</w:t>
            </w:r>
          </w:p>
        </w:tc>
        <w:tc>
          <w:tcPr>
            <w:tcW w:w="4365" w:type="dxa"/>
            <w:vAlign w:val="center"/>
          </w:tcPr>
          <w:p w14:paraId="706D1956" w14:textId="77777777" w:rsidR="00E050A2" w:rsidRDefault="004F2FC6">
            <w:pPr>
              <w:bidi/>
              <w:spacing w:before="30" w:after="30"/>
            </w:pPr>
            <w:r>
              <w:rPr>
                <w:sz w:val="18"/>
                <w:szCs w:val="18"/>
                <w:rtl/>
              </w:rPr>
              <w:t>تاريخ الإغلاق الفعلي</w:t>
            </w:r>
          </w:p>
        </w:tc>
      </w:tr>
      <w:tr w:rsidR="00E050A2" w14:paraId="33830903" w14:textId="77777777">
        <w:trPr>
          <w:cantSplit/>
          <w:trHeight w:val="340"/>
          <w:jc w:val="center"/>
        </w:trPr>
        <w:tc>
          <w:tcPr>
            <w:tcW w:w="680" w:type="dxa"/>
            <w:vAlign w:val="center"/>
          </w:tcPr>
          <w:p w14:paraId="41FC0EAE" w14:textId="77777777" w:rsidR="00E050A2" w:rsidRDefault="004F2FC6">
            <w:pPr>
              <w:bidi/>
              <w:spacing w:before="30" w:after="30"/>
              <w:jc w:val="center"/>
            </w:pPr>
            <w:r>
              <w:rPr>
                <w:sz w:val="18"/>
                <w:szCs w:val="18"/>
                <w:rtl/>
              </w:rPr>
              <w:t>5</w:t>
            </w:r>
          </w:p>
        </w:tc>
        <w:tc>
          <w:tcPr>
            <w:tcW w:w="4365" w:type="dxa"/>
            <w:vAlign w:val="center"/>
          </w:tcPr>
          <w:p w14:paraId="7DCC055F" w14:textId="77777777" w:rsidR="00E050A2" w:rsidRDefault="004F2FC6">
            <w:pPr>
              <w:bidi/>
              <w:spacing w:before="30" w:after="30"/>
            </w:pPr>
            <w:r>
              <w:rPr>
                <w:sz w:val="18"/>
                <w:szCs w:val="18"/>
                <w:rtl/>
              </w:rPr>
              <w:t>وصف الملاحظة والصورة</w:t>
            </w:r>
          </w:p>
        </w:tc>
        <w:tc>
          <w:tcPr>
            <w:tcW w:w="680" w:type="dxa"/>
            <w:vAlign w:val="center"/>
          </w:tcPr>
          <w:p w14:paraId="16F6F763" w14:textId="77777777" w:rsidR="00E050A2" w:rsidRDefault="004F2FC6">
            <w:pPr>
              <w:bidi/>
              <w:spacing w:before="30" w:after="30"/>
              <w:jc w:val="center"/>
            </w:pPr>
            <w:r>
              <w:rPr>
                <w:sz w:val="18"/>
                <w:szCs w:val="18"/>
                <w:rtl/>
              </w:rPr>
              <w:t>10</w:t>
            </w:r>
          </w:p>
        </w:tc>
        <w:tc>
          <w:tcPr>
            <w:tcW w:w="4365" w:type="dxa"/>
            <w:vAlign w:val="center"/>
          </w:tcPr>
          <w:p w14:paraId="1B7D5DC5" w14:textId="77777777" w:rsidR="00E050A2" w:rsidRDefault="004F2FC6">
            <w:pPr>
              <w:bidi/>
              <w:spacing w:before="30" w:after="30"/>
            </w:pPr>
            <w:r>
              <w:rPr>
                <w:sz w:val="18"/>
                <w:szCs w:val="18"/>
                <w:rtl/>
              </w:rPr>
              <w:t>توقيع التحقق</w:t>
            </w:r>
          </w:p>
        </w:tc>
      </w:tr>
    </w:tbl>
    <w:p w14:paraId="44FD85A4" w14:textId="77777777" w:rsidR="00E050A2" w:rsidRDefault="00E050A2">
      <w:pPr>
        <w:bidi/>
        <w:spacing w:after="40"/>
      </w:pPr>
    </w:p>
    <w:p w14:paraId="4CFCBE57" w14:textId="77777777" w:rsidR="00E050A2" w:rsidRDefault="004F2FC6">
      <w:pPr>
        <w:keepNext/>
        <w:bidi/>
        <w:spacing w:after="120"/>
        <w:outlineLvl w:val="1"/>
      </w:pPr>
      <w:r>
        <w:rPr>
          <w:b/>
          <w:bCs/>
          <w:color w:val="052976"/>
          <w:sz w:val="25"/>
          <w:szCs w:val="25"/>
          <w:rtl/>
        </w:rPr>
        <w:t>17.7 محضر الاستلام الابتدائي، رمز النموذج PRJ-ACE-PHO</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0E828F29" w14:textId="77777777">
        <w:trPr>
          <w:cantSplit/>
          <w:trHeight w:val="340"/>
          <w:tblHeader/>
          <w:jc w:val="center"/>
        </w:trPr>
        <w:tc>
          <w:tcPr>
            <w:tcW w:w="680" w:type="dxa"/>
            <w:shd w:val="clear" w:color="auto" w:fill="052976"/>
            <w:vAlign w:val="center"/>
          </w:tcPr>
          <w:p w14:paraId="171F00AD"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1B69A3FF"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3EC53B7D"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2F87F9B0" w14:textId="77777777" w:rsidR="00E050A2" w:rsidRDefault="004F2FC6">
            <w:pPr>
              <w:bidi/>
              <w:spacing w:before="30" w:after="30"/>
              <w:jc w:val="center"/>
            </w:pPr>
            <w:r>
              <w:rPr>
                <w:b/>
                <w:bCs/>
                <w:color w:val="FFFFFF"/>
                <w:sz w:val="19"/>
                <w:szCs w:val="19"/>
                <w:rtl/>
              </w:rPr>
              <w:t>الحقل</w:t>
            </w:r>
          </w:p>
        </w:tc>
      </w:tr>
      <w:tr w:rsidR="00E050A2" w14:paraId="3E619CB8" w14:textId="77777777">
        <w:trPr>
          <w:cantSplit/>
          <w:trHeight w:val="340"/>
          <w:jc w:val="center"/>
        </w:trPr>
        <w:tc>
          <w:tcPr>
            <w:tcW w:w="680" w:type="dxa"/>
            <w:vAlign w:val="center"/>
          </w:tcPr>
          <w:p w14:paraId="41BAD08A" w14:textId="77777777" w:rsidR="00E050A2" w:rsidRDefault="004F2FC6">
            <w:pPr>
              <w:bidi/>
              <w:spacing w:before="30" w:after="30"/>
              <w:jc w:val="center"/>
            </w:pPr>
            <w:r>
              <w:rPr>
                <w:sz w:val="18"/>
                <w:szCs w:val="18"/>
                <w:rtl/>
              </w:rPr>
              <w:t>1</w:t>
            </w:r>
          </w:p>
        </w:tc>
        <w:tc>
          <w:tcPr>
            <w:tcW w:w="4365" w:type="dxa"/>
            <w:vAlign w:val="center"/>
          </w:tcPr>
          <w:p w14:paraId="36DF2443" w14:textId="77777777" w:rsidR="00E050A2" w:rsidRDefault="004F2FC6">
            <w:pPr>
              <w:bidi/>
              <w:spacing w:before="30" w:after="30"/>
            </w:pPr>
            <w:r>
              <w:rPr>
                <w:sz w:val="18"/>
                <w:szCs w:val="18"/>
                <w:rtl/>
              </w:rPr>
              <w:t>اسم المشروع ورقم المحضر</w:t>
            </w:r>
          </w:p>
        </w:tc>
        <w:tc>
          <w:tcPr>
            <w:tcW w:w="680" w:type="dxa"/>
            <w:vAlign w:val="center"/>
          </w:tcPr>
          <w:p w14:paraId="297EE7EC" w14:textId="77777777" w:rsidR="00E050A2" w:rsidRDefault="004F2FC6">
            <w:pPr>
              <w:bidi/>
              <w:spacing w:before="30" w:after="30"/>
              <w:jc w:val="center"/>
            </w:pPr>
            <w:r>
              <w:rPr>
                <w:sz w:val="18"/>
                <w:szCs w:val="18"/>
                <w:rtl/>
              </w:rPr>
              <w:t>6</w:t>
            </w:r>
          </w:p>
        </w:tc>
        <w:tc>
          <w:tcPr>
            <w:tcW w:w="4365" w:type="dxa"/>
            <w:vAlign w:val="center"/>
          </w:tcPr>
          <w:p w14:paraId="04940A73" w14:textId="77777777" w:rsidR="00E050A2" w:rsidRDefault="004F2FC6">
            <w:pPr>
              <w:bidi/>
              <w:spacing w:before="30" w:after="30"/>
            </w:pPr>
            <w:r>
              <w:rPr>
                <w:sz w:val="18"/>
                <w:szCs w:val="18"/>
                <w:rtl/>
              </w:rPr>
              <w:t>إقرار تنفيذ الأعمال جوهريا وفق العقد والمخططات وأوامر التغيير</w:t>
            </w:r>
          </w:p>
        </w:tc>
      </w:tr>
      <w:tr w:rsidR="00E050A2" w14:paraId="44A726DE" w14:textId="77777777">
        <w:trPr>
          <w:cantSplit/>
          <w:trHeight w:val="340"/>
          <w:jc w:val="center"/>
        </w:trPr>
        <w:tc>
          <w:tcPr>
            <w:tcW w:w="680" w:type="dxa"/>
            <w:vAlign w:val="center"/>
          </w:tcPr>
          <w:p w14:paraId="41C60880" w14:textId="77777777" w:rsidR="00E050A2" w:rsidRDefault="004F2FC6">
            <w:pPr>
              <w:bidi/>
              <w:spacing w:before="30" w:after="30"/>
              <w:jc w:val="center"/>
            </w:pPr>
            <w:r>
              <w:rPr>
                <w:sz w:val="18"/>
                <w:szCs w:val="18"/>
                <w:rtl/>
              </w:rPr>
              <w:t>2</w:t>
            </w:r>
          </w:p>
        </w:tc>
        <w:tc>
          <w:tcPr>
            <w:tcW w:w="4365" w:type="dxa"/>
            <w:vAlign w:val="center"/>
          </w:tcPr>
          <w:p w14:paraId="6540DF2E" w14:textId="77777777" w:rsidR="00E050A2" w:rsidRDefault="004F2FC6">
            <w:pPr>
              <w:bidi/>
              <w:spacing w:before="30" w:after="30"/>
            </w:pPr>
            <w:r>
              <w:rPr>
                <w:sz w:val="18"/>
                <w:szCs w:val="18"/>
                <w:rtl/>
              </w:rPr>
              <w:t>وصف الأعمال المعاينة</w:t>
            </w:r>
          </w:p>
        </w:tc>
        <w:tc>
          <w:tcPr>
            <w:tcW w:w="680" w:type="dxa"/>
            <w:vAlign w:val="center"/>
          </w:tcPr>
          <w:p w14:paraId="04BEC8E6" w14:textId="77777777" w:rsidR="00E050A2" w:rsidRDefault="004F2FC6">
            <w:pPr>
              <w:bidi/>
              <w:spacing w:before="30" w:after="30"/>
              <w:jc w:val="center"/>
            </w:pPr>
            <w:r>
              <w:rPr>
                <w:sz w:val="18"/>
                <w:szCs w:val="18"/>
                <w:rtl/>
              </w:rPr>
              <w:t>7</w:t>
            </w:r>
          </w:p>
        </w:tc>
        <w:tc>
          <w:tcPr>
            <w:tcW w:w="4365" w:type="dxa"/>
            <w:vAlign w:val="center"/>
          </w:tcPr>
          <w:p w14:paraId="262DC339" w14:textId="77777777" w:rsidR="00E050A2" w:rsidRDefault="004F2FC6">
            <w:pPr>
              <w:bidi/>
              <w:spacing w:before="30" w:after="30"/>
            </w:pPr>
            <w:r>
              <w:rPr>
                <w:sz w:val="18"/>
                <w:szCs w:val="18"/>
                <w:rtl/>
              </w:rPr>
              <w:t>بيان الملاحظات غير المانعة والمبالغ المعلقة أو المخصومة</w:t>
            </w:r>
          </w:p>
        </w:tc>
      </w:tr>
      <w:tr w:rsidR="00E050A2" w14:paraId="32D0C370" w14:textId="77777777">
        <w:trPr>
          <w:cantSplit/>
          <w:trHeight w:val="340"/>
          <w:jc w:val="center"/>
        </w:trPr>
        <w:tc>
          <w:tcPr>
            <w:tcW w:w="680" w:type="dxa"/>
            <w:vAlign w:val="center"/>
          </w:tcPr>
          <w:p w14:paraId="5B8ADF39" w14:textId="77777777" w:rsidR="00E050A2" w:rsidRDefault="004F2FC6">
            <w:pPr>
              <w:bidi/>
              <w:spacing w:before="30" w:after="30"/>
              <w:jc w:val="center"/>
            </w:pPr>
            <w:r>
              <w:rPr>
                <w:sz w:val="18"/>
                <w:szCs w:val="18"/>
                <w:rtl/>
              </w:rPr>
              <w:t>3</w:t>
            </w:r>
          </w:p>
        </w:tc>
        <w:tc>
          <w:tcPr>
            <w:tcW w:w="4365" w:type="dxa"/>
            <w:vAlign w:val="center"/>
          </w:tcPr>
          <w:p w14:paraId="79A27FF8" w14:textId="77777777" w:rsidR="00E050A2" w:rsidRDefault="004F2FC6">
            <w:pPr>
              <w:bidi/>
              <w:spacing w:before="30" w:after="30"/>
            </w:pPr>
            <w:r>
              <w:rPr>
                <w:sz w:val="18"/>
                <w:szCs w:val="18"/>
                <w:rtl/>
              </w:rPr>
              <w:t>المالك والاستشاري والمقاول</w:t>
            </w:r>
          </w:p>
        </w:tc>
        <w:tc>
          <w:tcPr>
            <w:tcW w:w="680" w:type="dxa"/>
            <w:vAlign w:val="center"/>
          </w:tcPr>
          <w:p w14:paraId="6A144D5E" w14:textId="77777777" w:rsidR="00E050A2" w:rsidRDefault="004F2FC6">
            <w:pPr>
              <w:bidi/>
              <w:spacing w:before="30" w:after="30"/>
              <w:jc w:val="center"/>
            </w:pPr>
            <w:r>
              <w:rPr>
                <w:sz w:val="18"/>
                <w:szCs w:val="18"/>
                <w:rtl/>
              </w:rPr>
              <w:t>8</w:t>
            </w:r>
          </w:p>
        </w:tc>
        <w:tc>
          <w:tcPr>
            <w:tcW w:w="4365" w:type="dxa"/>
            <w:vAlign w:val="center"/>
          </w:tcPr>
          <w:p w14:paraId="27E90E27" w14:textId="77777777" w:rsidR="00E050A2" w:rsidRDefault="004F2FC6">
            <w:pPr>
              <w:bidi/>
              <w:spacing w:before="30" w:after="30"/>
            </w:pPr>
            <w:r>
              <w:rPr>
                <w:sz w:val="18"/>
                <w:szCs w:val="18"/>
                <w:rtl/>
              </w:rPr>
              <w:t>تاريخ الاستلام الابتدائي وبدء فترة الضمان</w:t>
            </w:r>
          </w:p>
        </w:tc>
      </w:tr>
      <w:tr w:rsidR="00E050A2" w14:paraId="6E84A590" w14:textId="77777777">
        <w:trPr>
          <w:cantSplit/>
          <w:trHeight w:val="340"/>
          <w:jc w:val="center"/>
        </w:trPr>
        <w:tc>
          <w:tcPr>
            <w:tcW w:w="680" w:type="dxa"/>
            <w:vAlign w:val="center"/>
          </w:tcPr>
          <w:p w14:paraId="0DE66E4A" w14:textId="77777777" w:rsidR="00E050A2" w:rsidRDefault="004F2FC6">
            <w:pPr>
              <w:bidi/>
              <w:spacing w:before="30" w:after="30"/>
              <w:jc w:val="center"/>
            </w:pPr>
            <w:r>
              <w:rPr>
                <w:sz w:val="18"/>
                <w:szCs w:val="18"/>
                <w:rtl/>
              </w:rPr>
              <w:t>4</w:t>
            </w:r>
          </w:p>
        </w:tc>
        <w:tc>
          <w:tcPr>
            <w:tcW w:w="4365" w:type="dxa"/>
            <w:vAlign w:val="center"/>
          </w:tcPr>
          <w:p w14:paraId="5C21D51D" w14:textId="77777777" w:rsidR="00E050A2" w:rsidRDefault="004F2FC6">
            <w:pPr>
              <w:bidi/>
              <w:spacing w:before="30" w:after="30"/>
            </w:pPr>
            <w:r>
              <w:rPr>
                <w:sz w:val="18"/>
                <w:szCs w:val="18"/>
                <w:rtl/>
              </w:rPr>
              <w:t>أسماء الحضور عن كل طرف</w:t>
            </w:r>
          </w:p>
        </w:tc>
        <w:tc>
          <w:tcPr>
            <w:tcW w:w="680" w:type="dxa"/>
            <w:vAlign w:val="center"/>
          </w:tcPr>
          <w:p w14:paraId="18F99746" w14:textId="77777777" w:rsidR="00E050A2" w:rsidRDefault="004F2FC6">
            <w:pPr>
              <w:bidi/>
              <w:spacing w:before="30" w:after="30"/>
              <w:jc w:val="center"/>
            </w:pPr>
            <w:r>
              <w:rPr>
                <w:sz w:val="18"/>
                <w:szCs w:val="18"/>
                <w:rtl/>
              </w:rPr>
              <w:t>9</w:t>
            </w:r>
          </w:p>
        </w:tc>
        <w:tc>
          <w:tcPr>
            <w:tcW w:w="4365" w:type="dxa"/>
            <w:vAlign w:val="center"/>
          </w:tcPr>
          <w:p w14:paraId="3A2D14D3" w14:textId="77777777" w:rsidR="00E050A2" w:rsidRDefault="004F2FC6">
            <w:pPr>
              <w:bidi/>
              <w:spacing w:before="30" w:after="30"/>
            </w:pPr>
            <w:r>
              <w:rPr>
                <w:sz w:val="18"/>
                <w:szCs w:val="18"/>
                <w:rtl/>
              </w:rPr>
              <w:t>توقيعات ممثلي الأطراف الثلاثة</w:t>
            </w:r>
          </w:p>
        </w:tc>
      </w:tr>
      <w:tr w:rsidR="00E050A2" w14:paraId="28596E2D" w14:textId="77777777">
        <w:trPr>
          <w:cantSplit/>
          <w:trHeight w:val="340"/>
          <w:jc w:val="center"/>
        </w:trPr>
        <w:tc>
          <w:tcPr>
            <w:tcW w:w="680" w:type="dxa"/>
            <w:vAlign w:val="center"/>
          </w:tcPr>
          <w:p w14:paraId="71D06704" w14:textId="77777777" w:rsidR="00E050A2" w:rsidRDefault="004F2FC6">
            <w:pPr>
              <w:bidi/>
              <w:spacing w:before="30" w:after="30"/>
              <w:jc w:val="center"/>
            </w:pPr>
            <w:r>
              <w:rPr>
                <w:sz w:val="18"/>
                <w:szCs w:val="18"/>
                <w:rtl/>
              </w:rPr>
              <w:t>5</w:t>
            </w:r>
          </w:p>
        </w:tc>
        <w:tc>
          <w:tcPr>
            <w:tcW w:w="4365" w:type="dxa"/>
            <w:vAlign w:val="center"/>
          </w:tcPr>
          <w:p w14:paraId="630CFF42" w14:textId="77777777" w:rsidR="00E050A2" w:rsidRDefault="004F2FC6">
            <w:pPr>
              <w:bidi/>
              <w:spacing w:before="30" w:after="30"/>
            </w:pPr>
            <w:r>
              <w:rPr>
                <w:sz w:val="18"/>
                <w:szCs w:val="18"/>
                <w:rtl/>
              </w:rPr>
              <w:t>تاريخ المعاينة</w:t>
            </w:r>
          </w:p>
        </w:tc>
        <w:tc>
          <w:tcPr>
            <w:tcW w:w="680" w:type="dxa"/>
            <w:vAlign w:val="center"/>
          </w:tcPr>
          <w:p w14:paraId="04A97C18" w14:textId="77777777" w:rsidR="00E050A2" w:rsidRDefault="004F2FC6">
            <w:pPr>
              <w:bidi/>
              <w:spacing w:before="30" w:after="30"/>
              <w:jc w:val="center"/>
            </w:pPr>
            <w:r>
              <w:rPr>
                <w:sz w:val="18"/>
                <w:szCs w:val="18"/>
                <w:rtl/>
              </w:rPr>
              <w:t>10</w:t>
            </w:r>
          </w:p>
        </w:tc>
        <w:tc>
          <w:tcPr>
            <w:tcW w:w="4365" w:type="dxa"/>
            <w:vAlign w:val="center"/>
          </w:tcPr>
          <w:p w14:paraId="750A5485" w14:textId="77777777" w:rsidR="00E050A2" w:rsidRDefault="004F2FC6">
            <w:pPr>
              <w:bidi/>
              <w:spacing w:before="30" w:after="30"/>
            </w:pPr>
            <w:r>
              <w:rPr>
                <w:sz w:val="18"/>
                <w:szCs w:val="18"/>
                <w:rtl/>
              </w:rPr>
              <w:t>التوزيع: الأصل للمالك ونسخة لكل طرف</w:t>
            </w:r>
          </w:p>
        </w:tc>
      </w:tr>
    </w:tbl>
    <w:p w14:paraId="09E47191" w14:textId="77777777" w:rsidR="00E050A2" w:rsidRDefault="00E050A2">
      <w:pPr>
        <w:bidi/>
        <w:spacing w:after="40"/>
      </w:pPr>
    </w:p>
    <w:p w14:paraId="1BE58A84" w14:textId="77777777" w:rsidR="00E050A2" w:rsidRDefault="004F2FC6">
      <w:pPr>
        <w:keepNext/>
        <w:bidi/>
        <w:spacing w:after="120"/>
        <w:outlineLvl w:val="1"/>
      </w:pPr>
      <w:r>
        <w:rPr>
          <w:b/>
          <w:bCs/>
          <w:color w:val="052976"/>
          <w:sz w:val="25"/>
          <w:szCs w:val="25"/>
          <w:rtl/>
        </w:rPr>
        <w:t>17.8 محضر الاستلام النهائي، رمز النموذج PRJ-ACE-FHO</w:t>
      </w:r>
    </w:p>
    <w:tbl>
      <w:tblPr>
        <w:tblStyle w:val="TableGrid"/>
        <w:bidiVisual/>
        <w:tblW w:w="0" w:type="auto"/>
        <w:jc w:val="center"/>
        <w:tblLayout w:type="fixed"/>
        <w:tblLook w:val="04A0" w:firstRow="1" w:lastRow="0" w:firstColumn="1" w:lastColumn="0" w:noHBand="0" w:noVBand="1"/>
      </w:tblPr>
      <w:tblGrid>
        <w:gridCol w:w="680"/>
        <w:gridCol w:w="4365"/>
        <w:gridCol w:w="680"/>
        <w:gridCol w:w="4365"/>
      </w:tblGrid>
      <w:tr w:rsidR="00E050A2" w14:paraId="4CA52FEE" w14:textId="77777777">
        <w:trPr>
          <w:cantSplit/>
          <w:trHeight w:val="340"/>
          <w:tblHeader/>
          <w:jc w:val="center"/>
        </w:trPr>
        <w:tc>
          <w:tcPr>
            <w:tcW w:w="680" w:type="dxa"/>
            <w:shd w:val="clear" w:color="auto" w:fill="052976"/>
            <w:vAlign w:val="center"/>
          </w:tcPr>
          <w:p w14:paraId="4FFF9E54"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1C69D515" w14:textId="77777777" w:rsidR="00E050A2" w:rsidRDefault="004F2FC6">
            <w:pPr>
              <w:bidi/>
              <w:spacing w:before="30" w:after="30"/>
              <w:jc w:val="center"/>
            </w:pPr>
            <w:r>
              <w:rPr>
                <w:b/>
                <w:bCs/>
                <w:color w:val="FFFFFF"/>
                <w:sz w:val="19"/>
                <w:szCs w:val="19"/>
                <w:rtl/>
              </w:rPr>
              <w:t>الحقل</w:t>
            </w:r>
          </w:p>
        </w:tc>
        <w:tc>
          <w:tcPr>
            <w:tcW w:w="680" w:type="dxa"/>
            <w:shd w:val="clear" w:color="auto" w:fill="052976"/>
            <w:vAlign w:val="center"/>
          </w:tcPr>
          <w:p w14:paraId="232054EE" w14:textId="77777777" w:rsidR="00E050A2" w:rsidRDefault="004F2FC6">
            <w:pPr>
              <w:bidi/>
              <w:spacing w:before="30" w:after="30"/>
              <w:jc w:val="center"/>
            </w:pPr>
            <w:r>
              <w:rPr>
                <w:b/>
                <w:bCs/>
                <w:color w:val="FFFFFF"/>
                <w:sz w:val="19"/>
                <w:szCs w:val="19"/>
                <w:rtl/>
              </w:rPr>
              <w:t>م</w:t>
            </w:r>
          </w:p>
        </w:tc>
        <w:tc>
          <w:tcPr>
            <w:tcW w:w="4365" w:type="dxa"/>
            <w:shd w:val="clear" w:color="auto" w:fill="052976"/>
            <w:vAlign w:val="center"/>
          </w:tcPr>
          <w:p w14:paraId="2A67012F" w14:textId="77777777" w:rsidR="00E050A2" w:rsidRDefault="004F2FC6">
            <w:pPr>
              <w:bidi/>
              <w:spacing w:before="30" w:after="30"/>
              <w:jc w:val="center"/>
            </w:pPr>
            <w:r>
              <w:rPr>
                <w:b/>
                <w:bCs/>
                <w:color w:val="FFFFFF"/>
                <w:sz w:val="19"/>
                <w:szCs w:val="19"/>
                <w:rtl/>
              </w:rPr>
              <w:t>الحقل</w:t>
            </w:r>
          </w:p>
        </w:tc>
      </w:tr>
      <w:tr w:rsidR="00E050A2" w14:paraId="743582FB" w14:textId="77777777">
        <w:trPr>
          <w:cantSplit/>
          <w:trHeight w:val="340"/>
          <w:jc w:val="center"/>
        </w:trPr>
        <w:tc>
          <w:tcPr>
            <w:tcW w:w="680" w:type="dxa"/>
            <w:vAlign w:val="center"/>
          </w:tcPr>
          <w:p w14:paraId="782C9EB7" w14:textId="77777777" w:rsidR="00E050A2" w:rsidRDefault="004F2FC6">
            <w:pPr>
              <w:bidi/>
              <w:spacing w:before="30" w:after="30"/>
              <w:jc w:val="center"/>
            </w:pPr>
            <w:r>
              <w:rPr>
                <w:sz w:val="18"/>
                <w:szCs w:val="18"/>
                <w:rtl/>
              </w:rPr>
              <w:t>1</w:t>
            </w:r>
          </w:p>
        </w:tc>
        <w:tc>
          <w:tcPr>
            <w:tcW w:w="4365" w:type="dxa"/>
            <w:vAlign w:val="center"/>
          </w:tcPr>
          <w:p w14:paraId="62D1C9D7" w14:textId="77777777" w:rsidR="00E050A2" w:rsidRDefault="004F2FC6">
            <w:pPr>
              <w:bidi/>
              <w:spacing w:before="30" w:after="30"/>
            </w:pPr>
            <w:r>
              <w:rPr>
                <w:sz w:val="18"/>
                <w:szCs w:val="18"/>
                <w:rtl/>
              </w:rPr>
              <w:t>اسم المشروع ورقم المحضر</w:t>
            </w:r>
          </w:p>
        </w:tc>
        <w:tc>
          <w:tcPr>
            <w:tcW w:w="680" w:type="dxa"/>
            <w:vAlign w:val="center"/>
          </w:tcPr>
          <w:p w14:paraId="25392495" w14:textId="77777777" w:rsidR="00E050A2" w:rsidRDefault="004F2FC6">
            <w:pPr>
              <w:bidi/>
              <w:spacing w:before="30" w:after="30"/>
              <w:jc w:val="center"/>
            </w:pPr>
            <w:r>
              <w:rPr>
                <w:sz w:val="18"/>
                <w:szCs w:val="18"/>
                <w:rtl/>
              </w:rPr>
              <w:t>6</w:t>
            </w:r>
          </w:p>
        </w:tc>
        <w:tc>
          <w:tcPr>
            <w:tcW w:w="4365" w:type="dxa"/>
            <w:vAlign w:val="center"/>
          </w:tcPr>
          <w:p w14:paraId="1C3D3C0D" w14:textId="77777777" w:rsidR="00E050A2" w:rsidRDefault="004F2FC6">
            <w:pPr>
              <w:bidi/>
              <w:spacing w:before="30" w:after="30"/>
            </w:pPr>
            <w:r>
              <w:rPr>
                <w:sz w:val="18"/>
                <w:szCs w:val="18"/>
                <w:rtl/>
              </w:rPr>
              <w:t>حالة ملف تسليم سجلات الجودة</w:t>
            </w:r>
          </w:p>
        </w:tc>
      </w:tr>
      <w:tr w:rsidR="00E050A2" w14:paraId="24714DAB" w14:textId="77777777">
        <w:trPr>
          <w:cantSplit/>
          <w:trHeight w:val="340"/>
          <w:jc w:val="center"/>
        </w:trPr>
        <w:tc>
          <w:tcPr>
            <w:tcW w:w="680" w:type="dxa"/>
            <w:vAlign w:val="center"/>
          </w:tcPr>
          <w:p w14:paraId="43EEC33B" w14:textId="77777777" w:rsidR="00E050A2" w:rsidRDefault="004F2FC6">
            <w:pPr>
              <w:bidi/>
              <w:spacing w:before="30" w:after="30"/>
              <w:jc w:val="center"/>
            </w:pPr>
            <w:r>
              <w:rPr>
                <w:sz w:val="18"/>
                <w:szCs w:val="18"/>
                <w:rtl/>
              </w:rPr>
              <w:t>2</w:t>
            </w:r>
          </w:p>
        </w:tc>
        <w:tc>
          <w:tcPr>
            <w:tcW w:w="4365" w:type="dxa"/>
            <w:vAlign w:val="center"/>
          </w:tcPr>
          <w:p w14:paraId="39C48593" w14:textId="77777777" w:rsidR="00E050A2" w:rsidRDefault="004F2FC6">
            <w:pPr>
              <w:bidi/>
              <w:spacing w:before="30" w:after="30"/>
            </w:pPr>
            <w:r>
              <w:rPr>
                <w:sz w:val="18"/>
                <w:szCs w:val="18"/>
                <w:rtl/>
              </w:rPr>
              <w:t>تاريخ المعاينة بالموقع</w:t>
            </w:r>
          </w:p>
        </w:tc>
        <w:tc>
          <w:tcPr>
            <w:tcW w:w="680" w:type="dxa"/>
            <w:vAlign w:val="center"/>
          </w:tcPr>
          <w:p w14:paraId="43453BC2" w14:textId="77777777" w:rsidR="00E050A2" w:rsidRDefault="004F2FC6">
            <w:pPr>
              <w:bidi/>
              <w:spacing w:before="30" w:after="30"/>
              <w:jc w:val="center"/>
            </w:pPr>
            <w:r>
              <w:rPr>
                <w:sz w:val="18"/>
                <w:szCs w:val="18"/>
                <w:rtl/>
              </w:rPr>
              <w:t>7</w:t>
            </w:r>
          </w:p>
        </w:tc>
        <w:tc>
          <w:tcPr>
            <w:tcW w:w="4365" w:type="dxa"/>
            <w:vAlign w:val="center"/>
          </w:tcPr>
          <w:p w14:paraId="521255C5" w14:textId="77777777" w:rsidR="00E050A2" w:rsidRDefault="004F2FC6">
            <w:pPr>
              <w:bidi/>
              <w:spacing w:before="30" w:after="30"/>
            </w:pPr>
            <w:r>
              <w:rPr>
                <w:sz w:val="18"/>
                <w:szCs w:val="18"/>
                <w:rtl/>
              </w:rPr>
              <w:t>تاريخ الاستلام النهائي</w:t>
            </w:r>
          </w:p>
        </w:tc>
      </w:tr>
      <w:tr w:rsidR="00E050A2" w14:paraId="02E537BB" w14:textId="77777777">
        <w:trPr>
          <w:cantSplit/>
          <w:trHeight w:val="340"/>
          <w:jc w:val="center"/>
        </w:trPr>
        <w:tc>
          <w:tcPr>
            <w:tcW w:w="680" w:type="dxa"/>
            <w:vAlign w:val="center"/>
          </w:tcPr>
          <w:p w14:paraId="29BD7090" w14:textId="77777777" w:rsidR="00E050A2" w:rsidRDefault="004F2FC6">
            <w:pPr>
              <w:bidi/>
              <w:spacing w:before="30" w:after="30"/>
              <w:jc w:val="center"/>
            </w:pPr>
            <w:r>
              <w:rPr>
                <w:sz w:val="18"/>
                <w:szCs w:val="18"/>
                <w:rtl/>
              </w:rPr>
              <w:t>3</w:t>
            </w:r>
          </w:p>
        </w:tc>
        <w:tc>
          <w:tcPr>
            <w:tcW w:w="4365" w:type="dxa"/>
            <w:vAlign w:val="center"/>
          </w:tcPr>
          <w:p w14:paraId="63941D2D" w14:textId="77777777" w:rsidR="00E050A2" w:rsidRDefault="004F2FC6">
            <w:pPr>
              <w:bidi/>
              <w:spacing w:before="30" w:after="30"/>
            </w:pPr>
            <w:r>
              <w:rPr>
                <w:sz w:val="18"/>
                <w:szCs w:val="18"/>
                <w:rtl/>
              </w:rPr>
              <w:t>أسماء الحضور عن كل طرف</w:t>
            </w:r>
          </w:p>
        </w:tc>
        <w:tc>
          <w:tcPr>
            <w:tcW w:w="680" w:type="dxa"/>
            <w:vAlign w:val="center"/>
          </w:tcPr>
          <w:p w14:paraId="44303185" w14:textId="77777777" w:rsidR="00E050A2" w:rsidRDefault="004F2FC6">
            <w:pPr>
              <w:bidi/>
              <w:spacing w:before="30" w:after="30"/>
              <w:jc w:val="center"/>
            </w:pPr>
            <w:r>
              <w:rPr>
                <w:sz w:val="18"/>
                <w:szCs w:val="18"/>
                <w:rtl/>
              </w:rPr>
              <w:t>8</w:t>
            </w:r>
          </w:p>
        </w:tc>
        <w:tc>
          <w:tcPr>
            <w:tcW w:w="4365" w:type="dxa"/>
            <w:vAlign w:val="center"/>
          </w:tcPr>
          <w:p w14:paraId="07E8A3EC" w14:textId="77777777" w:rsidR="00E050A2" w:rsidRDefault="004F2FC6">
            <w:pPr>
              <w:bidi/>
              <w:spacing w:before="30" w:after="30"/>
            </w:pPr>
            <w:r>
              <w:rPr>
                <w:sz w:val="18"/>
                <w:szCs w:val="18"/>
                <w:rtl/>
              </w:rPr>
              <w:t>الإفراج عن الضمان النهائي</w:t>
            </w:r>
          </w:p>
        </w:tc>
      </w:tr>
      <w:tr w:rsidR="00E050A2" w14:paraId="3DEAF404" w14:textId="77777777">
        <w:trPr>
          <w:cantSplit/>
          <w:trHeight w:val="340"/>
          <w:jc w:val="center"/>
        </w:trPr>
        <w:tc>
          <w:tcPr>
            <w:tcW w:w="680" w:type="dxa"/>
            <w:vAlign w:val="center"/>
          </w:tcPr>
          <w:p w14:paraId="2E97ADBE" w14:textId="77777777" w:rsidR="00E050A2" w:rsidRDefault="004F2FC6">
            <w:pPr>
              <w:bidi/>
              <w:spacing w:before="30" w:after="30"/>
              <w:jc w:val="center"/>
            </w:pPr>
            <w:r>
              <w:rPr>
                <w:sz w:val="18"/>
                <w:szCs w:val="18"/>
                <w:rtl/>
              </w:rPr>
              <w:t>4</w:t>
            </w:r>
          </w:p>
        </w:tc>
        <w:tc>
          <w:tcPr>
            <w:tcW w:w="4365" w:type="dxa"/>
            <w:vAlign w:val="center"/>
          </w:tcPr>
          <w:p w14:paraId="0BF11D55" w14:textId="77777777" w:rsidR="00E050A2" w:rsidRDefault="004F2FC6">
            <w:pPr>
              <w:bidi/>
              <w:spacing w:before="30" w:after="30"/>
            </w:pPr>
            <w:r>
              <w:rPr>
                <w:sz w:val="18"/>
                <w:szCs w:val="18"/>
                <w:rtl/>
              </w:rPr>
              <w:t>إقرار إصلاح جميع العيوب الظاهرة خلال فترة الضمان</w:t>
            </w:r>
          </w:p>
        </w:tc>
        <w:tc>
          <w:tcPr>
            <w:tcW w:w="680" w:type="dxa"/>
            <w:vAlign w:val="center"/>
          </w:tcPr>
          <w:p w14:paraId="3BFEFF0D" w14:textId="77777777" w:rsidR="00E050A2" w:rsidRDefault="004F2FC6">
            <w:pPr>
              <w:bidi/>
              <w:spacing w:before="30" w:after="30"/>
              <w:jc w:val="center"/>
            </w:pPr>
            <w:r>
              <w:rPr>
                <w:sz w:val="18"/>
                <w:szCs w:val="18"/>
                <w:rtl/>
              </w:rPr>
              <w:t>9</w:t>
            </w:r>
          </w:p>
        </w:tc>
        <w:tc>
          <w:tcPr>
            <w:tcW w:w="4365" w:type="dxa"/>
            <w:vAlign w:val="center"/>
          </w:tcPr>
          <w:p w14:paraId="408B5FE7" w14:textId="77777777" w:rsidR="00E050A2" w:rsidRDefault="004F2FC6">
            <w:pPr>
              <w:bidi/>
              <w:spacing w:before="30" w:after="30"/>
            </w:pPr>
            <w:r>
              <w:rPr>
                <w:sz w:val="18"/>
                <w:szCs w:val="18"/>
                <w:rtl/>
              </w:rPr>
              <w:t>توقيعات ممثلي الأطراف الثلاثة</w:t>
            </w:r>
          </w:p>
        </w:tc>
      </w:tr>
      <w:tr w:rsidR="00E050A2" w14:paraId="6C3B76EA" w14:textId="77777777">
        <w:trPr>
          <w:cantSplit/>
          <w:trHeight w:val="340"/>
          <w:jc w:val="center"/>
        </w:trPr>
        <w:tc>
          <w:tcPr>
            <w:tcW w:w="680" w:type="dxa"/>
            <w:vAlign w:val="center"/>
          </w:tcPr>
          <w:p w14:paraId="79A001C9" w14:textId="77777777" w:rsidR="00E050A2" w:rsidRDefault="004F2FC6">
            <w:pPr>
              <w:bidi/>
              <w:spacing w:before="30" w:after="30"/>
              <w:jc w:val="center"/>
            </w:pPr>
            <w:r>
              <w:rPr>
                <w:sz w:val="18"/>
                <w:szCs w:val="18"/>
                <w:rtl/>
              </w:rPr>
              <w:t>5</w:t>
            </w:r>
          </w:p>
        </w:tc>
        <w:tc>
          <w:tcPr>
            <w:tcW w:w="4365" w:type="dxa"/>
            <w:vAlign w:val="center"/>
          </w:tcPr>
          <w:p w14:paraId="0A716F0A" w14:textId="77777777" w:rsidR="00E050A2" w:rsidRDefault="004F2FC6">
            <w:pPr>
              <w:bidi/>
              <w:spacing w:before="30" w:after="30"/>
            </w:pPr>
            <w:r>
              <w:rPr>
                <w:sz w:val="18"/>
                <w:szCs w:val="18"/>
                <w:rtl/>
              </w:rPr>
              <w:t>بيان الملاحظات البسيطة والمبالغ المخصومة</w:t>
            </w:r>
          </w:p>
        </w:tc>
        <w:tc>
          <w:tcPr>
            <w:tcW w:w="680" w:type="dxa"/>
            <w:vAlign w:val="center"/>
          </w:tcPr>
          <w:p w14:paraId="3CBD7F37" w14:textId="77777777" w:rsidR="00E050A2" w:rsidRDefault="004F2FC6">
            <w:pPr>
              <w:bidi/>
              <w:spacing w:before="30" w:after="30"/>
              <w:jc w:val="center"/>
            </w:pPr>
            <w:r>
              <w:rPr>
                <w:sz w:val="18"/>
                <w:szCs w:val="18"/>
                <w:rtl/>
              </w:rPr>
              <w:t>10</w:t>
            </w:r>
          </w:p>
        </w:tc>
        <w:tc>
          <w:tcPr>
            <w:tcW w:w="4365" w:type="dxa"/>
            <w:vAlign w:val="center"/>
          </w:tcPr>
          <w:p w14:paraId="4CC63DBE" w14:textId="77777777" w:rsidR="00E050A2" w:rsidRDefault="004F2FC6">
            <w:pPr>
              <w:bidi/>
              <w:spacing w:before="30" w:after="30"/>
            </w:pPr>
            <w:r>
              <w:rPr>
                <w:sz w:val="18"/>
                <w:szCs w:val="18"/>
                <w:rtl/>
              </w:rPr>
              <w:t>التوزيع</w:t>
            </w:r>
          </w:p>
        </w:tc>
      </w:tr>
    </w:tbl>
    <w:p w14:paraId="404DE77E" w14:textId="77777777" w:rsidR="00E050A2" w:rsidRDefault="00E050A2">
      <w:pPr>
        <w:bidi/>
        <w:spacing w:after="40"/>
      </w:pPr>
    </w:p>
    <w:p w14:paraId="07B6A99D" w14:textId="77777777" w:rsidR="00E050A2" w:rsidRDefault="004F2FC6">
      <w:pPr>
        <w:bidi/>
        <w:spacing w:after="80"/>
      </w:pPr>
      <w:r>
        <w:rPr>
          <w:color w:val="5B6475"/>
          <w:sz w:val="18"/>
          <w:szCs w:val="18"/>
          <w:rtl/>
        </w:rPr>
        <w:t>الحقول مبنية على نماذج المرجع الفني (التقرير اليومي ص 10، محاضر الاستلام ص 304 و307) مع إضافات لمتطلبات الترقيم والتتبع.</w:t>
      </w:r>
    </w:p>
    <w:p w14:paraId="0595A18A" w14:textId="77777777" w:rsidR="00E050A2" w:rsidRDefault="004F2FC6">
      <w:pPr>
        <w:keepNext/>
        <w:pBdr>
          <w:bottom w:val="single" w:sz="8" w:space="1" w:color="2633FF"/>
        </w:pBdr>
        <w:bidi/>
        <w:spacing w:before="200" w:after="120"/>
        <w:outlineLvl w:val="0"/>
      </w:pPr>
      <w:r>
        <w:rPr>
          <w:b/>
          <w:bCs/>
          <w:color w:val="052976"/>
          <w:sz w:val="30"/>
          <w:szCs w:val="30"/>
          <w:rtl/>
        </w:rPr>
        <w:t>اعتماد الخطة</w:t>
      </w:r>
    </w:p>
    <w:tbl>
      <w:tblPr>
        <w:tblStyle w:val="TableGrid"/>
        <w:bidiVisual/>
        <w:tblW w:w="0" w:type="auto"/>
        <w:jc w:val="center"/>
        <w:tblLayout w:type="fixed"/>
        <w:tblLook w:val="04A0" w:firstRow="1" w:lastRow="0" w:firstColumn="1" w:lastColumn="0" w:noHBand="0" w:noVBand="1"/>
      </w:tblPr>
      <w:tblGrid>
        <w:gridCol w:w="3345"/>
        <w:gridCol w:w="3345"/>
        <w:gridCol w:w="3402"/>
      </w:tblGrid>
      <w:tr w:rsidR="00E050A2" w14:paraId="0F7FF49D" w14:textId="77777777">
        <w:trPr>
          <w:cantSplit/>
          <w:trHeight w:val="340"/>
          <w:jc w:val="center"/>
        </w:trPr>
        <w:tc>
          <w:tcPr>
            <w:tcW w:w="3345" w:type="dxa"/>
            <w:shd w:val="clear" w:color="auto" w:fill="EEF1FA"/>
            <w:vAlign w:val="center"/>
          </w:tcPr>
          <w:p w14:paraId="5862D2C5" w14:textId="77777777" w:rsidR="00E050A2" w:rsidRDefault="004F2FC6">
            <w:pPr>
              <w:bidi/>
              <w:spacing w:before="30" w:after="30"/>
              <w:jc w:val="center"/>
            </w:pPr>
            <w:r>
              <w:rPr>
                <w:b/>
                <w:bCs/>
                <w:rtl/>
              </w:rPr>
              <w:t>عن المقاول</w:t>
            </w:r>
          </w:p>
        </w:tc>
        <w:tc>
          <w:tcPr>
            <w:tcW w:w="3345" w:type="dxa"/>
            <w:shd w:val="clear" w:color="auto" w:fill="EEF1FA"/>
            <w:vAlign w:val="center"/>
          </w:tcPr>
          <w:p w14:paraId="623CACC7" w14:textId="77777777" w:rsidR="00E050A2" w:rsidRDefault="004F2FC6">
            <w:pPr>
              <w:bidi/>
              <w:spacing w:before="30" w:after="30"/>
              <w:jc w:val="center"/>
            </w:pPr>
            <w:r>
              <w:rPr>
                <w:b/>
                <w:bCs/>
                <w:rtl/>
              </w:rPr>
              <w:t>عن الاستشاري</w:t>
            </w:r>
          </w:p>
        </w:tc>
        <w:tc>
          <w:tcPr>
            <w:tcW w:w="3402" w:type="dxa"/>
            <w:shd w:val="clear" w:color="auto" w:fill="EEF1FA"/>
            <w:vAlign w:val="center"/>
          </w:tcPr>
          <w:p w14:paraId="4CBD26A2" w14:textId="77777777" w:rsidR="00E050A2" w:rsidRDefault="004F2FC6">
            <w:pPr>
              <w:bidi/>
              <w:spacing w:before="30" w:after="30"/>
              <w:jc w:val="center"/>
            </w:pPr>
            <w:r>
              <w:rPr>
                <w:b/>
                <w:bCs/>
                <w:rtl/>
              </w:rPr>
              <w:t>عن المالك</w:t>
            </w:r>
          </w:p>
        </w:tc>
      </w:tr>
      <w:tr w:rsidR="00E050A2" w14:paraId="1311DA5B" w14:textId="77777777">
        <w:trPr>
          <w:cantSplit/>
          <w:trHeight w:val="340"/>
          <w:jc w:val="center"/>
        </w:trPr>
        <w:tc>
          <w:tcPr>
            <w:tcW w:w="3345" w:type="dxa"/>
            <w:vAlign w:val="center"/>
          </w:tcPr>
          <w:p w14:paraId="3AD7E3C2" w14:textId="77777777" w:rsidR="00E050A2" w:rsidRDefault="004F2FC6">
            <w:pPr>
              <w:bidi/>
              <w:spacing w:before="30" w:after="30"/>
            </w:pPr>
            <w:r>
              <w:rPr>
                <w:sz w:val="21"/>
                <w:szCs w:val="21"/>
                <w:rtl/>
              </w:rPr>
              <w:t>الاسم:</w:t>
            </w:r>
          </w:p>
        </w:tc>
        <w:tc>
          <w:tcPr>
            <w:tcW w:w="3345" w:type="dxa"/>
            <w:vAlign w:val="center"/>
          </w:tcPr>
          <w:p w14:paraId="07495036" w14:textId="77777777" w:rsidR="00E050A2" w:rsidRDefault="004F2FC6">
            <w:pPr>
              <w:bidi/>
              <w:spacing w:before="30" w:after="30"/>
            </w:pPr>
            <w:r>
              <w:rPr>
                <w:sz w:val="21"/>
                <w:szCs w:val="21"/>
                <w:rtl/>
              </w:rPr>
              <w:t>م/ أحمد فتحي، مدير المشاريع</w:t>
            </w:r>
          </w:p>
        </w:tc>
        <w:tc>
          <w:tcPr>
            <w:tcW w:w="3402" w:type="dxa"/>
            <w:vAlign w:val="center"/>
          </w:tcPr>
          <w:p w14:paraId="2296ED14" w14:textId="77777777" w:rsidR="00E050A2" w:rsidRDefault="004F2FC6">
            <w:pPr>
              <w:bidi/>
              <w:spacing w:before="30" w:after="30"/>
            </w:pPr>
            <w:r>
              <w:rPr>
                <w:sz w:val="21"/>
                <w:szCs w:val="21"/>
                <w:rtl/>
              </w:rPr>
              <w:t>الاسم:</w:t>
            </w:r>
          </w:p>
        </w:tc>
      </w:tr>
      <w:tr w:rsidR="00E050A2" w14:paraId="0E1923C6" w14:textId="77777777">
        <w:trPr>
          <w:cantSplit/>
          <w:trHeight w:val="340"/>
          <w:jc w:val="center"/>
        </w:trPr>
        <w:tc>
          <w:tcPr>
            <w:tcW w:w="3345" w:type="dxa"/>
            <w:vAlign w:val="center"/>
          </w:tcPr>
          <w:p w14:paraId="2EF2907A" w14:textId="77777777" w:rsidR="00E050A2" w:rsidRDefault="004F2FC6">
            <w:pPr>
              <w:bidi/>
              <w:spacing w:before="30" w:after="30"/>
            </w:pPr>
            <w:r>
              <w:rPr>
                <w:sz w:val="21"/>
                <w:szCs w:val="21"/>
                <w:rtl/>
              </w:rPr>
              <w:t>التوقيع:</w:t>
            </w:r>
          </w:p>
        </w:tc>
        <w:tc>
          <w:tcPr>
            <w:tcW w:w="3345" w:type="dxa"/>
            <w:vAlign w:val="center"/>
          </w:tcPr>
          <w:p w14:paraId="2A9D73BC" w14:textId="77777777" w:rsidR="00E050A2" w:rsidRDefault="004F2FC6">
            <w:pPr>
              <w:bidi/>
              <w:spacing w:before="30" w:after="30"/>
            </w:pPr>
            <w:r>
              <w:rPr>
                <w:sz w:val="21"/>
                <w:szCs w:val="21"/>
                <w:rtl/>
              </w:rPr>
              <w:t>التوقيع:</w:t>
            </w:r>
          </w:p>
        </w:tc>
        <w:tc>
          <w:tcPr>
            <w:tcW w:w="3402" w:type="dxa"/>
            <w:vAlign w:val="center"/>
          </w:tcPr>
          <w:p w14:paraId="756DBDD9" w14:textId="77777777" w:rsidR="00E050A2" w:rsidRDefault="004F2FC6">
            <w:pPr>
              <w:bidi/>
              <w:spacing w:before="30" w:after="30"/>
            </w:pPr>
            <w:r>
              <w:rPr>
                <w:sz w:val="21"/>
                <w:szCs w:val="21"/>
                <w:rtl/>
              </w:rPr>
              <w:t>التوقيع:</w:t>
            </w:r>
          </w:p>
        </w:tc>
      </w:tr>
      <w:tr w:rsidR="00E050A2" w14:paraId="5C93A1A4" w14:textId="77777777">
        <w:trPr>
          <w:cantSplit/>
          <w:trHeight w:val="340"/>
          <w:jc w:val="center"/>
        </w:trPr>
        <w:tc>
          <w:tcPr>
            <w:tcW w:w="3345" w:type="dxa"/>
            <w:vAlign w:val="center"/>
          </w:tcPr>
          <w:p w14:paraId="757E12CE" w14:textId="77777777" w:rsidR="00E050A2" w:rsidRDefault="004F2FC6">
            <w:pPr>
              <w:bidi/>
              <w:spacing w:before="30" w:after="30"/>
            </w:pPr>
            <w:r>
              <w:rPr>
                <w:sz w:val="21"/>
                <w:szCs w:val="21"/>
                <w:rtl/>
              </w:rPr>
              <w:t>التاريخ:</w:t>
            </w:r>
          </w:p>
        </w:tc>
        <w:tc>
          <w:tcPr>
            <w:tcW w:w="3345" w:type="dxa"/>
            <w:vAlign w:val="center"/>
          </w:tcPr>
          <w:p w14:paraId="00A46BAA" w14:textId="77777777" w:rsidR="00E050A2" w:rsidRDefault="004F2FC6">
            <w:pPr>
              <w:bidi/>
              <w:spacing w:before="30" w:after="30"/>
            </w:pPr>
            <w:r>
              <w:rPr>
                <w:sz w:val="21"/>
                <w:szCs w:val="21"/>
                <w:rtl/>
              </w:rPr>
              <w:t>التاريخ:</w:t>
            </w:r>
          </w:p>
        </w:tc>
        <w:tc>
          <w:tcPr>
            <w:tcW w:w="3402" w:type="dxa"/>
            <w:vAlign w:val="center"/>
          </w:tcPr>
          <w:p w14:paraId="3EC311EE" w14:textId="77777777" w:rsidR="00E050A2" w:rsidRDefault="004F2FC6">
            <w:pPr>
              <w:bidi/>
              <w:spacing w:before="30" w:after="30"/>
            </w:pPr>
            <w:r>
              <w:rPr>
                <w:sz w:val="21"/>
                <w:szCs w:val="21"/>
                <w:rtl/>
              </w:rPr>
              <w:t>التاريخ:</w:t>
            </w:r>
          </w:p>
        </w:tc>
      </w:tr>
    </w:tbl>
    <w:p w14:paraId="26ACEF24" w14:textId="77777777" w:rsidR="004F2FC6" w:rsidRDefault="004F2FC6"/>
    <w:sectPr w:rsidR="004F2FC6" w:rsidSect="00034616">
      <w:headerReference w:type="default" r:id="rId8"/>
      <w:footerReference w:type="default" r:id="rId9"/>
      <w:pgSz w:w="11906" w:h="16838"/>
      <w:pgMar w:top="907" w:right="907" w:bottom="850" w:left="907" w:header="340" w:footer="283"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7A22" w14:textId="77777777" w:rsidR="004F2FC6" w:rsidRDefault="004F2FC6">
      <w:pPr>
        <w:spacing w:after="0" w:line="240" w:lineRule="auto"/>
      </w:pPr>
      <w:r>
        <w:separator/>
      </w:r>
    </w:p>
  </w:endnote>
  <w:endnote w:type="continuationSeparator" w:id="0">
    <w:p w14:paraId="359801AF" w14:textId="77777777" w:rsidR="004F2FC6" w:rsidRDefault="004F2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lmarai">
    <w:panose1 w:val="00000000000000000000"/>
    <w:charset w:val="00"/>
    <w:family w:val="auto"/>
    <w:pitch w:val="variable"/>
    <w:sig w:usb0="8000202B" w:usb1="9000205A"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AE39" w14:textId="77777777" w:rsidR="00E050A2" w:rsidRDefault="004F2FC6">
    <w:pPr>
      <w:pStyle w:val="Footer"/>
      <w:pBdr>
        <w:top w:val="single" w:sz="4" w:space="4" w:color="2633FF"/>
      </w:pBdr>
      <w:bidi/>
      <w:jc w:val="center"/>
    </w:pPr>
    <w:r>
      <w:rPr>
        <w:color w:val="5B6475"/>
        <w:sz w:val="14"/>
        <w:szCs w:val="14"/>
        <w:rtl/>
      </w:rPr>
      <w:t>المبدعون العرب للاستشارات الهندسية  |  المقر الرئيسي: القاهرة، مدينة 15 مايو  |  مكتب الرياض قيد التأسيس</w:t>
    </w:r>
  </w:p>
  <w:p w14:paraId="09F972FD" w14:textId="77777777" w:rsidR="00E050A2" w:rsidRDefault="004F2FC6">
    <w:pPr>
      <w:bidi/>
      <w:spacing w:after="0"/>
      <w:jc w:val="center"/>
    </w:pPr>
    <w:r>
      <w:rPr>
        <w:b/>
        <w:bCs/>
        <w:color w:val="052976"/>
        <w:sz w:val="15"/>
        <w:szCs w:val="15"/>
        <w:rtl/>
      </w:rPr>
      <w:t>info@arabcreators.co  |  www.arabcreators.co</w:t>
    </w:r>
  </w:p>
  <w:p w14:paraId="41BD02D1" w14:textId="77777777" w:rsidR="00E050A2" w:rsidRDefault="004F2FC6">
    <w:pPr>
      <w:bidi/>
      <w:spacing w:after="0"/>
      <w:jc w:val="center"/>
    </w:pPr>
    <w:r>
      <w:rPr>
        <w:color w:val="5B6475"/>
        <w:sz w:val="15"/>
        <w:szCs w:val="15"/>
        <w:rtl/>
      </w:rPr>
      <w:t xml:space="preserve">صفحة </w:t>
    </w:r>
    <w:r>
      <w:fldChar w:fldCharType="begin"/>
    </w:r>
    <w:r>
      <w:instrText>PAGE</w:instrText>
    </w:r>
    <w:r>
      <w:fldChar w:fldCharType="separate"/>
    </w:r>
    <w:r>
      <w:rPr>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A35B1" w14:textId="77777777" w:rsidR="004F2FC6" w:rsidRDefault="004F2FC6">
      <w:pPr>
        <w:spacing w:after="0" w:line="240" w:lineRule="auto"/>
      </w:pPr>
      <w:r>
        <w:separator/>
      </w:r>
    </w:p>
  </w:footnote>
  <w:footnote w:type="continuationSeparator" w:id="0">
    <w:p w14:paraId="33B2CE8A" w14:textId="77777777" w:rsidR="004F2FC6" w:rsidRDefault="004F2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A848" w14:textId="77777777" w:rsidR="00E050A2" w:rsidRDefault="004F2FC6">
    <w:pPr>
      <w:pStyle w:val="Header"/>
      <w:pBdr>
        <w:bottom w:val="double" w:sz="6" w:space="4" w:color="052976"/>
      </w:pBdr>
    </w:pPr>
    <w:r>
      <w:rPr>
        <w:noProof/>
      </w:rPr>
      <w:drawing>
        <wp:inline distT="0" distB="0" distL="0" distR="0" wp14:anchorId="3E0D9C2A" wp14:editId="2B2CDA04">
          <wp:extent cx="1365698"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_h.png"/>
                  <pic:cNvPicPr/>
                </pic:nvPicPr>
                <pic:blipFill>
                  <a:blip r:embed="rId1"/>
                  <a:stretch>
                    <a:fillRect/>
                  </a:stretch>
                </pic:blipFill>
                <pic:spPr>
                  <a:xfrm>
                    <a:off x="0" y="0"/>
                    <a:ext cx="1365698"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3588663">
    <w:abstractNumId w:val="8"/>
  </w:num>
  <w:num w:numId="2" w16cid:durableId="2124227177">
    <w:abstractNumId w:val="6"/>
  </w:num>
  <w:num w:numId="3" w16cid:durableId="1910309949">
    <w:abstractNumId w:val="5"/>
  </w:num>
  <w:num w:numId="4" w16cid:durableId="1072043698">
    <w:abstractNumId w:val="4"/>
  </w:num>
  <w:num w:numId="5" w16cid:durableId="614554752">
    <w:abstractNumId w:val="7"/>
  </w:num>
  <w:num w:numId="6" w16cid:durableId="111675772">
    <w:abstractNumId w:val="3"/>
  </w:num>
  <w:num w:numId="7" w16cid:durableId="28730359">
    <w:abstractNumId w:val="2"/>
  </w:num>
  <w:num w:numId="8" w16cid:durableId="771752075">
    <w:abstractNumId w:val="1"/>
  </w:num>
  <w:num w:numId="9" w16cid:durableId="1636644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3CCD"/>
    <w:rsid w:val="00326F90"/>
    <w:rsid w:val="004F2FC6"/>
    <w:rsid w:val="005C0D99"/>
    <w:rsid w:val="00AA1D8D"/>
    <w:rsid w:val="00B47730"/>
    <w:rsid w:val="00CB0664"/>
    <w:rsid w:val="00E050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703006"/>
  <w14:defaultImageDpi w14:val="300"/>
  <w15:docId w15:val="{CB40D4BB-3D79-491E-8095-5848696D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lmarai" w:hAnsi="Almarai" w:cs="Almara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5122</Words>
  <Characters>29201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جودة المشروع PQP</dc:title>
  <dc:subject>Project Quality Plan Template</dc:subject>
  <dc:creator>Ahmed Fathy</dc:creator>
  <cp:keywords>PQP; ITP; QA/QC; ACE</cp:keywords>
  <dc:description/>
  <cp:lastModifiedBy>Ahmed Fathy</cp:lastModifiedBy>
  <cp:revision>2</cp:revision>
  <dcterms:created xsi:type="dcterms:W3CDTF">2026-11-03T20:27:00Z</dcterms:created>
  <dcterms:modified xsi:type="dcterms:W3CDTF">2026-11-03T20:27:00Z</dcterms:modified>
  <cp:category/>
</cp:coreProperties>
</file>