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732EF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0732EF" w:rsidRDefault="000732E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732EF" w:rsidRDefault="000732E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0732EF" w:rsidRDefault="000732EF">
            <w:pPr>
              <w:bidi/>
              <w:spacing w:line="240" w:lineRule="auto"/>
            </w:pPr>
          </w:p>
        </w:tc>
      </w:tr>
      <w:tr w:rsidR="000732EF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0732EF" w:rsidRDefault="000732E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0732EF" w:rsidRDefault="000732EF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0732EF" w:rsidRDefault="000732EF">
            <w:pPr>
              <w:bidi/>
              <w:spacing w:line="240" w:lineRule="auto"/>
            </w:pP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vAlign w:val="center"/>
          </w:tcPr>
          <w:p w:rsidR="000732EF" w:rsidRDefault="0083279C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تركيب خزان أو غرفة أسطوانات الغاز المركزي والشبكة حتى نقاط الاستخدام، مع منظمات الضغط والمحابس وأنظمة الكشف والاختبار والتشغيل.</w:t>
            </w:r>
          </w:p>
        </w:tc>
        <w:tc>
          <w:tcPr>
            <w:tcW w:w="5216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the central gas tank or cylinder room and network to points of use, with regulators, valves, detection systems, testing and commissioning.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NFPA 54 / 58، اشتراطات شركة الغاز الطبيعي، مواصفات المشروع</w:t>
            </w:r>
          </w:p>
        </w:tc>
        <w:tc>
          <w:tcPr>
            <w:tcW w:w="408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NFPA 54 / 58, natural gas company requirements, project specifications</w:t>
            </w:r>
          </w:p>
        </w:tc>
      </w:tr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0732EF" w:rsidRDefault="0083279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ACE-QC-MEP-029</w:t>
            </w:r>
          </w:p>
        </w:tc>
      </w:tr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732EF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732EF" w:rsidRDefault="000732EF">
            <w:pPr>
              <w:keepNext/>
              <w:bidi/>
              <w:spacing w:line="240" w:lineRule="auto"/>
              <w:jc w:val="center"/>
            </w:pP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خزان أو أسطوانات معتمدة مع ملحقاتها.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tank or cylinders with accessories.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مواسير وقطع معتمدة للغاز (نحاس أو حديد أو متعددة الطبقات).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Gas-approved pipes and fittings (copper, steel or multilayer).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منظمات ضغط ومحابس قطع وصمام قطع آلي.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regulators, shut-off valves and automatic safety valve.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كواشف تسرب غاز ولوحة تحكم.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Gas leak detectors and control panel.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أصفر وعلامات تمييز.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Yellow paint and identification labels.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732EF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732EF" w:rsidRDefault="000732EF">
            <w:pPr>
              <w:keepNext/>
              <w:bidi/>
              <w:spacing w:line="240" w:lineRule="auto"/>
              <w:jc w:val="center"/>
            </w:pP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أدوات لحام النحاس أو قلاووظ الحديد.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Brazing or threading tools.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جهاز اختبار ضغط ومقياس معاير.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test rig and calibrated gauge.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جهاز كشف التسرب.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Leak detector.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732EF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732EF" w:rsidRDefault="000732EF">
            <w:pPr>
              <w:keepNext/>
              <w:bidi/>
              <w:spacing w:line="240" w:lineRule="auto"/>
              <w:jc w:val="center"/>
            </w:pP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التصميم من الجهة المختصة وفني تركيب مرخص.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Design approved by the authority; licensed installer.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موقع الخزان مع المسافات الآمنة من الفتحات ومصادر الاشتعال.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location set with safe distances from openings and ignition sources.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lastRenderedPageBreak/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732EF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732EF" w:rsidRDefault="000732EF">
            <w:pPr>
              <w:keepNext/>
              <w:bidi/>
              <w:spacing w:line="240" w:lineRule="auto"/>
              <w:jc w:val="center"/>
            </w:pP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تجهيز قاعدة الخزان أو غرفة الأسطوانات بالتهوية الطبيعية والأبواب المعدنية.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Prepare the tank base or cylinder room with natural ventilation and metal doors.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تمديد المسار مكشوفا أو في مجرى مهوى، مع جلب عند اختراق الحوائط، وعدم المرور في غرف النوم أو الأماكن المغلقة.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Route pipes exposed or in ventilated chases, sleeved through walls, never through bedrooms or enclosed voids.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المواسير بحوامل على المسافات المحددة.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Support pipes at specified spacing.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منظم الضغط الأول عند الخزان ومنظم ثانٍ ومحبس قطع عند كل وحدة.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first-stage regulator at the tank, second-stage regulator and shut-off at each unit.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كواشف التسرب بالقرب من الأجهزة وربطها بصمام القطع الآلي.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leak detectors near appliances, interlocked with the automatic shut-off valve.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الضغط بالهواء أو النيتروجين بالضغط والمدة المحددين دون انخفاض.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test with air or nitrogen at specified pressure and duration with no drop.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المواسير باللون الأصفر وتركيب اللوحات التحذيرية.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Paint pipes yellow and fix warning signs.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التشغيل والتطهير من الهواء بإشراف الجهة المختصة وفحص كل وصلة بمحلول أو جهاز كشف.</w:t>
            </w:r>
          </w:p>
        </w:tc>
        <w:tc>
          <w:tcPr>
            <w:tcW w:w="4932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Purge and commission under authority supervision; check every joint by solution or detector.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0732EF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0732EF" w:rsidRDefault="000732EF">
            <w:pPr>
              <w:keepNext/>
              <w:bidi/>
              <w:spacing w:line="240" w:lineRule="auto"/>
              <w:jc w:val="center"/>
            </w:pP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المسار وطريقة التثبيت قبل الاختبار.</w:t>
            </w:r>
          </w:p>
        </w:tc>
        <w:tc>
          <w:tcPr>
            <w:tcW w:w="3515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Route and supports before testing.</w:t>
            </w:r>
          </w:p>
        </w:tc>
        <w:tc>
          <w:tcPr>
            <w:tcW w:w="850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0732EF" w:rsidRDefault="0083279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ACE-QC-MEP-029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الضغط.</w:t>
            </w:r>
          </w:p>
        </w:tc>
        <w:tc>
          <w:tcPr>
            <w:tcW w:w="3515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test.</w:t>
            </w:r>
          </w:p>
        </w:tc>
        <w:tc>
          <w:tcPr>
            <w:tcW w:w="850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0732EF" w:rsidRDefault="0083279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ACE-QC-MEP-029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تشغيل الكواشف وصمام القطع.</w:t>
            </w:r>
          </w:p>
        </w:tc>
        <w:tc>
          <w:tcPr>
            <w:tcW w:w="3515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Detector and shut-off valve operation.</w:t>
            </w:r>
          </w:p>
        </w:tc>
        <w:tc>
          <w:tcPr>
            <w:tcW w:w="850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0732EF" w:rsidRDefault="0083279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ACE-QC-MEP-029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الجهة المختصة قبل التشغيل.</w:t>
            </w:r>
          </w:p>
        </w:tc>
        <w:tc>
          <w:tcPr>
            <w:tcW w:w="3515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Authority approval before use.</w:t>
            </w:r>
          </w:p>
        </w:tc>
        <w:tc>
          <w:tcPr>
            <w:tcW w:w="850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0732EF" w:rsidRDefault="0083279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ACE-QC-MEP-029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732EF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732EF" w:rsidRDefault="0083279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0732EF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0732EF" w:rsidRDefault="000732EF">
            <w:pPr>
              <w:keepNext/>
              <w:bidi/>
              <w:spacing w:line="240" w:lineRule="auto"/>
              <w:jc w:val="center"/>
            </w:pP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0732EF" w:rsidRDefault="000732EF">
            <w:pPr>
              <w:keepNext/>
              <w:bidi/>
              <w:spacing w:line="240" w:lineRule="auto"/>
              <w:jc w:val="center"/>
            </w:pPr>
          </w:p>
          <w:p w:rsidR="000732EF" w:rsidRDefault="0083279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تسرب الغاز والانفجار</w:t>
            </w:r>
          </w:p>
        </w:tc>
        <w:tc>
          <w:tcPr>
            <w:tcW w:w="1984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Gas leak and explosion</w:t>
            </w:r>
          </w:p>
        </w:tc>
        <w:tc>
          <w:tcPr>
            <w:tcW w:w="306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منع مصادر الاشتعال وأدوات لا تولد شررا وكاشف غاز محمول.</w:t>
            </w:r>
          </w:p>
        </w:tc>
        <w:tc>
          <w:tcPr>
            <w:tcW w:w="2778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No ignition sources, non-sparking tools and portable gas detector.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أعمال اللحام بجوار شبكة قائمة</w:t>
            </w:r>
          </w:p>
        </w:tc>
        <w:tc>
          <w:tcPr>
            <w:tcW w:w="1984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Hot work near a live network</w:t>
            </w:r>
          </w:p>
        </w:tc>
        <w:tc>
          <w:tcPr>
            <w:tcW w:w="306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عزل الشبكة وتفريغها وتصريح أعمال ساخنة.</w:t>
            </w:r>
          </w:p>
        </w:tc>
        <w:tc>
          <w:tcPr>
            <w:tcW w:w="2778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Isolate and purge the network; hot-work permit.</w:t>
            </w:r>
          </w:p>
        </w:tc>
      </w:tr>
      <w:tr w:rsidR="000732EF">
        <w:trPr>
          <w:cantSplit/>
          <w:jc w:val="center"/>
        </w:trPr>
        <w:tc>
          <w:tcPr>
            <w:tcW w:w="397" w:type="dxa"/>
            <w:vAlign w:val="center"/>
          </w:tcPr>
          <w:p w:rsidR="000732EF" w:rsidRDefault="0083279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الضغط أثناء الاختبار</w:t>
            </w:r>
          </w:p>
        </w:tc>
        <w:tc>
          <w:tcPr>
            <w:tcW w:w="1984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Pressure during testing</w:t>
            </w:r>
          </w:p>
        </w:tc>
        <w:tc>
          <w:tcPr>
            <w:tcW w:w="3061" w:type="dxa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منطقة محظورة ومقياس معاير وصمام أمان.</w:t>
            </w:r>
          </w:p>
        </w:tc>
        <w:tc>
          <w:tcPr>
            <w:tcW w:w="2778" w:type="dxa"/>
            <w:vAlign w:val="center"/>
          </w:tcPr>
          <w:p w:rsidR="000732EF" w:rsidRDefault="0083279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Exclusion zone, calibrated gauge and relief valve.</w:t>
            </w:r>
          </w:p>
        </w:tc>
      </w:tr>
    </w:tbl>
    <w:p w:rsidR="000732EF" w:rsidRDefault="000732EF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732EF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732EF" w:rsidRDefault="0083279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732EF" w:rsidRDefault="000732EF">
            <w:pPr>
              <w:keepNext/>
              <w:bidi/>
              <w:spacing w:line="240" w:lineRule="auto"/>
            </w:pP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0732EF" w:rsidRDefault="0083279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732EF" w:rsidRDefault="000732EF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732EF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732EF" w:rsidRDefault="0083279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732EF" w:rsidRDefault="0083279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0732EF" w:rsidRDefault="0083279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0732EF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732EF" w:rsidRDefault="0083279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732EF" w:rsidRDefault="0083279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732EF" w:rsidRDefault="0083279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732EF" w:rsidRDefault="000732EF">
      <w:pPr>
        <w:spacing w:line="20" w:lineRule="exact"/>
      </w:pPr>
    </w:p>
    <w:sectPr w:rsidR="000732EF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279C" w:rsidRDefault="0083279C">
      <w:pPr>
        <w:spacing w:line="240" w:lineRule="auto"/>
      </w:pPr>
      <w:r>
        <w:separator/>
      </w:r>
    </w:p>
  </w:endnote>
  <w:endnote w:type="continuationSeparator" w:id="0">
    <w:p w:rsidR="0083279C" w:rsidRDefault="008327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732EF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732EF" w:rsidRDefault="0083279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732EF" w:rsidRDefault="0083279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ACE-MS-MEP-002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279C" w:rsidRDefault="0083279C">
      <w:pPr>
        <w:spacing w:line="240" w:lineRule="auto"/>
      </w:pPr>
      <w:r>
        <w:separator/>
      </w:r>
    </w:p>
  </w:footnote>
  <w:footnote w:type="continuationSeparator" w:id="0">
    <w:p w:rsidR="0083279C" w:rsidRDefault="008327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732EF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732EF" w:rsidRDefault="0083279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732EF" w:rsidRDefault="0083279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732EF" w:rsidRDefault="0083279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732EF" w:rsidRDefault="0083279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0732EF" w:rsidRDefault="0083279C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ACE-MS-MEP-002</w:t>
          </w:r>
        </w:p>
      </w:tc>
    </w:tr>
    <w:tr w:rsidR="000732EF">
      <w:trPr>
        <w:trHeight w:val="283"/>
        <w:jc w:val="center"/>
      </w:trPr>
      <w:tc>
        <w:tcPr>
          <w:tcW w:w="2041" w:type="dxa"/>
          <w:vMerge/>
          <w:vAlign w:val="center"/>
        </w:tcPr>
        <w:p w:rsidR="000732EF" w:rsidRDefault="000732EF"/>
      </w:tc>
      <w:tc>
        <w:tcPr>
          <w:tcW w:w="5669" w:type="dxa"/>
          <w:vMerge/>
          <w:vAlign w:val="center"/>
        </w:tcPr>
        <w:p w:rsidR="000732EF" w:rsidRDefault="000732EF"/>
      </w:tc>
      <w:tc>
        <w:tcPr>
          <w:tcW w:w="1361" w:type="dxa"/>
          <w:shd w:val="clear" w:color="auto" w:fill="F2F2F2"/>
          <w:vAlign w:val="center"/>
        </w:tcPr>
        <w:p w:rsidR="000732EF" w:rsidRDefault="0083279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732EF" w:rsidRDefault="0083279C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0732EF">
      <w:trPr>
        <w:trHeight w:val="283"/>
        <w:jc w:val="center"/>
      </w:trPr>
      <w:tc>
        <w:tcPr>
          <w:tcW w:w="2041" w:type="dxa"/>
          <w:vMerge/>
          <w:vAlign w:val="center"/>
        </w:tcPr>
        <w:p w:rsidR="000732EF" w:rsidRDefault="000732EF"/>
      </w:tc>
      <w:tc>
        <w:tcPr>
          <w:tcW w:w="5669" w:type="dxa"/>
          <w:vMerge w:val="restart"/>
          <w:shd w:val="clear" w:color="auto" w:fill="E7E6E6"/>
          <w:vAlign w:val="center"/>
        </w:tcPr>
        <w:p w:rsidR="000732EF" w:rsidRDefault="0083279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تنفيذ شبكة الغاز المركزي</w:t>
          </w:r>
        </w:p>
        <w:p w:rsidR="000732EF" w:rsidRDefault="0083279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Central Gas System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0732EF" w:rsidRDefault="0083279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732EF" w:rsidRDefault="0083279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732EF">
      <w:trPr>
        <w:trHeight w:val="283"/>
        <w:jc w:val="center"/>
      </w:trPr>
      <w:tc>
        <w:tcPr>
          <w:tcW w:w="2041" w:type="dxa"/>
          <w:vMerge/>
          <w:vAlign w:val="center"/>
        </w:tcPr>
        <w:p w:rsidR="000732EF" w:rsidRDefault="000732EF"/>
      </w:tc>
      <w:tc>
        <w:tcPr>
          <w:tcW w:w="5669" w:type="dxa"/>
          <w:vMerge/>
          <w:vAlign w:val="center"/>
        </w:tcPr>
        <w:p w:rsidR="000732EF" w:rsidRDefault="000732EF"/>
      </w:tc>
      <w:tc>
        <w:tcPr>
          <w:tcW w:w="1361" w:type="dxa"/>
          <w:shd w:val="clear" w:color="auto" w:fill="F2F2F2"/>
          <w:vAlign w:val="center"/>
        </w:tcPr>
        <w:p w:rsidR="000732EF" w:rsidRDefault="0083279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732EF" w:rsidRDefault="0083279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732EF" w:rsidRDefault="000732EF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6451936">
    <w:abstractNumId w:val="8"/>
  </w:num>
  <w:num w:numId="2" w16cid:durableId="1046225777">
    <w:abstractNumId w:val="6"/>
  </w:num>
  <w:num w:numId="3" w16cid:durableId="1251962304">
    <w:abstractNumId w:val="5"/>
  </w:num>
  <w:num w:numId="4" w16cid:durableId="2137681166">
    <w:abstractNumId w:val="4"/>
  </w:num>
  <w:num w:numId="5" w16cid:durableId="1224559562">
    <w:abstractNumId w:val="7"/>
  </w:num>
  <w:num w:numId="6" w16cid:durableId="860170198">
    <w:abstractNumId w:val="3"/>
  </w:num>
  <w:num w:numId="7" w16cid:durableId="1721518676">
    <w:abstractNumId w:val="2"/>
  </w:num>
  <w:num w:numId="8" w16cid:durableId="1016031017">
    <w:abstractNumId w:val="1"/>
  </w:num>
  <w:num w:numId="9" w16cid:durableId="72117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2EF"/>
    <w:rsid w:val="0015074B"/>
    <w:rsid w:val="0029639D"/>
    <w:rsid w:val="00326F90"/>
    <w:rsid w:val="005C0D99"/>
    <w:rsid w:val="0083279C"/>
    <w:rsid w:val="00AA1D8D"/>
    <w:rsid w:val="00B47730"/>
    <w:rsid w:val="00B943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BB74FA4-5F9E-4B10-9FC6-3B072FA9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ACE_MS-MEP-002_Central_Gas_System_20261003_v1.dotx</Template>
  <TotalTime>0</TotalTime>
  <Pages>2</Pages>
  <Words>977</Words>
  <Characters>5571</Characters>
  <Application>Microsoft Office Word</Application>
  <DocSecurity>0</DocSecurity>
  <Lines>46</Lines>
  <Paragraphs>13</Paragraphs>
  <ScaleCrop>false</ScaleCrop>
  <Manager>Ahmed Fathy</Manager>
  <Company>Arab Creators for Engineering Consultancy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ACE-MS-MEP-002 Method Statement: Central Gas System Installation</dc:title>
  <dc:subject>تنفيذ شبكة الغاز المركزي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